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3. Sınıf İngilizce — Ünite 1 My Classroom · "I have got" / "What?" / "How many?" ·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67. B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"I have got" / "has got" (ait olma), have got + sınıf eşyası, "What is this?" / "What?", "How many ...?" (sayma), Sayılar 1-20, karşıt kutup (renk/sayı zıtlığı)</w:t>
        <w:br/>
        <w:t>• Seviye: Kolay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