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2. Sınıf İngilizce — Ünite 1 Hello English! · Birleşik Test (Sınıf eşyaları · Renkler · Şekiller)</w:t>
      </w:r>
    </w:p>
    <w:p>
      <w:pPr>
        <w:jc w:val="center"/>
      </w:pPr>
      <w:r>
        <w:rPr>
          <w:color w:val="6E6860"/>
          <w:sz w:val="19"/>
        </w:rPr>
        <w:t>Kapsam: Sınıf eşyaları (pen, pencil, book, ruler) · Renkler (11 renk) · Şekiller (circle, square, triangle, star, heart)</w:t>
      </w:r>
    </w:p>
    <w:p>
      <w:pPr>
        <w:jc w:val="center"/>
      </w:pPr>
      <w:r>
        <w:rPr>
          <w:color w:val="6E6860"/>
          <w:sz w:val="19"/>
        </w:rPr>
        <w:t>50 soru · 4 seçenekli · 2. Sınıf · Ünite 1</w:t>
      </w:r>
    </w:p>
    <w:p>
      <w:r>
        <w:rPr>
          <w:sz w:val="20"/>
        </w:rPr>
        <w:t>Ad Soyad: .............................................        Puan: ............</w:t>
      </w:r>
    </w:p>
    <w:p>
      <w:r>
        <w:rPr>
          <w:i/>
          <w:color w:val="6E6860"/>
          <w:sz w:val="20"/>
        </w:rPr>
        <w:t>Aşağıdaki sorularda doğru seçeneği işaretleyin.</w:t>
      </w:r>
    </w:p>
    <w:p/>
    <w:p>
      <w:pPr>
        <w:spacing w:after="60"/>
      </w:pPr>
      <w:r>
        <w:rPr>
          <w:b/>
        </w:rPr>
        <w:t xml:space="preserve">1. </w:t>
      </w:r>
      <w:r>
        <w:t>"kalem"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pen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2. </w:t>
      </w:r>
      <w:r>
        <w:t>"kitap"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3. </w:t>
      </w:r>
      <w:r>
        <w:t>"cetvel"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4. </w:t>
      </w:r>
      <w:r>
        <w:t>"silgi"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rubber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5. </w:t>
      </w:r>
      <w:r>
        <w:t>"sıra"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desk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pen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6. </w:t>
      </w:r>
      <w:r>
        <w:t>"sandalye"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7. </w:t>
      </w:r>
      <w:r>
        <w:t>"tahta"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board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8. </w:t>
      </w:r>
      <w:r>
        <w:t>"kapı"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9. </w:t>
      </w:r>
      <w:r>
        <w:t>"pencere"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pen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10. </w:t>
      </w:r>
      <w:r>
        <w:t>"defter"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notebook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ruler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11. </w:t>
      </w:r>
      <w:r>
        <w:t>"okul çantası"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schoolbag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12. </w:t>
      </w:r>
      <w:r>
        <w:t>"kalem kutusu"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case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door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13. </w:t>
      </w:r>
      <w:r>
        <w:t>We write with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ruler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14. </w:t>
      </w:r>
      <w:r>
        <w:t>We read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15. </w:t>
      </w:r>
      <w:r>
        <w:t>We draw a line with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door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16. </w:t>
      </w:r>
      <w:r>
        <w:t>We sit on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17. </w:t>
      </w:r>
      <w:r>
        <w:t>It is for the board. It is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rubber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18. </w:t>
      </w:r>
      <w:r>
        <w:t>It is for books. It is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schoolbag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board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19. </w:t>
      </w:r>
      <w:r>
        <w:t>The teacher writes on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board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20. </w:t>
      </w:r>
      <w:r>
        <w:t>We open the ___ and go out.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21. </w:t>
      </w:r>
      <w:r>
        <w:t>"kırmızı"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blue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red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white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purple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22. </w:t>
      </w:r>
      <w:r>
        <w:t>"mavi"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green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red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blue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pink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23. </w:t>
      </w:r>
      <w:r>
        <w:t>"sarı"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green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orange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yellow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purple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24. </w:t>
      </w:r>
      <w:r>
        <w:t>"yeşil"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orange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green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blue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25. </w:t>
      </w:r>
      <w:r>
        <w:t>"turuncu"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orange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pink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brown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26. </w:t>
      </w:r>
      <w:r>
        <w:t>"mor"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yellow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purple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blue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orange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27. </w:t>
      </w:r>
      <w:r>
        <w:t>"pembe"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pink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brown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grey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28. </w:t>
      </w:r>
      <w:r>
        <w:t>"kahverengi"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black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white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grey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brown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29. </w:t>
      </w:r>
      <w:r>
        <w:t>"siyah"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blue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black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white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green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30. </w:t>
      </w:r>
      <w:r>
        <w:t>"beyaz"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white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blue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yellow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brown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31. </w:t>
      </w:r>
      <w:r>
        <w:t>"gri"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green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grey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red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white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32. </w:t>
      </w:r>
      <w:r>
        <w:t>The sun is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green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blue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black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yellow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33. </w:t>
      </w:r>
      <w:r>
        <w:t>Grass is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blue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yellow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pink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green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34. </w:t>
      </w:r>
      <w:r>
        <w:t>Snow is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white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green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brown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black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35. </w:t>
      </w:r>
      <w:r>
        <w:t>"daire"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triangle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star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circle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36. </w:t>
      </w:r>
      <w:r>
        <w:t>"kare"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triangle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circle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square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37. </w:t>
      </w:r>
      <w:r>
        <w:t>"üçgen"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circle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square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triangle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heart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38. </w:t>
      </w:r>
      <w:r>
        <w:t>"yıldız"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star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heart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triangle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circle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39. </w:t>
      </w:r>
      <w:r>
        <w:t>"kalp"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star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triangle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square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40. </w:t>
      </w:r>
      <w:r>
        <w:t>It is not a square. It is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circle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triangle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star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square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41. </w:t>
      </w:r>
      <w:r>
        <w:t>It is not a circle. It is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heart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star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square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circle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42. </w:t>
      </w:r>
      <w:r>
        <w:t>It is not a square. It is not a circle. It is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triangle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square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circle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43. </w:t>
      </w:r>
      <w:r>
        <w:t>It is a ___ . (kitap)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ruler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44. </w:t>
      </w:r>
      <w:r>
        <w:t>It is a ___ . (kalem)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ruler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45. </w:t>
      </w:r>
      <w:r>
        <w:t>It is a ___ . (cetvel)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pen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46. </w:t>
      </w:r>
      <w:r>
        <w:t>It is a ___ . (sandalye)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47. </w:t>
      </w:r>
      <w:r>
        <w:t>It is a ___ . (sıra)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desk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window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48. </w:t>
      </w:r>
      <w:r>
        <w:t>It is a ___ . (tahta)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board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49. </w:t>
      </w:r>
      <w:r>
        <w:t>It is a ___ . (daire)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triangle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square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star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circle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50. </w:t>
      </w:r>
      <w:r>
        <w:t>It is a ___ . (üçgen)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square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triangle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heart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circle</w:t>
            </w:r>
          </w:p>
        </w:tc>
      </w:tr>
    </w:tbl>
    <w:p>
      <w:pPr>
        <w:spacing w:after="20"/>
      </w:pP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