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Week 3 - My Day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>I ___ a student.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>She ___ happy.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>They ___ at school.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>'Are you ready?' - 'Yes, I ___.'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>'Is she tired?' - 'No, she ___.'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>I ___ up at seven.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>She ___ breakfast at eight.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I ___ my teeth.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He ___ to school.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I ___ my homework after dinner.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She ___ her homework.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We ___ breakfast at eight.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I go to ___ at nine o'clock.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'Do you brush your teeth?' - 'Yes, I ___.'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'Does she go to school?' - 'Yes, she ___.'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color w:val="666666"/>
          <w:sz w:val="18"/>
          <w:u w:val="none"/>
        </w:rPr>
        <w:t>Which sentence is correct?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color w:val="666666"/>
          <w:sz w:val="18"/>
          <w:u w:val="none"/>
        </w:rPr>
        <w:t>___ you ready? (choose the correct word)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color w:val="666666"/>
          <w:sz w:val="18"/>
          <w:u w:val="none"/>
        </w:rPr>
        <w:t>Give the book to ___. (I)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color w:val="666666"/>
          <w:sz w:val="18"/>
          <w:u w:val="none"/>
        </w:rPr>
        <w:t>I like ___. (she)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color w:val="666666"/>
          <w:sz w:val="18"/>
          <w:u w:val="none"/>
        </w:rPr>
        <w:t>Please help ___. (he)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color w:val="666666"/>
          <w:sz w:val="18"/>
          <w:u w:val="none"/>
        </w:rPr>
        <w:t>I see ___. (they)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color w:val="666666"/>
          <w:sz w:val="18"/>
          <w:u w:val="none"/>
        </w:rPr>
        <w:t>Give it to ___. (we)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color w:val="666666"/>
          <w:sz w:val="18"/>
          <w:u w:val="none"/>
        </w:rPr>
        <w:t>'Where is my pen?' - 'I have ___.' (the pen)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color w:val="666666"/>
          <w:sz w:val="18"/>
          <w:u w:val="none"/>
        </w:rPr>
        <w:t>'Do you like my book?' - 'Yes, I like ___.' (the book)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color w:val="666666"/>
          <w:sz w:val="18"/>
          <w:u w:val="none"/>
        </w:rPr>
        <w:t>Give the pencils to the girls. Give ___ to the girls.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color w:val="666666"/>
          <w:sz w:val="18"/>
          <w:u w:val="none"/>
        </w:rPr>
        <w:t>Which sentence is correct?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color w:val="666666"/>
          <w:sz w:val="18"/>
          <w:u w:val="none"/>
        </w:rPr>
        <w:t>Which sentence is correct?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color w:val="666666"/>
          <w:sz w:val="18"/>
          <w:u w:val="none"/>
        </w:rPr>
        <w:t>Eşleştirme (5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1→C, 2→D, 3→E, 4→B, 5→A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color w:val="666666"/>
          <w:sz w:val="18"/>
          <w:u w:val="none"/>
        </w:rPr>
        <w:t>'Do you see Sara?' - 'Yes, I see ___.'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color w:val="666666"/>
          <w:sz w:val="18"/>
          <w:u w:val="none"/>
        </w:rPr>
        <w:t>I get up ___ seven.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color w:val="666666"/>
          <w:sz w:val="18"/>
          <w:u w:val="none"/>
        </w:rPr>
        <w:t>I have breakfast ___ the morning.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color w:val="666666"/>
          <w:sz w:val="18"/>
          <w:u w:val="none"/>
        </w:rPr>
        <w:t>I go to bed ___ night.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color w:val="666666"/>
          <w:sz w:val="18"/>
          <w:u w:val="none"/>
        </w:rPr>
        <w:t>'What time is it?' - 'It is seven ___.'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color w:val="666666"/>
          <w:sz w:val="18"/>
          <w:u w:val="none"/>
        </w:rPr>
        <w:t>It is half ___ seven.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color w:val="666666"/>
          <w:sz w:val="18"/>
          <w:u w:val="none"/>
        </w:rPr>
        <w:t>I get up ___ school.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color w:val="666666"/>
          <w:sz w:val="18"/>
          <w:u w:val="none"/>
        </w:rPr>
        <w:t>I do my homework ___ dinner.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color w:val="666666"/>
          <w:sz w:val="18"/>
          <w:u w:val="none"/>
        </w:rPr>
        <w:t>'It is seven o'clock.' - What time is it?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color w:val="666666"/>
          <w:sz w:val="18"/>
          <w:u w:val="none"/>
        </w:rPr>
        <w:t>Which sentence is correct?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color w:val="666666"/>
          <w:sz w:val="18"/>
          <w:u w:val="none"/>
        </w:rPr>
        <w:t>Which sentence is correct?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color w:val="666666"/>
          <w:sz w:val="18"/>
          <w:u w:val="none"/>
        </w:rPr>
        <w:t>I go to bed in the morning.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False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color w:val="666666"/>
          <w:sz w:val="18"/>
          <w:u w:val="none"/>
        </w:rPr>
        <w:t>We see with our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color w:val="666666"/>
          <w:sz w:val="18"/>
          <w:u w:val="none"/>
        </w:rPr>
        <w:t>We hear with our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color w:val="666666"/>
          <w:sz w:val="18"/>
          <w:u w:val="none"/>
        </w:rPr>
        <w:t>We smell with our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color w:val="666666"/>
          <w:sz w:val="18"/>
          <w:u w:val="none"/>
        </w:rPr>
        <w:t>We eat with our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color w:val="666666"/>
          <w:sz w:val="18"/>
          <w:u w:val="none"/>
        </w:rPr>
        <w:t>We have two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color w:val="666666"/>
          <w:sz w:val="18"/>
          <w:u w:val="none"/>
        </w:rPr>
        <w:t>We have two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color w:val="666666"/>
          <w:sz w:val="18"/>
          <w:u w:val="none"/>
        </w:rPr>
        <w:t>Head, shoulders, knees and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color w:val="666666"/>
          <w:sz w:val="18"/>
          <w:u w:val="none"/>
        </w:rPr>
        <w:t>We walk with our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color w:val="666666"/>
          <w:sz w:val="18"/>
          <w:u w:val="none"/>
        </w:rPr>
        <w:t>We write with our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color w:val="666666"/>
          <w:sz w:val="18"/>
          <w:u w:val="none"/>
        </w:rPr>
        <w:t>We have 32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color w:val="666666"/>
          <w:sz w:val="18"/>
          <w:u w:val="none"/>
        </w:rPr>
        <w:t>Eşleştirme (5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1→C, 2→D, 3→E, 4→B, 5→A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color w:val="666666"/>
          <w:sz w:val="18"/>
          <w:u w:val="none"/>
        </w:rPr>
        <w:t>Write three things you do in the morning.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Örnek: I wake up. I brush my teeth. I have breakfast.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53) </w:t>
      </w:r>
      <w:r>
        <w:rPr>
          <w:b w:val="0"/>
          <w:i w:val="0"/>
          <w:color w:val="666666"/>
          <w:sz w:val="18"/>
          <w:u w:val="none"/>
        </w:rPr>
        <w:t>Write about your day. Use 'before' and 'after'.</w:t>
      </w:r>
    </w:p>
    <w:p>
      <w:pPr>
        <w:spacing w:after="80"/>
        <w:ind w:left="340"/>
      </w:pPr>
      <w:r>
        <w:rPr>
          <w:b w:val="0"/>
          <w:i w:val="0"/>
          <w:u w:val="none"/>
        </w:rPr>
        <w:t>Örnek: I get up before school. I do my homework after dinner.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54) </w:t>
      </w:r>
      <w:r>
        <w:rPr>
          <w:b w:val="0"/>
          <w:i w:val="0"/>
          <w:color w:val="666666"/>
          <w:sz w:val="18"/>
          <w:u w:val="none"/>
        </w:rPr>
        <w:t>Write what time you get up.</w:t>
      </w:r>
    </w:p>
    <w:p>
      <w:pPr>
        <w:spacing w:after="80"/>
        <w:ind w:left="340"/>
      </w:pPr>
      <w:r>
        <w:rPr>
          <w:b w:val="0"/>
          <w:i w:val="0"/>
          <w:u w:val="none"/>
        </w:rPr>
        <w:t>Örnek: I get up at seven o'clock.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55) </w:t>
      </w:r>
      <w:r>
        <w:rPr>
          <w:b w:val="0"/>
          <w:i w:val="0"/>
          <w:color w:val="666666"/>
          <w:sz w:val="18"/>
          <w:u w:val="none"/>
        </w:rPr>
        <w:t>Write about your body. Use 'I have got'.</w:t>
      </w:r>
    </w:p>
    <w:p>
      <w:pPr>
        <w:spacing w:after="80"/>
        <w:ind w:left="340"/>
      </w:pPr>
      <w:r>
        <w:rPr>
          <w:b w:val="0"/>
          <w:i w:val="0"/>
          <w:u w:val="none"/>
        </w:rPr>
        <w:t>Örnek: I have got two eyes. I have got two hands.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