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Week 3 - My Day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Grade 5 | Week 3 | Unit 1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Name: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A - Daily Routines and Present Simple: to be (17 Questions)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A1. Choose the correct form of 'be' (am / is / are).</w:t>
      </w:r>
    </w:p>
    <w:p>
      <w:r>
        <w:drawing>
          <wp:inline xmlns:a="http://schemas.openxmlformats.org/drawingml/2006/main" xmlns:pic="http://schemas.openxmlformats.org/drawingml/2006/picture">
            <wp:extent cx="5400000" cy="11544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5-routin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544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i/>
          <w:color w:val="666666"/>
          <w:sz w:val="18"/>
          <w:u w:val="none"/>
        </w:rPr>
        <w:t>Daily routines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none"/>
        </w:rPr>
        <w:t>I ___ a student.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>She ___ happy.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>They ___ at school.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>'Are you ready?' - 'Yes, I ___.'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do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>'Is she tired?' - 'No, she ___.'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don't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 not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A2. Complete the sentence with the correct verb.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>I ___ up at seven.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walk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wake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have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wakes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>She ___ breakfast at eight.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having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have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has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haves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>I ___ my teeth.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brushing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brushes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wash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brush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>He ___ to school.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goes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go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walk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bed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>I ___ my homework after dinner.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does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do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doing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make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She ___ her homework.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do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doing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does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make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We ___ breakfast at eight.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haves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having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have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I go to ___ at nine o'clock.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bed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beds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bedroom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school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A3. Choose the correct question or sentence.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'Do you brush your teeth?' - 'Yes, I ___.'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do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does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>'Does she go to school?' - 'Yes, she ___.'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do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does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>Which sentence is correct?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 is at school.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 at school.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 are at school.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 am at school.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>___ you ready? (choose the correct word)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Do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B - Object Pronouns (12 Questions)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B1. Choose the correct object pronoun.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>Give the book to ___. (I)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mine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>I like ___. (she)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>Please help ___. (he)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>I see ___. (they)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theirs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>Give it to ___. (we)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ours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us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our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>'Where is my pen?' - 'I have ___.' (the pen)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>'Do you like my book?' - 'Yes, I like ___.' (the book)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>Give the pencils to the girls. Give ___ to the girls.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B2. Choose the correct sentence.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>Which sentence is correct?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 like he.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 like her.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 like she.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 like his.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>Which sentence is correct?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Help he's.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Help his.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Help him.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Help he.</w:t>
            </w:r>
          </w:p>
        </w:tc>
      </w:tr>
    </w:tbl>
    <w:p>
      <w:pPr>
        <w:keepNext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/>
          <w:color w:val="666666"/>
          <w:sz w:val="20"/>
          <w:u w:val="none"/>
        </w:rPr>
        <w:t>Match: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I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us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me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986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u w:val="none"/>
        </w:rPr>
        <w:t>'Do you see Sara?' - 'Yes, I see ___.'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C - Time Expressions (11 Questions)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C1. Choose 'at', 'in' or 'on'.</w:t>
      </w:r>
    </w:p>
    <w:p>
      <w:r>
        <w:drawing>
          <wp:inline xmlns:a="http://schemas.openxmlformats.org/drawingml/2006/main" xmlns:pic="http://schemas.openxmlformats.org/drawingml/2006/picture">
            <wp:extent cx="5400000" cy="17194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5-ti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7194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i/>
          <w:color w:val="666666"/>
          <w:sz w:val="18"/>
          <w:u w:val="none"/>
        </w:rPr>
        <w:t>Time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>I get up ___ seven.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>I have breakfast ___ the morning.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u w:val="none"/>
        </w:rPr>
        <w:t>I go to bed ___ night.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of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>'What time is it?' - 'It is seven ___.'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clock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half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past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o'clock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>It is half ___ seven.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past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half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o'clock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>I get up ___ school.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before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after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>I do my homework ___ dinner.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after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before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u w:val="none"/>
        </w:rPr>
        <w:t>'It is seven o'clock.' - What time is it?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eight o'clock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half past seven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six o'clock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seven o'clock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u w:val="none"/>
        </w:rPr>
        <w:t>Which sentence is correct?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 get up before school.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 get up before the school.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 get up school before.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Before I get up school.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u w:val="none"/>
        </w:rPr>
        <w:t>Which sentence is correct?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It is seven half past.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 is half past seven.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 is past half seven.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 is half seven past.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u w:val="none"/>
        </w:rPr>
        <w:t>I go to bed in the morning.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True      (     ) False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D - Body Parts (10 Questions)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D1. Choose the correct body part.</w:t>
      </w:r>
    </w:p>
    <w:p>
      <w:r>
        <w:drawing>
          <wp:inline xmlns:a="http://schemas.openxmlformats.org/drawingml/2006/main" xmlns:pic="http://schemas.openxmlformats.org/drawingml/2006/picture">
            <wp:extent cx="5400000" cy="267145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5-body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714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i/>
          <w:color w:val="666666"/>
          <w:sz w:val="18"/>
          <w:u w:val="none"/>
        </w:rPr>
        <w:t>Body parts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u w:val="none"/>
        </w:rPr>
        <w:t>We see with our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mouth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ears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eyes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nose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u w:val="none"/>
        </w:rPr>
        <w:t>We hear with our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eyes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mouth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hands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ears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u w:val="none"/>
        </w:rPr>
        <w:t>We smell with our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nose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ear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mouth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eye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u w:val="none"/>
        </w:rPr>
        <w:t>We eat with our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eye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mouth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nose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ear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u w:val="none"/>
        </w:rPr>
        <w:t>We have two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foot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hand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hands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tooth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u w:val="none"/>
        </w:rPr>
        <w:t>We have two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hand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tooth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foot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feet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u w:val="none"/>
        </w:rPr>
        <w:t>Head, shoulders, knees and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toes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toe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nose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hair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u w:val="none"/>
        </w:rPr>
        <w:t>We walk with our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hand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legs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leg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u w:val="none"/>
        </w:rPr>
        <w:t>We write with our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hands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eye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hand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foot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u w:val="none"/>
        </w:rPr>
        <w:t>We have 32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eyes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tooth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nose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teeth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E - Writing (6 Questions)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E1. Match the routine and the time.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/>
          <w:color w:val="666666"/>
          <w:sz w:val="20"/>
          <w:u w:val="none"/>
        </w:rPr>
        <w:t>Match: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get up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nine o'clock at night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have breakfast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after dinner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go to school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seven o'clock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do homework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eight o'clock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go to bed</w:t>
            </w:r>
          </w:p>
        </w:tc>
        <w:tc>
          <w:tcPr>
            <w:tcW w:type="dxa" w:w="986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nine o'clock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E2. Write the answers.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u w:val="none"/>
        </w:rPr>
        <w:t>Write three things you do in the morning.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u w:val="none"/>
        </w:rPr>
        <w:t>Write about your day. Use 'before' and 'after'.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u w:val="none"/>
        </w:rPr>
        <w:t>Write what time you get up.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u w:val="none"/>
        </w:rPr>
        <w:t>Write about your body. Use 'I have got'.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Week 3 | Grade 5 | Unit 1: My Day   |   </w:t>
    </w:r>
    <w:r>
      <w:rPr>
        <w:b w:val="0"/>
        <w:i w:val="0"/>
        <w:color w:val="666666"/>
        <w:sz w:val="18"/>
        <w:u w:val="none"/>
      </w:rPr>
      <w:t xml:space="preserve">Page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5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  <w:u w:val="none"/>
      </w:rPr>
      <w:t>Serdarli Primary School</w:t>
    </w:r>
    <w:r>
      <w:rPr>
        <w:b w:val="0"/>
        <w:i w:val="0"/>
        <w:color w:val="666666"/>
        <w:sz w:val="18"/>
        <w:u w:val="none"/>
      </w:rPr>
      <w:tab/>
      <w:t>Grade 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