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Bdr>
          <w:bottom w:val="single" w:sz="10" w:color="2E5E8C" w:space="4"/>
        </w:pBdr>
      </w:pPr>
      <w:r>
        <w:rPr>
          <w:b/>
          <w:i w:val="0"/>
          <w:color w:val="2E5E8C"/>
          <w:sz w:val="28"/>
          <w:u w:val="none"/>
        </w:rPr>
        <w:t>Week 3 - My School — Cevap Anahtarı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1) </w:t>
      </w:r>
      <w:r>
        <w:rPr>
          <w:b w:val="0"/>
          <w:i w:val="0"/>
          <w:color w:val="666666"/>
          <w:sz w:val="18"/>
          <w:u w:val="none"/>
        </w:rPr>
        <w:t>I ___ reading a book.</w:t>
      </w:r>
    </w:p>
    <w:p>
      <w:pPr>
        <w:spacing w:after="80"/>
        <w:ind w:left="340"/>
      </w:pPr>
      <w:r>
        <w:rPr>
          <w:b w:val="0"/>
          <w:i w:val="0"/>
          <w:u w:val="none"/>
        </w:rPr>
        <w:t>A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2) </w:t>
      </w:r>
      <w:r>
        <w:rPr>
          <w:b w:val="0"/>
          <w:i w:val="0"/>
          <w:color w:val="666666"/>
          <w:sz w:val="18"/>
          <w:u w:val="none"/>
        </w:rPr>
        <w:t>She ___ writing.</w:t>
      </w:r>
    </w:p>
    <w:p>
      <w:pPr>
        <w:spacing w:after="80"/>
        <w:ind w:left="340"/>
      </w:pPr>
      <w:r>
        <w:rPr>
          <w:b w:val="0"/>
          <w:i w:val="0"/>
          <w:u w:val="none"/>
        </w:rPr>
        <w:t>B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3) </w:t>
      </w:r>
      <w:r>
        <w:rPr>
          <w:b w:val="0"/>
          <w:i w:val="0"/>
          <w:color w:val="666666"/>
          <w:sz w:val="18"/>
          <w:u w:val="none"/>
        </w:rPr>
        <w:t>They ___ playing football.</w:t>
      </w:r>
    </w:p>
    <w:p>
      <w:pPr>
        <w:spacing w:after="80"/>
        <w:ind w:left="340"/>
      </w:pPr>
      <w:r>
        <w:rPr>
          <w:b w:val="0"/>
          <w:i w:val="0"/>
          <w:u w:val="none"/>
        </w:rPr>
        <w:t>C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4) </w:t>
      </w:r>
      <w:r>
        <w:rPr>
          <w:b w:val="0"/>
          <w:i w:val="0"/>
          <w:color w:val="666666"/>
          <w:sz w:val="18"/>
          <w:u w:val="none"/>
        </w:rPr>
        <w:t>He ___ singing.</w:t>
      </w:r>
    </w:p>
    <w:p>
      <w:pPr>
        <w:spacing w:after="80"/>
        <w:ind w:left="340"/>
      </w:pPr>
      <w:r>
        <w:rPr>
          <w:b w:val="0"/>
          <w:i w:val="0"/>
          <w:u w:val="none"/>
        </w:rPr>
        <w:t>D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5) </w:t>
      </w:r>
      <w:r>
        <w:rPr>
          <w:b w:val="0"/>
          <w:i w:val="0"/>
          <w:color w:val="666666"/>
          <w:sz w:val="18"/>
          <w:u w:val="none"/>
        </w:rPr>
        <w:t>We ___ listening.</w:t>
      </w:r>
    </w:p>
    <w:p>
      <w:pPr>
        <w:spacing w:after="80"/>
        <w:ind w:left="340"/>
      </w:pPr>
      <w:r>
        <w:rPr>
          <w:b w:val="0"/>
          <w:i w:val="0"/>
          <w:u w:val="none"/>
        </w:rPr>
        <w:t>A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6) </w:t>
      </w:r>
      <w:r>
        <w:rPr>
          <w:b w:val="0"/>
          <w:i w:val="0"/>
          <w:color w:val="666666"/>
          <w:sz w:val="18"/>
          <w:u w:val="none"/>
        </w:rPr>
        <w:t>What is she ___?</w:t>
      </w:r>
    </w:p>
    <w:p>
      <w:pPr>
        <w:spacing w:after="80"/>
        <w:ind w:left="340"/>
      </w:pPr>
      <w:r>
        <w:rPr>
          <w:b w:val="0"/>
          <w:i w:val="0"/>
          <w:u w:val="none"/>
        </w:rPr>
        <w:t>B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7) </w:t>
      </w:r>
      <w:r>
        <w:rPr>
          <w:b w:val="0"/>
          <w:i w:val="0"/>
          <w:color w:val="666666"/>
          <w:sz w:val="18"/>
          <w:u w:val="none"/>
        </w:rPr>
        <w:t>She is ___ a picture.</w:t>
      </w:r>
    </w:p>
    <w:p>
      <w:pPr>
        <w:spacing w:after="80"/>
        <w:ind w:left="340"/>
      </w:pPr>
      <w:r>
        <w:rPr>
          <w:b w:val="0"/>
          <w:i w:val="0"/>
          <w:u w:val="none"/>
        </w:rPr>
        <w:t>C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8) </w:t>
      </w:r>
      <w:r>
        <w:rPr>
          <w:b w:val="0"/>
          <w:i w:val="0"/>
          <w:color w:val="666666"/>
          <w:sz w:val="18"/>
          <w:u w:val="none"/>
        </w:rPr>
        <w:t>They are ___ numbers.</w:t>
      </w:r>
    </w:p>
    <w:p>
      <w:pPr>
        <w:spacing w:after="80"/>
        <w:ind w:left="340"/>
      </w:pPr>
      <w:r>
        <w:rPr>
          <w:b w:val="0"/>
          <w:i w:val="0"/>
          <w:u w:val="none"/>
        </w:rPr>
        <w:t>D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9) </w:t>
      </w:r>
      <w:r>
        <w:rPr>
          <w:b w:val="0"/>
          <w:i w:val="0"/>
          <w:color w:val="666666"/>
          <w:sz w:val="18"/>
          <w:u w:val="none"/>
        </w:rPr>
        <w:t>I am ___ a book.</w:t>
      </w:r>
    </w:p>
    <w:p>
      <w:pPr>
        <w:spacing w:after="80"/>
        <w:ind w:left="340"/>
      </w:pPr>
      <w:r>
        <w:rPr>
          <w:b w:val="0"/>
          <w:i w:val="0"/>
          <w:u w:val="none"/>
        </w:rPr>
        <w:t>A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10) </w:t>
      </w:r>
      <w:r>
        <w:rPr>
          <w:b w:val="0"/>
          <w:i w:val="0"/>
          <w:color w:val="666666"/>
          <w:sz w:val="18"/>
          <w:u w:val="none"/>
        </w:rPr>
        <w:t>He is ___ a song.</w:t>
      </w:r>
    </w:p>
    <w:p>
      <w:pPr>
        <w:spacing w:after="80"/>
        <w:ind w:left="340"/>
      </w:pPr>
      <w:r>
        <w:rPr>
          <w:b w:val="0"/>
          <w:i w:val="0"/>
          <w:u w:val="none"/>
        </w:rPr>
        <w:t>B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11) </w:t>
      </w:r>
      <w:r>
        <w:rPr>
          <w:b w:val="0"/>
          <w:i w:val="0"/>
          <w:color w:val="666666"/>
          <w:sz w:val="18"/>
          <w:u w:val="none"/>
        </w:rPr>
        <w:t>Which sentence is correct?</w:t>
      </w:r>
    </w:p>
    <w:p>
      <w:pPr>
        <w:spacing w:after="80"/>
        <w:ind w:left="340"/>
      </w:pPr>
      <w:r>
        <w:rPr>
          <w:b w:val="0"/>
          <w:i w:val="0"/>
          <w:u w:val="none"/>
        </w:rPr>
        <w:t>C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12) </w:t>
      </w:r>
      <w:r>
        <w:rPr>
          <w:b w:val="0"/>
          <w:i w:val="0"/>
          <w:color w:val="666666"/>
          <w:sz w:val="18"/>
          <w:u w:val="none"/>
        </w:rPr>
        <w:t>Which sentence is correct?</w:t>
      </w:r>
    </w:p>
    <w:p>
      <w:pPr>
        <w:spacing w:after="80"/>
        <w:ind w:left="340"/>
      </w:pPr>
      <w:r>
        <w:rPr>
          <w:b w:val="0"/>
          <w:i w:val="0"/>
          <w:u w:val="none"/>
        </w:rPr>
        <w:t>D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13) </w:t>
      </w:r>
      <w:r>
        <w:rPr>
          <w:b w:val="0"/>
          <w:i w:val="0"/>
          <w:color w:val="666666"/>
          <w:sz w:val="18"/>
          <w:u w:val="none"/>
        </w:rPr>
        <w:t>Which question is correct?</w:t>
      </w:r>
    </w:p>
    <w:p>
      <w:pPr>
        <w:spacing w:after="80"/>
        <w:ind w:left="340"/>
      </w:pPr>
      <w:r>
        <w:rPr>
          <w:b w:val="0"/>
          <w:i w:val="0"/>
          <w:u w:val="none"/>
        </w:rPr>
        <w:t>A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14) </w:t>
      </w:r>
      <w:r>
        <w:rPr>
          <w:b w:val="0"/>
          <w:i w:val="0"/>
          <w:color w:val="666666"/>
          <w:sz w:val="18"/>
          <w:u w:val="none"/>
        </w:rPr>
        <w:t>'Is he colouring?' - 'Yes, he ___.'</w:t>
      </w:r>
    </w:p>
    <w:p>
      <w:pPr>
        <w:spacing w:after="80"/>
        <w:ind w:left="340"/>
      </w:pPr>
      <w:r>
        <w:rPr>
          <w:b w:val="0"/>
          <w:i w:val="0"/>
          <w:u w:val="none"/>
        </w:rPr>
        <w:t>B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15) </w:t>
      </w:r>
      <w:r>
        <w:rPr>
          <w:b w:val="0"/>
          <w:i w:val="0"/>
          <w:color w:val="666666"/>
          <w:sz w:val="18"/>
          <w:u w:val="none"/>
        </w:rPr>
        <w:t>'Are you writing?' - 'No, I ___.'</w:t>
      </w:r>
    </w:p>
    <w:p>
      <w:pPr>
        <w:spacing w:after="80"/>
        <w:ind w:left="340"/>
      </w:pPr>
      <w:r>
        <w:rPr>
          <w:b w:val="0"/>
          <w:i w:val="0"/>
          <w:u w:val="none"/>
        </w:rPr>
        <w:t>C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16) </w:t>
      </w:r>
      <w:r>
        <w:rPr>
          <w:b w:val="0"/>
          <w:i w:val="0"/>
          <w:color w:val="666666"/>
          <w:sz w:val="18"/>
          <w:u w:val="none"/>
        </w:rPr>
        <w:t>'What are you doing?' - 'I ___ a book.'</w:t>
      </w:r>
    </w:p>
    <w:p>
      <w:pPr>
        <w:spacing w:after="80"/>
        <w:ind w:left="340"/>
      </w:pPr>
      <w:r>
        <w:rPr>
          <w:b w:val="0"/>
          <w:i w:val="0"/>
          <w:u w:val="none"/>
        </w:rPr>
        <w:t>D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17) </w:t>
      </w:r>
      <w:r>
        <w:rPr>
          <w:b w:val="0"/>
          <w:i w:val="0"/>
          <w:color w:val="666666"/>
          <w:sz w:val="18"/>
          <w:u w:val="none"/>
        </w:rPr>
        <w:t>'What are they doing?' - 'They ___ football.'</w:t>
      </w:r>
    </w:p>
    <w:p>
      <w:pPr>
        <w:spacing w:after="80"/>
        <w:ind w:left="340"/>
      </w:pPr>
      <w:r>
        <w:rPr>
          <w:b w:val="0"/>
          <w:i w:val="0"/>
          <w:u w:val="none"/>
        </w:rPr>
        <w:t>A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18) </w:t>
      </w:r>
      <w:r>
        <w:rPr>
          <w:b w:val="0"/>
          <w:i w:val="0"/>
          <w:color w:val="666666"/>
          <w:sz w:val="18"/>
          <w:u w:val="none"/>
        </w:rPr>
        <w:t>We count and use numbers in ___.</w:t>
      </w:r>
    </w:p>
    <w:p>
      <w:pPr>
        <w:spacing w:after="80"/>
        <w:ind w:left="340"/>
      </w:pPr>
      <w:r>
        <w:rPr>
          <w:b w:val="0"/>
          <w:i w:val="0"/>
          <w:u w:val="none"/>
        </w:rPr>
        <w:t>B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19) </w:t>
      </w:r>
      <w:r>
        <w:rPr>
          <w:b w:val="0"/>
          <w:i w:val="0"/>
          <w:color w:val="666666"/>
          <w:sz w:val="18"/>
          <w:u w:val="none"/>
        </w:rPr>
        <w:t>We draw and colour pictures in ___.</w:t>
      </w:r>
    </w:p>
    <w:p>
      <w:pPr>
        <w:spacing w:after="80"/>
        <w:ind w:left="340"/>
      </w:pPr>
      <w:r>
        <w:rPr>
          <w:b w:val="0"/>
          <w:i w:val="0"/>
          <w:u w:val="none"/>
        </w:rPr>
        <w:t>C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20) </w:t>
      </w:r>
      <w:r>
        <w:rPr>
          <w:b w:val="0"/>
          <w:i w:val="0"/>
          <w:color w:val="666666"/>
          <w:sz w:val="18"/>
          <w:u w:val="none"/>
        </w:rPr>
        <w:t>We run and play games in ___.</w:t>
      </w:r>
    </w:p>
    <w:p>
      <w:pPr>
        <w:spacing w:after="80"/>
        <w:ind w:left="340"/>
      </w:pPr>
      <w:r>
        <w:rPr>
          <w:b w:val="0"/>
          <w:i w:val="0"/>
          <w:u w:val="none"/>
        </w:rPr>
        <w:t>D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21) </w:t>
      </w:r>
      <w:r>
        <w:rPr>
          <w:b w:val="0"/>
          <w:i w:val="0"/>
          <w:color w:val="666666"/>
          <w:sz w:val="18"/>
          <w:u w:val="none"/>
        </w:rPr>
        <w:t>We sing songs in ___.</w:t>
      </w:r>
    </w:p>
    <w:p>
      <w:pPr>
        <w:spacing w:after="80"/>
        <w:ind w:left="340"/>
      </w:pPr>
      <w:r>
        <w:rPr>
          <w:b w:val="0"/>
          <w:i w:val="0"/>
          <w:u w:val="none"/>
        </w:rPr>
        <w:t>A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22) </w:t>
      </w:r>
      <w:r>
        <w:rPr>
          <w:b w:val="0"/>
          <w:i w:val="0"/>
          <w:color w:val="666666"/>
          <w:sz w:val="18"/>
          <w:u w:val="none"/>
        </w:rPr>
        <w:t>There are seven days in a ___.</w:t>
      </w:r>
    </w:p>
    <w:p>
      <w:pPr>
        <w:spacing w:after="80"/>
        <w:ind w:left="340"/>
      </w:pPr>
      <w:r>
        <w:rPr>
          <w:b w:val="0"/>
          <w:i w:val="0"/>
          <w:u w:val="none"/>
        </w:rPr>
        <w:t>B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23) </w:t>
      </w:r>
      <w:r>
        <w:rPr>
          <w:b w:val="0"/>
          <w:i w:val="0"/>
          <w:color w:val="666666"/>
          <w:sz w:val="18"/>
          <w:u w:val="none"/>
        </w:rPr>
        <w:t>We read and write English words in ___.</w:t>
      </w:r>
    </w:p>
    <w:p>
      <w:pPr>
        <w:spacing w:after="80"/>
        <w:ind w:left="340"/>
      </w:pPr>
      <w:r>
        <w:rPr>
          <w:b w:val="0"/>
          <w:i w:val="0"/>
          <w:u w:val="none"/>
        </w:rPr>
        <w:t>C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24) </w:t>
      </w:r>
      <w:r>
        <w:rPr>
          <w:b w:val="0"/>
          <w:i w:val="0"/>
          <w:color w:val="666666"/>
          <w:sz w:val="18"/>
          <w:u w:val="none"/>
        </w:rPr>
        <w:t>Which subject is on Monday?</w:t>
      </w:r>
    </w:p>
    <w:p>
      <w:pPr>
        <w:spacing w:after="80"/>
        <w:ind w:left="340"/>
      </w:pPr>
      <w:r>
        <w:rPr>
          <w:b w:val="0"/>
          <w:i w:val="0"/>
          <w:u w:val="none"/>
        </w:rPr>
        <w:t>D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25) </w:t>
      </w:r>
      <w:r>
        <w:rPr>
          <w:b w:val="0"/>
          <w:i w:val="0"/>
          <w:color w:val="666666"/>
          <w:sz w:val="18"/>
          <w:u w:val="none"/>
        </w:rPr>
        <w:t>Which subject is on Wednesday?</w:t>
      </w:r>
    </w:p>
    <w:p>
      <w:pPr>
        <w:spacing w:after="80"/>
        <w:ind w:left="340"/>
      </w:pPr>
      <w:r>
        <w:rPr>
          <w:b w:val="0"/>
          <w:i w:val="0"/>
          <w:u w:val="none"/>
        </w:rPr>
        <w:t>A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26) </w:t>
      </w:r>
      <w:r>
        <w:rPr>
          <w:b w:val="0"/>
          <w:i w:val="0"/>
          <w:color w:val="666666"/>
          <w:sz w:val="18"/>
          <w:u w:val="none"/>
        </w:rPr>
        <w:t>On which day is PE?</w:t>
      </w:r>
    </w:p>
    <w:p>
      <w:pPr>
        <w:spacing w:after="80"/>
        <w:ind w:left="340"/>
      </w:pPr>
      <w:r>
        <w:rPr>
          <w:b w:val="0"/>
          <w:i w:val="0"/>
          <w:u w:val="none"/>
        </w:rPr>
        <w:t>B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27) </w:t>
      </w:r>
      <w:r>
        <w:rPr>
          <w:b w:val="0"/>
          <w:i w:val="0"/>
          <w:color w:val="666666"/>
          <w:sz w:val="18"/>
          <w:u w:val="none"/>
        </w:rPr>
        <w:t>On which day is Science?</w:t>
      </w:r>
    </w:p>
    <w:p>
      <w:pPr>
        <w:spacing w:after="80"/>
        <w:ind w:left="340"/>
      </w:pPr>
      <w:r>
        <w:rPr>
          <w:b w:val="0"/>
          <w:i w:val="0"/>
          <w:u w:val="none"/>
        </w:rPr>
        <w:t>C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28) </w:t>
      </w:r>
      <w:r>
        <w:rPr>
          <w:b w:val="0"/>
          <w:i w:val="0"/>
          <w:color w:val="666666"/>
          <w:sz w:val="18"/>
          <w:u w:val="none"/>
        </w:rPr>
        <w:t>Which day comes after Monday?</w:t>
      </w:r>
    </w:p>
    <w:p>
      <w:pPr>
        <w:spacing w:after="80"/>
        <w:ind w:left="340"/>
      </w:pPr>
      <w:r>
        <w:rPr>
          <w:b w:val="0"/>
          <w:i w:val="0"/>
          <w:u w:val="none"/>
        </w:rPr>
        <w:t>D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29) </w:t>
      </w:r>
      <w:r>
        <w:rPr>
          <w:b w:val="0"/>
          <w:i w:val="0"/>
          <w:color w:val="666666"/>
          <w:sz w:val="18"/>
          <w:u w:val="none"/>
        </w:rPr>
        <w:t>Which day comes before Friday?</w:t>
      </w:r>
    </w:p>
    <w:p>
      <w:pPr>
        <w:spacing w:after="80"/>
        <w:ind w:left="340"/>
      </w:pPr>
      <w:r>
        <w:rPr>
          <w:b w:val="0"/>
          <w:i w:val="0"/>
          <w:u w:val="none"/>
        </w:rPr>
        <w:t>A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30) </w:t>
      </w:r>
      <w:r>
        <w:rPr>
          <w:b w:val="0"/>
          <w:i w:val="0"/>
          <w:color w:val="666666"/>
          <w:sz w:val="18"/>
          <w:u w:val="none"/>
        </w:rPr>
        <w:t>On Monday I ___ English.</w:t>
      </w:r>
    </w:p>
    <w:p>
      <w:pPr>
        <w:spacing w:after="80"/>
        <w:ind w:left="340"/>
      </w:pPr>
      <w:r>
        <w:rPr>
          <w:b w:val="0"/>
          <w:i w:val="0"/>
          <w:u w:val="none"/>
        </w:rPr>
        <w:t>B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31) </w:t>
      </w:r>
      <w:r>
        <w:rPr>
          <w:b w:val="0"/>
          <w:i w:val="0"/>
          <w:color w:val="666666"/>
          <w:sz w:val="18"/>
          <w:u w:val="none"/>
        </w:rPr>
        <w:t>Music is on Tuesday.</w:t>
      </w:r>
    </w:p>
    <w:p>
      <w:pPr>
        <w:spacing w:after="80"/>
        <w:ind w:left="340"/>
      </w:pPr>
      <w:r>
        <w:rPr>
          <w:b w:val="0"/>
          <w:i w:val="0"/>
          <w:u w:val="none"/>
        </w:rPr>
        <w:t>False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32) </w:t>
      </w:r>
      <w:r>
        <w:rPr>
          <w:b w:val="0"/>
          <w:i w:val="0"/>
          <w:color w:val="666666"/>
          <w:sz w:val="18"/>
          <w:u w:val="none"/>
        </w:rPr>
        <w:t>There ___ a board in the classroom.</w:t>
      </w:r>
    </w:p>
    <w:p>
      <w:pPr>
        <w:spacing w:after="80"/>
        <w:ind w:left="340"/>
      </w:pPr>
      <w:r>
        <w:rPr>
          <w:b w:val="0"/>
          <w:i w:val="0"/>
          <w:u w:val="none"/>
        </w:rPr>
        <w:t>C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33) </w:t>
      </w:r>
      <w:r>
        <w:rPr>
          <w:b w:val="0"/>
          <w:i w:val="0"/>
          <w:color w:val="666666"/>
          <w:sz w:val="18"/>
          <w:u w:val="none"/>
        </w:rPr>
        <w:t>There ___ twenty desks.</w:t>
      </w:r>
    </w:p>
    <w:p>
      <w:pPr>
        <w:spacing w:after="80"/>
        <w:ind w:left="340"/>
      </w:pPr>
      <w:r>
        <w:rPr>
          <w:b w:val="0"/>
          <w:i w:val="0"/>
          <w:u w:val="none"/>
        </w:rPr>
        <w:t>D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34) </w:t>
      </w:r>
      <w:r>
        <w:rPr>
          <w:b w:val="0"/>
          <w:i w:val="0"/>
          <w:color w:val="666666"/>
          <w:sz w:val="18"/>
          <w:u w:val="none"/>
        </w:rPr>
        <w:t>There ___ a computer in the office.</w:t>
      </w:r>
    </w:p>
    <w:p>
      <w:pPr>
        <w:spacing w:after="80"/>
        <w:ind w:left="340"/>
      </w:pPr>
      <w:r>
        <w:rPr>
          <w:b w:val="0"/>
          <w:i w:val="0"/>
          <w:u w:val="none"/>
        </w:rPr>
        <w:t>A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35) </w:t>
      </w:r>
      <w:r>
        <w:rPr>
          <w:b w:val="0"/>
          <w:i w:val="0"/>
          <w:color w:val="666666"/>
          <w:sz w:val="18"/>
          <w:u w:val="none"/>
        </w:rPr>
        <w:t>There ___ two doors.</w:t>
      </w:r>
    </w:p>
    <w:p>
      <w:pPr>
        <w:spacing w:after="80"/>
        <w:ind w:left="340"/>
      </w:pPr>
      <w:r>
        <w:rPr>
          <w:b w:val="0"/>
          <w:i w:val="0"/>
          <w:u w:val="none"/>
        </w:rPr>
        <w:t>B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36) </w:t>
      </w:r>
      <w:r>
        <w:rPr>
          <w:b w:val="0"/>
          <w:i w:val="0"/>
          <w:color w:val="666666"/>
          <w:sz w:val="18"/>
          <w:u w:val="none"/>
        </w:rPr>
        <w:t>There ___ a library in the school.</w:t>
      </w:r>
    </w:p>
    <w:p>
      <w:pPr>
        <w:spacing w:after="80"/>
        <w:ind w:left="340"/>
      </w:pPr>
      <w:r>
        <w:rPr>
          <w:b w:val="0"/>
          <w:i w:val="0"/>
          <w:u w:val="none"/>
        </w:rPr>
        <w:t>C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37) </w:t>
      </w:r>
      <w:r>
        <w:rPr>
          <w:b w:val="0"/>
          <w:i w:val="0"/>
          <w:color w:val="666666"/>
          <w:sz w:val="18"/>
          <w:u w:val="none"/>
        </w:rPr>
        <w:t>___ there a library in the school?</w:t>
      </w:r>
    </w:p>
    <w:p>
      <w:pPr>
        <w:spacing w:after="80"/>
        <w:ind w:left="340"/>
      </w:pPr>
      <w:r>
        <w:rPr>
          <w:b w:val="0"/>
          <w:i w:val="0"/>
          <w:u w:val="none"/>
        </w:rPr>
        <w:t>D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38) </w:t>
      </w:r>
      <w:r>
        <w:rPr>
          <w:b w:val="0"/>
          <w:i w:val="0"/>
          <w:color w:val="666666"/>
          <w:sz w:val="18"/>
          <w:u w:val="none"/>
        </w:rPr>
        <w:t>___ there books on the table?</w:t>
      </w:r>
    </w:p>
    <w:p>
      <w:pPr>
        <w:spacing w:after="80"/>
        <w:ind w:left="340"/>
      </w:pPr>
      <w:r>
        <w:rPr>
          <w:b w:val="0"/>
          <w:i w:val="0"/>
          <w:u w:val="none"/>
        </w:rPr>
        <w:t>A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39) </w:t>
      </w:r>
      <w:r>
        <w:rPr>
          <w:b w:val="0"/>
          <w:i w:val="0"/>
          <w:color w:val="666666"/>
          <w:sz w:val="18"/>
          <w:u w:val="none"/>
        </w:rPr>
        <w:t>Which sentence is correct?</w:t>
      </w:r>
    </w:p>
    <w:p>
      <w:pPr>
        <w:spacing w:after="80"/>
        <w:ind w:left="340"/>
      </w:pPr>
      <w:r>
        <w:rPr>
          <w:b w:val="0"/>
          <w:i w:val="0"/>
          <w:u w:val="none"/>
        </w:rPr>
        <w:t>B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40) </w:t>
      </w:r>
      <w:r>
        <w:rPr>
          <w:b w:val="0"/>
          <w:i w:val="0"/>
          <w:color w:val="666666"/>
          <w:sz w:val="18"/>
          <w:u w:val="none"/>
        </w:rPr>
        <w:t>Which sentence is correct?</w:t>
      </w:r>
    </w:p>
    <w:p>
      <w:pPr>
        <w:spacing w:after="80"/>
        <w:ind w:left="340"/>
      </w:pPr>
      <w:r>
        <w:rPr>
          <w:b w:val="0"/>
          <w:i w:val="0"/>
          <w:u w:val="none"/>
        </w:rPr>
        <w:t>C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41) </w:t>
      </w:r>
      <w:r>
        <w:rPr>
          <w:b w:val="0"/>
          <w:i w:val="0"/>
          <w:color w:val="666666"/>
          <w:sz w:val="18"/>
          <w:u w:val="none"/>
        </w:rPr>
        <w:t>There is ___ book on the table.</w:t>
      </w:r>
    </w:p>
    <w:p>
      <w:pPr>
        <w:spacing w:after="80"/>
        <w:ind w:left="340"/>
      </w:pPr>
      <w:r>
        <w:rPr>
          <w:b w:val="0"/>
          <w:i w:val="0"/>
          <w:u w:val="none"/>
        </w:rPr>
        <w:t>D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42) </w:t>
      </w:r>
      <w:r>
        <w:rPr>
          <w:b w:val="0"/>
          <w:i w:val="0"/>
          <w:color w:val="666666"/>
          <w:sz w:val="18"/>
          <w:u w:val="none"/>
        </w:rPr>
        <w:t>This is ___ book. (Ali)</w:t>
      </w:r>
    </w:p>
    <w:p>
      <w:pPr>
        <w:spacing w:after="80"/>
        <w:ind w:left="340"/>
      </w:pPr>
      <w:r>
        <w:rPr>
          <w:b w:val="0"/>
          <w:i w:val="0"/>
          <w:u w:val="none"/>
        </w:rPr>
        <w:t>A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43) </w:t>
      </w:r>
      <w:r>
        <w:rPr>
          <w:b w:val="0"/>
          <w:i w:val="0"/>
          <w:color w:val="666666"/>
          <w:sz w:val="18"/>
          <w:u w:val="none"/>
        </w:rPr>
        <w:t>This is ___ pencil. (I)</w:t>
      </w:r>
    </w:p>
    <w:p>
      <w:pPr>
        <w:spacing w:after="80"/>
        <w:ind w:left="340"/>
      </w:pPr>
      <w:r>
        <w:rPr>
          <w:b w:val="0"/>
          <w:i w:val="0"/>
          <w:u w:val="none"/>
        </w:rPr>
        <w:t>B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44) </w:t>
      </w:r>
      <w:r>
        <w:rPr>
          <w:b w:val="0"/>
          <w:i w:val="0"/>
          <w:color w:val="666666"/>
          <w:sz w:val="18"/>
          <w:u w:val="none"/>
        </w:rPr>
        <w:t>She is my teacher. ___ name is Sara.</w:t>
      </w:r>
    </w:p>
    <w:p>
      <w:pPr>
        <w:spacing w:after="80"/>
        <w:ind w:left="340"/>
      </w:pPr>
      <w:r>
        <w:rPr>
          <w:b w:val="0"/>
          <w:i w:val="0"/>
          <w:u w:val="none"/>
        </w:rPr>
        <w:t>C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45) </w:t>
      </w:r>
      <w:r>
        <w:rPr>
          <w:b w:val="0"/>
          <w:i w:val="0"/>
          <w:color w:val="666666"/>
          <w:sz w:val="18"/>
          <w:u w:val="none"/>
        </w:rPr>
        <w:t>He is my friend. ___ name is Ali.</w:t>
      </w:r>
    </w:p>
    <w:p>
      <w:pPr>
        <w:spacing w:after="80"/>
        <w:ind w:left="340"/>
      </w:pPr>
      <w:r>
        <w:rPr>
          <w:b w:val="0"/>
          <w:i w:val="0"/>
          <w:u w:val="none"/>
        </w:rPr>
        <w:t>D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46) </w:t>
      </w:r>
      <w:r>
        <w:rPr>
          <w:b w:val="0"/>
          <w:i w:val="0"/>
          <w:color w:val="666666"/>
          <w:sz w:val="18"/>
          <w:u w:val="none"/>
        </w:rPr>
        <w:t>We are in ___ classroom.</w:t>
      </w:r>
    </w:p>
    <w:p>
      <w:pPr>
        <w:spacing w:after="80"/>
        <w:ind w:left="340"/>
      </w:pPr>
      <w:r>
        <w:rPr>
          <w:b w:val="0"/>
          <w:i w:val="0"/>
          <w:u w:val="none"/>
        </w:rPr>
        <w:t>A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47) </w:t>
      </w:r>
      <w:r>
        <w:rPr>
          <w:b w:val="0"/>
          <w:i w:val="0"/>
          <w:color w:val="666666"/>
          <w:sz w:val="18"/>
          <w:u w:val="none"/>
        </w:rPr>
        <w:t>'Is this ___ ruler?' (you)</w:t>
      </w:r>
    </w:p>
    <w:p>
      <w:pPr>
        <w:spacing w:after="80"/>
        <w:ind w:left="340"/>
      </w:pPr>
      <w:r>
        <w:rPr>
          <w:b w:val="0"/>
          <w:i w:val="0"/>
          <w:u w:val="none"/>
        </w:rPr>
        <w:t>B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48) </w:t>
      </w:r>
      <w:r>
        <w:rPr>
          <w:b w:val="0"/>
          <w:i w:val="0"/>
          <w:color w:val="666666"/>
          <w:sz w:val="18"/>
          <w:u w:val="none"/>
        </w:rPr>
        <w:t>They are my friends. ___ names are Ali and Sara.</w:t>
      </w:r>
    </w:p>
    <w:p>
      <w:pPr>
        <w:spacing w:after="80"/>
        <w:ind w:left="340"/>
      </w:pPr>
      <w:r>
        <w:rPr>
          <w:b w:val="0"/>
          <w:i w:val="0"/>
          <w:u w:val="none"/>
        </w:rPr>
        <w:t>C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49) </w:t>
      </w:r>
      <w:r>
        <w:rPr>
          <w:b w:val="0"/>
          <w:i w:val="0"/>
          <w:color w:val="666666"/>
          <w:sz w:val="18"/>
          <w:u w:val="none"/>
        </w:rPr>
        <w:t>It is ___ door. (the school)</w:t>
      </w:r>
    </w:p>
    <w:p>
      <w:pPr>
        <w:spacing w:after="80"/>
        <w:ind w:left="340"/>
      </w:pPr>
      <w:r>
        <w:rPr>
          <w:b w:val="0"/>
          <w:i w:val="0"/>
          <w:u w:val="none"/>
        </w:rPr>
        <w:t>D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50) </w:t>
      </w:r>
      <w:r>
        <w:rPr>
          <w:b w:val="0"/>
          <w:i w:val="0"/>
          <w:color w:val="666666"/>
          <w:sz w:val="18"/>
          <w:u w:val="none"/>
        </w:rPr>
        <w:t>'Whose book is this?' - 'It is ___ book.' (Sara)</w:t>
      </w:r>
    </w:p>
    <w:p>
      <w:pPr>
        <w:spacing w:after="80"/>
        <w:ind w:left="340"/>
      </w:pPr>
      <w:r>
        <w:rPr>
          <w:b w:val="0"/>
          <w:i w:val="0"/>
          <w:u w:val="none"/>
        </w:rPr>
        <w:t>A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51) </w:t>
      </w:r>
      <w:r>
        <w:rPr>
          <w:b w:val="0"/>
          <w:i w:val="0"/>
          <w:color w:val="666666"/>
          <w:sz w:val="18"/>
          <w:u w:val="none"/>
        </w:rPr>
        <w:t>Which is correct?</w:t>
      </w:r>
    </w:p>
    <w:p>
      <w:pPr>
        <w:spacing w:after="80"/>
        <w:ind w:left="340"/>
      </w:pPr>
      <w:r>
        <w:rPr>
          <w:b w:val="0"/>
          <w:i w:val="0"/>
          <w:u w:val="none"/>
        </w:rPr>
        <w:t>B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52) </w:t>
      </w:r>
      <w:r>
        <w:rPr>
          <w:b w:val="0"/>
          <w:i w:val="0"/>
          <w:color w:val="666666"/>
          <w:sz w:val="18"/>
          <w:u w:val="none"/>
        </w:rPr>
        <w:t>___ I go out, please?</w:t>
      </w:r>
    </w:p>
    <w:p>
      <w:pPr>
        <w:spacing w:after="80"/>
        <w:ind w:left="340"/>
      </w:pPr>
      <w:r>
        <w:rPr>
          <w:b w:val="0"/>
          <w:i w:val="0"/>
          <w:u w:val="none"/>
        </w:rPr>
        <w:t>C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53) </w:t>
      </w:r>
      <w:r>
        <w:rPr>
          <w:b w:val="0"/>
          <w:i w:val="0"/>
          <w:color w:val="666666"/>
          <w:sz w:val="18"/>
          <w:u w:val="none"/>
        </w:rPr>
        <w:t>___ I use your pencil?</w:t>
      </w:r>
    </w:p>
    <w:p>
      <w:pPr>
        <w:spacing w:after="80"/>
        <w:ind w:left="340"/>
      </w:pPr>
      <w:r>
        <w:rPr>
          <w:b w:val="0"/>
          <w:i w:val="0"/>
          <w:u w:val="none"/>
        </w:rPr>
        <w:t>D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54) </w:t>
      </w:r>
      <w:r>
        <w:rPr>
          <w:b w:val="0"/>
          <w:i w:val="0"/>
          <w:color w:val="666666"/>
          <w:sz w:val="18"/>
          <w:u w:val="none"/>
        </w:rPr>
        <w:t>'Can I open the window?' - 'Yes, you ___.'</w:t>
      </w:r>
    </w:p>
    <w:p>
      <w:pPr>
        <w:spacing w:after="80"/>
        <w:ind w:left="340"/>
      </w:pPr>
      <w:r>
        <w:rPr>
          <w:b w:val="0"/>
          <w:i w:val="0"/>
          <w:u w:val="none"/>
        </w:rPr>
        <w:t>A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55) </w:t>
      </w:r>
      <w:r>
        <w:rPr>
          <w:b w:val="0"/>
          <w:i w:val="0"/>
          <w:color w:val="666666"/>
          <w:sz w:val="18"/>
          <w:u w:val="none"/>
        </w:rPr>
        <w:t>'May I come in?' - 'Yes, you ___.'</w:t>
      </w:r>
    </w:p>
    <w:p>
      <w:pPr>
        <w:spacing w:after="80"/>
        <w:ind w:left="340"/>
      </w:pPr>
      <w:r>
        <w:rPr>
          <w:b w:val="0"/>
          <w:i w:val="0"/>
          <w:u w:val="none"/>
        </w:rPr>
        <w:t>B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56) </w:t>
      </w:r>
      <w:r>
        <w:rPr>
          <w:b w:val="0"/>
          <w:i w:val="0"/>
          <w:color w:val="666666"/>
          <w:sz w:val="18"/>
          <w:u w:val="none"/>
        </w:rPr>
        <w:t>___ I sit down, please?</w:t>
      </w:r>
    </w:p>
    <w:p>
      <w:pPr>
        <w:spacing w:after="80"/>
        <w:ind w:left="340"/>
      </w:pPr>
      <w:r>
        <w:rPr>
          <w:b w:val="0"/>
          <w:i w:val="0"/>
          <w:u w:val="none"/>
        </w:rPr>
        <w:t>C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57) </w:t>
      </w:r>
      <w:r>
        <w:rPr>
          <w:b w:val="0"/>
          <w:i w:val="0"/>
          <w:color w:val="666666"/>
          <w:sz w:val="18"/>
          <w:u w:val="none"/>
        </w:rPr>
        <w:t>___ I close the door?</w:t>
      </w:r>
    </w:p>
    <w:p>
      <w:pPr>
        <w:spacing w:after="80"/>
        <w:ind w:left="340"/>
      </w:pPr>
      <w:r>
        <w:rPr>
          <w:b w:val="0"/>
          <w:i w:val="0"/>
          <w:u w:val="none"/>
        </w:rPr>
        <w:t>D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58) </w:t>
      </w:r>
      <w:r>
        <w:rPr>
          <w:b w:val="0"/>
          <w:i w:val="0"/>
          <w:color w:val="666666"/>
          <w:sz w:val="18"/>
          <w:u w:val="none"/>
        </w:rPr>
        <w:t>Which sentence is correct?</w:t>
      </w:r>
    </w:p>
    <w:p>
      <w:pPr>
        <w:spacing w:after="80"/>
        <w:ind w:left="340"/>
      </w:pPr>
      <w:r>
        <w:rPr>
          <w:b w:val="0"/>
          <w:i w:val="0"/>
          <w:u w:val="none"/>
        </w:rPr>
        <w:t>A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59) </w:t>
      </w:r>
      <w:r>
        <w:rPr>
          <w:b w:val="0"/>
          <w:i w:val="0"/>
          <w:color w:val="666666"/>
          <w:sz w:val="18"/>
          <w:u w:val="none"/>
        </w:rPr>
        <w:t>'Can I use your ruler?' - 'Yes, you ___.'</w:t>
      </w:r>
    </w:p>
    <w:p>
      <w:pPr>
        <w:spacing w:after="80"/>
        <w:ind w:left="340"/>
      </w:pPr>
      <w:r>
        <w:rPr>
          <w:b w:val="0"/>
          <w:i w:val="0"/>
          <w:u w:val="none"/>
        </w:rPr>
        <w:t>B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60) </w:t>
      </w:r>
      <w:r>
        <w:rPr>
          <w:b w:val="0"/>
          <w:i w:val="0"/>
          <w:color w:val="666666"/>
          <w:sz w:val="18"/>
          <w:u w:val="none"/>
        </w:rPr>
        <w:t>Eşleştirme (5 çift)</w:t>
      </w:r>
    </w:p>
    <w:p>
      <w:pPr>
        <w:spacing w:after="80"/>
        <w:ind w:left="340"/>
      </w:pPr>
      <w:r>
        <w:rPr>
          <w:b w:val="0"/>
          <w:i w:val="0"/>
          <w:u w:val="none"/>
        </w:rPr>
        <w:t>1→C, 2→D, 3→E, 4→B, 5→A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61) </w:t>
      </w:r>
      <w:r>
        <w:rPr>
          <w:b w:val="0"/>
          <w:i w:val="0"/>
          <w:color w:val="666666"/>
          <w:sz w:val="18"/>
          <w:u w:val="none"/>
        </w:rPr>
        <w:t>Write three subjects you have at school.</w:t>
      </w:r>
    </w:p>
    <w:p>
      <w:pPr>
        <w:spacing w:after="80"/>
        <w:ind w:left="340"/>
      </w:pPr>
      <w:r>
        <w:rPr>
          <w:b w:val="0"/>
          <w:i w:val="0"/>
          <w:u w:val="none"/>
        </w:rPr>
        <w:t>Örnek: English, Maths, Music.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62) </w:t>
      </w:r>
      <w:r>
        <w:rPr>
          <w:b w:val="0"/>
          <w:i w:val="0"/>
          <w:color w:val="666666"/>
          <w:sz w:val="18"/>
          <w:u w:val="none"/>
        </w:rPr>
        <w:t>Write about your classroom. Use 'There is' and 'There are'.</w:t>
      </w:r>
    </w:p>
    <w:p>
      <w:pPr>
        <w:spacing w:after="80"/>
        <w:ind w:left="340"/>
      </w:pPr>
      <w:r>
        <w:rPr>
          <w:b w:val="0"/>
          <w:i w:val="0"/>
          <w:u w:val="none"/>
        </w:rPr>
        <w:t>Örnek: There is a board. There are twenty desks.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63) </w:t>
      </w:r>
      <w:r>
        <w:rPr>
          <w:b w:val="0"/>
          <w:i w:val="0"/>
          <w:color w:val="666666"/>
          <w:sz w:val="18"/>
          <w:u w:val="none"/>
        </w:rPr>
        <w:t>Write what you are doing now. Use 'I am ___-ing'.</w:t>
      </w:r>
    </w:p>
    <w:p>
      <w:pPr>
        <w:spacing w:after="80"/>
        <w:ind w:left="340"/>
      </w:pPr>
      <w:r>
        <w:rPr>
          <w:b w:val="0"/>
          <w:i w:val="0"/>
          <w:u w:val="none"/>
        </w:rPr>
        <w:t>Örnek: I am writing.</w:t>
      </w:r>
    </w:p>
    <w:p>
      <w:pPr>
        <w:spacing w:after="40"/>
      </w:pPr>
      <w:r>
        <w:rPr>
          <w:b/>
          <w:i w:val="0"/>
          <w:color w:val="2E5E8C"/>
          <w:u w:val="none"/>
        </w:rPr>
        <w:t xml:space="preserve">64) </w:t>
      </w:r>
      <w:r>
        <w:rPr>
          <w:b w:val="0"/>
          <w:i w:val="0"/>
          <w:color w:val="666666"/>
          <w:sz w:val="18"/>
          <w:u w:val="none"/>
        </w:rPr>
        <w:t>Write about your timetable. What do you have on Monday and F</w:t>
      </w:r>
    </w:p>
    <w:p>
      <w:pPr>
        <w:spacing w:after="80"/>
        <w:ind w:left="340"/>
      </w:pPr>
      <w:r>
        <w:rPr>
          <w:b w:val="0"/>
          <w:i w:val="0"/>
          <w:u w:val="none"/>
        </w:rPr>
        <w:t>Örnek: On Monday I have English. On Friday I have PE.</w:t>
      </w:r>
    </w:p>
    <w:sectPr w:rsidR="00FC693F" w:rsidRPr="0006063C" w:rsidSect="00034616">
      <w:pgSz w:w="11906" w:h="16838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