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Week 3 - My School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4 | Week 3 | Unit 1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A - Present Continuous (17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A1. Choose the correct form of 'be' (am / is / are).</w:t>
      </w:r>
    </w:p>
    <w:p>
      <w:r>
        <w:drawing>
          <wp:inline xmlns:a="http://schemas.openxmlformats.org/drawingml/2006/main" xmlns:pic="http://schemas.openxmlformats.org/drawingml/2006/picture">
            <wp:extent cx="5400000" cy="33252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-pc-gri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252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What are they doing?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I ___ reading a book.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She ___ writing.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They ___ playing football.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He ___ singing.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We ___ listening.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A2. Choose the correct word to complete the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What is she ___?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reading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writing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playing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She is ___ a picture.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counting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reading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drawing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singing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They are ___ numbers.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singing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drawing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playing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counting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I am ___ a book.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reading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drawing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counting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playing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He is ___ a song.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drawing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singing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reading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counting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A3. Circle the correct sentence or short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 is swim.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 swimming.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 is swimming.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 are swimming.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 reading.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 is reading.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 are reading.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 am reading.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Which question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What is he doing?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What he is doing?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What doing he is?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What does he doing?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'Is he colouring?' - 'Yes, he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'Are you writing?' - 'No, I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don't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'What are you doing?' - 'I ___ a book.'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 reading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 reading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 reading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 reading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'What are they doing?' - 'They ___ football.'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 playing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play playing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 playing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 playing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B - School Subjects and Timetable (14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B1. Choose the correct school subject.</w:t>
      </w:r>
    </w:p>
    <w:p>
      <w:r>
        <w:drawing>
          <wp:inline xmlns:a="http://schemas.openxmlformats.org/drawingml/2006/main" xmlns:pic="http://schemas.openxmlformats.org/drawingml/2006/picture">
            <wp:extent cx="5400000" cy="11544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-subject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544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School subjects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We count and use numbers in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Music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We draw and colour pictures in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English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Science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We run and play games in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Music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We sing songs in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Music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Science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There are seven days in a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school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week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class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We read and write English words in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English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B2. Look at the timetable and answer the questions.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2"/>
            <w:shd w:val="clear" w:fill="F5E6D3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Day</w:t>
            </w:r>
          </w:p>
        </w:tc>
        <w:tc>
          <w:tcPr>
            <w:tcW w:type="dxa" w:w="4932"/>
            <w:shd w:val="clear" w:fill="F5E6D3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Subject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Monday</w:t>
            </w:r>
          </w:p>
        </w:tc>
        <w:tc>
          <w:tcPr>
            <w:tcW w:type="dxa" w:w="4932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English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Tuesday</w:t>
            </w:r>
          </w:p>
        </w:tc>
        <w:tc>
          <w:tcPr>
            <w:tcW w:type="dxa" w:w="4932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Maths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Wednesday</w:t>
            </w:r>
          </w:p>
        </w:tc>
        <w:tc>
          <w:tcPr>
            <w:tcW w:type="dxa" w:w="4932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Music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0"/>
                <w:u w:val="none"/>
              </w:rPr>
              <w:t>Thursday</w:t>
            </w:r>
          </w:p>
        </w:tc>
        <w:tc>
          <w:tcPr>
            <w:tcW w:type="dxa" w:w="4932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Science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0"/>
                <w:u w:val="none"/>
              </w:rPr>
              <w:t>Friday</w:t>
            </w:r>
          </w:p>
        </w:tc>
        <w:tc>
          <w:tcPr>
            <w:tcW w:type="dxa" w:w="4932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PE</w:t>
            </w:r>
          </w:p>
        </w:tc>
      </w:tr>
    </w:tbl>
    <w:p>
      <w:pPr>
        <w:spacing w:after="0"/>
      </w:pP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Which subject is on Monday?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Music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English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Which subject is on Wednesday?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Music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English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Science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On which day is PE?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Tuesday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Friday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Monday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Wednesday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On which day is Science?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Tuesday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Friday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Thursday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Wednesday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Which day comes after Monday?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Monday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Friday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Wednesday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Tuesday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>Which day comes before Friday?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Thursday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Monday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Wednesday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Saturday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On Monday I ___ English.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Music is on Tuesday.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C - There is / There are (10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C1. Complete the sentence with 'is' or 'are'.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There ___ a board in the classroom.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There ___ twenty desks.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There ___ a computer in the office.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There ___ two doors.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There ___ a library in the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C2. Choose the correct question or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___ there a library in the school?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___ there books on the table?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There ten chairs.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There are ten chairs.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There are ten chair.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There is ten chairs.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There is board a.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There are a board.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There is a board.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There a board.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There is ___ book on the table.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D - My, Your, His, Her, Our, Their (10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D1. Choose the correct word.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This is ___ book. (Ali)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Ali's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Ali 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Ali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Alis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This is ___ pencil. (I)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She is my teacher. ___ name is Sara.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He is my friend. ___ name is Ali.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We are in ___ classroom.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'Is this ___ ruler?' (you)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They are my friends. ___ names are Ali and Sara.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It is ___ door. (the school)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'Whose book is this?' - 'It is ___ book.' (Sara)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Sara's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Sara 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Saras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Sara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Which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Alis pencil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Ali's pencil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pencil Ali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Ali pencil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E - Can I / May I (8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E1. Choose 'Can', 'May' or the correct short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___ I go out, please?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Can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>___ I use your pencil?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'Can I open the window?' - 'Yes, you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can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'May I come in?' - 'Yes, you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may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___ I sit down, please?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Can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>___ I close the door?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Can I go out, please?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Go out I.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 go out.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 go out.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'Can I use your ruler?' - 'Yes, you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can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F - Writing (6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F1. Match the subject and what we do.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/>
          <w:color w:val="666666"/>
          <w:sz w:val="20"/>
          <w:u w:val="none"/>
        </w:rPr>
        <w:t>Match: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read words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Music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draw pictures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PE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count numbers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Art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sing songs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English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run and play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F2. Write the answers.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u w:val="none"/>
        </w:rPr>
        <w:t>Write three subjects you have at school.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u w:val="none"/>
        </w:rPr>
        <w:t>Write about your classroom. Use 'There is' and 'There are'.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u w:val="none"/>
        </w:rPr>
        <w:t>Write what you are doing now. Use 'I am ___-ing'.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u w:val="none"/>
        </w:rPr>
        <w:t>Write about your timetable. What do you have on Monday and Friday?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Week 3 | Grade 4 | Unit 1: My School   |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Serdarli Primary School</w:t>
    </w:r>
    <w:r>
      <w:rPr>
        <w:b w:val="0"/>
        <w:i w:val="0"/>
        <w:color w:val="666666"/>
        <w:sz w:val="18"/>
        <w:u w:val="none"/>
      </w:rPr>
      <w:tab/>
      <w:t>Grade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