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KKTC İlkokul İngilizce — Yıllık Plan (2026-2027)</w:t>
      </w:r>
    </w:p>
    <w:p>
      <w:pPr>
        <w:jc w:val="center"/>
      </w:pPr>
      <w:r>
        <w:t>2, 3, 4, 5. Sınıf | Eylül 2026 → Haziran 2027 | 39 öğretim haftası | 9 ünite/sınıf</w:t>
      </w:r>
    </w:p>
    <w:p>
      <w:pPr>
        <w:pStyle w:val="Heading1"/>
      </w:pPr>
      <w:r>
        <w:t>Eğitim Yılı Takvimi</w:t>
      </w:r>
    </w:p>
    <w:p>
      <w:r>
        <w:t>Dönem 1: 15 Eylül - 19 Aralık 2026 (14 hafta)</w:t>
      </w:r>
    </w:p>
    <w:p>
      <w:r>
        <w:t>Tatil: 21 Aralık - 4 Ocak 2027 (2 hafta)</w:t>
      </w:r>
    </w:p>
    <w:p>
      <w:r>
        <w:t>Dönem 2: 5 Ocak - 26 Haziran 2027 (25 hafta)</w:t>
      </w:r>
    </w:p>
    <w:p/>
    <w:p>
      <w:r>
        <w:t>Resmî Tatiller: 29 Ekim (Per), 23 Nisan (Cum), 19 Mayıs (Çar)</w:t>
      </w:r>
    </w:p>
    <w:p/>
    <w:p>
      <w:r>
        <w:t>Sınavlar: Quiz 1 (U1-2), Quiz 2 (U3-4), Dönem Sonu (U1-4), Quiz 3 (U5-7), Quiz 4 (U7-9), Yıl Sonu (U1-9)</w:t>
      </w:r>
    </w:p>
    <w:p>
      <w:pPr>
        <w:pStyle w:val="Heading1"/>
      </w:pPr>
      <w:r>
        <w:t>2. SINIF (Pre-A1) — Yıllık Plan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714"/>
        <w:gridCol w:w="2714"/>
        <w:gridCol w:w="2714"/>
        <w:gridCol w:w="2714"/>
        <w:gridCol w:w="2714"/>
      </w:tblGrid>
      <w:tr>
        <w:tc>
          <w:tcPr>
            <w:tcW w:type="dxa" w:w="2714"/>
          </w:tcPr>
          <w:p>
            <w:r>
              <w:rPr>
                <w:b/>
                <w:sz w:val="16"/>
              </w:rPr>
              <w:t>Hf</w:t>
            </w:r>
          </w:p>
        </w:tc>
        <w:tc>
          <w:tcPr>
            <w:tcW w:type="dxa" w:w="2714"/>
          </w:tcPr>
          <w:p>
            <w:r>
              <w:rPr>
                <w:b/>
                <w:sz w:val="16"/>
              </w:rPr>
              <w:t>Tarih</w:t>
            </w:r>
          </w:p>
        </w:tc>
        <w:tc>
          <w:tcPr>
            <w:tcW w:type="dxa" w:w="2714"/>
          </w:tcPr>
          <w:p>
            <w:r>
              <w:rPr>
                <w:b/>
                <w:sz w:val="16"/>
              </w:rPr>
              <w:t>Ünite/Konu</w:t>
            </w:r>
          </w:p>
        </w:tc>
        <w:tc>
          <w:tcPr>
            <w:tcW w:type="dxa" w:w="2714"/>
          </w:tcPr>
          <w:p>
            <w:r>
              <w:rPr>
                <w:b/>
                <w:sz w:val="16"/>
              </w:rPr>
              <w:t>Grammar</w:t>
            </w:r>
          </w:p>
        </w:tc>
        <w:tc>
          <w:tcPr>
            <w:tcW w:type="dxa" w:w="2714"/>
          </w:tcPr>
          <w:p>
            <w:r>
              <w:rPr>
                <w:b/>
                <w:sz w:val="16"/>
              </w:rPr>
              <w:t>Kelime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15-19 Eyl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1: Hello English!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Selamlaşma, alfabe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hello, hi, good morning, sayılar 1-15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22-26 Eyl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1: Hello English!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It is a ___ / What colour?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Sınıf eşyaları, renkler (11 renk)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29 Eyl-3 Eki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1: Hello English!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Sınıf komutları, pekiştirme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Şekiller (circle, square, triangle)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06-10 Eki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2: My Classroom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I have got ___ / this/that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Sınıf eşyaları (detay), sayılar 1-20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13-17 Eki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2: My Classroom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What/How many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Sınıf eşyaları, okul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20-24 Eki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2: My Classroom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Pekiştirme: Bingo, spelling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Sayılar 1-20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27-31 Eki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📝 Quiz 1 (U1-2)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Quiz + geri bildirim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⚠️ 29 Ekim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03-07 Kas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3: My Family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This is my mother.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Aile üyeleri, jobs (temel)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10-14 Kas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3: My Family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I have got a brother.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Aile + jobs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17-21 Kas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3: My Family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Pekiştirme: family tree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Tüm aile vocabulary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24-28 Kas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4: My Body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I have got two eyes.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Body parts (head, eye, nose...)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01-05 Ara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4: My Body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He is tall / big / small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Appearance adjectives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08-12 Ara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4: My Body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Senses (see, smell, taste, hear)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Body + senses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15-19 Ara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📝 Quiz 2 + Dönem Sonu (U1-4)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Dönem 1 sınavı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05-09 Oca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5: Colours &amp; Clothes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I am wearing ___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Clothes (shirt, shorts, trousers, dress)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12-16 Oca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5: Colours &amp; Clothes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Weather: cold/hot/warm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Clothes + weather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19-23 Oca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5: Colours &amp; Clothes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Pekiştirme: My Clothes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Tüm clothes + weather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26-30 Oca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6: My Home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This is my room.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House, rooms (bedroom, kitchen...)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02-06 Şub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6: My Home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Actions: brushing, eating, sleeping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Daily actions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09-13 Şub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6: My Home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Pekiştirme: My Home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Rooms + actions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16-20 Şub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7: Animals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It is a dog. / I like cats.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Animals (dog, cat, bird, horse...)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23-27 Şub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7: Animals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Feelings: happy, sad, hungry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Animals + feelings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09-13 Mar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📝 Quiz 3 (U5-7)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Quiz + geri bildirim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16-20 Mar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8: Food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I like/don't like ___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Food (apple, milk, bread, pizza)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23-27 Mar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8: Food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Healthy / unhealthy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Food + days of week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30 Mar-3 Nis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8: Food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Pekiştirme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Tüm food vocabulary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06-10 Nis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9: Toys &amp; Games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I have got a ball.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Toys (ball, car, doll, kite, bike)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13-17 Nis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9: Toys &amp; Games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Actions: catching, throwing, kicking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Toys + actions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20-24 Nis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9: Toys &amp; Games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Playground, environment ⚠️ 23 Nisan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hopscotch, tag, hide and seek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27 Nis-1 May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📝 Quiz 4 (U7-9)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Quiz + geri bildirim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04-08 May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🔄 Review (U1-4)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Genel tekrar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11-15 May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🔄 Review (U5-9)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Genel tekrar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18-22 May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🔄 Review (U1-9)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Sınav hazırlığı ⚠️ 19 Mayıs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25-29 May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📝 Yıl Sonu Sınavı (U1-9)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Yıl sonu sınavı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35-39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01 Haz-3 Tem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🎨 Portfolio + Wrap-up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Sunumlar, oyunlar, şarkılar, sertifika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1"/>
      </w:pPr>
      <w:r>
        <w:t>3. SINIF (A1) — Yıllık Plan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714"/>
        <w:gridCol w:w="2714"/>
        <w:gridCol w:w="2714"/>
        <w:gridCol w:w="2714"/>
        <w:gridCol w:w="2714"/>
      </w:tblGrid>
      <w:tr>
        <w:tc>
          <w:tcPr>
            <w:tcW w:type="dxa" w:w="2714"/>
          </w:tcPr>
          <w:p>
            <w:r>
              <w:rPr>
                <w:b/>
                <w:sz w:val="16"/>
              </w:rPr>
              <w:t>Hf</w:t>
            </w:r>
          </w:p>
        </w:tc>
        <w:tc>
          <w:tcPr>
            <w:tcW w:type="dxa" w:w="2714"/>
          </w:tcPr>
          <w:p>
            <w:r>
              <w:rPr>
                <w:b/>
                <w:sz w:val="16"/>
              </w:rPr>
              <w:t>Tarih</w:t>
            </w:r>
          </w:p>
        </w:tc>
        <w:tc>
          <w:tcPr>
            <w:tcW w:type="dxa" w:w="2714"/>
          </w:tcPr>
          <w:p>
            <w:r>
              <w:rPr>
                <w:b/>
                <w:sz w:val="16"/>
              </w:rPr>
              <w:t>Ünite/Konu</w:t>
            </w:r>
          </w:p>
        </w:tc>
        <w:tc>
          <w:tcPr>
            <w:tcW w:type="dxa" w:w="2714"/>
          </w:tcPr>
          <w:p>
            <w:r>
              <w:rPr>
                <w:b/>
                <w:sz w:val="16"/>
              </w:rPr>
              <w:t>Grammar</w:t>
            </w:r>
          </w:p>
        </w:tc>
        <w:tc>
          <w:tcPr>
            <w:tcW w:type="dxa" w:w="2714"/>
          </w:tcPr>
          <w:p>
            <w:r>
              <w:rPr>
                <w:b/>
                <w:sz w:val="16"/>
              </w:rPr>
              <w:t>Kelime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15-19 Eyl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1: My Classroom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Pronouns, to be, this/that, I have got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Sınıf eşyaları, sayılar 1-20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22-26 Eyl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1: My Classroom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What/How many, demonstratives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Sınıf eşyaları, okul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29 Eyl-3 Eki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1: My Classroom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Pekiştirme: spelling bee, bingo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Sayılar 1-20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06-10 Eki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2: My Family and Friends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Family vocab, jobs (temel)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Aile üyeleri, jobs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13-17 Eki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2: My Family and Friends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This is my mother. / She is a teacher.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Jobs, parents, grandparents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20-24 Eki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2: My Family and Friends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Pekiştirme: family tree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Tüm aile + jobs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27-31 Eki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📝 Quiz 1 (U1-2)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Quiz ⚠️ 29 Ekim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03-07 Kas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3: Body and Appearance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Size/appearance adjectives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Body parts, senses verbs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10-14 Kas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3: Body and Appearance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I have got two eyes. / He is tall.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big/small/tall/short/fat/thin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17-21 Kas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3: Body and Appearance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Pekiştirme: My Robot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Tüm body vocabulary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24-28 Kas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4: Colours and Clothes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Clothes vocab, weather words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shirt, T-shirt, shorts, dress, shoes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01-05 Ara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4: Colours and Clothes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I am wearing ___ / cold, hot, warm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Clothes + weather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08-12 Ara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4: Colours and Clothes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Landscape, pekiştirme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mountain, desert, jungle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15-19 Ara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📝 Quiz 2 + Dönem Sonu (U1-4)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Dönem 1 sınavı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05-09 Oca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5: My Home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House vocab, rooms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house, bedroom, bathroom, kitchen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12-16 Oca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5: My Home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Actions: brushing, combing, eating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Daily actions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19-23 Oca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5: My Home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Pekiştirme: My Home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Rooms + actions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26-30 Oca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6: Animals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It is a dog. / Dogs can run.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dog, cat, bird, fish, horse, cow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02-06 Şub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6: Animals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Feelings: happy, sad, angry, hungry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Animals + feelings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09-13 Şub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6: Animals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Pekiştirme: My Pet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Tüm animals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16-20 Şub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7: Food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I like/don't like ___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fruit, banana, milk, bread, pizza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23-27 Şub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7: Food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Healthy / unhealthy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salty, sweet, healthy, unhealthy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09-13 Mar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📝 Quiz 3 (U5-7)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Quiz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16-20 Mar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7: Food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Days of week, pekiştirme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Monday-Sunday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23-27 Mar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8: My Friends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I have got a ball. / toys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Furniture + toys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30 Mar-3 Nis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8: My Friends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Personal belongings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phone, computer, camera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06-10 Nis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8: My Friends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Pekiştirme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Tüm furniture + toys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13-17 Nis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9: My Favourites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Playground actions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catching, throwing, kicking, dancing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20-24 Nis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9: My Favourites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Environment ⚠️ 23 Nisan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hopscotch, tag, hide and seek, recycle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27 Nis-1 May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📝 Quiz 4 (U7-9)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Quiz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04-08 May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🔄 Review (U1-4)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Dönem 1 tekrar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11-15 May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🔄 Review (U5-9)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Dönem 2 tekrar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18-22 May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🔄 Review (U1-9)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Sınav hazırlığı ⚠️ 19 Mayıs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25-29 May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📝 Yıl Sonu Sınavı (U1-9)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Yıl sonu sınavı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35-39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01 Haz-3 Tem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🎨 Portfolio + Wrap-up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Sunumlar, oyunlar, şarkılar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1"/>
      </w:pPr>
      <w:r>
        <w:t>4. SINIF (A1) — Yıllık Plan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714"/>
        <w:gridCol w:w="2714"/>
        <w:gridCol w:w="2714"/>
        <w:gridCol w:w="2714"/>
        <w:gridCol w:w="2714"/>
      </w:tblGrid>
      <w:tr>
        <w:tc>
          <w:tcPr>
            <w:tcW w:type="dxa" w:w="2714"/>
          </w:tcPr>
          <w:p>
            <w:r>
              <w:rPr>
                <w:b/>
                <w:sz w:val="16"/>
              </w:rPr>
              <w:t>Hf</w:t>
            </w:r>
          </w:p>
        </w:tc>
        <w:tc>
          <w:tcPr>
            <w:tcW w:type="dxa" w:w="2714"/>
          </w:tcPr>
          <w:p>
            <w:r>
              <w:rPr>
                <w:b/>
                <w:sz w:val="16"/>
              </w:rPr>
              <w:t>Tarih</w:t>
            </w:r>
          </w:p>
        </w:tc>
        <w:tc>
          <w:tcPr>
            <w:tcW w:type="dxa" w:w="2714"/>
          </w:tcPr>
          <w:p>
            <w:r>
              <w:rPr>
                <w:b/>
                <w:sz w:val="16"/>
              </w:rPr>
              <w:t>Ünite/Konu</w:t>
            </w:r>
          </w:p>
        </w:tc>
        <w:tc>
          <w:tcPr>
            <w:tcW w:type="dxa" w:w="2714"/>
          </w:tcPr>
          <w:p>
            <w:r>
              <w:rPr>
                <w:b/>
                <w:sz w:val="16"/>
              </w:rPr>
              <w:t>Grammar</w:t>
            </w:r>
          </w:p>
        </w:tc>
        <w:tc>
          <w:tcPr>
            <w:tcW w:type="dxa" w:w="2714"/>
          </w:tcPr>
          <w:p>
            <w:r>
              <w:rPr>
                <w:b/>
                <w:sz w:val="16"/>
              </w:rPr>
              <w:t>Kelime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15-19 Eyl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1: My School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Present Continuous, there is/are, Can/May I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School, subjects, weekdays, 11-100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22-26 Eyl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1: My School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Possessive adj, 's, Wh-questions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Shapes, maths words, activities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29 Eyl-3 Eki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1: My School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Pekiştirme: timetable, school day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Tüm Unit 1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06-10 Eki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2: Games and Sports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like/love + Ving, have got/has got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Sports, body parts, instruments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13-17 Eki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2: Games and Sports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What do you like doing?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basketball, volleyball, football, swimming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20-24 Eki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2: Games and Sports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Pekiştirme: My Favourite Sport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Playground equipment, verbs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27-31 Eki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📝 Quiz 1 (U1-2)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Quiz ⚠️ 29 Ekim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03-07 Kas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3: My House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Family/relatives, house objects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Rooms, furniture, family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10-14 Kas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3: My House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There is a bed in the bedroom.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old/new/big/small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17-21 Kas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3: My House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Pekiştirme: My House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Tüm house vocabulary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24-28 Kas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4: My Hometown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Places in town, landmarks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bank, cinema, post office, hospital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01-05 Ara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4: My Hometown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Transport, directions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bike, bus, car, train, left, right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08-12 Ara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4: My Hometown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KKTC landmarks (Salamis, St. Hilarion)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Local + international landmarks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15-19 Ara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📝 Quiz 2 + Dönem Sonu (U1-4)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Dönem 1 sınavı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05-09 Oca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5: Jobs and Occupations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Jobs vocab, related verbs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doctor, teacher, pilot, chef, vet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12-16 Oca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5: Jobs and Occupations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He is a doctor. He helps people.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grow, help, protect, cook, teach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19-23 Oca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5: Jobs and Occupations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What do you want to be?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Areas of interest, ill, tractor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26-30 Oca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6: Daily Life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Daily activities, time expressions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get up, brush, get dressed, eat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02-06 Şub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6: Daily Life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I get up at 7 o'clock. / early/late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o'clock, midday, midnight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09-13 Şub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6: Daily Life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History of clocks, pekiştirme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sand, sundial, hourglass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16-20 Şub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7: Food and Meals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Fruit, vegetables, food, drinks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apple, banana, meat, bread, water, milk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23-27 Şub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7: Food and Meals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Local meals, countries &amp; nationalities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kebab, molehiya, ayran, healthy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09-13 Mar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📝 Quiz 3 (U5-7)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Quiz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16-20 Mar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7: Food and Meals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What people eat around the world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Mexico, Italy, China, Turkey, Cyprus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23-27 Mar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8: Animals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Animals + habitats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cheetah, crocodile, hippo, kangaroo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30 Mar-3 Nis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8: Animals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Cheetahs can run fast.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desert, forest, jungle, ocean, river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06-10 Nis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8: Animals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Pekiştirme: My Favourite Animal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amazing, strong, clever, wild, domestic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13-17 Nis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9: Festivals and Celebrations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Seasons, months, weather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Spring-Summer-Autumn-Winter, Jan-Dec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20-24 Nis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9: Festivals and Celebrations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Clothes, seasonal activities ⚠️ 23 Nisan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sunny, windy, rainy, coat, scarf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27 Nis-1 May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📝 Quiz 4 (U7-9)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Quiz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04-08 May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🔄 Review (U1-4)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Dönem 1 tekrar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11-15 May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🔄 Review (U5-9)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Dönem 2 tekrar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18-22 May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🔄 Review (U1-9)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Sınav hazırlığı ⚠️ 19 Mayıs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25-29 May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📝 Yıl Sonu Sınavı (U1-9)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Yıl sonu sınavı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35-39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01 Haz-3 Tem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🎨 Portfolio + Wrap-up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Sunumlar, oyunlar, şarkılar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1"/>
      </w:pPr>
      <w:r>
        <w:t>5. SINIF (A1-A2) — Yıllık Plan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714"/>
        <w:gridCol w:w="2714"/>
        <w:gridCol w:w="2714"/>
        <w:gridCol w:w="2714"/>
        <w:gridCol w:w="2714"/>
      </w:tblGrid>
      <w:tr>
        <w:tc>
          <w:tcPr>
            <w:tcW w:type="dxa" w:w="2714"/>
          </w:tcPr>
          <w:p>
            <w:r>
              <w:rPr>
                <w:b/>
                <w:sz w:val="16"/>
              </w:rPr>
              <w:t>Hf</w:t>
            </w:r>
          </w:p>
        </w:tc>
        <w:tc>
          <w:tcPr>
            <w:tcW w:type="dxa" w:w="2714"/>
          </w:tcPr>
          <w:p>
            <w:r>
              <w:rPr>
                <w:b/>
                <w:sz w:val="16"/>
              </w:rPr>
              <w:t>Tarih</w:t>
            </w:r>
          </w:p>
        </w:tc>
        <w:tc>
          <w:tcPr>
            <w:tcW w:type="dxa" w:w="2714"/>
          </w:tcPr>
          <w:p>
            <w:r>
              <w:rPr>
                <w:b/>
                <w:sz w:val="16"/>
              </w:rPr>
              <w:t>Ünite/Konu</w:t>
            </w:r>
          </w:p>
        </w:tc>
        <w:tc>
          <w:tcPr>
            <w:tcW w:type="dxa" w:w="2714"/>
          </w:tcPr>
          <w:p>
            <w:r>
              <w:rPr>
                <w:b/>
                <w:sz w:val="16"/>
              </w:rPr>
              <w:t>Grammar</w:t>
            </w:r>
          </w:p>
        </w:tc>
        <w:tc>
          <w:tcPr>
            <w:tcW w:type="dxa" w:w="2714"/>
          </w:tcPr>
          <w:p>
            <w:r>
              <w:rPr>
                <w:b/>
                <w:sz w:val="16"/>
              </w:rPr>
              <w:t>Kelime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15-19 Eyl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1: My Day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Present Simple (to be), object pronouns, before/after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Daily routines, times, body parts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22-26 Eyl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1: My Day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I wake up at 7. / She helps me.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Times, body parts (detaylı)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29 Eyl-3 Eki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1: My Day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Pekiştirme: robot, Keep it Clean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Tüm Unit 1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06-10 Eki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2: People and Jobs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Present Simple (all), prep of place, have to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Jobs (30+), places (20+)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13-17 Eki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2: People and Jobs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She is a doctor. She works at a hospital.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Jobs, places, family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20-24 Eki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2: People and Jobs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He has to wear a uniform. / family tree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Workplace, pocket money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27-31 Eki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📝 Quiz 1 (U1-2)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Quiz ⚠️ 29 Ekim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03-07 Kas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3: Works at Home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Adverbs of frequency, Wh-questions, have to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Chores, furniture, days, money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10-14 Kas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3: Works at Home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I always make my bed.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always, usually, often, sometimes, never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17-21 Kas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3: Works at Home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Pekiştirme: Chores Chart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Tüm chores + furniture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24-28 Kas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4: Amazing Animals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Can/can't, Wh-questions, because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Animals (40+), habitats, 1-1000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01-05 Ara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4: Amazing Animals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Cheetahs can run fast. / Why...?/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desert, forest, jungle, ocean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08-12 Ara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4: Amazing Animals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Physical complaints: headache, cough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Illness vocabulary, because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15-19 Ara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📝 Quiz 2 + Dönem Sonu (U1-4)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Dönem 1 sınavı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05-09 Oca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5: Weather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Past Simple (was/were), comparatives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Months, seasons, clothes, compass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12-16 Oca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5: Weather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It was sunny. / Today is colder than.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Weather, flora/fauna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19-23 Oca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5: Weather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What did you wear in winter?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Tüm weather + clothes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26-30 Oca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6: Our Senses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How does it taste/smell/feel?, like+Gerund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Senses verbs, food, adjectives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02-06 Şub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6: Our Senses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It tastes sweet. / I like swimming but...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delicious, awful, horrible, lovely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09-13 Şub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6: Our Senses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Telling prices, pekiştirme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Food (30+), adjectives (15+)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16-20 Şub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7: Eating Out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There is/are, some/any/a lot of, count/uncount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Food quantities, meals, menus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23-27 Şub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7: Eating Out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Is there any rice? / a lot of tomatoes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bread, cereal, cheese, spaghetti, rice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09-13 Mar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📝 Quiz 3 (U5-7)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Quiz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16-20 Mar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7: Eating Out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How much is it? / restaurant diyalog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Menu, quantities, prices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23-27 Mar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8: Healthy Life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Past Simple (was/were), enough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Healthy/unhealthy, meals, sports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30 Mar-3 Nis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8: Healthy Life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I was tired. / I don't get enough sleep.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calorie, exercise, breakfast, habits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06-10 Nis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8: Healthy Life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Pekiştirme: Healthy Living Wheel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football, cycling, tennis, swimming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13-17 Nis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9: Places to Visit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Past Simple (went/saw/ate/had/was/got)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Places, art vocab, countries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20-24 Nis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Unit 9: Places to Visit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We went to the museum. ⚠️ 23 Nisan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theatre, circus, zoo, library, museum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27 Nis-1 May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📝 Quiz 4 (U7-9)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Quiz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04-08 May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🔄 Review (U1-4)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Dönem 1 tekrar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11-15 May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🔄 Review (U5-9)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Dönem 2 tekrar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18-22 May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🔄 Review (U1-9)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Sınav hazırlığı ⚠️ 19 Mayıs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25-29 May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📝 Yıl Sonu Sınavı (U1-9)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Yıl sonu sınavı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35-39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01 Haz-3 Tem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🎨 Portfolio + Wrap-up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Sunumlar, drama, şarkılar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1"/>
      </w:pPr>
      <w:r>
        <w:t>ÖZET — Ünite Hafta Dağılımı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714"/>
        <w:gridCol w:w="2714"/>
        <w:gridCol w:w="2714"/>
        <w:gridCol w:w="2714"/>
        <w:gridCol w:w="2714"/>
      </w:tblGrid>
      <w:tr>
        <w:tc>
          <w:tcPr>
            <w:tcW w:type="dxa" w:w="2714"/>
          </w:tcPr>
          <w:p>
            <w:r>
              <w:rPr>
                <w:b/>
                <w:sz w:val="16"/>
              </w:rPr>
              <w:t>Ünite</w:t>
            </w:r>
          </w:p>
        </w:tc>
        <w:tc>
          <w:tcPr>
            <w:tcW w:type="dxa" w:w="2714"/>
          </w:tcPr>
          <w:p>
            <w:r>
              <w:rPr>
                <w:b/>
                <w:sz w:val="16"/>
              </w:rPr>
              <w:t>2. Sınıf</w:t>
            </w:r>
          </w:p>
        </w:tc>
        <w:tc>
          <w:tcPr>
            <w:tcW w:type="dxa" w:w="2714"/>
          </w:tcPr>
          <w:p>
            <w:r>
              <w:rPr>
                <w:b/>
                <w:sz w:val="16"/>
              </w:rPr>
              <w:t>3. Sınıf</w:t>
            </w:r>
          </w:p>
        </w:tc>
        <w:tc>
          <w:tcPr>
            <w:tcW w:type="dxa" w:w="2714"/>
          </w:tcPr>
          <w:p>
            <w:r>
              <w:rPr>
                <w:b/>
                <w:sz w:val="16"/>
              </w:rPr>
              <w:t>4. Sınıf</w:t>
            </w:r>
          </w:p>
        </w:tc>
        <w:tc>
          <w:tcPr>
            <w:tcW w:type="dxa" w:w="2714"/>
          </w:tcPr>
          <w:p>
            <w:r>
              <w:rPr>
                <w:b/>
                <w:sz w:val="16"/>
              </w:rPr>
              <w:t>5. Sınıf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Unit 1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1-3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1-3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1-3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1-3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Quiz 1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7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7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7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7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Unit 2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4-6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4-6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4-6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4-6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Unit 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8-10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8-10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8-10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8-10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Unit 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11-13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11-13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11-13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11-13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Quiz 2 + Dönem Sonu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14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14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14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14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Unit 5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15-17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15-17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15-17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15-17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Unit 6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18-20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18-20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18-20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18-20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Unit 7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21-22,24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21-22,24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21-22,24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21-22,24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Quiz 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23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23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23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23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Unit 8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24-26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25-27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25-27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25-27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Unit 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27-29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28-29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28-29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28-29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Quiz 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30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30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30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30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Review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31-33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31-33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31-33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31-33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Yıl Sonu Sınavı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34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34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34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34</w:t>
            </w:r>
          </w:p>
        </w:tc>
      </w:tr>
      <w:tr>
        <w:tc>
          <w:tcPr>
            <w:tcW w:type="dxa" w:w="2714"/>
          </w:tcPr>
          <w:p>
            <w:r>
              <w:rPr>
                <w:sz w:val="16"/>
              </w:rPr>
              <w:t>Portfolio + Wrap-up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35-39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35-39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35-39</w:t>
            </w:r>
          </w:p>
        </w:tc>
        <w:tc>
          <w:tcPr>
            <w:tcW w:type="dxa" w:w="2714"/>
          </w:tcPr>
          <w:p>
            <w:r>
              <w:rPr>
                <w:sz w:val="16"/>
              </w:rPr>
              <w:t>Hf 35-39</w:t>
            </w:r>
          </w:p>
        </w:tc>
      </w:tr>
    </w:tbl>
    <w:p>
      <w:pPr>
        <w:pStyle w:val="Heading1"/>
      </w:pPr>
      <w:r>
        <w:t>Notlar</w:t>
      </w:r>
    </w:p>
    <w:p>
      <w:pPr>
        <w:pStyle w:val="ListBullet"/>
      </w:pPr>
      <w:r>
        <w:t>Her ünite ~3 hafta: 2 hafta yeni içerik + 1 hafta pekiştirme/aktivite</w:t>
      </w:r>
    </w:p>
    <w:p>
      <w:pPr>
        <w:pStyle w:val="ListBullet"/>
      </w:pPr>
      <w:r>
        <w:t>Quiz haftaları: Quiz 1 (U1-2), Quiz 2 (U3-4), Quiz 3 (U5-7), Quiz 4 (U7-9)</w:t>
      </w:r>
    </w:p>
    <w:p>
      <w:pPr>
        <w:pStyle w:val="ListBullet"/>
      </w:pPr>
      <w:r>
        <w:t>Dönem Sonu Sınavı: Hafta 14 (Unit 1-4, dört beceri)</w:t>
      </w:r>
    </w:p>
    <w:p>
      <w:pPr>
        <w:pStyle w:val="ListBullet"/>
      </w:pPr>
      <w:r>
        <w:t>Yıl Sonu Sınavı: Hafta 34 (Unit 1-9, dört beceri)</w:t>
      </w:r>
    </w:p>
    <w:p>
      <w:pPr>
        <w:pStyle w:val="ListBullet"/>
      </w:pPr>
      <w:r>
        <w:t>Portfolio: MEB programında her ünite için Portfolio Dossier önerilir</w:t>
      </w:r>
    </w:p>
    <w:p>
      <w:pPr>
        <w:pStyle w:val="ListBullet"/>
      </w:pPr>
      <w:r>
        <w:t>29 Ekim, 23 Nisan, 19 Mayıs: O hafta 4 gün eğitim</w:t>
      </w:r>
    </w:p>
    <w:p>
      <w:pPr>
        <w:pStyle w:val="ListBullet"/>
      </w:pPr>
      <w:r>
        <w:t>Hafta 35-39: Portfolio sunumları, drama, şarkı — sınav stresi sonrası</w:t>
      </w:r>
    </w:p>
    <w:p>
      <w:pPr>
        <w:pStyle w:val="ListBullet"/>
      </w:pPr>
      <w:r>
        <w:t>2. sınıf: MEB PDF'inde yok, Year 3 Preliminary Work + A0/Pre-A1 supplementary</w:t>
      </w:r>
    </w:p>
    <w:sectPr w:rsidR="00FC693F" w:rsidRPr="0006063C" w:rsidSect="00034616">
      <w:pgSz w:w="15840" w:h="12240" w:orient="landscape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