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İlkokul İngilizce — Hafta 1 Detay Planı</w:t>
      </w:r>
    </w:p>
    <w:p>
      <w:pPr>
        <w:jc w:val="center"/>
      </w:pPr>
      <w:r>
        <w:t>15-19 Eylül 2026 | 2, 3, 4, 5. Sınıf | KKTC MEB Müfredatı</w:t>
      </w:r>
    </w:p>
    <w:p>
      <w:r>
        <w:t>__________________________________________________</w:t>
      </w:r>
    </w:p>
    <w:p>
      <w:pPr>
        <w:pStyle w:val="Heading1"/>
      </w:pPr>
      <w:r>
        <w:t>2. SINIF — "Hello English!"</w:t>
      </w:r>
    </w:p>
    <w:p>
      <w:r>
        <w:rPr>
          <w:b/>
        </w:rPr>
        <w:t xml:space="preserve">Seviye: </w:t>
      </w:r>
      <w:r>
        <w:t xml:space="preserve">A0 → Pre-A1 | </w:t>
      </w:r>
      <w:r>
        <w:rPr>
          <w:b/>
        </w:rPr>
        <w:t xml:space="preserve">Tema: </w:t>
      </w:r>
      <w:r>
        <w:t xml:space="preserve">Selamlaşma, Sınıf Eşyaları, Renkler | </w:t>
      </w:r>
      <w:r>
        <w:rPr>
          <w:b/>
        </w:rPr>
        <w:t xml:space="preserve">Haftalık ders: </w:t>
      </w:r>
      <w:r>
        <w:t>2 saat (2×40 dk)</w:t>
      </w:r>
    </w:p>
    <w:p>
      <w:pPr>
        <w:pStyle w:val="Heading2"/>
      </w:pPr>
      <w:r>
        <w:t>Ders 1: Selamlaşma &amp; Tanışma (40 dk)</w:t>
      </w:r>
    </w:p>
    <w:p>
      <w:r>
        <w:rPr>
          <w:b/>
        </w:rPr>
        <w:t xml:space="preserve">Süre: </w:t>
      </w:r>
      <w:r>
        <w:t>40 dakika</w:t>
      </w:r>
    </w:p>
    <w:p>
      <w:r>
        <w:rPr>
          <w:b/>
        </w:rPr>
        <w:t xml:space="preserve">Kazanımlar: </w:t>
      </w:r>
      <w:r>
        <w:t>Öğrenci selamlaşır, kendini tanıtır (Hello, I am ___)</w:t>
      </w:r>
    </w:p>
    <w:p>
      <w:r>
        <w:rPr>
          <w:b/>
        </w:rPr>
        <w:t xml:space="preserve">Grammar: </w:t>
      </w:r>
      <w:r>
        <w:t>Pronouns: I, you | Verb to be: I am, you are</w:t>
      </w:r>
    </w:p>
    <w:p>
      <w:r>
        <w:rPr>
          <w:b/>
        </w:rPr>
        <w:t xml:space="preserve">Kelime: </w:t>
      </w:r>
      <w:r>
        <w:t>Hi, Hello, Good morning, Good afternoon, Good night, Good bye, Nice to meet you, See you, Fine, Well, Please, Thank you, Welcome</w:t>
      </w:r>
    </w:p>
    <w:p>
      <w:pPr>
        <w:pStyle w:val="Heading3"/>
      </w:pPr>
      <w:r>
        <w:t>Ders Akışı</w:t>
      </w:r>
    </w:p>
    <w:p>
      <w:pPr>
        <w:pStyle w:val="ListNumber"/>
      </w:pPr>
      <w:r>
        <w:t>1. Isınma (5 dk): Öğretmen kapıda her öğrenciyi "Hello!" diye karşılar. Sınıfa girince "Good morning, everyone!" der.</w:t>
      </w:r>
    </w:p>
    <w:p>
      <w:pPr>
        <w:pStyle w:val="ListNumber"/>
      </w:pPr>
      <w:r>
        <w:t>2. Öğretmen tahtaya "HELLO" yazar. Öğrenciler tekrar eder. "Hello, I am [öğretmen adı]" der.</w:t>
      </w:r>
    </w:p>
    <w:p>
      <w:pPr>
        <w:pStyle w:val="ListNumber"/>
      </w:pPr>
      <w:r>
        <w:t>3. Her öğrenci sırayla ayağa kalkar: "Hello, I am [ad]" der. Sınıf birlikte "Hello, [ad]!" diye karşılık verir.</w:t>
      </w:r>
    </w:p>
    <w:p>
      <w:pPr>
        <w:pStyle w:val="ListNumber"/>
      </w:pPr>
      <w:r>
        <w:t>4. Tahtaya selamlaşma kartları asılır (Good morning, Good afternoon, Good night, Good bye). Öğretmen saati gösterir, öğrenciler doğru kartı söyler.</w:t>
      </w:r>
    </w:p>
    <w:p>
      <w:pPr>
        <w:pStyle w:val="ListNumber"/>
      </w:pPr>
      <w:r>
        <w:t>5. Çiftler oluşturulur. A: "Hello, I am Ali." B: "Hi Ali, I am Ayşe. Nice to meet you." A: "Nice to meet you too."</w:t>
      </w:r>
    </w:p>
    <w:p>
      <w:pPr>
        <w:pStyle w:val="ListNumber"/>
      </w:pPr>
      <w:r>
        <w:t>6. Aktivite: Name Plate: Her öğrenciye karton dağıtılır. Üzerine adını büyük harflerle yazar. "Hello, I am ___" diye sınıfta dolaşıp 3 kişiyle tanışır.</w:t>
      </w:r>
    </w:p>
    <w:p>
      <w:pPr>
        <w:pStyle w:val="ListNumber"/>
      </w:pPr>
      <w:r>
        <w:t>7. Oyun: Pass the Ball: Daire olurlar. Öğretmen topu birine atar "Hello, I'm [öğretmen]. What's your name?" Öğrenci topu alır "Hi, I'm [ad]" ve başka birine atar.</w:t>
      </w:r>
    </w:p>
    <w:p>
      <w:r>
        <w:rPr>
          <w:b/>
        </w:rPr>
        <w:t xml:space="preserve">Çıktı: </w:t>
      </w:r>
      <w:r>
        <w:t>Name plate (karton üzerine yazılmış isim + "Hello, I am ___")</w:t>
      </w:r>
    </w:p>
    <w:p>
      <w:r>
        <w:rPr>
          <w:b/>
        </w:rPr>
        <w:t xml:space="preserve">Ev ödevi: </w:t>
      </w:r>
      <w:r>
        <w:t>Aile bireylerinden birine "Hello, I am ___" ve "Good morning" demeyi öğret</w:t>
      </w:r>
    </w:p>
    <w:p/>
    <w:p>
      <w:pPr>
        <w:pStyle w:val="Heading2"/>
      </w:pPr>
      <w:r>
        <w:t>Ders 2: Sınıf Eşyaları &amp; Renkler (40 dk)</w:t>
      </w:r>
    </w:p>
    <w:p>
      <w:r>
        <w:rPr>
          <w:b/>
        </w:rPr>
        <w:t xml:space="preserve">Süre: </w:t>
      </w:r>
      <w:r>
        <w:t>40 dakika</w:t>
      </w:r>
    </w:p>
    <w:p>
      <w:r>
        <w:rPr>
          <w:b/>
        </w:rPr>
        <w:t xml:space="preserve">Kazanımlar: </w:t>
      </w:r>
      <w:r>
        <w:t>Öğrenci sınıf eşyalarını İngilizce söyler, renkleri tanır, "It is a ___" kalıbını kullanır</w:t>
      </w:r>
    </w:p>
    <w:p>
      <w:r>
        <w:rPr>
          <w:b/>
        </w:rPr>
        <w:t xml:space="preserve">Grammar: </w:t>
      </w:r>
      <w:r>
        <w:t>Question: What is this? / What colour is it? | Answer: It is a ___ / It is ___</w:t>
      </w:r>
    </w:p>
    <w:p>
      <w:r>
        <w:rPr>
          <w:b/>
        </w:rPr>
        <w:t xml:space="preserve">Kelime: </w:t>
      </w:r>
      <w:r>
        <w:t>pen, pencil, book, ruler, rubber (eraser), desk, chair, table, board, school bag, pencil case | red, orange, yellow, green, blue, brown, black, grey, white, pink, purple | Numbers 1-15 | circle, square, triangle</w:t>
      </w:r>
    </w:p>
    <w:p>
      <w:pPr>
        <w:pStyle w:val="Heading3"/>
      </w:pPr>
      <w:r>
        <w:t>Ders Akışı</w:t>
      </w:r>
    </w:p>
    <w:p>
      <w:pPr>
        <w:pStyle w:val="ListNumber"/>
      </w:pPr>
      <w:r>
        <w:t>1. Isınma (5 dk): Öğretmen sınıftaki eşyaları gösterir: "What is this?" diye sorar. Öğrenciler Türkçe söyler. Öğretmen İngilizcesini söyler, tekrar ederler.</w:t>
      </w:r>
    </w:p>
    <w:p>
      <w:pPr>
        <w:pStyle w:val="ListNumber"/>
      </w:pPr>
      <w:r>
        <w:t>2. Flashcard tanıtım: 11 sınıf eşyası flashcard'ı tek tek gösterilir. Öğrenciler birlikte söyler: "pen, pencil, book..."</w:t>
      </w:r>
    </w:p>
    <w:p>
      <w:pPr>
        <w:pStyle w:val="ListNumber"/>
      </w:pPr>
      <w:r>
        <w:t>3. Renk tanıtımı: 11 renk kartı gösterilir. "red, orange, yellow..." Öğrenciler tekrar eder.</w:t>
      </w:r>
    </w:p>
    <w:p>
      <w:pPr>
        <w:pStyle w:val="ListNumber"/>
      </w:pPr>
      <w:r>
        <w:t>4. Eşya + renk birleştirme: Öğretmen kırmızı bir kitap gösterir. "What is this?" → "It is a book." "What colour is it?" → "It is red."</w:t>
      </w:r>
    </w:p>
    <w:p>
      <w:pPr>
        <w:pStyle w:val="ListNumber"/>
      </w:pPr>
      <w:r>
        <w:t>5. Sayı tanıtımı: Tahtaya 1-15 yazılır. Öğrenciler birlikte sayar. Öğretmen parmaklarla sayı gösterir, öğrenciler İngilizce söyler.</w:t>
      </w:r>
    </w:p>
    <w:p>
      <w:pPr>
        <w:pStyle w:val="ListNumber"/>
      </w:pPr>
      <w:r>
        <w:t>6. Aktivite: Flashcard Boyama: Her öğrenciye 3 flashcard verilir (örn: book, pencil, ruler). Üzerine eşyayı çizer ve renkle boyar. Yanına "It is a red book" yazar.</w:t>
      </w:r>
    </w:p>
    <w:p>
      <w:pPr>
        <w:pStyle w:val="ListNumber"/>
      </w:pPr>
      <w:r>
        <w:t>7. Oyun: Simon Says: "Simon says: stand up!" "Simon says: sit down!" "Simon says: point to the door!" "Simon says: pick up your pencil!" Öğrenciler sadece "Simon says" deyince hareket eder.</w:t>
      </w:r>
    </w:p>
    <w:p>
      <w:r>
        <w:rPr>
          <w:b/>
        </w:rPr>
        <w:t xml:space="preserve">Çıktı: </w:t>
      </w:r>
      <w:r>
        <w:t>3 boyanmış flashcard (eşya + renk + İngilizce kelime)</w:t>
      </w:r>
    </w:p>
    <w:p>
      <w:r>
        <w:rPr>
          <w:b/>
        </w:rPr>
        <w:t xml:space="preserve">Ev ödevi: </w:t>
      </w:r>
      <w:r>
        <w:t>Evdeki 5 eşyayı İngilizce yaz (örn: table, chair, book, pen, bag) + renklerini İngilizce yaz</w:t>
      </w:r>
    </w:p>
    <w:p/>
    <w:p>
      <w:pPr>
        <w:pStyle w:val="Heading3"/>
      </w:pPr>
      <w:r>
        <w:t>Material Listesi</w:t>
      </w:r>
    </w:p>
    <w:p>
      <w:pPr>
        <w:pStyle w:val="ListBullet"/>
      </w:pPr>
      <w:r>
        <w:t>Name plate için karton (A5 boyutu) × öğrenci sayısı</w:t>
      </w:r>
    </w:p>
    <w:p>
      <w:pPr>
        <w:pStyle w:val="ListBullet"/>
      </w:pPr>
      <w:r>
        <w:t>Sınıf eşyası flashcardları (11 eşya × 2 set)</w:t>
      </w:r>
    </w:p>
    <w:p>
      <w:pPr>
        <w:pStyle w:val="ListBullet"/>
      </w:pPr>
      <w:r>
        <w:t>Renk kartları (11 renk × 1 set)</w:t>
      </w:r>
    </w:p>
    <w:p>
      <w:pPr>
        <w:pStyle w:val="ListBullet"/>
      </w:pPr>
      <w:r>
        <w:t>Boya kalemleri (her öğrenci kendi seti)</w:t>
      </w:r>
    </w:p>
    <w:p>
      <w:pPr>
        <w:pStyle w:val="ListBullet"/>
      </w:pPr>
      <w:r>
        <w:t>A4 kağıdı (flashcard boyama için)</w:t>
      </w:r>
    </w:p>
    <w:p>
      <w:pPr>
        <w:pStyle w:val="ListBullet"/>
      </w:pPr>
      <w:r>
        <w:t>Küçük top (Pass the Ball oyunu için)</w:t>
      </w:r>
    </w:p>
    <w:p>
      <w:pPr>
        <w:pStyle w:val="Heading3"/>
      </w:pPr>
      <w:r>
        <w:t>Değerlendirme</w:t>
      </w:r>
    </w:p>
    <w:p>
      <w:pPr>
        <w:pStyle w:val="ListBullet"/>
      </w:pPr>
      <w:r>
        <w:t>Sözlü: Öğrenci "Hello, I am ___" diyebiliyor mu? (3/3 = iyi, 2/3 = orta, 1/3 = zayıf)</w:t>
      </w:r>
    </w:p>
    <w:p>
      <w:pPr>
        <w:pStyle w:val="ListBullet"/>
      </w:pPr>
      <w:r>
        <w:t>Sözlü: 5 sınıf eşyasını gösterip İngilizce söylüyor mu?</w:t>
      </w:r>
    </w:p>
    <w:p>
      <w:pPr>
        <w:pStyle w:val="ListBullet"/>
      </w:pPr>
      <w:r>
        <w:t>Sözlü: 5 rengi gösterip İngilizce söylüyor mu?</w:t>
      </w:r>
    </w:p>
    <w:p>
      <w:pPr>
        <w:pStyle w:val="ListBullet"/>
      </w:pPr>
      <w:r>
        <w:t>Gözlem: "It is a ___" kalıbını doğru kullanıyor mu?</w:t>
      </w:r>
    </w:p>
    <w:p>
      <w:pPr>
        <w:pStyle w:val="ListBullet"/>
      </w:pPr>
      <w:r>
        <w:t>Gözlem: Simon Says oyununda komutları anlıyor mu?</w:t>
      </w:r>
    </w:p>
    <w:p>
      <w:r>
        <w:t>__________________________________________________</w:t>
      </w:r>
    </w:p>
    <w:p>
      <w:pPr>
        <w:pStyle w:val="Heading1"/>
      </w:pPr>
      <w:r>
        <w:t>3. SINIF — "My Classroom" (Unit 1)</w:t>
      </w:r>
    </w:p>
    <w:p>
      <w:r>
        <w:rPr>
          <w:b/>
        </w:rPr>
        <w:t xml:space="preserve">Seviye: </w:t>
      </w:r>
      <w:r>
        <w:t xml:space="preserve">A1 | </w:t>
      </w:r>
      <w:r>
        <w:rPr>
          <w:b/>
        </w:rPr>
        <w:t xml:space="preserve">Ünite: </w:t>
      </w:r>
      <w:r>
        <w:t xml:space="preserve">MEB Year 3, Unit 1 — My Classroom | </w:t>
      </w:r>
      <w:r>
        <w:rPr>
          <w:b/>
        </w:rPr>
        <w:t xml:space="preserve">Haftalık ders: </w:t>
      </w:r>
      <w:r>
        <w:t>3 saat (3×40 dk)</w:t>
      </w:r>
    </w:p>
    <w:p>
      <w:pPr>
        <w:pStyle w:val="Heading2"/>
      </w:pPr>
      <w:r>
        <w:t>Ders 1: Sınıf Ortamı &amp; Tanışma (40 dk)</w:t>
      </w:r>
    </w:p>
    <w:p>
      <w:r>
        <w:rPr>
          <w:b/>
        </w:rPr>
        <w:t xml:space="preserve">Süre: </w:t>
      </w:r>
      <w:r>
        <w:t>40 dakika</w:t>
      </w:r>
    </w:p>
    <w:p>
      <w:r>
        <w:rPr>
          <w:b/>
        </w:rPr>
        <w:t xml:space="preserve">Kazanımlar: </w:t>
      </w:r>
      <w:r>
        <w:t>Öğrenci sınıf eşyalarını tanır, pronoun + to be kullanır, kendini tanıtır</w:t>
      </w:r>
    </w:p>
    <w:p>
      <w:r>
        <w:rPr>
          <w:b/>
        </w:rPr>
        <w:t xml:space="preserve">Grammar: </w:t>
      </w:r>
      <w:r>
        <w:t>Pronouns: I, you, it, they | Verb to be: I am, you are, it is, they are (inverted questions &amp; short answers: Are you...? Yes, I am / No, I'm not)</w:t>
      </w:r>
    </w:p>
    <w:p>
      <w:r>
        <w:rPr>
          <w:b/>
        </w:rPr>
        <w:t xml:space="preserve">Kelime: </w:t>
      </w:r>
      <w:r>
        <w:t>school, classroom, teacher, pupil, student, pen, pencil, book, ruler, rubber (eraser), desk, chair, table, bin, board, pencil case, sharpener, school bag (backpack), board marker (marker pen), crayon, tablet, notebook, door, window, school garden</w:t>
      </w:r>
    </w:p>
    <w:p>
      <w:pPr>
        <w:pStyle w:val="Heading3"/>
      </w:pPr>
      <w:r>
        <w:t>Ders Akışı</w:t>
      </w:r>
    </w:p>
    <w:p>
      <w:pPr>
        <w:pStyle w:val="ListNumber"/>
      </w:pPr>
      <w:r>
        <w:t>1. Isınma (5 dk): Öğretmen sınıfa girer: "Good morning! How are you?" Öğrenciler "Fine, thank you" der. Öğretmen "Hello, I am [ad]. What is your name?" diye sırayla sorar.</w:t>
      </w:r>
    </w:p>
    <w:p>
      <w:pPr>
        <w:pStyle w:val="ListNumber"/>
      </w:pPr>
      <w:r>
        <w:t>2. Tahtaya "I am a student. You are my teacher." yazılır. Öğrenciler okur. Zamirler (I, you) vurgulanır.</w:t>
      </w:r>
    </w:p>
    <w:p>
      <w:pPr>
        <w:pStyle w:val="ListNumber"/>
      </w:pPr>
      <w:r>
        <w:t>3. Sınıf eşyası flashcardları: her eşya gösterilir, öğrenciler söyler. "What is this?" → "It is a pencil."</w:t>
      </w:r>
    </w:p>
    <w:p>
      <w:pPr>
        <w:pStyle w:val="ListNumber"/>
      </w:pPr>
      <w:r>
        <w:t>4. Öğretmen eşyaları tekil/çoğul gösterir: "It is a book." (tek) → "They are books." (çoğul). it/they vurgulanır.</w:t>
      </w:r>
    </w:p>
    <w:p>
      <w:pPr>
        <w:pStyle w:val="ListNumber"/>
      </w:pPr>
      <w:r>
        <w:t>5. Pair work: A eşyayı gösterir "What is this?" B yanıtlar "It is a ruler." Sonra rol değiştirir.</w:t>
      </w:r>
    </w:p>
    <w:p>
      <w:pPr>
        <w:pStyle w:val="ListNumber"/>
      </w:pPr>
      <w:r>
        <w:t>6. Aktivite: Name Plate + Speech Bubble (MEB): Her öğrenci kartona adını yazar. Sonra sınıf/family fotoğrafına konuşma balonu ekler: "Hello, I am ___"</w:t>
      </w:r>
    </w:p>
    <w:p>
      <w:pPr>
        <w:pStyle w:val="ListNumber"/>
      </w:pPr>
      <w:r>
        <w:t>7. Oyun: Spelling Bee (MEB): Öğretmen bir eşya söyler "pencil". Öğrenciler heceleme: P-E-N-C-I-L. Doğru heceleyen puan alır.</w:t>
      </w:r>
    </w:p>
    <w:p>
      <w:r>
        <w:rPr>
          <w:b/>
        </w:rPr>
        <w:t xml:space="preserve">Çıktı: </w:t>
      </w:r>
      <w:r>
        <w:t>Name plate + speech bubble (fotoğraf üzerinde)</w:t>
      </w:r>
    </w:p>
    <w:p/>
    <w:p>
      <w:pPr>
        <w:pStyle w:val="Heading2"/>
      </w:pPr>
      <w:r>
        <w:t>Ders 2: Sayılar &amp; Soru Kalıpları (40 dk)</w:t>
      </w:r>
    </w:p>
    <w:p>
      <w:r>
        <w:rPr>
          <w:b/>
        </w:rPr>
        <w:t xml:space="preserve">Süre: </w:t>
      </w:r>
      <w:r>
        <w:t>40 dakika</w:t>
      </w:r>
    </w:p>
    <w:p>
      <w:r>
        <w:rPr>
          <w:b/>
        </w:rPr>
        <w:t xml:space="preserve">Kazanımlar: </w:t>
      </w:r>
      <w:r>
        <w:t>Öğrenci 1-20 arası sayıları söyler, What/How many sorularını yanıtlar, this/that ve I have got kullanır</w:t>
      </w:r>
    </w:p>
    <w:p>
      <w:r>
        <w:rPr>
          <w:b/>
        </w:rPr>
        <w:t xml:space="preserve">Grammar: </w:t>
      </w:r>
      <w:r>
        <w:t>Question words: What, How many | Demonstratives: this/that | I have got ___</w:t>
      </w:r>
    </w:p>
    <w:p>
      <w:r>
        <w:rPr>
          <w:b/>
        </w:rPr>
        <w:t xml:space="preserve">Kelime: </w:t>
      </w:r>
      <w:r>
        <w:t>Numbers: 1-20 (one, two, three, four, five, six, seven, eight, nine, ten, eleven, twelve, thirteen, fourteen, fifteen, sixteen, seventeen, eighteen, nineteen, twenty)</w:t>
      </w:r>
    </w:p>
    <w:p>
      <w:pPr>
        <w:pStyle w:val="Heading3"/>
      </w:pPr>
      <w:r>
        <w:t>Ders Akışı</w:t>
      </w:r>
    </w:p>
    <w:p>
      <w:pPr>
        <w:pStyle w:val="ListNumber"/>
      </w:pPr>
      <w:r>
        <w:t>1. Isınma (5 dk): Sayı tekrarı: Öğretmen tahtaya 1-20 yazar. Sınıf birlikte sayar. Sonra rastgele sayılar gösterilir, öğrenciler İngilizce söyler.</w:t>
      </w:r>
    </w:p>
    <w:p>
      <w:pPr>
        <w:pStyle w:val="ListNumber"/>
      </w:pPr>
      <w:r>
        <w:t>2. this/that tanıtımı: Öğretmen yakındaki eşyayı gösterir "This is a book." Uzaktakini gösterir "That is a door." Öğrenciler tekrar eder.</w:t>
      </w:r>
    </w:p>
    <w:p>
      <w:pPr>
        <w:pStyle w:val="ListNumber"/>
      </w:pPr>
      <w:r>
        <w:t>3. I have got tanıtımı: Öğretmen "I have got a pen" der ve kalemi gösterir. Öğrenciler sırayla "I have got a ___" der, bir eşyayı gösterir.</w:t>
      </w:r>
    </w:p>
    <w:p>
      <w:pPr>
        <w:pStyle w:val="ListNumber"/>
      </w:pPr>
      <w:r>
        <w:t>4. How many: Öğretmen 5 kitap gösterir "How many books?" → "Five books." Öğrencilere farklı sayılarda eşyalar gösterilir.</w:t>
      </w:r>
    </w:p>
    <w:p>
      <w:pPr>
        <w:pStyle w:val="ListNumber"/>
      </w:pPr>
      <w:r>
        <w:t>5. Pair work: A "How many pencils?" B "I have got three pencils."</w:t>
      </w:r>
    </w:p>
    <w:p>
      <w:pPr>
        <w:pStyle w:val="ListNumber"/>
      </w:pPr>
      <w:r>
        <w:t>6. Aktivite: My Pencil Case Display (MEB): Öğrenciler kalemliklerini açar, içindekileri sınıfa tanıtır: "I have got a pen, a pencil, a ruler and a rubber."</w:t>
      </w:r>
    </w:p>
    <w:p>
      <w:pPr>
        <w:pStyle w:val="ListNumber"/>
      </w:pPr>
      <w:r>
        <w:t>7. Oyun: Bingo (MEB): Her öğrenciye 4×4 bingo kartı verilir (1-20 arası sayılar). Öğretmen sayı okur, öğrenciler işaretler. Bir satırı tamamlayan "Bingo!" der.</w:t>
      </w:r>
    </w:p>
    <w:p>
      <w:r>
        <w:rPr>
          <w:b/>
        </w:rPr>
        <w:t xml:space="preserve">Çıktı: </w:t>
      </w:r>
      <w:r>
        <w:t>Bingo kartı (dolu)</w:t>
      </w:r>
    </w:p>
    <w:p/>
    <w:p>
      <w:pPr>
        <w:pStyle w:val="Heading2"/>
      </w:pPr>
      <w:r>
        <w:t>Ders 3: Pekiştirme &amp; Yazma (40 dk)</w:t>
      </w:r>
    </w:p>
    <w:p>
      <w:r>
        <w:rPr>
          <w:b/>
        </w:rPr>
        <w:t xml:space="preserve">Süre: </w:t>
      </w:r>
      <w:r>
        <w:t>40 dakika</w:t>
      </w:r>
    </w:p>
    <w:p>
      <w:r>
        <w:rPr>
          <w:b/>
        </w:rPr>
        <w:t xml:space="preserve">Kazanımlar: </w:t>
      </w:r>
      <w:r>
        <w:t>Tüm haftanın içeriği pekiştirilir, yazma çalışması yapılır</w:t>
      </w:r>
    </w:p>
    <w:p>
      <w:r>
        <w:rPr>
          <w:b/>
        </w:rPr>
        <w:t xml:space="preserve">Grammar: </w:t>
      </w:r>
      <w:r>
        <w:t>Tüm haftanın grammar'ı tekrar: pronouns, to be, this/that, I have got, What/How many</w:t>
      </w:r>
    </w:p>
    <w:p>
      <w:r>
        <w:rPr>
          <w:b/>
        </w:rPr>
        <w:t xml:space="preserve">Kelime: </w:t>
      </w:r>
      <w:r>
        <w:t>Tüm haftanın vocabulary'si tekrar</w:t>
      </w:r>
    </w:p>
    <w:p>
      <w:pPr>
        <w:pStyle w:val="Heading3"/>
      </w:pPr>
      <w:r>
        <w:t>Ders Akışı</w:t>
      </w:r>
    </w:p>
    <w:p>
      <w:pPr>
        <w:pStyle w:val="ListNumber"/>
      </w:pPr>
      <w:r>
        <w:t>1. Isınma (5 dk): Şarkı: "Five Little Ducks" veya "Ten Little Indians" çalınır. Öğrenciler sayılarla birlikte şarkı söyler.</w:t>
      </w:r>
    </w:p>
    <w:p>
      <w:pPr>
        <w:pStyle w:val="ListNumber"/>
      </w:pPr>
      <w:r>
        <w:t>2. Tüm kelime tekrarı: flashcardlar karıştırılır, öğrenciler eşyaları söyler + sayıları sayar.</w:t>
      </w:r>
    </w:p>
    <w:p>
      <w:pPr>
        <w:pStyle w:val="ListNumber"/>
      </w:pPr>
      <w:r>
        <w:t>3. Yazma: "My School Bag" — öğrenciler çantasını çizer, içindeki eşyaları İngilizce yazar: "I have got a book. I have got a pen."</w:t>
      </w:r>
    </w:p>
    <w:p>
      <w:pPr>
        <w:pStyle w:val="ListNumber"/>
      </w:pPr>
      <w:r>
        <w:t>4. School bag activity (MEB): Öğrenciler okul çantası çizer, üzerine name, surname, school, class, teacher name yazar.</w:t>
      </w:r>
    </w:p>
    <w:p>
      <w:pPr>
        <w:pStyle w:val="ListNumber"/>
      </w:pPr>
      <w:r>
        <w:t>5. Sözlü değerlendirme: Her öğrenci 3 eşyayı gösterip İngilizce söyler.</w:t>
      </w:r>
    </w:p>
    <w:p>
      <w:pPr>
        <w:pStyle w:val="ListNumber"/>
      </w:pPr>
      <w:r>
        <w:t>7. Oyun: Bingo tur 2: Bu seğer renkler + sayılar karışık bingo</w:t>
      </w:r>
    </w:p>
    <w:p>
      <w:r>
        <w:rPr>
          <w:b/>
        </w:rPr>
        <w:t xml:space="preserve">Çıktı: </w:t>
      </w:r>
      <w:r>
        <w:t>My School Bag çizimi + İngilizce yazı (I have got ___ cümleleri)</w:t>
      </w:r>
    </w:p>
    <w:p>
      <w:r>
        <w:rPr>
          <w:b/>
        </w:rPr>
        <w:t xml:space="preserve">Ev ödevi: </w:t>
      </w:r>
      <w:r>
        <w:t>Sınıftaki 10 eşyayı İngilizce yaz + "I have got ___" cümleleri kur (5 cümle)</w:t>
      </w:r>
    </w:p>
    <w:p/>
    <w:p>
      <w:pPr>
        <w:pStyle w:val="Heading3"/>
      </w:pPr>
      <w:r>
        <w:t>Material Listesi</w:t>
      </w:r>
    </w:p>
    <w:p>
      <w:pPr>
        <w:pStyle w:val="ListBullet"/>
      </w:pPr>
      <w:r>
        <w:t>Sınıf eşyası flashcardları (22 eşya × 2 set)</w:t>
      </w:r>
    </w:p>
    <w:p>
      <w:pPr>
        <w:pStyle w:val="ListBullet"/>
      </w:pPr>
      <w:r>
        <w:t>Name plate kartonu (A5) × öğrenci sayısı</w:t>
      </w:r>
    </w:p>
    <w:p>
      <w:pPr>
        <w:pStyle w:val="ListBullet"/>
      </w:pPr>
      <w:r>
        <w:t>Sınıf/family fotoğrafı (speech bubble için)</w:t>
      </w:r>
    </w:p>
    <w:p>
      <w:pPr>
        <w:pStyle w:val="ListBullet"/>
      </w:pPr>
      <w:r>
        <w:t>Bingo kartları (4×4, 1-20) × öğrenci sayısı</w:t>
      </w:r>
    </w:p>
    <w:p>
      <w:pPr>
        <w:pStyle w:val="ListBullet"/>
      </w:pPr>
      <w:r>
        <w:t>A4 kağıdı (My School Bag için)</w:t>
      </w:r>
    </w:p>
    <w:p>
      <w:pPr>
        <w:pStyle w:val="ListBullet"/>
      </w:pPr>
      <w:r>
        <w:t>Boya kalemleri</w:t>
      </w:r>
    </w:p>
    <w:p>
      <w:pPr>
        <w:pStyle w:val="ListBullet"/>
      </w:pPr>
      <w:r>
        <w:t>Sayı kartları (1-20)</w:t>
      </w:r>
    </w:p>
    <w:p>
      <w:pPr>
        <w:pStyle w:val="ListBullet"/>
      </w:pPr>
      <w:r>
        <w:t>"Five Little Ducks" veya "Ten Little Indians" şarkısı (telefon/hoparlör)</w:t>
      </w:r>
    </w:p>
    <w:p>
      <w:pPr>
        <w:pStyle w:val="Heading3"/>
      </w:pPr>
      <w:r>
        <w:t>Değerlendirme</w:t>
      </w:r>
    </w:p>
    <w:p>
      <w:pPr>
        <w:pStyle w:val="ListBullet"/>
      </w:pPr>
      <w:r>
        <w:t>Sözlü (Ders 1): Öğrenci "I am a student" + 5 eşya söylüyor mu?</w:t>
      </w:r>
    </w:p>
    <w:p>
      <w:pPr>
        <w:pStyle w:val="ListBullet"/>
      </w:pPr>
      <w:r>
        <w:t>Sözlü (Ders 2): "What is this?" → "It is a ___" + "How many?" → "___" doğru yanıtlıyor mu?</w:t>
      </w:r>
    </w:p>
    <w:p>
      <w:pPr>
        <w:pStyle w:val="ListBullet"/>
      </w:pPr>
      <w:r>
        <w:t>Yazılı (Ders 3): "My School Bag" çiziminde en az 5 eşya + "I have got ___" cümleleri doğru mu?</w:t>
      </w:r>
    </w:p>
    <w:p>
      <w:pPr>
        <w:pStyle w:val="ListBullet"/>
      </w:pPr>
      <w:r>
        <w:t>Sözlü (Ders 3): 3 eşyayı gösterip İngilizce söylüyor mu? (3/3 = iyi, 2/3 = orta, 1/3 = zayıf)</w:t>
      </w:r>
    </w:p>
    <w:p>
      <w:pPr>
        <w:pStyle w:val="ListBullet"/>
      </w:pPr>
      <w:r>
        <w:t>Gözlem: Bingo oyununda sayıları tanıyor mu?</w:t>
      </w:r>
    </w:p>
    <w:p>
      <w:pPr>
        <w:pStyle w:val="ListBullet"/>
      </w:pPr>
      <w:r>
        <w:t>Gözlem: Spelling Bee'de en az 2 kelimeyi doğru heceleyebiliyor mu?</w:t>
      </w:r>
    </w:p>
    <w:p>
      <w:r>
        <w:t>__________________________________________________</w:t>
      </w:r>
    </w:p>
    <w:p>
      <w:pPr>
        <w:pStyle w:val="Heading1"/>
      </w:pPr>
      <w:r>
        <w:t>4. SINIF — "My School" (Unit 1)</w:t>
      </w:r>
    </w:p>
    <w:p>
      <w:r>
        <w:rPr>
          <w:b/>
        </w:rPr>
        <w:t xml:space="preserve">Seviye: </w:t>
      </w:r>
      <w:r>
        <w:t xml:space="preserve">A1 | </w:t>
      </w:r>
      <w:r>
        <w:rPr>
          <w:b/>
        </w:rPr>
        <w:t xml:space="preserve">Ünite: </w:t>
      </w:r>
      <w:r>
        <w:t xml:space="preserve">MEB Year 4, Unit 1 — My School | </w:t>
      </w:r>
      <w:r>
        <w:rPr>
          <w:b/>
        </w:rPr>
        <w:t xml:space="preserve">Haftalık ders: </w:t>
      </w:r>
      <w:r>
        <w:t>3 saat (3×40 dk)</w:t>
      </w:r>
    </w:p>
    <w:p>
      <w:pPr>
        <w:pStyle w:val="Heading2"/>
      </w:pPr>
      <w:r>
        <w:t>Ders 1: Present Continuous &amp; Sınıf Etkinlikleri (40 dk)</w:t>
      </w:r>
    </w:p>
    <w:p>
      <w:r>
        <w:rPr>
          <w:b/>
        </w:rPr>
        <w:t xml:space="preserve">Süre: </w:t>
      </w:r>
      <w:r>
        <w:t>40 dakika</w:t>
      </w:r>
    </w:p>
    <w:p>
      <w:r>
        <w:rPr>
          <w:b/>
        </w:rPr>
        <w:t xml:space="preserve">Kazanımlar: </w:t>
      </w:r>
      <w:r>
        <w:t>Öğrenci Present Continuous kullanır, okul alanlarını ve dersleri tanır, "What is she doing?" sorar</w:t>
      </w:r>
    </w:p>
    <w:p>
      <w:r>
        <w:rPr>
          <w:b/>
        </w:rPr>
        <w:t xml:space="preserve">Grammar: </w:t>
      </w:r>
      <w:r>
        <w:t>Present Continuous Tense (affirmative/interrogative): She is reading. / What is she doing? | Wh-questions</w:t>
      </w:r>
    </w:p>
    <w:p>
      <w:r>
        <w:rPr>
          <w:b/>
        </w:rPr>
        <w:t xml:space="preserve">Kelime: </w:t>
      </w:r>
      <w:r>
        <w:t>School places: classroom, computer room, library, gym, canteen, playground, teachers' room, office, school hall, toilet | School subjects: English, Turkish, Maths, Arts, Music, PE (Physical Education), Science, Social Sciences | Classroom activities: colouring, counting, cutting, gluing, listening, reading, playing a game, using the computer, watching a DVD, writing</w:t>
      </w:r>
    </w:p>
    <w:p>
      <w:pPr>
        <w:pStyle w:val="Heading3"/>
      </w:pPr>
      <w:r>
        <w:t>Ders Akışı</w:t>
      </w:r>
    </w:p>
    <w:p>
      <w:pPr>
        <w:pStyle w:val="ListNumber"/>
      </w:pPr>
      <w:r>
        <w:t>1. Isınma (5 dk): Öğretmen bir öğrenciyi kitap okurken gösterir: "Look! She is reading a book." Sınıf tekrar eder. Başka öğrenciye "What are you doing?" sorar.</w:t>
      </w:r>
    </w:p>
    <w:p>
      <w:pPr>
        <w:pStyle w:val="ListNumber"/>
      </w:pPr>
      <w:r>
        <w:t>2. Present Continuous tanıtımı: Tahtaya "She is reading." / "He is writing." / "They are playing." yazılır. Öğrenciler okur, öğretmen canlandırır.</w:t>
      </w:r>
    </w:p>
    <w:p>
      <w:pPr>
        <w:pStyle w:val="ListNumber"/>
      </w:pPr>
      <w:r>
        <w:t>3. School places flashcard: Her alan gösterilir (classroom, library, gym, canteen...). Öğrenciler söyler.</w:t>
      </w:r>
    </w:p>
    <w:p>
      <w:pPr>
        <w:pStyle w:val="ListNumber"/>
      </w:pPr>
      <w:r>
        <w:t>4. School subjects: Ders programı tahtaya asılır. "On Monday, we have English, Maths and Science." Öğrenciler kendi derslerini söyler.</w:t>
      </w:r>
    </w:p>
    <w:p>
      <w:pPr>
        <w:pStyle w:val="ListNumber"/>
      </w:pPr>
      <w:r>
        <w:t>5. Pair work: A "What is he doing?" (resim gösterir) B "He is counting." / "He is gluing."</w:t>
      </w:r>
    </w:p>
    <w:p>
      <w:pPr>
        <w:pStyle w:val="ListNumber"/>
      </w:pPr>
      <w:r>
        <w:t>6. Aktivite: School Day Activities (MEB - GW): Gruplar oluşturulur. Her grup sınıfta yapılan bir etkinliği canlandırır. Diğer gruplar "They are ___ing" diye söyler.</w:t>
      </w:r>
    </w:p>
    <w:p>
      <w:pPr>
        <w:pStyle w:val="ListNumber"/>
      </w:pPr>
      <w:r>
        <w:t>7. Oyun: Song (MEB): Sınıf etkinlikleri şarkısı dinlenir. Öğrenciler şarkıdaki etkinlikleri resimlerle eşleştirir.</w:t>
      </w:r>
    </w:p>
    <w:p>
      <w:r>
        <w:rPr>
          <w:b/>
        </w:rPr>
        <w:t xml:space="preserve">Çıktı: </w:t>
      </w:r>
      <w:r>
        <w:t>Grup canlandırması (school day activities)</w:t>
      </w:r>
    </w:p>
    <w:p/>
    <w:p>
      <w:pPr>
        <w:pStyle w:val="Heading2"/>
      </w:pPr>
      <w:r>
        <w:t>Ders 2: There is/are, Permission, Numbers &amp; Shapes (40 dk)</w:t>
      </w:r>
    </w:p>
    <w:p>
      <w:r>
        <w:rPr>
          <w:b/>
        </w:rPr>
        <w:t xml:space="preserve">Süre: </w:t>
      </w:r>
      <w:r>
        <w:t>40 dakika</w:t>
      </w:r>
    </w:p>
    <w:p>
      <w:r>
        <w:rPr>
          <w:b/>
        </w:rPr>
        <w:t xml:space="preserve">Kazanımlar: </w:t>
      </w:r>
      <w:r>
        <w:t>Öğrenci there is/are kullanır, izin ister (Can I/May I), 11-100 sayar, şekilleri tanır</w:t>
      </w:r>
    </w:p>
    <w:p>
      <w:r>
        <w:rPr>
          <w:b/>
        </w:rPr>
        <w:t xml:space="preserve">Grammar: </w:t>
      </w:r>
      <w:r>
        <w:t>There is/are (affirmative, interrogative) | Singular/Plural nouns | Can I...? / May I...? (asking for permission) | Numbers 11-100</w:t>
      </w:r>
    </w:p>
    <w:p>
      <w:r>
        <w:rPr>
          <w:b/>
        </w:rPr>
        <w:t xml:space="preserve">Kelime: </w:t>
      </w:r>
      <w:r>
        <w:t>Classroom objects: pen, pencil, ruler, rubber, board, board marker, chalk, desk, teacher's desk, chair, table, door, window, floor, wall, picture, pencil case, computer | Week days: Monday-Sunday | Numbers: 11-100 | Shapes: circle, square, rectangle, triangle, oval, star | Maths words: equals, minus, plus, symbols | Classroom routine: Stop, stand up, sit down, close the door, open the window, open page 9, close your books, raise your hand, be quiet, listen, circle the correct answer, write your name, read the text</w:t>
      </w:r>
    </w:p>
    <w:p>
      <w:pPr>
        <w:pStyle w:val="Heading3"/>
      </w:pPr>
      <w:r>
        <w:t>Ders Akışı</w:t>
      </w:r>
    </w:p>
    <w:p>
      <w:pPr>
        <w:pStyle w:val="ListNumber"/>
      </w:pPr>
      <w:r>
        <w:t>1. Isınma (5 dk): Öğretmen sınıfı tarar: "In our classroom, there is a board. There are ten desks." Öğrenciler tekrar eder.</w:t>
      </w:r>
    </w:p>
    <w:p>
      <w:pPr>
        <w:pStyle w:val="ListNumber"/>
      </w:pPr>
      <w:r>
        <w:t>2. There is/are: Tekil "There is a board." Çoğul "There are fifteen chairs." Öğrenciler sınıftaki eşyaları sayar ve cümle kurar.</w:t>
      </w:r>
    </w:p>
    <w:p>
      <w:pPr>
        <w:pStyle w:val="ListNumber"/>
      </w:pPr>
      <w:r>
        <w:t>3. Can I / May I: Öğretmen "Can I go to the toilet, please?" diyalogunu canlandırır. Öğrenciler rol yapar: "May I come in?" → "Yes, you may."</w:t>
      </w:r>
    </w:p>
    <w:p>
      <w:pPr>
        <w:pStyle w:val="ListNumber"/>
      </w:pPr>
      <w:r>
        <w:t>4. Numbers 11-100: Tahtada sayım yapılır. Öğretmen rastgele sayı söyler, öğrenciler yazar. "twenty, thirty, forty... one hundred."</w:t>
      </w:r>
    </w:p>
    <w:p>
      <w:pPr>
        <w:pStyle w:val="ListNumber"/>
      </w:pPr>
      <w:r>
        <w:t>5. Shapes: Tahtaya şekiller çizilir (circle, square, rectangle, triangle, oval, star). Öğrenciler adını söyler + sınıftaki eşyaların şeklini tanımlar: "The door is a rectangle."</w:t>
      </w:r>
    </w:p>
    <w:p>
      <w:pPr>
        <w:pStyle w:val="ListNumber"/>
      </w:pPr>
      <w:r>
        <w:t>6. Aktivite: Timetable Writing (MEB): Öğrenciler haftalık ders programını yazar: "On Monday, I have English, Maths and Science." En az 5 gün yazar.</w:t>
      </w:r>
    </w:p>
    <w:p>
      <w:pPr>
        <w:pStyle w:val="ListNumber"/>
      </w:pPr>
      <w:r>
        <w:t>7. Oyun: Spelling + Pronouncing (MEB): Öğretmen sınıf eşyalarını söyler, öğrenciler hem heceler hem telaffuz eder. "com-pu-ter", "pen-cil ca-se"</w:t>
      </w:r>
    </w:p>
    <w:p>
      <w:r>
        <w:rPr>
          <w:b/>
        </w:rPr>
        <w:t xml:space="preserve">Çıktı: </w:t>
      </w:r>
      <w:r>
        <w:t>Haftalık ders programı (İngilizce yazılmış)</w:t>
      </w:r>
    </w:p>
    <w:p/>
    <w:p>
      <w:pPr>
        <w:pStyle w:val="Heading2"/>
      </w:pPr>
      <w:r>
        <w:t>Ders 3: Possessives &amp; Pekiştirme (40 dk)</w:t>
      </w:r>
    </w:p>
    <w:p>
      <w:r>
        <w:rPr>
          <w:b/>
        </w:rPr>
        <w:t xml:space="preserve">Süre: </w:t>
      </w:r>
      <w:r>
        <w:t>40 dakika</w:t>
      </w:r>
    </w:p>
    <w:p>
      <w:r>
        <w:rPr>
          <w:b/>
        </w:rPr>
        <w:t xml:space="preserve">Kazanımlar: </w:t>
      </w:r>
      <w:r>
        <w:t>Öğrenci possessive adjectives ve 's kullanır, "Whose" sorusu sorar, haftayı pekiştirir</w:t>
      </w:r>
    </w:p>
    <w:p>
      <w:r>
        <w:rPr>
          <w:b/>
        </w:rPr>
        <w:t xml:space="preserve">Grammar: </w:t>
      </w:r>
      <w:r>
        <w:t>Personal pronouns: I, you, we, they, he, she, it | Possessive adjectives: my, your, his, her, our, their, its | Possessive 's | Wh-questions: What, Whose, How many | Preposition of time: on (on Monday)</w:t>
      </w:r>
    </w:p>
    <w:p>
      <w:r>
        <w:rPr>
          <w:b/>
        </w:rPr>
        <w:t xml:space="preserve">Kelime: </w:t>
      </w:r>
      <w:r>
        <w:t>Tüm Unit 1 vocabulary tekrar</w:t>
      </w:r>
    </w:p>
    <w:p>
      <w:pPr>
        <w:pStyle w:val="Heading3"/>
      </w:pPr>
      <w:r>
        <w:t>Ders Akışı</w:t>
      </w:r>
    </w:p>
    <w:p>
      <w:pPr>
        <w:pStyle w:val="ListNumber"/>
      </w:pPr>
      <w:r>
        <w:t>1. Isınma (5 dk): Öğretmen bir öğrencinin kitabını eline alır: "Whose book is this?" → "It is Ali's book." Öğrenciler tekrar eder.</w:t>
      </w:r>
    </w:p>
    <w:p>
      <w:pPr>
        <w:pStyle w:val="ListNumber"/>
      </w:pPr>
      <w:r>
        <w:t>2. Possessive adjectives: Tahtaya "my book, your pen, his ruler, her bag, our classroom, their desks" yazılır. Öğrenciler örnekler.</w:t>
      </w:r>
    </w:p>
    <w:p>
      <w:pPr>
        <w:pStyle w:val="ListNumber"/>
      </w:pPr>
      <w:r>
        <w:t>3. Possessive 's: "Ali's book", "Ayşe's pencil". Öğrenciler eşyalarını gösterir: "This is my book. That is her pen."</w:t>
      </w:r>
    </w:p>
    <w:p>
      <w:pPr>
        <w:pStyle w:val="ListNumber"/>
      </w:pPr>
      <w:r>
        <w:t>4. Whose: Eşyalar toplanır (havuz). Öğrenciler sırayla bir eşyayı alır "Whose pencil is this?" sınıf yanıtlar "It is Ali's pencil."</w:t>
      </w:r>
    </w:p>
    <w:p>
      <w:pPr>
        <w:pStyle w:val="ListNumber"/>
      </w:pPr>
      <w:r>
        <w:t>5. Week days + on: "On Monday, I have English." / "On Friday, I have Music." Öğrenciler kendi programlarını söyler.</w:t>
      </w:r>
    </w:p>
    <w:p>
      <w:pPr>
        <w:pStyle w:val="ListNumber"/>
      </w:pPr>
      <w:r>
        <w:t>6. Aktivite: Pair Work (MEB): Öğrenciler çift olur, birbirlerine "What are you doing?" ve "Whose book is this?" sorularını sorar, yanıtlar.</w:t>
      </w:r>
    </w:p>
    <w:p>
      <w:pPr>
        <w:pStyle w:val="ListNumber"/>
      </w:pPr>
      <w:r>
        <w:t>7. Oyun: Find the Owner: Eşyalar havuzda karıştırılır. Öğrenciler sırayla bir eşyayı alır, sahibini bulur: "Whose ruler is this?" → "It is Ayşe's ruler!"</w:t>
      </w:r>
    </w:p>
    <w:p>
      <w:r>
        <w:rPr>
          <w:b/>
        </w:rPr>
        <w:t xml:space="preserve">Çıktı: </w:t>
      </w:r>
      <w:r>
        <w:t>Pair work diyalog (en az 3 soru-cevap)</w:t>
      </w:r>
    </w:p>
    <w:p>
      <w:r>
        <w:rPr>
          <w:b/>
        </w:rPr>
        <w:t xml:space="preserve">Ev ödevi: </w:t>
      </w:r>
      <w:r>
        <w:t>My School — 5 cümle: "In my classroom, there is ___" veya "There are ___" + "On Monday, I have ___"</w:t>
      </w:r>
    </w:p>
    <w:p/>
    <w:p>
      <w:pPr>
        <w:pStyle w:val="Heading3"/>
      </w:pPr>
      <w:r>
        <w:t>Material Listesi</w:t>
      </w:r>
    </w:p>
    <w:p>
      <w:pPr>
        <w:pStyle w:val="ListBullet"/>
      </w:pPr>
      <w:r>
        <w:t>School places flashcardları (10 alan)</w:t>
      </w:r>
    </w:p>
    <w:p>
      <w:pPr>
        <w:pStyle w:val="ListBullet"/>
      </w:pPr>
      <w:r>
        <w:t>School subjects flashcardları (8 ders)</w:t>
      </w:r>
    </w:p>
    <w:p>
      <w:pPr>
        <w:pStyle w:val="ListBullet"/>
      </w:pPr>
      <w:r>
        <w:t>Classroom objects flashcardları (18 eşya)</w:t>
      </w:r>
    </w:p>
    <w:p>
      <w:pPr>
        <w:pStyle w:val="ListBullet"/>
      </w:pPr>
      <w:r>
        <w:t>Shapes flashcardları (6 şekil)</w:t>
      </w:r>
    </w:p>
    <w:p>
      <w:pPr>
        <w:pStyle w:val="ListBullet"/>
      </w:pPr>
      <w:r>
        <w:t>Haftalık ders programı şablonu (A4)</w:t>
      </w:r>
    </w:p>
    <w:p>
      <w:pPr>
        <w:pStyle w:val="ListBullet"/>
      </w:pPr>
      <w:r>
        <w:t>A4 kağıdı (timetable writing + My School)</w:t>
      </w:r>
    </w:p>
    <w:p>
      <w:pPr>
        <w:pStyle w:val="ListBullet"/>
      </w:pPr>
      <w:r>
        <w:t>Boya kalemleri</w:t>
      </w:r>
    </w:p>
    <w:p>
      <w:pPr>
        <w:pStyle w:val="ListBullet"/>
      </w:pPr>
      <w:r>
        <w:t>Küçük eşyalar havuzu (Find the Owner oyunu için: kalemler, silgiler, cetveller)</w:t>
      </w:r>
    </w:p>
    <w:p>
      <w:pPr>
        <w:pStyle w:val="ListBullet"/>
      </w:pPr>
      <w:r>
        <w:t>Sınıf etkinlikleri şarkısı (telefon/hoparlör)</w:t>
      </w:r>
    </w:p>
    <w:p>
      <w:pPr>
        <w:pStyle w:val="Heading3"/>
      </w:pPr>
      <w:r>
        <w:t>Değerlendirme</w:t>
      </w:r>
    </w:p>
    <w:p>
      <w:pPr>
        <w:pStyle w:val="ListBullet"/>
      </w:pPr>
      <w:r>
        <w:t>Sözlü (Ders 1): "What is she doing?" → "She is ___ing" doğru yanıtlıyor mu? (3/3 = iyi)</w:t>
      </w:r>
    </w:p>
    <w:p>
      <w:pPr>
        <w:pStyle w:val="ListBullet"/>
      </w:pPr>
      <w:r>
        <w:t>Sözlü (Ders 2): "There is ___ / There are ___" cümleleri doğru mu? (5 cümle)</w:t>
      </w:r>
    </w:p>
    <w:p>
      <w:pPr>
        <w:pStyle w:val="ListBullet"/>
      </w:pPr>
      <w:r>
        <w:t>Sözlü (Ders 2): "Can I go to the toilet?" / "May I come in?" kalıplarını kullanıyor mu?</w:t>
      </w:r>
    </w:p>
    <w:p>
      <w:pPr>
        <w:pStyle w:val="ListBullet"/>
      </w:pPr>
      <w:r>
        <w:t>Yazılı (Ders 2): Haftalık ders programı — 5 gün + "On Monday, I have ___" kalıbı doğru mu?</w:t>
      </w:r>
    </w:p>
    <w:p>
      <w:pPr>
        <w:pStyle w:val="ListBullet"/>
      </w:pPr>
      <w:r>
        <w:t>Sözlü (Ders 3): "Whose book is this?" → "It is ___'s book" doğru yanıtlıyor mu?</w:t>
      </w:r>
    </w:p>
    <w:p>
      <w:pPr>
        <w:pStyle w:val="ListBullet"/>
      </w:pPr>
      <w:r>
        <w:t>Yazılı (Ders 3): "My School" 5 cümle — there is/are + present continuous kullanımı</w:t>
      </w:r>
    </w:p>
    <w:p>
      <w:pPr>
        <w:pStyle w:val="ListBullet"/>
      </w:pPr>
      <w:r>
        <w:t>Gözlem: Shapes (6 şekil) tanıyor mu?</w:t>
      </w:r>
    </w:p>
    <w:p>
      <w:pPr>
        <w:pStyle w:val="ListBullet"/>
      </w:pPr>
      <w:r>
        <w:t>Gözlem: Numbers 11-100 — rastgele 5 sayıyı doğru okuyor mu?</w:t>
      </w:r>
    </w:p>
    <w:p>
      <w:r>
        <w:t>__________________________________________________</w:t>
      </w:r>
    </w:p>
    <w:p>
      <w:pPr>
        <w:pStyle w:val="Heading1"/>
      </w:pPr>
      <w:r>
        <w:t>5. SINIF — "My Day" (Unit 1)</w:t>
      </w:r>
    </w:p>
    <w:p>
      <w:r>
        <w:rPr>
          <w:b/>
        </w:rPr>
        <w:t xml:space="preserve">Seviye: </w:t>
      </w:r>
      <w:r>
        <w:t xml:space="preserve">A1-A2 | </w:t>
      </w:r>
      <w:r>
        <w:rPr>
          <w:b/>
        </w:rPr>
        <w:t xml:space="preserve">Ünite: </w:t>
      </w:r>
      <w:r>
        <w:t xml:space="preserve">MEB Year 5, Unit 1 — My Day | </w:t>
      </w:r>
      <w:r>
        <w:rPr>
          <w:b/>
        </w:rPr>
        <w:t xml:space="preserve">Haftalık ders: </w:t>
      </w:r>
      <w:r>
        <w:t>3 saat (3×40 dk)</w:t>
      </w:r>
    </w:p>
    <w:p>
      <w:pPr>
        <w:pStyle w:val="Heading2"/>
      </w:pPr>
      <w:r>
        <w:t>Ders 1: Daily Routines &amp; Present Simple (40 dk)</w:t>
      </w:r>
    </w:p>
    <w:p>
      <w:r>
        <w:rPr>
          <w:b/>
        </w:rPr>
        <w:t xml:space="preserve">Süre: </w:t>
      </w:r>
      <w:r>
        <w:t>40 dakika</w:t>
      </w:r>
    </w:p>
    <w:p>
      <w:r>
        <w:rPr>
          <w:b/>
        </w:rPr>
        <w:t xml:space="preserve">Kazanımlar: </w:t>
      </w:r>
      <w:r>
        <w:t>Öğrenci Present Simple (to be) tüm formları kullanır, günlük rutinleri ve saatleri İngilizce söyler</w:t>
      </w:r>
    </w:p>
    <w:p>
      <w:r>
        <w:rPr>
          <w:b/>
        </w:rPr>
        <w:t xml:space="preserve">Grammar: </w:t>
      </w:r>
      <w:r>
        <w:t>Present Simple Tense — to be (affirmative: I am, negative: I am not, interrogative: Am I?, yes/no questions &amp; short answers: Yes, I am / No, I'm not)</w:t>
      </w:r>
    </w:p>
    <w:p>
      <w:r>
        <w:rPr>
          <w:b/>
        </w:rPr>
        <w:t xml:space="preserve">Kelime: </w:t>
      </w:r>
      <w:r>
        <w:t>Daily routines: wake up, get dressed, have breakfast, go to school, do homework, go to bed, play, read, write, eat, drink, wash, clean, brush, wear, put on, listen, wait, walk, run, dance, sing | Times: o'clock, half, quarter, past, to | Body parts: head, eyes, nose, mouth, ear, hair, face, tooth/teeth, arm, shoulder, leg, finger, hand, toe, foot/feet, knee, elbow, back, neck, brain, bone, muscles, skin, tongue, blood</w:t>
      </w:r>
    </w:p>
    <w:p>
      <w:pPr>
        <w:pStyle w:val="Heading3"/>
      </w:pPr>
      <w:r>
        <w:t>Ders Akışı</w:t>
      </w:r>
    </w:p>
    <w:p>
      <w:pPr>
        <w:pStyle w:val="ListNumber"/>
      </w:pPr>
      <w:r>
        <w:t>1. Isınma (5 dk): Öğretmen tahtaya bir saat çizer: "I wake up at 7 o'clock." Öğrencilere "What time do you wake up?" diye sorar.</w:t>
      </w:r>
    </w:p>
    <w:p>
      <w:pPr>
        <w:pStyle w:val="ListNumber"/>
      </w:pPr>
      <w:r>
        <w:t>2. Present Simple (to be) tanıtımı: Tahtaya "I am a student. I am not a teacher. Am I a student? Yes, I am." yazılır. Öğrenciler okur ve kendi cümlelerini kurar.</w:t>
      </w:r>
    </w:p>
    <w:p>
      <w:pPr>
        <w:pStyle w:val="ListNumber"/>
      </w:pPr>
      <w:r>
        <w:t>3. Daily routines flashcard: Her eylem gösterilir (wake up, get dressed, have breakfast...). Öğrenciler söyler.</w:t>
      </w:r>
    </w:p>
    <w:p>
      <w:pPr>
        <w:pStyle w:val="ListNumber"/>
      </w:pPr>
      <w:r>
        <w:t>4. Times: Tahtaya saatler çizilir (7:00, 7:30, 8:15). "seven o'clock", "half past seven", "quarter past eight". Öğrenciler okur.</w:t>
      </w:r>
    </w:p>
    <w:p>
      <w:pPr>
        <w:pStyle w:val="ListNumber"/>
      </w:pPr>
      <w:r>
        <w:t>5. Pair work: A "What time do you have breakfast?" B "I have breakfast at 8 o'clock."</w:t>
      </w:r>
    </w:p>
    <w:p>
      <w:pPr>
        <w:pStyle w:val="ListNumber"/>
      </w:pPr>
      <w:r>
        <w:t>6. Aktivite: My Day Timeline (MEB): Her öğrenci bir gününü çizer — saatlik timeline. "I wake up at 7. I have breakfast at 7:30. I go to school at 8." En az 6 etkinlik yazar.</w:t>
      </w:r>
    </w:p>
    <w:p>
      <w:pPr>
        <w:pStyle w:val="ListNumber"/>
      </w:pPr>
      <w:r>
        <w:t>7. Oyun: Dinleme (MEB): Öğretmen günlük rutin metni okur. Öğrenciler tablo tamamlar: saat + etkinlik eşleştirme.</w:t>
      </w:r>
    </w:p>
    <w:p>
      <w:r>
        <w:rPr>
          <w:b/>
        </w:rPr>
        <w:t xml:space="preserve">Çıktı: </w:t>
      </w:r>
      <w:r>
        <w:t>My Day Timeline (çizim + 6 cümle)</w:t>
      </w:r>
    </w:p>
    <w:p/>
    <w:p>
      <w:pPr>
        <w:pStyle w:val="Heading2"/>
      </w:pPr>
      <w:r>
        <w:t>Ders 2: Object Pronouns, Prepositions of Time &amp; Body Parts (40 dk)</w:t>
      </w:r>
    </w:p>
    <w:p>
      <w:r>
        <w:rPr>
          <w:b/>
        </w:rPr>
        <w:t xml:space="preserve">Süre: </w:t>
      </w:r>
      <w:r>
        <w:t>40 dakika</w:t>
      </w:r>
    </w:p>
    <w:p>
      <w:r>
        <w:rPr>
          <w:b/>
        </w:rPr>
        <w:t xml:space="preserve">Kazanımlar: </w:t>
      </w:r>
      <w:r>
        <w:t>Öğrenci object pronouns (me, you, him, her) kullanır, before/after ile zaman ifade eder, body parts tanır</w:t>
      </w:r>
    </w:p>
    <w:p>
      <w:r>
        <w:rPr>
          <w:b/>
        </w:rPr>
        <w:t xml:space="preserve">Grammar: </w:t>
      </w:r>
      <w:r>
        <w:t>Object pronouns: me, you, him, her | Prepositions of time: before, after (before school, after dinner)</w:t>
      </w:r>
    </w:p>
    <w:p>
      <w:r>
        <w:rPr>
          <w:b/>
        </w:rPr>
        <w:t xml:space="preserve">Kelime: </w:t>
      </w:r>
      <w:r>
        <w:t>Body parts (tekrar + detay): head, eyes, nose, mouth, ear, hair, face, tooth/teeth, arm, shoulder, leg, finger, hand, toe, foot/feet, knee, elbow, back, neck, brain, bone, muscles, skin, tongue, blood</w:t>
      </w:r>
    </w:p>
    <w:p>
      <w:pPr>
        <w:pStyle w:val="Heading3"/>
      </w:pPr>
      <w:r>
        <w:t>Ders Akışı</w:t>
      </w:r>
    </w:p>
    <w:p>
      <w:pPr>
        <w:pStyle w:val="ListNumber"/>
      </w:pPr>
      <w:r>
        <w:t>1. Isınma (5 dk): Şarkı: "Head and Shoulders" çalınır. Öğrenciler şarkıyla vücut parçalarına dokunur: "Head, shoulders, knees and toes, knees and toes..."</w:t>
      </w:r>
    </w:p>
    <w:p>
      <w:pPr>
        <w:pStyle w:val="ListNumber"/>
      </w:pPr>
      <w:r>
        <w:t>2. Object pronouns: Tahtaya "She helps me." / "I call him." / "You know her." yazılır. me/him/her vurgulanır. Öğrenciler örnek cümleler kurar.</w:t>
      </w:r>
    </w:p>
    <w:p>
      <w:pPr>
        <w:pStyle w:val="ListNumber"/>
      </w:pPr>
      <w:r>
        <w:t>3. before/after: "before school" (okuldan önce), "after dinner" (yemekten sonra). Öğrenciler kendi örneklerini söyler: "I brush my teeth before breakfast."</w:t>
      </w:r>
    </w:p>
    <w:p>
      <w:pPr>
        <w:pStyle w:val="ListNumber"/>
      </w:pPr>
      <w:r>
        <w:t>4. Body parts: Öğretmen vücut parçalarını gösterir, öğrenciler söyler. Detaylı kelimeler: brain, bone, muscles, skin, tongue, blood.</w:t>
      </w:r>
    </w:p>
    <w:p>
      <w:pPr>
        <w:pStyle w:val="ListNumber"/>
      </w:pPr>
      <w:r>
        <w:t>5. Pair work: A "What do you do before school?" B "I have breakfast before school." / "What do you do after dinner?" B "I do my homework after dinner."</w:t>
      </w:r>
    </w:p>
    <w:p>
      <w:pPr>
        <w:pStyle w:val="ListNumber"/>
      </w:pPr>
      <w:r>
        <w:t>6. Aktivite: Robot Project (MEB - GW): Geri dönüştürülebilir malzemelerden (karton, şişe kapağı, pipet) robot yapılır. Vücut parçaları etiketlenir: head, eyes, arms, legs, knees. Grup sınıfa sunar: "This is our robot. It has a head, two eyes, two arms..."</w:t>
      </w:r>
    </w:p>
    <w:p>
      <w:pPr>
        <w:pStyle w:val="ListNumber"/>
      </w:pPr>
      <w:r>
        <w:t>7. Oyun: Dinleme (MEB): "Head and Shoulders" şarkısı tekrar dinlenir. Öğrenciler şarkıdaki body parts'ı resimli flashcard'la eşleştirir.</w:t>
      </w:r>
    </w:p>
    <w:p>
      <w:r>
        <w:rPr>
          <w:b/>
        </w:rPr>
        <w:t xml:space="preserve">Çıktı: </w:t>
      </w:r>
      <w:r>
        <w:t>Robot (etiketli vücut parçaları) + grup sunumu</w:t>
      </w:r>
    </w:p>
    <w:p/>
    <w:p>
      <w:pPr>
        <w:pStyle w:val="Heading2"/>
      </w:pPr>
      <w:r>
        <w:t>Ders 3: Yazma &amp; Pekiştirme (40 dk)</w:t>
      </w:r>
    </w:p>
    <w:p>
      <w:r>
        <w:rPr>
          <w:b/>
        </w:rPr>
        <w:t xml:space="preserve">Süre: </w:t>
      </w:r>
      <w:r>
        <w:t>40 dakika</w:t>
      </w:r>
    </w:p>
    <w:p>
      <w:r>
        <w:rPr>
          <w:b/>
        </w:rPr>
        <w:t xml:space="preserve">Kazanımlar: </w:t>
      </w:r>
      <w:r>
        <w:t>Tüm haftanın içeriği pekiştirilir, yazma çalışması yapılır, portfolio aktivitesi başlatılır</w:t>
      </w:r>
    </w:p>
    <w:p>
      <w:r>
        <w:rPr>
          <w:b/>
        </w:rPr>
        <w:t xml:space="preserve">Grammar: </w:t>
      </w:r>
      <w:r>
        <w:t>Tüm haftanın grammar'ı: Present Simple (to be), object pronouns, before/after</w:t>
      </w:r>
    </w:p>
    <w:p>
      <w:r>
        <w:rPr>
          <w:b/>
        </w:rPr>
        <w:t xml:space="preserve">Kelime: </w:t>
      </w:r>
      <w:r>
        <w:t>Tüm haftanın vocabulary'si</w:t>
      </w:r>
    </w:p>
    <w:p>
      <w:pPr>
        <w:pStyle w:val="Heading3"/>
      </w:pPr>
      <w:r>
        <w:t>Ders Akışı</w:t>
      </w:r>
    </w:p>
    <w:p>
      <w:pPr>
        <w:pStyle w:val="ListNumber"/>
      </w:pPr>
      <w:r>
        <w:t>1. Isınma (5 dk): Tekrar: Öğretken flashcardlarla tüm daily routines + body parts + times'ı hızlıca geçer.</w:t>
      </w:r>
    </w:p>
    <w:p>
      <w:pPr>
        <w:pStyle w:val="ListNumber"/>
      </w:pPr>
      <w:r>
        <w:t>2. Yazma (MEB): "A Day of a Famous Character" — öğrenciler sevdiği bir karakterin (çizgi film/kahraman) gününü yazar: "Spider-Man wakes up at 7. He has breakfast before school." En az 5 cümle, before/after kullanarak.</w:t>
      </w:r>
    </w:p>
    <w:p>
      <w:pPr>
        <w:pStyle w:val="ListNumber"/>
      </w:pPr>
      <w:r>
        <w:t>3. Yazma (MEB): "My Daily Life" mektubu — öğrenci bir mektup yazar, günlük rutinini anlatır. "Dear friend, I wake up at 7 o'clock..."</w:t>
      </w:r>
    </w:p>
    <w:p>
      <w:pPr>
        <w:pStyle w:val="ListNumber"/>
      </w:pPr>
      <w:r>
        <w:t>4. Pair Work (MEB): Öğrenciler haftalık ders programını exchange information ile tamamlar. A eksik bilgiyi sorar, B yanıtlar: "What time is English?" → "English is at 9 o'clock on Monday."</w:t>
      </w:r>
    </w:p>
    <w:p>
      <w:pPr>
        <w:pStyle w:val="ListNumber"/>
      </w:pPr>
      <w:r>
        <w:t>5. Portfolio başlangıcı (MEB): "Keep it Clean" posteri tasarlanır. Günlük temizlik rutinleri çizilir: "I brush my teeth. I wash my face. I clean my room."</w:t>
      </w:r>
    </w:p>
    <w:p>
      <w:pPr>
        <w:pStyle w:val="ListNumber"/>
      </w:pPr>
      <w:r>
        <w:t>6. Aktivite: Keep it Clean Poster (MEB - Portfolio Dossier): Öğrenciler poster yapar — günlük temizlik rutinleri + İngilizce cümleler. Sınıfa sunar.</w:t>
      </w:r>
    </w:p>
    <w:p>
      <w:pPr>
        <w:pStyle w:val="ListNumber"/>
      </w:pPr>
      <w:r>
        <w:t>7. Oyun: Sözlü değerlendirme: Her öğrenci "Tell me about your day" der — 3-5 cümle (before/after + times kullanarak)</w:t>
      </w:r>
    </w:p>
    <w:p>
      <w:r>
        <w:rPr>
          <w:b/>
        </w:rPr>
        <w:t xml:space="preserve">Çıktı: </w:t>
      </w:r>
      <w:r>
        <w:t>My Daily Life mektubu + Keep it Clean posteri</w:t>
      </w:r>
    </w:p>
    <w:p>
      <w:r>
        <w:rPr>
          <w:b/>
        </w:rPr>
        <w:t xml:space="preserve">Ev ödevi: </w:t>
      </w:r>
      <w:r>
        <w:t>My Daily Life mektubu — günlük rutin (before/after + saatler, en az 5 cümle)</w:t>
      </w:r>
    </w:p>
    <w:p/>
    <w:p>
      <w:pPr>
        <w:pStyle w:val="Heading3"/>
      </w:pPr>
      <w:r>
        <w:t>Material Listesi</w:t>
      </w:r>
    </w:p>
    <w:p>
      <w:pPr>
        <w:pStyle w:val="ListBullet"/>
      </w:pPr>
      <w:r>
        <w:t>Daily routines flashcardları (20+ eylem)</w:t>
      </w:r>
    </w:p>
    <w:p>
      <w:pPr>
        <w:pStyle w:val="ListBullet"/>
      </w:pPr>
      <w:r>
        <w:t>Body parts flashcardları (25+ parça)</w:t>
      </w:r>
    </w:p>
    <w:p>
      <w:pPr>
        <w:pStyle w:val="ListBullet"/>
      </w:pPr>
      <w:r>
        <w:t>Saat kartları (analog saat çizimleri: 7:00, 7:30, 8:15 vb.)</w:t>
      </w:r>
    </w:p>
    <w:p>
      <w:pPr>
        <w:pStyle w:val="ListBullet"/>
      </w:pPr>
      <w:r>
        <w:t>A4 kağıdı (Timeline + mektup + poster için)</w:t>
      </w:r>
    </w:p>
    <w:p>
      <w:pPr>
        <w:pStyle w:val="ListBullet"/>
      </w:pPr>
      <w:r>
        <w:t>Boya kalemleri</w:t>
      </w:r>
    </w:p>
    <w:p>
      <w:pPr>
        <w:pStyle w:val="ListBullet"/>
      </w:pPr>
      <w:r>
        <w:t>Robot malzemeleri: karton, şişe kapağı, pipet, yapıştırıcı, makas (grup başına 1 set)</w:t>
      </w:r>
    </w:p>
    <w:p>
      <w:pPr>
        <w:pStyle w:val="ListBullet"/>
      </w:pPr>
      <w:r>
        <w:t>"Head and Shoulders" şarkısı (telefon/hoparlör)</w:t>
      </w:r>
    </w:p>
    <w:p>
      <w:pPr>
        <w:pStyle w:val="ListBullet"/>
      </w:pPr>
      <w:r>
        <w:t>Haftalık ders programı şablonu (pair work için, eksik bilgili)</w:t>
      </w:r>
    </w:p>
    <w:p>
      <w:pPr>
        <w:pStyle w:val="ListBullet"/>
      </w:pPr>
      <w:r>
        <w:t>Poster kağıdı (Keep it Clean için, A3 önerilir)</w:t>
      </w:r>
    </w:p>
    <w:p>
      <w:pPr>
        <w:pStyle w:val="Heading3"/>
      </w:pPr>
      <w:r>
        <w:t>Değerlendirme</w:t>
      </w:r>
    </w:p>
    <w:p>
      <w:pPr>
        <w:pStyle w:val="ListBullet"/>
      </w:pPr>
      <w:r>
        <w:t>Sözlü (Ders 1): "What time do you wake up?" → "I wake up at ___ o'clock" doğru yanıtlıyor mu?</w:t>
      </w:r>
    </w:p>
    <w:p>
      <w:pPr>
        <w:pStyle w:val="ListBullet"/>
      </w:pPr>
      <w:r>
        <w:t>Yazılı (Ders 1): My Day Timeline — 6 etkinlik + saatler doğru yazılmış mı?</w:t>
      </w:r>
    </w:p>
    <w:p>
      <w:pPr>
        <w:pStyle w:val="ListBullet"/>
      </w:pPr>
      <w:r>
        <w:t>Sözlü (Ders 2): Object pronouns — "She helps ___" (me/him/her) doğru tamamlıyor mu? (5/5 = iyi)</w:t>
      </w:r>
    </w:p>
    <w:p>
      <w:pPr>
        <w:pStyle w:val="ListBullet"/>
      </w:pPr>
      <w:r>
        <w:t>Sözlü (Ders 2): "What do you do before school?" → "I ___ before school" doğru cümle kuruyor mu?</w:t>
      </w:r>
    </w:p>
    <w:p>
      <w:pPr>
        <w:pStyle w:val="ListBullet"/>
      </w:pPr>
      <w:r>
        <w:t>Grup (Ders 2): Robot projesi — en az 8 body part etiketlenmiş mi? Sunum yapıldı mı?</w:t>
      </w:r>
    </w:p>
    <w:p>
      <w:pPr>
        <w:pStyle w:val="ListBullet"/>
      </w:pPr>
      <w:r>
        <w:t>Yazılı (Ders 3): "My Daily Life" mektup — 5 cümle + before/after + times kullanımı</w:t>
      </w:r>
    </w:p>
    <w:p>
      <w:pPr>
        <w:pStyle w:val="ListBullet"/>
      </w:pPr>
      <w:r>
        <w:t>Sözlü (Ders 3): "Tell me about your day" — 3-5 cümle, akıcı, before/after kullanımı</w:t>
      </w:r>
    </w:p>
    <w:p>
      <w:pPr>
        <w:pStyle w:val="ListBullet"/>
      </w:pPr>
      <w:r>
        <w:t>Portfolio (Ders 3): "Keep it Clean" posteri — 3+ temizlik rutini + İngilizce cümleler</w:t>
      </w:r>
    </w:p>
    <w:p>
      <w:r>
        <w:br w:type="page"/>
      </w:r>
    </w:p>
    <w:p>
      <w:pPr>
        <w:pStyle w:val="Title"/>
      </w:pPr>
      <w:r>
        <w:t>HAFTA 1 — ÖZET TABLO</w:t>
      </w:r>
    </w:p>
    <w:tbl>
      <w:tblPr>
        <w:tblStyle w:val="LightGrid-Accent1"/>
        <w:tblW w:type="auto" w:w="0"/>
        <w:tblLook w:firstColumn="1" w:firstRow="1" w:lastColumn="0" w:lastRow="0" w:noHBand="0" w:noVBand="1" w:val="04A0"/>
      </w:tblPr>
      <w:tblGrid>
        <w:gridCol w:w="2422"/>
        <w:gridCol w:w="2422"/>
        <w:gridCol w:w="2422"/>
        <w:gridCol w:w="2422"/>
      </w:tblGrid>
      <w:tr>
        <w:tc>
          <w:tcPr>
            <w:tcW w:type="dxa" w:w="2422"/>
          </w:tcPr>
          <w:p>
            <w:r>
              <w:rPr>
                <w:b/>
              </w:rPr>
              <w:t>Sınıf</w:t>
            </w:r>
          </w:p>
        </w:tc>
        <w:tc>
          <w:tcPr>
            <w:tcW w:type="dxa" w:w="2422"/>
          </w:tcPr>
          <w:p>
            <w:r>
              <w:rPr>
                <w:b/>
              </w:rPr>
              <w:t>Ünite</w:t>
            </w:r>
          </w:p>
        </w:tc>
        <w:tc>
          <w:tcPr>
            <w:tcW w:type="dxa" w:w="2422"/>
          </w:tcPr>
          <w:p>
            <w:r>
              <w:rPr>
                <w:b/>
              </w:rPr>
              <w:t>Grammar</w:t>
            </w:r>
          </w:p>
        </w:tc>
        <w:tc>
          <w:tcPr>
            <w:tcW w:type="dxa" w:w="2422"/>
          </w:tcPr>
          <w:p>
            <w:r>
              <w:rPr>
                <w:b/>
              </w:rPr>
              <w:t>Kelime Sayısı</w:t>
            </w:r>
          </w:p>
        </w:tc>
      </w:tr>
      <w:tr>
        <w:tc>
          <w:tcPr>
            <w:tcW w:type="dxa" w:w="2422"/>
          </w:tcPr>
          <w:p>
            <w:r>
              <w:t>2. Sınıf</w:t>
            </w:r>
          </w:p>
        </w:tc>
        <w:tc>
          <w:tcPr>
            <w:tcW w:type="dxa" w:w="2422"/>
          </w:tcPr>
          <w:p>
            <w:r>
              <w:t>Hello English!</w:t>
            </w:r>
          </w:p>
        </w:tc>
        <w:tc>
          <w:tcPr>
            <w:tcW w:type="dxa" w:w="2422"/>
          </w:tcPr>
          <w:p>
            <w:r>
              <w:t>Pronouns (I/you), to be, It is a ___</w:t>
            </w:r>
          </w:p>
        </w:tc>
        <w:tc>
          <w:tcPr>
            <w:tcW w:type="dxa" w:w="2422"/>
          </w:tcPr>
          <w:p>
            <w:r>
              <w:t>~40 (selamlaşma + eşya + renk + sayı 1-15 + şekil)</w:t>
            </w:r>
          </w:p>
        </w:tc>
      </w:tr>
      <w:tr>
        <w:tc>
          <w:tcPr>
            <w:tcW w:type="dxa" w:w="2422"/>
          </w:tcPr>
          <w:p>
            <w:r>
              <w:t>3. Sınıf</w:t>
            </w:r>
          </w:p>
        </w:tc>
        <w:tc>
          <w:tcPr>
            <w:tcW w:type="dxa" w:w="2422"/>
          </w:tcPr>
          <w:p>
            <w:r>
              <w:t>My Classroom (U1)</w:t>
            </w:r>
          </w:p>
        </w:tc>
        <w:tc>
          <w:tcPr>
            <w:tcW w:type="dxa" w:w="2422"/>
          </w:tcPr>
          <w:p>
            <w:r>
              <w:t>Pronouns, to be, this/that, What/How many, I have got</w:t>
            </w:r>
          </w:p>
        </w:tc>
        <w:tc>
          <w:tcPr>
            <w:tcW w:type="dxa" w:w="2422"/>
          </w:tcPr>
          <w:p>
            <w:r>
              <w:t>~45 (sınıf eşyası + sayı 1-20)</w:t>
            </w:r>
          </w:p>
        </w:tc>
      </w:tr>
      <w:tr>
        <w:tc>
          <w:tcPr>
            <w:tcW w:type="dxa" w:w="2422"/>
          </w:tcPr>
          <w:p>
            <w:r>
              <w:t>4. Sınıf</w:t>
            </w:r>
          </w:p>
        </w:tc>
        <w:tc>
          <w:tcPr>
            <w:tcW w:type="dxa" w:w="2422"/>
          </w:tcPr>
          <w:p>
            <w:r>
              <w:t>My School (U1)</w:t>
            </w:r>
          </w:p>
        </w:tc>
        <w:tc>
          <w:tcPr>
            <w:tcW w:type="dxa" w:w="2422"/>
          </w:tcPr>
          <w:p>
            <w:r>
              <w:t>Present Continuous, there is/are, Can/May I, possessive adj, 's</w:t>
            </w:r>
          </w:p>
        </w:tc>
        <w:tc>
          <w:tcPr>
            <w:tcW w:type="dxa" w:w="2422"/>
          </w:tcPr>
          <w:p>
            <w:r>
              <w:t>~70 (school places + subjects + objects + shapes + numbers 11-100)</w:t>
            </w:r>
          </w:p>
        </w:tc>
      </w:tr>
      <w:tr>
        <w:tc>
          <w:tcPr>
            <w:tcW w:type="dxa" w:w="2422"/>
          </w:tcPr>
          <w:p>
            <w:r>
              <w:t>5. Sınıf</w:t>
            </w:r>
          </w:p>
        </w:tc>
        <w:tc>
          <w:tcPr>
            <w:tcW w:type="dxa" w:w="2422"/>
          </w:tcPr>
          <w:p>
            <w:r>
              <w:t>My Day (U1)</w:t>
            </w:r>
          </w:p>
        </w:tc>
        <w:tc>
          <w:tcPr>
            <w:tcW w:type="dxa" w:w="2422"/>
          </w:tcPr>
          <w:p>
            <w:r>
              <w:t>Present Simple (to be), object pronouns, before/after</w:t>
            </w:r>
          </w:p>
        </w:tc>
        <w:tc>
          <w:tcPr>
            <w:tcW w:type="dxa" w:w="2422"/>
          </w:tcPr>
          <w:p>
            <w:r>
              <w:t>~60 (daily routines + times + body parts 25+)</w:t>
            </w:r>
          </w:p>
        </w:tc>
      </w:tr>
    </w:tbl>
    <w:p/>
    <w:p>
      <w:pPr>
        <w:pStyle w:val="Heading1"/>
      </w:pPr>
      <w:r>
        <w:t>Hafta 1 — Öğretmen Kontrol Listesi (Tüm Sınıflar)</w:t>
      </w:r>
    </w:p>
    <w:p>
      <w:r>
        <w:rPr>
          <w:b/>
        </w:rPr>
        <w:t xml:space="preserve">2. Sınıf: </w:t>
      </w:r>
    </w:p>
    <w:p>
      <w:r>
        <w:t>Hello/Hi/Good morning kalıpları / 10 sınıf eşyası kelimesi / 11 renk / Sayılar 1-15 / "It is a ___" kalıbı / Sınıf komutları (stand up, sit down)</w:t>
      </w:r>
    </w:p>
    <w:p>
      <w:r>
        <w:rPr>
          <w:b/>
        </w:rPr>
        <w:t xml:space="preserve">3. Sınıf: </w:t>
      </w:r>
    </w:p>
    <w:p>
      <w:r>
        <w:t>I/you/it/they + to be (am/is/are) / Sınıf eşyaları (MEB liste) / Sayılar 1-20 / What/How many + this/that / I have got kalıbı</w:t>
      </w:r>
    </w:p>
    <w:p>
      <w:r>
        <w:rPr>
          <w:b/>
        </w:rPr>
        <w:t xml:space="preserve">4. Sınıf: </w:t>
      </w:r>
    </w:p>
    <w:p>
      <w:r>
        <w:t>Present Continuous (affirmative + question) / There is/are + singular/plural / Can I / May I (permission) / Possessive adj + 's + Whose / School subjects + weekdays + 11-100 + shapes</w:t>
      </w:r>
    </w:p>
    <w:p>
      <w:r>
        <w:rPr>
          <w:b/>
        </w:rPr>
        <w:t xml:space="preserve">5. Sınıf: </w:t>
      </w:r>
    </w:p>
    <w:p>
      <w:r>
        <w:t>Present Simple to be (tüm formlar) / Daily routines + times (o'clock, half, quarter) / Object pronouns (me, you, him, her) / Prepositions of time (before, after) / Body parts (25+ kelime)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