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 My Day (Günüm)</w:t>
            </w:r>
          </w:p>
        </w:tc>
        <w:tc>
          <w:tcPr>
            <w:tcW w:type="dxa" w:w="3780"/>
          </w:tcPr>
          <w:p>
            <w:r/>
            <w:r>
              <w:rPr>
                <w:rFonts w:ascii="Arial" w:hAnsi="Arial"/>
                <w:b w:val="0"/>
                <w:sz w:val="24"/>
              </w:rPr>
              <w:t>1. Present Simple Tense (to be) tüm formlarını kullanır (affirmative, negative, interrogative, yes/no questions).</w:t>
              <w:br/>
              <w:t>2. Object pronouns (me, you, him, her) kullanır.</w:t>
              <w:br/>
              <w:t>3. Prepositions of time (before, after) ile zaman ifade eder.</w:t>
              <w:br/>
              <w:t>4. Günlük rutinleri, saatleri ve vücut parçalarını İngilizce söyler.</w:t>
            </w:r>
          </w:p>
        </w:tc>
        <w:tc>
          <w:tcPr>
            <w:tcW w:type="dxa" w:w="7323"/>
          </w:tcPr>
          <w:p>
            <w:r/>
            <w:r>
              <w:rPr>
                <w:rFonts w:ascii="Arial" w:hAnsi="Arial"/>
                <w:sz w:val="24"/>
              </w:rPr>
              <w:t>Daily Routines ve Present Simple: Present Simple — to be (tüm formlar). Daily routines (wake up, get dressed, have breakfast, go to school, do homework, go to bed). Times (o'clock, half, quarter, past, to). 'I wake up at 7 o'clock.' My Day Timeline etkinliği. Dinleme: günlük rutin metni + tablo tamamlama.</w:t>
              <w:br/>
              <w:t>Object Pronouns ve Body Parts: Object pronouns (me, you, him, her). before/after. Body parts (head, eyes, nose, mouth, ear, hair, face, tooth/teeth, arm, shoulder, leg, finger, hand, toe, foot/feet, knee, elbow, back, neck, brain, bone, muscles, skin, tongue, blood). Head and Shoulders şarkısı. Robot projesi (GW).</w:t>
              <w:br/>
              <w:t>Yazma ve Pekiştirme: 'A Day of a Famous Character' yazma. 'My Daily Life' mektubu. Pair work: ders programı exchange info. 'Keep it Clean' posteri (Portfolio). Sözlü: 'Tell me about your day'.</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 My Day (Günüm)</w:t>
            </w:r>
          </w:p>
        </w:tc>
        <w:tc>
          <w:tcPr>
            <w:tcW w:type="dxa" w:w="3780"/>
          </w:tcPr>
          <w:p>
            <w:r/>
            <w:r>
              <w:rPr>
                <w:rFonts w:ascii="Arial" w:hAnsi="Arial"/>
                <w:b w:val="0"/>
                <w:sz w:val="24"/>
              </w:rPr>
              <w:t>1. Present Simple (to be) ile soru ve negatif cümle kurar.</w:t>
              <w:br/>
              <w:t>2. 'before' ve 'after' kullanarak günlük olayları sıralar.</w:t>
              <w:br/>
              <w:t>3. Object pronouns (me, him, her) ile cümleler yazar.</w:t>
              <w:br/>
              <w:t>4. Saatleri (o'clock, half past, quarter past/to) doğru söyler.</w:t>
            </w:r>
          </w:p>
        </w:tc>
        <w:tc>
          <w:tcPr>
            <w:tcW w:type="dxa" w:w="7323"/>
          </w:tcPr>
          <w:p>
            <w:r/>
            <w:r>
              <w:rPr>
                <w:rFonts w:ascii="Arial" w:hAnsi="Arial"/>
                <w:sz w:val="24"/>
              </w:rPr>
              <w:t>Soru ve Negatif Formlar: 'Am I a student?' 'Is she a doctor?' 'Are they happy?' Negative: 'I am not tired.' 'She isn't at school.' Pair work: soru-cevap alıştırmaları.</w:t>
              <w:br/>
              <w:t>Before/After Pratiği: 'I brush my teeth before breakfast.' 'I do my homework after dinner.' Timeline çizimi + sunum. Body parts tekrar: robot etiketleme oyunu.</w:t>
              <w:br/>
              <w:t>Yazma: 'My Daily Life' mektubu (before/after + saatler). Sözlü değerlendirme: 3-5 cümle günlük rutin anlatımı.</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 My Day (Günüm) — Pekiştirme</w:t>
            </w:r>
          </w:p>
        </w:tc>
        <w:tc>
          <w:tcPr>
            <w:tcW w:type="dxa" w:w="3780"/>
          </w:tcPr>
          <w:p>
            <w:r/>
            <w:r>
              <w:rPr>
                <w:rFonts w:ascii="Arial" w:hAnsi="Arial"/>
                <w:b w:val="0"/>
                <w:sz w:val="24"/>
              </w:rPr>
              <w:t>1. Unit 1 tüm grammar ve vocabulary'yi pekiştirir.</w:t>
              <w:br/>
              <w:t>2. Günlük rutinlerini yazılı olarak ifade eder.</w:t>
              <w:br/>
              <w:t>3. Portfolio: 'Keep it Clean' posteri hazırlar.</w:t>
            </w:r>
          </w:p>
        </w:tc>
        <w:tc>
          <w:tcPr>
            <w:tcW w:type="dxa" w:w="7323"/>
          </w:tcPr>
          <w:p>
            <w:r/>
            <w:r>
              <w:rPr>
                <w:rFonts w:ascii="Arial" w:hAnsi="Arial"/>
                <w:sz w:val="24"/>
              </w:rPr>
              <w:t>Pekiştirme: Tüm flashcard tekrar (daily routines + body parts + times). Timeline + mektup yazma. Pair work: haftalık ders programı exchange info.</w:t>
              <w:br/>
              <w:t>Portfolio (MEB): 'Keep it Clean' posteri — günlük temizlik rutinleri + İngilizce cümleler. Sınıfa sunum.</w:t>
              <w:br/>
              <w:t>Değerlendirme: Sözlü 'Tell me about your day' (3-5 cümle). Yazılı: mektup (before/after + times).</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II. People and Jobs (İnsanlar ve Meslekler)</w:t>
            </w:r>
          </w:p>
        </w:tc>
        <w:tc>
          <w:tcPr>
            <w:tcW w:type="dxa" w:w="3780"/>
          </w:tcPr>
          <w:p>
            <w:r/>
            <w:r>
              <w:rPr>
                <w:rFonts w:ascii="Arial" w:hAnsi="Arial"/>
                <w:b w:val="0"/>
                <w:sz w:val="24"/>
              </w:rPr>
              <w:t>1. Present Simple Tense (all forms: affirmative, negative, interrogative) kullanır.</w:t>
              <w:br/>
              <w:t>2. Prepositions of place (at, in, on) kullanır.</w:t>
              <w:br/>
              <w:t>3. Have to / has to ile zorunluluk ifade eder.</w:t>
              <w:br/>
              <w:t>4. Meslekleri, çalışma yerlerini ve aile üyelerini tanır.</w:t>
            </w:r>
          </w:p>
        </w:tc>
        <w:tc>
          <w:tcPr>
            <w:tcW w:type="dxa" w:w="7323"/>
          </w:tcPr>
          <w:p>
            <w:r/>
            <w:r>
              <w:rPr>
                <w:rFonts w:ascii="Arial" w:hAnsi="Arial"/>
                <w:sz w:val="24"/>
              </w:rPr>
              <w:t>Present Simple (All Forms): 'She works at a hospital.' 'He doesn't work at a school.' 'Do you like your job?' Jobs (30+): teacher, doctor, dentist, nurse, pilot, firefighter, vet, chef, engineer, farmer, police officer, waiter, driver, tailor, barber, scientist, photographer. Places (20+): hospital, school, farm, fire-station, police-station, bank, restaurant, shop, office, hotel.</w:t>
              <w:br/>
              <w:t>Prepositions of Place: at + specific place, in + enclosed/city, on + surface/street. 'She works in a hospital.' 'He is at school.'</w:t>
              <w:br/>
              <w:t>Have To / Has To: 'A doctor has to help sick people.' 'We have to wear a uniform.' Pair work: meslek + zorunluluk eşleştirme.</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II. People and Jobs (İnsanlar ve Meslekler)</w:t>
            </w:r>
          </w:p>
        </w:tc>
        <w:tc>
          <w:tcPr>
            <w:tcW w:type="dxa" w:w="3780"/>
          </w:tcPr>
          <w:p>
            <w:r/>
            <w:r>
              <w:rPr>
                <w:rFonts w:ascii="Arial" w:hAnsi="Arial"/>
                <w:b w:val="0"/>
                <w:sz w:val="24"/>
              </w:rPr>
              <w:t>1. Meslekler hakkında Present Simple ile konuşur ve soru sorar.</w:t>
              <w:br/>
              <w:t>2. Aile üyelerinin mesleklerini tanıtır.</w:t>
              <w:br/>
              <w:t>3. 'have to/has to' ile mesleki zorunlulukları ifade eder.</w:t>
            </w:r>
          </w:p>
        </w:tc>
        <w:tc>
          <w:tcPr>
            <w:tcW w:type="dxa" w:w="7323"/>
          </w:tcPr>
          <w:p>
            <w:r/>
            <w:r>
              <w:rPr>
                <w:rFonts w:ascii="Arial" w:hAnsi="Arial"/>
                <w:sz w:val="24"/>
              </w:rPr>
              <w:t>Meslekler ve Aile: Family members (mother, father, brother, sister, grandmother, grandfather, uncle, aunt, cousin). 'My mother is a teacher. She works at a school.' Family tree çizimi + meslek etiketleme (MEB - IW).</w:t>
              <w:br/>
              <w:t>Zorunluluklar: 'A firefighter has to wear a helmet.' 'A pilot has to fly planes.' 'A vet has to treat animals.' Grup çalışması: meslek + zorunluluk posteri.</w:t>
              <w:br/>
              <w:t>Dinleme: meslekler hakkında metin dinleme + eşleştirme.</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II. People and Jobs (İnsanlar ve Meslekler) — Pekiştirme</w:t>
            </w:r>
          </w:p>
        </w:tc>
        <w:tc>
          <w:tcPr>
            <w:tcW w:type="dxa" w:w="3780"/>
          </w:tcPr>
          <w:p>
            <w:r/>
            <w:r>
              <w:rPr>
                <w:rFonts w:ascii="Arial" w:hAnsi="Arial"/>
                <w:b w:val="0"/>
                <w:sz w:val="24"/>
              </w:rPr>
              <w:t>1. Unit 2 içeriğini pekiştirir.</w:t>
              <w:br/>
              <w:t>2. Ailesi ve meslekleri hakkında paragraf yazar.</w:t>
              <w:br/>
              <w:t>3. Çalışma yerlerini harita üzerinde etiketler.</w:t>
            </w:r>
          </w:p>
        </w:tc>
        <w:tc>
          <w:tcPr>
            <w:tcW w:type="dxa" w:w="7323"/>
          </w:tcPr>
          <w:p>
            <w:r/>
            <w:r>
              <w:rPr>
                <w:rFonts w:ascii="Arial" w:hAnsi="Arial"/>
                <w:sz w:val="24"/>
              </w:rPr>
              <w:t>Pekiştirme: Meslek flashcard tekrarı. 'My Family's Jobs' yazma — 5 cümle (Present Simple + have to/has to).</w:t>
              <w:br/>
              <w:t>Map Activity (MEB - GW): Kasaba haritası çiz + yerleri etiketle (hospital, police station, farm, restaurant, shop). Role play: işçi ve işyeri canlandırması.</w:t>
              <w:br/>
              <w:t>Değerlendirme: Sözlü — meslek tanıtımı. Yazılı — aile meslekleri paragrafı.</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Quiz 1 — Unit 1-2</w:t>
            </w:r>
          </w:p>
        </w:tc>
        <w:tc>
          <w:tcPr>
            <w:tcW w:type="dxa" w:w="3780"/>
          </w:tcPr>
          <w:p>
            <w:r/>
            <w:r>
              <w:rPr>
                <w:rFonts w:ascii="Arial" w:hAnsi="Arial"/>
                <w:b w:val="0"/>
                <w:sz w:val="24"/>
              </w:rPr>
              <w:t>1. Unit 1 (My Day) ve Unit 2 (People and Jobs) kapsamlı değerlendirme.</w:t>
              <w:br/>
              <w:t>⚠️ 29 Ekim Perşembe — Cumhuriyet Bayramı (tatil)</w:t>
            </w:r>
          </w:p>
        </w:tc>
        <w:tc>
          <w:tcPr>
            <w:tcW w:type="dxa" w:w="7323"/>
          </w:tcPr>
          <w:p>
            <w:r/>
            <w:r>
              <w:rPr>
                <w:rFonts w:ascii="Arial" w:hAnsi="Arial"/>
                <w:sz w:val="24"/>
              </w:rPr>
              <w:t>Pazartesi-Salı: Quiz hazırlık — tekrar: Present Simple (to be + all forms), object pronouns, before/after, jobs, places, have to/has to, prepositions of place.</w:t>
              <w:br/>
              <w:t>Çarşamba: Quiz 1 (4 beceri: listening, reading, speaking, writing) — Unit 1 &amp; 2 kapsamlı.</w:t>
              <w:br/>
              <w:t>Perşembe: ⚠️ 29 Ekim Cumhuriyet Bayramı — TATİL.</w:t>
              <w:br/>
              <w:t>Cuma: Quiz geri bildirim + yanlış çözümleme.</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III. Works at Home (Ev İşleri)</w:t>
            </w:r>
          </w:p>
        </w:tc>
        <w:tc>
          <w:tcPr>
            <w:tcW w:type="dxa" w:w="3780"/>
          </w:tcPr>
          <w:p>
            <w:r/>
            <w:r>
              <w:rPr>
                <w:rFonts w:ascii="Arial" w:hAnsi="Arial"/>
                <w:b w:val="0"/>
                <w:sz w:val="24"/>
              </w:rPr>
              <w:t>1. Adverbs of frequency (always, usually, often, sometimes, never) kullanır.</w:t>
              <w:br/>
              <w:t>2. Wh-questions (What, When, Whose) ile ev işleri hakkında soru sorar.</w:t>
              <w:br/>
              <w:t>3. Have to / has to ile ev chores zorunluluklarını ifade eder.</w:t>
              <w:br/>
              <w:t>4. Ev eşyalarını (furniture) ve haftanın günlerini tanır.</w:t>
            </w:r>
          </w:p>
        </w:tc>
        <w:tc>
          <w:tcPr>
            <w:tcW w:type="dxa" w:w="7323"/>
          </w:tcPr>
          <w:p>
            <w:r/>
            <w:r>
              <w:rPr>
                <w:rFonts w:ascii="Arial" w:hAnsi="Arial"/>
                <w:sz w:val="24"/>
              </w:rPr>
              <w:t>Adverbs of Frequency: always (her zaman), usually (genellikle), often (sık sık), sometimes (bazen), never (asla). 'I always make my bed.' 'She never washes the dishes.' Sıralama: always &gt; usually &gt; often &gt; sometimes &gt; never.</w:t>
              <w:br/>
              <w:t>Chores ve Furniture: Chores (make the bed, wash the dishes, clean the room, do the laundry, set the table, sweep the floor). Furniture (armchair, sofa, table, TV, bookcase, lamp, cooker, fridge, cupboard, bed, wardrobe, plate, bowl, fork, spoon, knife, glass, shelf). Days of week (Monday-Sunday).</w:t>
              <w:br/>
              <w:t>Have To/Has To: 'I have to clean my room.' 'She has to set the table.' Pair work: chores + sıklık eşleştirme.</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III. Works at Home (Ev İşleri)</w:t>
            </w:r>
          </w:p>
        </w:tc>
        <w:tc>
          <w:tcPr>
            <w:tcW w:type="dxa" w:w="3780"/>
          </w:tcPr>
          <w:p>
            <w:r/>
            <w:r>
              <w:rPr>
                <w:rFonts w:ascii="Arial" w:hAnsi="Arial"/>
                <w:b w:val="0"/>
                <w:sz w:val="24"/>
              </w:rPr>
              <w:t>1. Sıklık zarfları ile günlük ev işlerini tanımlar.</w:t>
              <w:br/>
              <w:t>2. 'What/When/Whose' sorularını kullanır.</w:t>
              <w:br/>
              <w:t>3. Ev eşyalarını isimlendirir.</w:t>
            </w:r>
          </w:p>
        </w:tc>
        <w:tc>
          <w:tcPr>
            <w:tcW w:type="dxa" w:w="7323"/>
          </w:tcPr>
          <w:p>
            <w:r/>
            <w:r>
              <w:rPr>
                <w:rFonts w:ascii="Arial" w:hAnsi="Arial"/>
                <w:sz w:val="24"/>
              </w:rPr>
              <w:t>Wh-Questions: 'What do you do on Monday?' 'When do you clean your room?' 'Whose turn is it to wash the dishes?' Pair work: soru-cevap about chores.</w:t>
              <w:br/>
              <w:t>Furniture Vocabulary: Dolap etiketleme — 'This is a wardrobe. This is a fridge.' Ev çizimi + eşya etiketleme.</w:t>
              <w:br/>
              <w:t>Chores Chart (MEB): Öğrenciler haftalık chores chart hazırlar: 'On Monday, I always make the bed.' Sınıfa sunum.</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III. Works at Home (Ev İşleri) — Pekiştirme</w:t>
            </w:r>
          </w:p>
        </w:tc>
        <w:tc>
          <w:tcPr>
            <w:tcW w:type="dxa" w:w="3780"/>
          </w:tcPr>
          <w:p>
            <w:r/>
            <w:r>
              <w:rPr>
                <w:rFonts w:ascii="Arial" w:hAnsi="Arial"/>
                <w:b w:val="0"/>
                <w:sz w:val="24"/>
              </w:rPr>
              <w:t>1. Unit 3 içeriğini pekiştirir.</w:t>
              <w:br/>
              <w:t>2. Typical day hakkında paragraf yazar (adverbs of frequency ile).</w:t>
              <w:br/>
              <w:t>3. Chores listesi hazırlar (have to/has to).</w:t>
            </w:r>
          </w:p>
        </w:tc>
        <w:tc>
          <w:tcPr>
            <w:tcW w:type="dxa" w:w="7323"/>
          </w:tcPr>
          <w:p>
            <w:r/>
            <w:r>
              <w:rPr>
                <w:rFonts w:ascii="Arial" w:hAnsi="Arial"/>
                <w:sz w:val="24"/>
              </w:rPr>
              <w:t>Pekiştirme: Chores + furniture flashcard tekrarı. Adverbs of frequency alıştırmaları.</w:t>
              <w:br/>
              <w:t>Yazma: 'A typical day at home' — adverbs of frequency + chores + furniture (en az 5 cümle).</w:t>
              <w:br/>
              <w:t>Aktivite (MEB): Chores listesi — 'I have to make my bed every day.' 'I have to set the table on Sunday.'</w:t>
              <w:br/>
              <w:t>Değerlendirme: Sözlü — chores chart sunumu. Yazılı — typical day paragrafı.</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IV. Amazing Animals (Muhteşem Hayvanlar)</w:t>
            </w:r>
          </w:p>
        </w:tc>
        <w:tc>
          <w:tcPr>
            <w:tcW w:type="dxa" w:w="3780"/>
          </w:tcPr>
          <w:p>
            <w:r/>
            <w:r>
              <w:rPr>
                <w:rFonts w:ascii="Arial" w:hAnsi="Arial"/>
                <w:b w:val="0"/>
                <w:sz w:val="24"/>
              </w:rPr>
              <w:t>1. Can / can't (ability) ile hayvanların yeteneklerini ifade eder.</w:t>
              <w:br/>
              <w:t>2. Wh-questions (Who, What, Which, How, Why, Where) kullanır.</w:t>
              <w:br/>
              <w:t>3. 'because' ile neden belirtir.</w:t>
              <w:br/>
              <w:t>4. Hayvanları, habitatlarını ve sayıları (1-1000) tanır.</w:t>
            </w:r>
          </w:p>
        </w:tc>
        <w:tc>
          <w:tcPr>
            <w:tcW w:type="dxa" w:w="7323"/>
          </w:tcPr>
          <w:p>
            <w:r/>
            <w:r>
              <w:rPr>
                <w:rFonts w:ascii="Arial" w:hAnsi="Arial"/>
                <w:sz w:val="24"/>
              </w:rPr>
              <w:t>Can/Can't (Ability): 'Cheetahs can run fast.' 'Penguins can't fly.' 'Can elephants swim? Yes, they can.' Animals (40+): dog, cat, horse, snake, fish, bird, elephant, lion, rabbit, parrot, donkey, hippo, turtle, dinosaur, mouse, bee, butterfly, hamster, tiger, giraffe, cow, sheep, goat, ant, crocodile, whale, shark, bear, camel, deer, lizard, owl, penguin, polar bear, frog, swan, octopus.</w:t>
              <w:br/>
              <w:t>Habitats: desert, forest, jungle, ocean, river, lake, farm, sand. 'Lions live in the jungle.'</w:t>
              <w:br/>
              <w:t>Numbers 1-1000: Sayı tekrarı ve genişletme. Bingo: büyük sayılar.</w:t>
              <w:br/>
              <w:t>Because: 'I like dogs because they are friendly.' 'Cheetahs are fast because they have long legs.'</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IV. Amazing Animals (Muhteşem Hayvanlar)</w:t>
            </w:r>
          </w:p>
        </w:tc>
        <w:tc>
          <w:tcPr>
            <w:tcW w:type="dxa" w:w="3780"/>
          </w:tcPr>
          <w:p>
            <w:r/>
            <w:r>
              <w:rPr>
                <w:rFonts w:ascii="Arial" w:hAnsi="Arial"/>
                <w:b w:val="0"/>
                <w:sz w:val="24"/>
              </w:rPr>
              <w:t>1. Hayvanların yeteneklerini can/can't ile ifade eder.</w:t>
              <w:br/>
              <w:t>2. 'Why' sorusuna 'because' ile cevap verir.</w:t>
              <w:br/>
              <w:t>3. Fiziksel rahatsızlıkları (headache, toothache, cough) tanır.</w:t>
            </w:r>
          </w:p>
        </w:tc>
        <w:tc>
          <w:tcPr>
            <w:tcW w:type="dxa" w:w="7323"/>
          </w:tcPr>
          <w:p>
            <w:r/>
            <w:r>
              <w:rPr>
                <w:rFonts w:ascii="Arial" w:hAnsi="Arial"/>
                <w:sz w:val="24"/>
              </w:rPr>
              <w:t>Wh-Questions (All): 'Who lives in the jungle?' 'What can penguins do?' 'Which animal is the fastest?' 'How fast can a cheetah run?' 'Where do polar bears live?' Pair work: hayvan soru-cevap.</w:t>
              <w:br/>
              <w:t>Because + Reasons: 'Why do you like cats? Because they are cute.' 'Why can't penguins fly? Because they have small wings.'</w:t>
              <w:br/>
              <w:t>Illness Vocabulary: headache, tummy ache, earache, backache, toothache, bruise, broken leg, cut, cough, cold, flu, temperature. 'I have a headache.' 'She has a cough.' Role play: doktor-hasta diyalogu.</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IV. Amazing Animals (Muhteşem Hayvanlar) — Pekiştirme</w:t>
            </w:r>
          </w:p>
        </w:tc>
        <w:tc>
          <w:tcPr>
            <w:tcW w:type="dxa" w:w="3780"/>
          </w:tcPr>
          <w:p>
            <w:r/>
            <w:r>
              <w:rPr>
                <w:rFonts w:ascii="Arial" w:hAnsi="Arial"/>
                <w:b w:val="0"/>
                <w:sz w:val="24"/>
              </w:rPr>
              <w:t>1. Unit 4 içeriğini pekiştirir.</w:t>
              <w:br/>
              <w:t>2. En sevdiği hayvan hakkında yazı yazar.</w:t>
              <w:br/>
              <w:t>3. Hayvan yetenekleri hakkında paragraf yazar.</w:t>
            </w:r>
          </w:p>
        </w:tc>
        <w:tc>
          <w:tcPr>
            <w:tcW w:type="dxa" w:w="7323"/>
          </w:tcPr>
          <w:p>
            <w:r/>
            <w:r>
              <w:rPr>
                <w:rFonts w:ascii="Arial" w:hAnsi="Arial"/>
                <w:sz w:val="24"/>
              </w:rPr>
              <w:t>Pekiştirme: Animals + habitats + illness flashcard tekrarı. Can/can't + because alıştırmaları.</w:t>
              <w:br/>
              <w:t>Yazma: 'My Favourite Animal' — can/can't, habitat, because (en az 5 cümle). 'I like dogs because they are loyal. Dogs can run fast but they can't fly.'</w:t>
              <w:br/>
              <w:t>Aktivite (MEB - GW): Hayvan canlandırması — bir öğrenci hayvanı canlandırır, diğerleri 'What can it do?' 'Where does it live?' sorar.</w:t>
              <w:br/>
              <w:t>Değerlendirme: Sözlü — hayvan tanıtımı. Yazılı — favourite animal paragrafı.</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Quiz 2 + Dönem Sonu Sınavı — Unit 1-4</w:t>
            </w:r>
          </w:p>
        </w:tc>
        <w:tc>
          <w:tcPr>
            <w:tcW w:type="dxa" w:w="3780"/>
          </w:tcPr>
          <w:p>
            <w:r/>
            <w:r>
              <w:rPr>
                <w:rFonts w:ascii="Arial" w:hAnsi="Arial"/>
                <w:b w:val="0"/>
                <w:sz w:val="24"/>
              </w:rPr>
              <w:t>1. Unit 1-4 kapsamlı değerlendirme (4 beceri: listening, reading, speaking, writing).</w:t>
              <w:br/>
              <w:t>2. Dönem 1 genel değerlendirme.</w:t>
            </w:r>
          </w:p>
        </w:tc>
        <w:tc>
          <w:tcPr>
            <w:tcW w:type="dxa" w:w="7323"/>
          </w:tcPr>
          <w:p>
            <w:r/>
            <w:r>
              <w:rPr>
                <w:rFonts w:ascii="Arial" w:hAnsi="Arial"/>
                <w:sz w:val="24"/>
              </w:rPr>
              <w:t>Pazartesi-Salı: Quiz 2 hazırlık — tekrar: adverbs of frequency, can/can't, Wh-questions, because, illness, chores, furniture.</w:t>
              <w:br/>
              <w:t>Çarşamba: Quiz 2 (Unit 3-4 kapsamlı).</w:t>
              <w:br/>
              <w:t>Perşembe: Dönem Sonu Sınavı hazırlık — Unit 1-4 genel tekrar.</w:t>
              <w:br/>
              <w:t>Cuma: Dönem Sonu Sınavı (Unit 1-4, 4 beceri: listening, reading, speaking, writing).</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 Weather (Hava Durumu)</w:t>
            </w:r>
          </w:p>
        </w:tc>
        <w:tc>
          <w:tcPr>
            <w:tcW w:type="dxa" w:w="3780"/>
          </w:tcPr>
          <w:p>
            <w:r/>
            <w:r>
              <w:rPr>
                <w:rFonts w:ascii="Arial" w:hAnsi="Arial"/>
                <w:b w:val="0"/>
                <w:sz w:val="24"/>
              </w:rPr>
              <w:t>1. Past Simple Tense (was/were) tüm formlarını kullanır.</w:t>
              <w:br/>
              <w:t>2. Comparatives ile karşılaştırma yapar.</w:t>
              <w:br/>
              <w:t>3. Ayları, mevsimleri, kıyafetleri ve pusula yönlerini tanır.</w:t>
            </w:r>
          </w:p>
        </w:tc>
        <w:tc>
          <w:tcPr>
            <w:tcW w:type="dxa" w:w="7323"/>
          </w:tcPr>
          <w:p>
            <w:r/>
            <w:r>
              <w:rPr>
                <w:rFonts w:ascii="Arial" w:hAnsi="Arial"/>
                <w:sz w:val="24"/>
              </w:rPr>
              <w:t>Past Simple (was/were): 'It was sunny yesterday.' 'They were at home.' 'Was it cold? Yes, it was.' Negative: 'It wasn't rainy.' 'We weren't at school.' Months (January-December), Seasons (Spring, Summer, Autumn, Winter).</w:t>
              <w:br/>
              <w:t>Comparatives: 'Today is colder than yesterday.' 'Summer is hotter than winter.' (sınırlı comparatives — sadece Weather ünitesinde).</w:t>
              <w:br/>
              <w:t>Weather Vocabulary: rain(y), sky, wind(y), sunny, cloudy, cool, snow(y), hot, cold, warm. Points of compass: North, South, East, West.</w:t>
              <w:br/>
              <w:t>Clothes: shirt, skirt, trousers, socks, shoes, dress, hat, jeans, shorts, blouse, coat, cardigan, jumper, track suit, trainers, boots, gloves, scarf, sandals, raincoat, sunglasses.</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 Weather (Hava Durumu)</w:t>
            </w:r>
          </w:p>
        </w:tc>
        <w:tc>
          <w:tcPr>
            <w:tcW w:type="dxa" w:w="3780"/>
          </w:tcPr>
          <w:p>
            <w:r/>
            <w:r>
              <w:rPr>
                <w:rFonts w:ascii="Arial" w:hAnsi="Arial"/>
                <w:b w:val="0"/>
                <w:sz w:val="24"/>
              </w:rPr>
              <w:t>1. Past Simple (was/were) ile geçmişteki havayı tarif eder.</w:t>
              <w:br/>
              <w:t>2. Comparatives ile mevsimleri karşılaştırır.</w:t>
              <w:br/>
              <w:t>3. Hava durumuna göre kıyafet seçimi yapar.</w:t>
            </w:r>
          </w:p>
        </w:tc>
        <w:tc>
          <w:tcPr>
            <w:tcW w:type="dxa" w:w="7323"/>
          </w:tcPr>
          <w:p>
            <w:r/>
            <w:r>
              <w:rPr>
                <w:rFonts w:ascii="Arial" w:hAnsi="Arial"/>
                <w:sz w:val="24"/>
              </w:rPr>
              <w:t>Past Simple Pratiği: 'Yesterday was sunny.' 'Last week was cold.' Pair work: 'How was the weather yesterday?'</w:t>
              <w:br/>
              <w:t>Comparatives: 'Spring is warmer than winter.' 'Autumn is cooler than summer.' Mevsim karşılaştırma posteri.</w:t>
              <w:br/>
              <w:t>Clothes + Weather: 'In winter, I wear a coat, gloves and a scarf.' 'In summer, I wear shorts and sandals.' Dolls activity (MEB): mevsime göre giydirilen bebekler.</w:t>
              <w:br/>
              <w:t>Flora/Fauna: field, trees, flowers, root, leaf, leaves, rose, daisy, jasmine, poppy, olive, cactus, tulip.</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 Weather (Hava Durumu) — Pekiştirme</w:t>
            </w:r>
          </w:p>
        </w:tc>
        <w:tc>
          <w:tcPr>
            <w:tcW w:type="dxa" w:w="3780"/>
          </w:tcPr>
          <w:p>
            <w:r/>
            <w:r>
              <w:rPr>
                <w:rFonts w:ascii="Arial" w:hAnsi="Arial"/>
                <w:b w:val="0"/>
                <w:sz w:val="24"/>
              </w:rPr>
              <w:t>1. Unit 5 içeriğini pekiştirir.</w:t>
              <w:br/>
              <w:t>2. Favori mevsimini yazar (comparatives + Past Simple).</w:t>
              <w:br/>
              <w:t>3. İnternetten farklı ülke iklimlerini araştırır.</w:t>
            </w:r>
          </w:p>
        </w:tc>
        <w:tc>
          <w:tcPr>
            <w:tcW w:type="dxa" w:w="7323"/>
          </w:tcPr>
          <w:p>
            <w:r/>
            <w:r>
              <w:rPr>
                <w:rFonts w:ascii="Arial" w:hAnsi="Arial"/>
                <w:sz w:val="24"/>
              </w:rPr>
              <w:t>Pekiştirme: Weather + months + seasons + clothes + compass tekrarı. Past Simple (was/were) alıştırmaları.</w:t>
              <w:br/>
              <w:t>Yazma: 'My Favourite Season' — comparatives + clothes + weather (5 cümle). 'I like spring because it is warm. Spring is warmer than winter.'</w:t>
              <w:br/>
              <w:t>Aktivite (MEB): Poster — Kıbrıs'ta mevsimlere göre kıyafetler. Compass kullanarak yön tarifi.</w:t>
              <w:br/>
              <w:t>Değerlendirme: Sözlü — mevsim tanıtımı. Yazılı — favourite season paragrafı.</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VI. Our Senses (Duyularımız)</w:t>
            </w:r>
          </w:p>
        </w:tc>
        <w:tc>
          <w:tcPr>
            <w:tcW w:type="dxa" w:w="3780"/>
          </w:tcPr>
          <w:p>
            <w:r/>
            <w:r>
              <w:rPr>
                <w:rFonts w:ascii="Arial" w:hAnsi="Arial"/>
                <w:b w:val="0"/>
                <w:sz w:val="24"/>
              </w:rPr>
              <w:t>1. 'How does it taste/smell/look/feel?' sorularını kullanır.</w:t>
              <w:br/>
              <w:t>2. Like + Noun/Gerund kullanır.</w:t>
              <w:br/>
              <w:t>3. Linkers (and, but, or) ile cümleleri birleştirir.</w:t>
              <w:br/>
              <w:t>4. Duyu fiilleri, yiyecek ve sıfatları tanır.</w:t>
            </w:r>
          </w:p>
        </w:tc>
        <w:tc>
          <w:tcPr>
            <w:tcW w:type="dxa" w:w="7323"/>
          </w:tcPr>
          <w:p>
            <w:r/>
            <w:r>
              <w:rPr>
                <w:rFonts w:ascii="Arial" w:hAnsi="Arial"/>
                <w:sz w:val="24"/>
              </w:rPr>
              <w:t>How Does It...?: 'How does it taste? It tastes sweet.' 'How does it smell? It smells awful.' 'How does it feel? It feels soft.' Senses verbs: taste, smell, look, feel, sound.</w:t>
              <w:br/>
              <w:t>Like + Noun/Gerund: 'I like swimming.' 'She likes chocolate.' 'I don't like coffee but I like tea.' Tenses for likes/dislikes: Present Simple.</w:t>
              <w:br/>
              <w:t>Linkers (and/but/or): 'I like apples and bananas.' 'I like coffee but I don't like tea.' 'Do you want cake or ice cream?'</w:t>
              <w:br/>
              <w:t>Food (30+): melon, grapes, peach, pear, strawberry, pineapple, kiwi, coconut, plum, cherry, orange, banana, ice cream, egg, cake, sandwich, toast, hamburger, chocolate, chicken, chips, potato, tomato, fish, salad, milk, honey, cheese, coffee, sugar, flour, beans, peas, carrots, fig, pomegranate, watermelon.</w:t>
              <w:br/>
              <w:t>Adjectives: awful, delicious, good, horrible, lovely, nice, soft, sweet, terrible, tight, boring, beautiful, scary, strange, funny, colourful, interesting.</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VI. Our Senses (Duyularımız)</w:t>
            </w:r>
          </w:p>
        </w:tc>
        <w:tc>
          <w:tcPr>
            <w:tcW w:type="dxa" w:w="3780"/>
          </w:tcPr>
          <w:p>
            <w:r/>
            <w:r>
              <w:rPr>
                <w:rFonts w:ascii="Arial" w:hAnsi="Arial"/>
                <w:b w:val="0"/>
                <w:sz w:val="24"/>
              </w:rPr>
              <w:t>1. Duyu sıfatları ile nesneleri tanımlar.</w:t>
              <w:br/>
              <w:t>2. Like/dislike + Gerund kalıbını kullanır.</w:t>
              <w:br/>
              <w:t>3. 'and/but/or' ile cümle birleştirir.</w:t>
            </w:r>
          </w:p>
        </w:tc>
        <w:tc>
          <w:tcPr>
            <w:tcW w:type="dxa" w:w="7323"/>
          </w:tcPr>
          <w:p>
            <w:r/>
            <w:r>
              <w:rPr>
                <w:rFonts w:ascii="Arial" w:hAnsi="Arial"/>
                <w:sz w:val="24"/>
              </w:rPr>
              <w:t>Likes/Dislikes Pratiği: 'I like playing football but I don't like playing tennis.' 'She loves swimming and dancing.' Pair work: likes/dislikes interview.</w:t>
              <w:br/>
              <w:t>Food Tasting (MEB - WCA): Öğrenciler gözleri kapalı bir nesneyi tarif eder: 'It feels soft. It smells sweet. It tastes delicious.'</w:t>
              <w:br/>
              <w:t>Linkers: 'I want tea and cake.' 'I like coffee but not tea.' 'Cake or ice cream?' Cümle birleştirme alıştırmaları.</w:t>
              <w:br/>
              <w:t>Prices: 'How much is it? It costs 5 euros.' Telling prices practice.</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VI. Our Senses (Duyularımız) — Pekiştirme</w:t>
            </w:r>
          </w:p>
        </w:tc>
        <w:tc>
          <w:tcPr>
            <w:tcW w:type="dxa" w:w="3780"/>
          </w:tcPr>
          <w:p>
            <w:r/>
            <w:r>
              <w:rPr>
                <w:rFonts w:ascii="Arial" w:hAnsi="Arial"/>
                <w:b w:val="0"/>
                <w:sz w:val="24"/>
              </w:rPr>
              <w:t>1. Unit 6 içeriğini pekiştirir.</w:t>
              <w:br/>
              <w:t>2. Favori yiyecekleri hakkında yazı yazar (linkers + senses).</w:t>
              <w:br/>
              <w:t>3. Likes/dislikes interview yapar.</w:t>
            </w:r>
          </w:p>
        </w:tc>
        <w:tc>
          <w:tcPr>
            <w:tcW w:type="dxa" w:w="7323"/>
          </w:tcPr>
          <w:p>
            <w:r/>
            <w:r>
              <w:rPr>
                <w:rFonts w:ascii="Arial" w:hAnsi="Arial"/>
                <w:sz w:val="24"/>
              </w:rPr>
              <w:t>Pekiştirme: Senses + food + adjectives tekrarı. Like+Gerund + linkers alıştırmaları.</w:t>
              <w:br/>
              <w:t>Yazma: 'My Favourite Food' — senses adjectives + like/dislike + linkers (5 cümle). 'I like chocolate because it tastes sweet. I don't like coffee but I love tea.'</w:t>
              <w:br/>
              <w:t>Aktivite (MEB - PW): Likes/dislikes interview — öğrenciler birbirlerine 'Do you like ___?' sorar, tablo doldurur.</w:t>
              <w:br/>
              <w:t>Değerlendirme: Sözlü — senses tanıtımı. Yazılı — favourite food paragrafı.</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VII. Eating Out (Dışarıda Yemek)</w:t>
            </w:r>
          </w:p>
        </w:tc>
        <w:tc>
          <w:tcPr>
            <w:tcW w:type="dxa" w:w="3780"/>
          </w:tcPr>
          <w:p>
            <w:r/>
            <w:r>
              <w:rPr>
                <w:rFonts w:ascii="Arial" w:hAnsi="Arial"/>
                <w:b w:val="0"/>
                <w:sz w:val="24"/>
              </w:rPr>
              <w:t>1. There is/are, some/any/a lot of kullanır.</w:t>
              <w:br/>
              <w:t>2. Countable/uncountable nouns ayırır.</w:t>
              <w:br/>
              <w:t>3. Yiyecek miktarlarını ve menüleri tanır.</w:t>
            </w:r>
          </w:p>
        </w:tc>
        <w:tc>
          <w:tcPr>
            <w:tcW w:type="dxa" w:w="7323"/>
          </w:tcPr>
          <w:p>
            <w:r/>
            <w:r>
              <w:rPr>
                <w:rFonts w:ascii="Arial" w:hAnsi="Arial"/>
                <w:sz w:val="24"/>
              </w:rPr>
              <w:t>There is/are + Quantifiers: 'There is some rice.' 'There are a lot of tomatoes.' 'Is there any bread? Yes, there is.' 'Are there any eggs? No, there aren't.'</w:t>
              <w:br/>
              <w:t>Some/Any/A Lot Of: some (olumlu), any (soru/olumsuz), a lot of (olumlu — çok). 'There is some milk.' 'There isn't any cheese.' 'There are a lot of apples.'</w:t>
              <w:br/>
              <w:t>Countable/Uncountable: Countable: apples, eggs, tomatoes, potatoes, carrots (sayılabilen — a/an, plural). Uncountable: rice, milk, water, bread, sugar, meat (sayılamayan — some, a lot of).</w:t>
              <w:br/>
              <w:t>Food Quantities: bread, cereal, cheese, egg, spaghetti, rice, sausage, peas, potato, carrot, lettuce, tomato, meat, fish, fat, oil, sugar, nuts, vegetables, milk products, vitamins, pancake, doughnut, cream, mushrooms. Menu vocabulary.</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VII. Eating Out (Dışarıda Yemek)</w:t>
            </w:r>
          </w:p>
        </w:tc>
        <w:tc>
          <w:tcPr>
            <w:tcW w:type="dxa" w:w="3780"/>
          </w:tcPr>
          <w:p>
            <w:r/>
            <w:r>
              <w:rPr>
                <w:rFonts w:ascii="Arial" w:hAnsi="Arial"/>
                <w:b w:val="0"/>
                <w:sz w:val="24"/>
              </w:rPr>
              <w:t>1. Some/any/a lot of ile yiyecek miktarlarını ifade eder.</w:t>
              <w:br/>
              <w:t>2. Restoran diyalogları yapar.</w:t>
              <w:br/>
              <w:t>3. Menü hazırlar ve fiyat söyler.</w:t>
            </w:r>
          </w:p>
        </w:tc>
        <w:tc>
          <w:tcPr>
            <w:tcW w:type="dxa" w:w="7323"/>
          </w:tcPr>
          <w:p>
            <w:r/>
            <w:r>
              <w:rPr>
                <w:rFonts w:ascii="Arial" w:hAnsi="Arial"/>
                <w:sz w:val="24"/>
              </w:rPr>
              <w:t>Quantifiers Pratiği: 'How much rice is there? There is a lot of rice.' 'How many eggs? There are six eggs.' Pair work: miktar soru-cevap.</w:t>
              <w:br/>
              <w:t>Restaurant Dialogues: 'Can I have a menu, please?' 'I'd like a pizza, please.' 'How much is it? It's 10 euros.' Role play: garson-müşteri.</w:t>
              <w:br/>
              <w:t>Menu Activity (MEB - PW): Öğrenciler bir restoran menüsü hazırlar — yemekler + fiyatlar. Sınıfa sunum.</w:t>
              <w:br/>
              <w:t>World Cuisine (MEB): Farklı ülkelerin mutfakları — Italy (pizza/pasta), Japan (sushi), Mexico (taco).</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Quiz 3 — Unit 5-7</w:t>
            </w:r>
          </w:p>
        </w:tc>
        <w:tc>
          <w:tcPr>
            <w:tcW w:type="dxa" w:w="3780"/>
          </w:tcPr>
          <w:p>
            <w:r/>
            <w:r>
              <w:rPr>
                <w:rFonts w:ascii="Arial" w:hAnsi="Arial"/>
                <w:b w:val="0"/>
                <w:sz w:val="24"/>
              </w:rPr>
              <w:t>1. Unit 5 (Weather), Unit 6 (Our Senses), Unit 7 (Eating Out) kapsamlı değerlendirme.</w:t>
            </w:r>
          </w:p>
        </w:tc>
        <w:tc>
          <w:tcPr>
            <w:tcW w:type="dxa" w:w="7323"/>
          </w:tcPr>
          <w:p>
            <w:r/>
            <w:r>
              <w:rPr>
                <w:rFonts w:ascii="Arial" w:hAnsi="Arial"/>
                <w:sz w:val="24"/>
              </w:rPr>
              <w:t>Pazartesi: Quiz hazırlık — tekrar: Past Simple (was/were), comparatives, senses, like+Gerund, linkers, there is/are, some/any/a lot of, countable/uncountable.</w:t>
              <w:br/>
              <w:t>Salı: Quiz 3 (4 beceri: listening, reading, speaking, writing) — Unit 5-7 kapsamlı.</w:t>
              <w:br/>
              <w:t>Çarşamba-Perşembe: Quiz geri bildirim + yanlış çözümleme.</w:t>
              <w:br/>
              <w:t>Cuma: Unit 7 tamamlama — restaurant diyalog pratiği.</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VII. Eating Out (Dışarıda Yemek) — Pekiştirme</w:t>
            </w:r>
          </w:p>
        </w:tc>
        <w:tc>
          <w:tcPr>
            <w:tcW w:type="dxa" w:w="3780"/>
          </w:tcPr>
          <w:p>
            <w:r/>
            <w:r>
              <w:rPr>
                <w:rFonts w:ascii="Arial" w:hAnsi="Arial"/>
                <w:b w:val="0"/>
                <w:sz w:val="24"/>
              </w:rPr>
              <w:t>1. Unit 7 içeriğini pekiştirir.</w:t>
              <w:br/>
              <w:t>2. Favori geleneksel yemeği hakkında yazar.</w:t>
              <w:br/>
              <w:t>3. Restoran diyaloglarını canlandırır.</w:t>
            </w:r>
          </w:p>
        </w:tc>
        <w:tc>
          <w:tcPr>
            <w:tcW w:type="dxa" w:w="7323"/>
          </w:tcPr>
          <w:p>
            <w:r/>
            <w:r>
              <w:rPr>
                <w:rFonts w:ascii="Arial" w:hAnsi="Arial"/>
                <w:sz w:val="24"/>
              </w:rPr>
              <w:t>Pekiştirme: Quantifiers + countable/uncountable tekrarı. Menu + prices alıştırmaları.</w:t>
              <w:br/>
              <w:t>Yazma: 'My Favourite Traditional Food' — there is/are, some/any, countable/uncountable (5 cümle). 'My favourite food is kebab. There is some meat and a lot of vegetables.'</w:t>
              <w:br/>
              <w:t>Aktivite (MEB - GW): World cuisine poster — bir ülke seç, yemekleri araştır, poster sun.</w:t>
              <w:br/>
              <w:t>Değerlendirme: Sözlü — restoran role play. Yazılı — traditional food paragrafı.</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VIII. Healthy Life (Sağlıklı Yaşam)</w:t>
            </w:r>
          </w:p>
        </w:tc>
        <w:tc>
          <w:tcPr>
            <w:tcW w:type="dxa" w:w="3780"/>
          </w:tcPr>
          <w:p>
            <w:r/>
            <w:r>
              <w:rPr>
                <w:rFonts w:ascii="Arial" w:hAnsi="Arial"/>
                <w:b w:val="0"/>
                <w:sz w:val="24"/>
              </w:rPr>
              <w:t>1. Past Simple Tense (was/were) tüm formlarını kullanır.</w:t>
              <w:br/>
              <w:t>2. 'enough' kelimesini kullanır.</w:t>
              <w:br/>
              <w:t>3. Sağlıklı/sağlıksız alışkanlıkları tanır.</w:t>
            </w:r>
          </w:p>
        </w:tc>
        <w:tc>
          <w:tcPr>
            <w:tcW w:type="dxa" w:w="7323"/>
          </w:tcPr>
          <w:p>
            <w:r/>
            <w:r>
              <w:rPr>
                <w:rFonts w:ascii="Arial" w:hAnsi="Arial"/>
                <w:sz w:val="24"/>
              </w:rPr>
              <w:t>Past Simple (was/were) Tekrar: 'I was tired yesterday.' 'They were at the park.' 'Was she happy? Yes, she was.' Weather ünitesinden bağlantı.</w:t>
              <w:br/>
              <w:t>Enough: 'I don't get enough sleep.' 'She drinks enough water.' 'Do you eat enough vegetables?' (sınırlı kullanım — sadece bu ünitede).</w:t>
              <w:br/>
              <w:t>Healthy/Unhealthy: healthy, unhealthy, active, body, calorie, measure, put on weight. 'Eating fruit is healthy.' 'Drinking too much soda is unhealthy.'</w:t>
              <w:br/>
              <w:t>Main Meals: breakfast, lunch, supper, dinner. 'I have breakfast at 7 o'clock.'</w:t>
              <w:br/>
              <w:t>Games and Sports: football, horse-riding, cycling, table tennis, darts, tennis, sailing, ice-skating, skiing, jogging, aerobics, volleyball, swimming, rowing, hockey, foot volley, race.</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VIII. Healthy Life (Sağlıklı Yaşam)</w:t>
            </w:r>
          </w:p>
        </w:tc>
        <w:tc>
          <w:tcPr>
            <w:tcW w:type="dxa" w:w="3780"/>
          </w:tcPr>
          <w:p>
            <w:r/>
            <w:r>
              <w:rPr>
                <w:rFonts w:ascii="Arial" w:hAnsi="Arial"/>
                <w:b w:val="0"/>
                <w:sz w:val="24"/>
              </w:rPr>
              <w:t>1. Sağlıklı ve sağlıksız alışkanlıkları ifade eder.</w:t>
              <w:br/>
              <w:t>2. Past Simple (was/were) ile geçmiş olayları anlatır.</w:t>
              <w:br/>
              <w:t>3. Spor ve oyunları tanır.</w:t>
            </w:r>
          </w:p>
        </w:tc>
        <w:tc>
          <w:tcPr>
            <w:tcW w:type="dxa" w:w="7323"/>
          </w:tcPr>
          <w:p>
            <w:r/>
            <w:r>
              <w:rPr>
                <w:rFonts w:ascii="Arial" w:hAnsi="Arial"/>
                <w:sz w:val="24"/>
              </w:rPr>
              <w:t>Healthy Habits: 'I eat healthy food. I drink water. I get enough sleep. I do exercise.' 'I don't eat too much sugar. I don't put on weight.' Pair work: healthy habits survey.</w:t>
              <w:br/>
              <w:t>Past Simple Pratiği: 'Yesterday I was very active. I was at the park. It was fun.' Weekend anlatımı.</w:t>
              <w:br/>
              <w:t>Sports Vocabulary: 'I play football. I go swimming. I do aerobics.' Verb patterns: play + sport, go + Ving, do + activity.</w:t>
              <w:br/>
              <w:t>Mini-survey (MEB - PW): Sınıfta spor araştırması — 'Which activities do you do?' tablo doldur.</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VIII. Healthy Life (Sağlıklı Yaşam) — Pekiştirme</w:t>
            </w:r>
          </w:p>
        </w:tc>
        <w:tc>
          <w:tcPr>
            <w:tcW w:type="dxa" w:w="3780"/>
          </w:tcPr>
          <w:p>
            <w:r/>
            <w:r>
              <w:rPr>
                <w:rFonts w:ascii="Arial" w:hAnsi="Arial"/>
                <w:b w:val="0"/>
                <w:sz w:val="24"/>
              </w:rPr>
              <w:t>1. Unit 8 içeriğini pekiştirir.</w:t>
              <w:br/>
              <w:t>2. Sağlıklı yaşam posteri hazırlar.</w:t>
              <w:br/>
              <w:t>3. Hafta sonu hakkında yazar (Past Simple).</w:t>
            </w:r>
          </w:p>
        </w:tc>
        <w:tc>
          <w:tcPr>
            <w:tcW w:type="dxa" w:w="7323"/>
          </w:tcPr>
          <w:p>
            <w:r/>
            <w:r>
              <w:rPr>
                <w:rFonts w:ascii="Arial" w:hAnsi="Arial"/>
                <w:sz w:val="24"/>
              </w:rPr>
              <w:t>Pekiştirme: Healthy/unhealthy + sports + meals tekrarı. Past Simple + enough alıştırmaları.</w:t>
              <w:br/>
              <w:t>Yazma: 'My Weekend' — Past Simple (was/were) + healthy habits (5 cümle). 'On Saturday, I was at the park. I played football. It was healthy and fun.'</w:t>
              <w:br/>
              <w:t>Aktivite (MEB): 'Self-do List for Living Healthy' poster (IW). 'Wheel of Healthy Living' (GW) — gerçek yiyeceklerle tekerlek.</w:t>
              <w:br/>
              <w:t>Değerlendirme: Sözlü — healthy habits sunumu. Yazılı — weekend paragrafı.</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IX. Places to Visit (Gezilecek Yerler)</w:t>
            </w:r>
          </w:p>
        </w:tc>
        <w:tc>
          <w:tcPr>
            <w:tcW w:type="dxa" w:w="3780"/>
          </w:tcPr>
          <w:p>
            <w:r/>
            <w:r>
              <w:rPr>
                <w:rFonts w:ascii="Arial" w:hAnsi="Arial"/>
                <w:b w:val="0"/>
                <w:sz w:val="24"/>
              </w:rPr>
              <w:t>1. Past Simple Tense (regular &amp; irregular: went, saw, ate, had, was, got) kullanır.</w:t>
              <w:br/>
              <w:t>2. Linkers (and, but, or) ile cümleleri birleştirir.</w:t>
              <w:br/>
              <w:t>3. Gezilecek yerleri ve sanat kelime dağarcığını tanır.</w:t>
            </w:r>
          </w:p>
        </w:tc>
        <w:tc>
          <w:tcPr>
            <w:tcW w:type="dxa" w:w="7323"/>
          </w:tcPr>
          <w:p>
            <w:r/>
            <w:r>
              <w:rPr>
                <w:rFonts w:ascii="Arial" w:hAnsi="Arial"/>
                <w:sz w:val="24"/>
              </w:rPr>
              <w:t>Past Simple (Irregular): went (go), saw (see), ate (eat), had (have), was (be), got (get). 'We went to the museum. I saw a painting. We ate lunch. We had a great time.'</w:t>
              <w:br/>
              <w:t>Linkers (and/but/or): 'We went to the zoo and saw lions. I liked the museum but I didn't like the circus. Do you want theatre or cinema?'</w:t>
              <w:br/>
              <w:t>Places: theatre, circus, zoo, library, museum, city-center, city, town, village, country, beach, university, aquarium, art gallery, concert hall, dairy farm, national park, school trip.</w:t>
              <w:br/>
              <w:t>Art Vocabulary: painting, beautiful, boring, colourful, funny, interesting, scary, strange. 'I saw a beautiful painting at the gallery.'</w:t>
              <w:br/>
              <w:t>Countries &amp; Nationalities: North Cyprus, Turkey, England, France, Spain, Italy, USA, Greece, China, Japan, Germany, Russia.</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IX. Places to Visit (Gezilecek Yerler)</w:t>
            </w:r>
          </w:p>
        </w:tc>
        <w:tc>
          <w:tcPr>
            <w:tcW w:type="dxa" w:w="3780"/>
          </w:tcPr>
          <w:p>
            <w:r/>
            <w:r>
              <w:rPr>
                <w:rFonts w:ascii="Arial" w:hAnsi="Arial"/>
                <w:b w:val="0"/>
                <w:sz w:val="24"/>
              </w:rPr>
              <w:t>1. Past Simple (irregular) ile gezi anısı yazar.</w:t>
              <w:br/>
              <w:t>2. Sanat eserleri hakkında görüş belirtir.</w:t>
              <w:br/>
              <w:t>3. Broşür hazırlar.</w:t>
            </w:r>
          </w:p>
        </w:tc>
        <w:tc>
          <w:tcPr>
            <w:tcW w:type="dxa" w:w="7323"/>
          </w:tcPr>
          <w:p>
            <w:r/>
            <w:r>
              <w:rPr>
                <w:rFonts w:ascii="Arial" w:hAnsi="Arial"/>
                <w:sz w:val="24"/>
              </w:rPr>
              <w:t>Past Simple Pratiği: 'Last weekend, I went to the zoo. I saw elephants and lions. I ate ice cream. I had a great time.' Pair work: gezi anısı paylaşma.</w:t>
              <w:br/>
              <w:t>Art Discussion: 'I saw a painting by Picasso. It was colourful and interesting. I liked it but my friend didn't.' Pair work: sanat görüşü.</w:t>
              <w:br/>
              <w:t>Aktivite (MEB - IW/PW): Broşür — 'Famous Local Places to Visit' — Kıbrıs'taki gezilecek yerler (Salamis, St. Hilarion, Bellapais). Broşür hazırla + sun.</w:t>
              <w:br/>
              <w:t>Mini-survey (MEB - WCA): Sınıf gezisi için yer oylaması — 'Where do you want to go?'</w:t>
              <w:br/>
              <w:t>⚠️ 23 Nisan Cuma — Ulusal Egemenlik ve Çocuk Bayramı (bu hafta 4 gün)</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Quiz 4 — Unit 7-9</w:t>
            </w:r>
          </w:p>
        </w:tc>
        <w:tc>
          <w:tcPr>
            <w:tcW w:type="dxa" w:w="3780"/>
          </w:tcPr>
          <w:p>
            <w:r/>
            <w:r>
              <w:rPr>
                <w:rFonts w:ascii="Arial" w:hAnsi="Arial"/>
                <w:b w:val="0"/>
                <w:sz w:val="24"/>
              </w:rPr>
              <w:t>1. Unit 7 (Eating Out), Unit 8 (Healthy Life), Unit 9 (Places to Visit) kapsamlı değerlendirme.</w:t>
              <w:br/>
              <w:t>⚠️ 23 Nisan Cuma — Çocuk Bayramı (tatil)</w:t>
            </w:r>
          </w:p>
        </w:tc>
        <w:tc>
          <w:tcPr>
            <w:tcW w:type="dxa" w:w="7323"/>
          </w:tcPr>
          <w:p>
            <w:r/>
            <w:r>
              <w:rPr>
                <w:rFonts w:ascii="Arial" w:hAnsi="Arial"/>
                <w:sz w:val="24"/>
              </w:rPr>
              <w:t>Pazartesi: Quiz hazırlık — tekrar: there is/are, some/any/a lot of, countable/uncountable, Past Simple (was/were), enough, Past Simple (irregular), linkers.</w:t>
              <w:br/>
              <w:t>Salı: Quiz 4 (4 beceri) — Unit 7-9 kapsamlı.</w:t>
              <w:br/>
              <w:t>Çarşamba: Quiz geri bildirim + yanlış çözümleme.</w:t>
              <w:br/>
              <w:t>Perşembe: Broşür sunumları (tamamlanmamış olanlar).</w:t>
              <w:br/>
              <w:t>Cuma: ⚠️ 23 Nisan — TATİL.</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Genel Tekrar — Dönem 1 (Unit 1-4)</w:t>
            </w:r>
          </w:p>
        </w:tc>
        <w:tc>
          <w:tcPr>
            <w:tcW w:type="dxa" w:w="3780"/>
          </w:tcPr>
          <w:p>
            <w:r/>
            <w:r>
              <w:rPr>
                <w:rFonts w:ascii="Arial" w:hAnsi="Arial"/>
                <w:b w:val="0"/>
                <w:sz w:val="24"/>
              </w:rPr>
              <w:t>1. Unit 1-4 arası tüm grammar ve vocabulary'yi tekrar eder.</w:t>
              <w:br/>
              <w:t>2. My Day, People and Jobs, Works at Home, Amazing Animals ünitelerini pekiştirir.</w:t>
            </w:r>
          </w:p>
        </w:tc>
        <w:tc>
          <w:tcPr>
            <w:tcW w:type="dxa" w:w="7323"/>
          </w:tcPr>
          <w:p>
            <w:r/>
            <w:r>
              <w:rPr>
                <w:rFonts w:ascii="Arial" w:hAnsi="Arial"/>
                <w:sz w:val="24"/>
              </w:rPr>
              <w:t>Tekrar: Present Simple (to be + all forms), object pronouns, before/after, adverbs of frequency, Wh-questions, can/can't, because, have to/has to, prepositions of place.</w:t>
              <w:br/>
              <w:t>Vocabulary tekrar: daily routines, times, body parts, jobs, places, chores, furniture, animals, habitats, illness.</w:t>
              <w:br/>
              <w:t>Aktiviteler: Mixed quiz (kısa tekrar sınavı). Group quiz: takım yarışması. Flashcard oyunları.</w:t>
              <w:br/>
              <w:t>Yazma: 'My Year in English' — dönemin özeti (5 cümle).</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Genel Tekrar — Dönem 2 (Unit 5-9)</w:t>
            </w:r>
          </w:p>
        </w:tc>
        <w:tc>
          <w:tcPr>
            <w:tcW w:type="dxa" w:w="3780"/>
          </w:tcPr>
          <w:p>
            <w:r/>
            <w:r>
              <w:rPr>
                <w:rFonts w:ascii="Arial" w:hAnsi="Arial"/>
                <w:b w:val="0"/>
                <w:sz w:val="24"/>
              </w:rPr>
              <w:t>1. Unit 5-9 arası tüm grammar ve vocabulary'yi tekrar eder.</w:t>
              <w:br/>
              <w:t>2. Weather, Our Senses, Eating Out, Healthy Life, Places to Visit ünitelerini pekiştirir.</w:t>
            </w:r>
          </w:p>
        </w:tc>
        <w:tc>
          <w:tcPr>
            <w:tcW w:type="dxa" w:w="7323"/>
          </w:tcPr>
          <w:p>
            <w:r/>
            <w:r>
              <w:rPr>
                <w:rFonts w:ascii="Arial" w:hAnsi="Arial"/>
                <w:sz w:val="24"/>
              </w:rPr>
              <w:t>Tekrar: Past Simple (was/were + irregular), comparatives, senses (how does it...), like+Gerund, linkers, there is/are, some/any/a lot of, countable/uncountable, enough.</w:t>
              <w:br/>
              <w:t>Vocabulary tekrar: weather, months, seasons, clothes, compass, food, adjectives, places, art, countries, sports.</w:t>
              <w:br/>
              <w:t>Aktiviteler: Mixed quiz (kısa tekrar sınavı). Role play: restoran + doktor + gezi diyalogları.</w:t>
              <w:br/>
              <w:t>Yazma: 'My Favourite Unit' — hangi üniteyi en çok sevdi ve neden (5 cümle).</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Yıl Sonu Sınavı Hazırlık</w:t>
            </w:r>
          </w:p>
        </w:tc>
        <w:tc>
          <w:tcPr>
            <w:tcW w:type="dxa" w:w="3780"/>
          </w:tcPr>
          <w:p>
            <w:r/>
            <w:r>
              <w:rPr>
                <w:rFonts w:ascii="Arial" w:hAnsi="Arial"/>
                <w:b w:val="0"/>
                <w:sz w:val="24"/>
              </w:rPr>
              <w:t>1. Tüm üniteler (Unit 1-9) kapsamlı tekrar.</w:t>
              <w:br/>
              <w:t>2. 4 beceri (listening, reading, speaking, writing) sınav hazırlığı.</w:t>
              <w:br/>
              <w:t>3. Örnek sınav çözümü.</w:t>
            </w:r>
          </w:p>
        </w:tc>
        <w:tc>
          <w:tcPr>
            <w:tcW w:type="dxa" w:w="7323"/>
          </w:tcPr>
          <w:p>
            <w:r/>
            <w:r>
              <w:rPr>
                <w:rFonts w:ascii="Arial" w:hAnsi="Arial"/>
                <w:sz w:val="24"/>
              </w:rPr>
              <w:t>Sınav Hazırlık: Grammar özeti — Present Simple (to be + all forms), Past Simple (was/were + irregular), can/can't, have to/has to, adverbs of frequency, Wh-questions, comparatives, there is/are, some/any, linkers, object pronouns, before/after, because, enough.</w:t>
              <w:br/>
              <w:t>Vocabulary özeti: tüm ünite kelimeleri hızlı tekrar.</w:t>
              <w:br/>
              <w:t>Örnek sınav: 22 soru (KGS formatı) — grammar + vocabulary + cloze + reading. Speaking practice: 'Tell me about ___' soruları. Writing practice: 'My Day/Week/Holiday' yazma.</w:t>
              <w:br/>
              <w:t>⚠️ 19 Mayıs Çarşamba — Gençlik ve Spor Bayramı (bu hafta 4 gün)</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Yıl Sonu Sınavı — Unit 1-9</w:t>
            </w:r>
          </w:p>
        </w:tc>
        <w:tc>
          <w:tcPr>
            <w:tcW w:type="dxa" w:w="3780"/>
          </w:tcPr>
          <w:p>
            <w:r/>
            <w:r>
              <w:rPr>
                <w:rFonts w:ascii="Arial" w:hAnsi="Arial"/>
                <w:b w:val="0"/>
                <w:sz w:val="24"/>
              </w:rPr>
              <w:t>1. Tüm yıl (Unit 1-9) kapsamlı değerlendirme (4 beceri: listening, reading, speaking, writing).</w:t>
              <w:br/>
              <w:t>⚠️ 19 Mayıs Çarşamba — Gençlik ve Spor Bayramı (tatil)</w:t>
            </w:r>
          </w:p>
        </w:tc>
        <w:tc>
          <w:tcPr>
            <w:tcW w:type="dxa" w:w="7323"/>
          </w:tcPr>
          <w:p>
            <w:r/>
            <w:r>
              <w:rPr>
                <w:rFonts w:ascii="Arial" w:hAnsi="Arial"/>
                <w:sz w:val="24"/>
              </w:rPr>
              <w:t>Pazartesi: Final tekrar — grammar + vocabulary hızlı özet. Soru-cevap oturumu.</w:t>
              <w:br/>
              <w:t>Salı: Yıl Sonu Sınavı — Listening + Reading bölümleri.</w:t>
              <w:br/>
              <w:t>Çarşamba: ⚠️ 19 Mayıs — TATİL.</w:t>
              <w:br/>
              <w:t>Perşembe: Yıl Sonu Sınavı — Speaking + Writing bölümleri.</w:t>
              <w:br/>
              <w:t>Cuma: Sınav geri bildirim + genel değerlendirme.</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Portfolio Sunumları</w:t>
            </w:r>
          </w:p>
        </w:tc>
        <w:tc>
          <w:tcPr>
            <w:tcW w:type="dxa" w:w="3780"/>
          </w:tcPr>
          <w:p>
            <w:r/>
            <w:r>
              <w:rPr>
                <w:rFonts w:ascii="Arial" w:hAnsi="Arial"/>
                <w:b w:val="0"/>
                <w:sz w:val="24"/>
              </w:rPr>
              <w:t>1. Yıl boyunca hazırlanan portfolio dosyelerini sunar.</w:t>
              <w:br/>
              <w:t>2. 'Keep it Clean' posteri, Robot projesi, Chores Chart, Weather posteri, Food posteri, Broşür.</w:t>
            </w:r>
          </w:p>
        </w:tc>
        <w:tc>
          <w:tcPr>
            <w:tcW w:type="dxa" w:w="7323"/>
          </w:tcPr>
          <w:p>
            <w:r/>
            <w:r>
              <w:rPr>
                <w:rFonts w:ascii="Arial" w:hAnsi="Arial"/>
                <w:sz w:val="24"/>
              </w:rPr>
              <w:t>Portfolio Sunumları: Her öğrenci yıl boyunca hazırladığı portfolio dosyelerini sınıfa sunar:</w:t>
              <w:br/>
              <w:t>- 'Keep it Clean' posteri (Unit 1)</w:t>
              <w:br/>
              <w:t>- Family tree + jobs (Unit 2)</w:t>
              <w:br/>
              <w:t>- Chores Chart (Unit 3)</w:t>
              <w:br/>
              <w:t>- Animal fact sheet (Unit 4)</w:t>
              <w:br/>
              <w:t>- Seasonal clothes poster (Unit 5)</w:t>
              <w:br/>
              <w:t>- Favourite food writing (Unit 6)</w:t>
              <w:br/>
              <w:t>- Restaurant menu (Unit 7)</w:t>
              <w:br/>
              <w:t>- Healthy Living Wheel (Unit 8)</w:t>
              <w:br/>
              <w:t>- Local places brochure (Unit 9)</w:t>
              <w:br/>
              <w:t>Değerlendirme: Portfolio sunum notu (MEB: Portfolio 15%).</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İngilizce Oyunları ve Drama</w:t>
            </w:r>
          </w:p>
        </w:tc>
        <w:tc>
          <w:tcPr>
            <w:tcW w:type="dxa" w:w="3780"/>
          </w:tcPr>
          <w:p>
            <w:r/>
            <w:r>
              <w:rPr>
                <w:rFonts w:ascii="Arial" w:hAnsi="Arial"/>
                <w:b w:val="0"/>
                <w:sz w:val="24"/>
              </w:rPr>
              <w:t>1. Yıl boyunca öğrenilen İngilizceyi oyun ve drama ile pekiştirir.</w:t>
              <w:br/>
              <w:t>2. İngilizce şarkılar söyler.</w:t>
            </w:r>
          </w:p>
        </w:tc>
        <w:tc>
          <w:tcPr>
            <w:tcW w:type="dxa" w:w="7323"/>
          </w:tcPr>
          <w:p>
            <w:r/>
            <w:r>
              <w:rPr>
                <w:rFonts w:ascii="Arial" w:hAnsi="Arial"/>
                <w:sz w:val="24"/>
              </w:rPr>
              <w:t>Oyunlar: Bingo (sayılar/hayvanlar/yiyecek), Simon Says (komutlar), Spelling Bee (kelime heceleme), Charades (hayvan/meslek canlandırma), Find the Owner (possessive), Role play (restoran/doktor/gezi).</w:t>
              <w:br/>
              <w:t>Drama: Kısa skeçler — 'At the Restaurant', 'At the Doctor', 'My Day' canlandırması. Gruplar sahneler.</w:t>
              <w:br/>
              <w:t>Şarkılar: 'Head and Shoulders', 'Five Little Ducks', sınıfın seçtiği diğer İngilizce şarkılar.</w:t>
              <w:br/>
              <w:t>Amaç: Eğlenerek öğrenme, yıl sonu stresini azaltma.</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'My English Book' Projesi</w:t>
            </w:r>
          </w:p>
        </w:tc>
        <w:tc>
          <w:tcPr>
            <w:tcW w:type="dxa" w:w="3780"/>
          </w:tcPr>
          <w:p>
            <w:r/>
            <w:r>
              <w:rPr>
                <w:rFonts w:ascii="Arial" w:hAnsi="Arial"/>
                <w:b w:val="0"/>
                <w:sz w:val="24"/>
              </w:rPr>
              <w:t>1. Yıl boyunca öğrenilenleri derleyerek kişisel İngilizce kitabı hazırlar.</w:t>
              <w:br/>
              <w:t>2. Her üniteden en sevdiği kelimeleri ve cümleleri yazar.</w:t>
            </w:r>
          </w:p>
        </w:tc>
        <w:tc>
          <w:tcPr>
            <w:tcW w:type="dxa" w:w="7323"/>
          </w:tcPr>
          <w:p>
            <w:r/>
            <w:r>
              <w:rPr>
                <w:rFonts w:ascii="Arial" w:hAnsi="Arial"/>
                <w:sz w:val="24"/>
              </w:rPr>
              <w:t>My English Book: Her öğrenci bir kitap hazırlar:</w:t>
              <w:br/>
              <w:t>- Kapak: 'My English Book — [Name] — Year 5'</w:t>
              <w:br/>
              <w:t>- Her ünite için 1 sayfa: en sevdiği kelimeler + 2-3 cümle + çizim</w:t>
              <w:br/>
              <w:t>- En sevdiği ünite ve neden</w:t>
              <w:br/>
              <w:t>- En zorlandığı ünite ve neden</w:t>
              <w:br/>
              <w:t>- Yıl boyunca en çok kullanılan 10 kelime</w:t>
              <w:br/>
              <w:t>Sunum: Her öğrenci kitabını sınıfa tanıtır.</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Yıl Sonu Etkinlikleri</w:t>
            </w:r>
          </w:p>
        </w:tc>
        <w:tc>
          <w:tcPr>
            <w:tcW w:type="dxa" w:w="3780"/>
          </w:tcPr>
          <w:p>
            <w:r/>
            <w:r>
              <w:rPr>
                <w:rFonts w:ascii="Arial" w:hAnsi="Arial"/>
                <w:b w:val="0"/>
                <w:sz w:val="24"/>
              </w:rPr>
              <w:t>1. İngilizce öğrenme yolculuğunu değerlendirir.</w:t>
              <w:br/>
              <w:t>2. Sınıf partisi ve sertifika dağıtımı.</w:t>
            </w:r>
          </w:p>
        </w:tc>
        <w:tc>
          <w:tcPr>
            <w:tcW w:type="dxa" w:w="7323"/>
          </w:tcPr>
          <w:p>
            <w:r/>
            <w:r>
              <w:rPr>
                <w:rFonts w:ascii="Arial" w:hAnsi="Arial"/>
                <w:sz w:val="24"/>
              </w:rPr>
              <w:t>Değerlendirme: Öz-değerlendirme formu — 'Bu yıl İngilizce'de ne öğrendim? Hangi konuyu en çok sevdim? Gelecek yıl ne öğrenmek istiyorum?'</w:t>
              <w:br/>
              <w:t>Sınıf Partisi: İngilizce şarkılar, oyunlar, atıştırmalıklar. 'English Only' kuralı ile kısa sohbet.</w:t>
              <w:br/>
              <w:t>Sertifika: 'Year 5 English Achievement Certificate' — her öğrenciye yıl sonu sertifikası.</w:t>
              <w:br/>
              <w:t>Veda: Yıl sonu fotoğrafı.</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Buffer / Make-up</w:t>
            </w:r>
          </w:p>
        </w:tc>
        <w:tc>
          <w:tcPr>
            <w:tcW w:type="dxa" w:w="3780"/>
          </w:tcPr>
          <w:p>
            <w:r/>
            <w:r>
              <w:rPr>
                <w:rFonts w:ascii="Arial" w:hAnsi="Arial"/>
                <w:b w:val="0"/>
                <w:sz w:val="24"/>
              </w:rPr>
              <w:t>1. Eksik konuların tamamlanması.</w:t>
              <w:br/>
              <w:t>2. Ekstra aktiviteler ve serbest zaman.</w:t>
            </w:r>
          </w:p>
        </w:tc>
        <w:tc>
          <w:tcPr>
            <w:tcW w:type="dxa" w:w="7323"/>
          </w:tcPr>
          <w:p>
            <w:r/>
            <w:r>
              <w:rPr>
                <w:rFonts w:ascii="Arial" w:hAnsi="Arial"/>
                <w:sz w:val="24"/>
              </w:rPr>
              <w:t>Buffer Haftası: Gerektiğinde eksik konuların tamamlanması. Ekstra değerlendirme (make-up quiz/test).</w:t>
              <w:br/>
              <w:t>Serbest Aktiviteler: İngilizce çizgi film/video izleme. İngilizce board games. Sınıf kütüphanesi — İngilizce hikaye kitapları okuma.</w:t>
              <w:br/>
              <w:t>Yıl sonu temizliği: Sınıf İngilizce köşesi düzenleme. Material ve flashcard düzenleme.</w:t>
            </w:r>
          </w:p>
        </w:tc>
      </w:tr>
    </w:tbl>
    <w:p>
      <w:r>
        <w:br w:type="page"/>
      </w:r>
    </w:p>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5. Sınıf</w:t>
            </w:r>
          </w:p>
        </w:tc>
        <w:tc>
          <w:tcPr>
            <w:tcW w:type="dxa" w:w="2362"/>
          </w:tcPr>
          <w:p>
            <w:r/>
            <w:r>
              <w:rPr>
                <w:rFonts w:ascii="Arial" w:hAnsi="Arial"/>
                <w:b w:val="0"/>
                <w:sz w:val="24"/>
              </w:rPr>
              <w:t>🎉 Son Hafta</w:t>
            </w:r>
          </w:p>
        </w:tc>
        <w:tc>
          <w:tcPr>
            <w:tcW w:type="dxa" w:w="3780"/>
          </w:tcPr>
          <w:p>
            <w:r/>
            <w:r>
              <w:rPr>
                <w:rFonts w:ascii="Arial" w:hAnsi="Arial"/>
                <w:b w:val="0"/>
                <w:sz w:val="24"/>
              </w:rPr>
              <w:t>1. Yaz tatili önerileri.</w:t>
              <w:br/>
              <w:t>2. Yaz için İngilizce ödev listesi.</w:t>
            </w:r>
          </w:p>
        </w:tc>
        <w:tc>
          <w:tcPr>
            <w:tcW w:type="dxa" w:w="7323"/>
          </w:tcPr>
          <w:p>
            <w:r/>
            <w:r>
              <w:rPr>
                <w:rFonts w:ascii="Arial" w:hAnsi="Arial"/>
                <w:sz w:val="24"/>
              </w:rPr>
              <w:t>Yaz Önerileri: Yazın İngilizce çalışma önerileri — İngilizce çizgi film izleme, İngilizce şarkı dinleme, günlük 5 kelime öğrenme, İngilizce kitap okuma (basit seviye).</w:t>
              <w:br/>
              <w:t>Yaz Ödev Listesi: 1. 'My Summer Holiday' günlüğu (10 gün, her gün 3 cümle İngilizce). 2. 20 yeni kelime öğrenme + cümle yazma. 3. 1 İngilizce çizgi film izleme + özeti (5 cümle).</w:t>
              <w:br/>
              <w:t>Veda: 'Have a great summer! See you next year!'</w:t>
            </w:r>
          </w:p>
        </w:tc>
      </w:tr>
    </w:tbl>
    <w:sectPr w:rsidR="00FC693F" w:rsidRPr="0006063C" w:rsidSect="00034616">
      <w:headerReference w:type="default" r:id="rId9"/>
      <w:footerReference w:type="default" r:id="rId10"/>
      <w:pgSz w:w="16840" w:h="11900"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sz w:val="24"/>
      </w:rPr>
      <w:t>Ders Öğretmeni:</w:t>
    </w:r>
    <w:r>
      <w:tab/>
      <w:tab/>
      <w:tab/>
      <w:tab/>
    </w:r>
    <w:r>
      <w:rPr>
        <w:rFonts w:ascii="Arial" w:hAnsi="Arial"/>
        <w:sz w:val="24"/>
      </w:rPr>
      <w:t>Okul Müdürü:</w:t>
    </w:r>
  </w:p>
  <w:p>
    <w:r>
      <w:rPr>
        <w:rFonts w:ascii="Arial" w:hAnsi="Arial"/>
        <w:sz w:val="24"/>
      </w:rPr>
      <w:t>Niyazi Çoban</w:t>
    </w:r>
    <w:r>
      <w:tab/>
      <w:tab/>
      <w:tab/>
      <w:tab/>
    </w:r>
    <w:r>
      <w:rPr>
        <w:rFonts w:ascii="Arial" w:hAnsi="Arial"/>
        <w:sz w:val="24"/>
      </w:rPr>
      <w:t>Özgül Dervişoğulları</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sz w:val="28"/>
      </w:rPr>
      <w:t>SERDARLI İLKOKULU</w:t>
    </w:r>
    <w:r>
      <w:tab/>
    </w:r>
    <w:r>
      <w:rPr>
        <w:rFonts w:ascii="Arial" w:hAnsi="Arial"/>
        <w:sz w:val="24"/>
      </w:rPr>
      <w:t>15 - 19 Eylül 2026</w:t>
    </w:r>
  </w:p>
  <w:p>
    <w:pPr>
      <w:jc w:val="center"/>
    </w:pPr>
    <w:r>
      <w:rPr>
        <w:rFonts w:ascii="Arial" w:hAnsi="Arial"/>
        <w:b/>
        <w:sz w:val="28"/>
      </w:rPr>
      <w:t>İNGİLİZCE DERSİ HAFTALIK PLANI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