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KKTC İlkokul İngilizce — Hafta 1 Planı</w:t>
      </w:r>
    </w:p>
    <w:p>
      <w:pPr>
        <w:jc w:val="center"/>
      </w:pPr>
      <w:r>
        <w:t>2, 3, 4, 5. Sınıf | İlk Hafta | Kaynak: KKTC MEB Temel Eğitim İngilizce Dersi Öğretim Programı</w:t>
      </w:r>
    </w:p>
    <w:p>
      <w:r>
        <w:t>⚠️ Not: MEB müfredat PDF’i sadece Year 3, 4, 5 kapsamaktadır. 2. sınıf için Year 3 Preliminary Work bölümü baz alınmıştır.</w:t>
      </w:r>
    </w:p>
    <w:p>
      <w:r>
        <w:t>____________________________________________________________</w:t>
      </w:r>
    </w:p>
    <w:p>
      <w:pPr>
        <w:pStyle w:val="Heading1"/>
      </w:pPr>
      <w:r>
        <w:t>2. SINIF — Hafta 1: Hello English!</w:t>
      </w:r>
    </w:p>
    <w:p>
      <w:r>
        <w:rPr>
          <w:b/>
        </w:rPr>
        <w:t xml:space="preserve">Seviye: </w:t>
      </w:r>
      <w:r>
        <w:t xml:space="preserve">A0 → Pre-A1 | </w:t>
      </w:r>
      <w:r>
        <w:rPr>
          <w:b/>
        </w:rPr>
        <w:t xml:space="preserve">Tema: </w:t>
      </w:r>
      <w:r>
        <w:t xml:space="preserve">Selamlaşma + Sınıf Eşyaları + Renkler | </w:t>
      </w:r>
      <w:r>
        <w:rPr>
          <w:b/>
        </w:rPr>
        <w:t xml:space="preserve">Süre: </w:t>
      </w:r>
      <w:r>
        <w:t>2 ders saati</w:t>
      </w:r>
    </w:p>
    <w:p>
      <w:pPr>
        <w:pStyle w:val="Heading2"/>
      </w:pPr>
      <w:r>
        <w:t>Ders 1: Selamlaşma &amp; Tanışma</w:t>
      </w:r>
    </w:p>
    <w:p>
      <w:pPr>
        <w:pStyle w:val="ListBullet"/>
      </w:pPr>
      <w:r>
        <w:t>• Konu: Hello, Hi, Good morning, Good afternoon, Good night, Good bye, Nice to meet you</w:t>
      </w:r>
    </w:p>
    <w:p>
      <w:pPr>
        <w:pStyle w:val="ListBullet"/>
      </w:pPr>
      <w:r>
        <w:t>• Kalıp: "Hello, I am [name]." / "Hi, my name is [name]."</w:t>
      </w:r>
    </w:p>
    <w:p>
      <w:pPr>
        <w:pStyle w:val="ListBullet"/>
      </w:pPr>
      <w:r>
        <w:t>• Aktivite: Name plate yapımı — kartona adını yaz, "Hello, I am ___" diye tanıt</w:t>
      </w:r>
    </w:p>
    <w:p>
      <w:pPr>
        <w:pStyle w:val="ListBullet"/>
      </w:pPr>
      <w:r>
        <w:t>• Oyun: Pass the ball — topu atan "Hello, I’m Ali", alan "Hi Ali, I’m Ayşe"</w:t>
      </w:r>
    </w:p>
    <w:p>
      <w:pPr>
        <w:pStyle w:val="ListBullet"/>
      </w:pPr>
      <w:r>
        <w:t>• Dinleme: Öğretmen selamlaşma diyalogları okur, öğrenciler tekrar eder</w:t>
      </w:r>
    </w:p>
    <w:p>
      <w:pPr>
        <w:pStyle w:val="ListBullet"/>
      </w:pPr>
      <w:r>
        <w:t>• Sınıf komutları: stand up, sit down, open your book, close your book, listen, look</w:t>
      </w:r>
    </w:p>
    <w:p>
      <w:pPr>
        <w:pStyle w:val="Heading2"/>
      </w:pPr>
      <w:r>
        <w:t>Ders 2: Sınıf Eşyaları &amp; Renkler</w:t>
      </w:r>
    </w:p>
    <w:p>
      <w:pPr>
        <w:pStyle w:val="ListBullet"/>
      </w:pPr>
      <w:r>
        <w:t>• Kelime: pen, pencil, book, ruler, rubber (eraser), desk, chair, table, board, school bag, pencil case</w:t>
      </w:r>
    </w:p>
    <w:p>
      <w:pPr>
        <w:pStyle w:val="ListBullet"/>
      </w:pPr>
      <w:r>
        <w:t>• Renkler: red, orange, yellow, green, blue, brown, black, grey, white, pink, purple</w:t>
      </w:r>
    </w:p>
    <w:p>
      <w:pPr>
        <w:pStyle w:val="ListBullet"/>
      </w:pPr>
      <w:r>
        <w:t>• Sayılar: 1-15</w:t>
      </w:r>
    </w:p>
    <w:p>
      <w:pPr>
        <w:pStyle w:val="ListBullet"/>
      </w:pPr>
      <w:r>
        <w:t>• Kalıp: "What is this?" → "It is a book." / "What colour is it?" → "It is red." / "How many?" → "Three."</w:t>
      </w:r>
    </w:p>
    <w:p>
      <w:pPr>
        <w:pStyle w:val="ListBullet"/>
      </w:pPr>
      <w:r>
        <w:t>• Oyun: Simon Says (stand up, sit down, point to the door, pick up your pencil)</w:t>
      </w:r>
    </w:p>
    <w:p>
      <w:pPr>
        <w:pStyle w:val="ListBullet"/>
      </w:pPr>
      <w:r>
        <w:t>• Şekiller: circle, square, triangle (flashcard boyama — renk + şekil)</w:t>
      </w:r>
    </w:p>
    <w:p/>
    <w:p>
      <w:r>
        <w:rPr>
          <w:b/>
        </w:rPr>
        <w:t xml:space="preserve">Ev ödevi: </w:t>
      </w:r>
      <w:r>
        <w:t>Sınıftaki 5 eşyanın İngilizce adını yaz + renklerini İngilizce yaz</w:t>
      </w:r>
    </w:p>
    <w:p>
      <w:r>
        <w:t>____________________________________________________________</w:t>
      </w:r>
    </w:p>
    <w:p>
      <w:pPr>
        <w:pStyle w:val="Heading1"/>
      </w:pPr>
      <w:r>
        <w:t>3. SINIF — Hafta 1: My Classroom (Unit 1)</w:t>
      </w:r>
    </w:p>
    <w:p>
      <w:r>
        <w:rPr>
          <w:b/>
        </w:rPr>
        <w:t xml:space="preserve">Seviye: </w:t>
      </w:r>
      <w:r>
        <w:t xml:space="preserve">A1 | </w:t>
      </w:r>
      <w:r>
        <w:rPr>
          <w:b/>
        </w:rPr>
        <w:t xml:space="preserve">Müfredat: </w:t>
      </w:r>
      <w:r>
        <w:t>MEB Year 3, Unit 1</w:t>
      </w:r>
    </w:p>
    <w:p>
      <w:pPr>
        <w:pStyle w:val="Heading2"/>
      </w:pPr>
      <w:r>
        <w:t>Ders 1: Sınıf Ortamı &amp; Selamlaşma</w:t>
      </w:r>
    </w:p>
    <w:p>
      <w:pPr>
        <w:pStyle w:val="ListBullet"/>
      </w:pPr>
      <w:r>
        <w:t>• Grammar: Pronouns (I, you, it, they), Verb to be (inverted questions &amp; short answers)</w:t>
      </w:r>
    </w:p>
    <w:p>
      <w:pPr>
        <w:pStyle w:val="ListBullet"/>
      </w:pPr>
      <w:r>
        <w:t>• Kelime: school, classroom, teacher, pupil, student, pen, pencil, book, ruler, rubber, desk, chair, table, bin, board, pencil case, sharpener, school bag, board marker, crayon, tablet, notebook, door, window, school garden</w:t>
      </w:r>
    </w:p>
    <w:p>
      <w:pPr>
        <w:pStyle w:val="ListBullet"/>
      </w:pPr>
      <w:r>
        <w:t>• Kalıp: "I am a student." / "You are my teacher." / "What is this?" → "It is a pencil."</w:t>
      </w:r>
    </w:p>
    <w:p>
      <w:pPr>
        <w:pStyle w:val="ListBullet"/>
      </w:pPr>
      <w:r>
        <w:t>• Aktivite (MEB): Name plate + speech bubble (sınıf fotoğrafına konuşma balonu)</w:t>
      </w:r>
    </w:p>
    <w:p>
      <w:pPr>
        <w:pStyle w:val="ListBullet"/>
      </w:pPr>
      <w:r>
        <w:t>• Aktivite (MEB): School bag çiz + name, surname, school, class, teacher name yaz</w:t>
      </w:r>
    </w:p>
    <w:p>
      <w:pPr>
        <w:pStyle w:val="ListBullet"/>
      </w:pPr>
      <w:r>
        <w:t>• Oyun (MEB): Spelling Bee | Simon Says</w:t>
      </w:r>
    </w:p>
    <w:p>
      <w:pPr>
        <w:pStyle w:val="Heading2"/>
      </w:pPr>
      <w:r>
        <w:t>Ders 2: Sayılar &amp; Soru Kalıpları</w:t>
      </w:r>
    </w:p>
    <w:p>
      <w:pPr>
        <w:pStyle w:val="ListBullet"/>
      </w:pPr>
      <w:r>
        <w:t>• Grammar: Question words (What, How many), Demonstratives (this/that), I have got</w:t>
      </w:r>
    </w:p>
    <w:p>
      <w:pPr>
        <w:pStyle w:val="ListBullet"/>
      </w:pPr>
      <w:r>
        <w:t>• Kelime: Numbers 1-20</w:t>
      </w:r>
    </w:p>
    <w:p>
      <w:pPr>
        <w:pStyle w:val="ListBullet"/>
      </w:pPr>
      <w:r>
        <w:t>• Kalıp: "This is a book." / "How many?" → "There are five books." / "I have got a pen."</w:t>
      </w:r>
    </w:p>
    <w:p>
      <w:pPr>
        <w:pStyle w:val="ListBullet"/>
      </w:pPr>
      <w:r>
        <w:t>• Aktivite (MEB): My Pencil Case display</w:t>
      </w:r>
    </w:p>
    <w:p>
      <w:pPr>
        <w:pStyle w:val="ListBullet"/>
      </w:pPr>
      <w:r>
        <w:t>• Oyun (MEB): Bingo (1-20)</w:t>
      </w:r>
    </w:p>
    <w:p>
      <w:pPr>
        <w:pStyle w:val="Heading2"/>
      </w:pPr>
      <w:r>
        <w:t>Ders 3 (varsa): Pekiştirme</w:t>
      </w:r>
    </w:p>
    <w:p>
      <w:pPr>
        <w:pStyle w:val="ListBullet"/>
      </w:pPr>
      <w:r>
        <w:t>• Şarkı (MEB): Five Little Ducks / Ten Little Indians</w:t>
      </w:r>
    </w:p>
    <w:p>
      <w:pPr>
        <w:pStyle w:val="ListBullet"/>
      </w:pPr>
      <w:r>
        <w:t>• Yazma: My School Bag — çanta çiz + içindekileri İngilizce yaz</w:t>
      </w:r>
    </w:p>
    <w:p>
      <w:pPr>
        <w:pStyle w:val="ListBullet"/>
      </w:pPr>
      <w:r>
        <w:t>• Değerlendirme: Sözlü — 3 eşyayı gösterip İngilizce söyle</w:t>
      </w:r>
    </w:p>
    <w:p>
      <w:r>
        <w:rPr>
          <w:b/>
        </w:rPr>
        <w:t xml:space="preserve">Ev ödevi: </w:t>
      </w:r>
      <w:r>
        <w:t>10 eşyayı İngilizce yaz + "I have got ___" cümleleri</w:t>
      </w:r>
    </w:p>
    <w:p>
      <w:r>
        <w:t>____________________________________________________________</w:t>
      </w:r>
    </w:p>
    <w:p>
      <w:pPr>
        <w:pStyle w:val="Heading1"/>
      </w:pPr>
      <w:r>
        <w:t>4. SINIF — Hafta 1: My School (Unit 1)</w:t>
      </w:r>
    </w:p>
    <w:p>
      <w:r>
        <w:rPr>
          <w:b/>
        </w:rPr>
        <w:t xml:space="preserve">Seviye: </w:t>
      </w:r>
      <w:r>
        <w:t xml:space="preserve">A1 | </w:t>
      </w:r>
      <w:r>
        <w:rPr>
          <w:b/>
        </w:rPr>
        <w:t xml:space="preserve">Müfredat: </w:t>
      </w:r>
      <w:r>
        <w:t>MEB Year 4, Unit 1</w:t>
      </w:r>
    </w:p>
    <w:p>
      <w:pPr>
        <w:pStyle w:val="Heading2"/>
      </w:pPr>
      <w:r>
        <w:t>Ders 1: Present Continuous &amp; Sınıf Etkinlikleri</w:t>
      </w:r>
    </w:p>
    <w:p>
      <w:pPr>
        <w:pStyle w:val="ListBullet"/>
      </w:pPr>
      <w:r>
        <w:t>• Grammar: Present Continuous (affirmative/interrogative), Wh-questions</w:t>
      </w:r>
    </w:p>
    <w:p>
      <w:pPr>
        <w:pStyle w:val="ListBullet"/>
      </w:pPr>
      <w:r>
        <w:t>• Kelime: classroom, computer room, library, gym, canteen, playground, teachers’ room, office, school hall, toilet</w:t>
      </w:r>
    </w:p>
    <w:p>
      <w:pPr>
        <w:pStyle w:val="ListBullet"/>
      </w:pPr>
      <w:r>
        <w:t>• School subjects: English, Turkish, Maths, Arts, Music, PE, Science, Social Sciences</w:t>
      </w:r>
    </w:p>
    <w:p>
      <w:pPr>
        <w:pStyle w:val="ListBullet"/>
      </w:pPr>
      <w:r>
        <w:t>• Classroom activities: colouring, counting, cutting, gluing, listening, reading, playing a game, using the computer, watching a DVD, writing</w:t>
      </w:r>
    </w:p>
    <w:p>
      <w:pPr>
        <w:pStyle w:val="ListBullet"/>
      </w:pPr>
      <w:r>
        <w:t>• Kalıp: "What is he doing?" → "He is reading a book." / "I am writing."</w:t>
      </w:r>
    </w:p>
    <w:p>
      <w:pPr>
        <w:pStyle w:val="ListBullet"/>
      </w:pPr>
      <w:r>
        <w:t>• Aktivite (MEB): School Day Activities canlandırma (GW)</w:t>
      </w:r>
    </w:p>
    <w:p>
      <w:pPr>
        <w:pStyle w:val="ListBullet"/>
      </w:pPr>
      <w:r>
        <w:t>• Song (MEB): Sınıf etkinlikleri şarkısı</w:t>
      </w:r>
    </w:p>
    <w:p>
      <w:pPr>
        <w:pStyle w:val="Heading2"/>
      </w:pPr>
      <w:r>
        <w:t>Ders 2: There is/are &amp; Permission &amp; Numbers</w:t>
      </w:r>
    </w:p>
    <w:p>
      <w:pPr>
        <w:pStyle w:val="ListBullet"/>
      </w:pPr>
      <w:r>
        <w:t>• Grammar: There is/are, Singular/Plural nouns, Can I/May I (permission)</w:t>
      </w:r>
    </w:p>
    <w:p>
      <w:pPr>
        <w:pStyle w:val="ListBullet"/>
      </w:pPr>
      <w:r>
        <w:t>• Kelime: Classroom objects + Numbers 11-100 + Week days (Monday-Sunday)</w:t>
      </w:r>
    </w:p>
    <w:p>
      <w:pPr>
        <w:pStyle w:val="ListBullet"/>
      </w:pPr>
      <w:r>
        <w:t>• Maths words: equals, minus, plus, symbols</w:t>
      </w:r>
    </w:p>
    <w:p>
      <w:pPr>
        <w:pStyle w:val="ListBullet"/>
      </w:pPr>
      <w:r>
        <w:t>• Shapes: circle, square, rectangle, triangle, oval, star</w:t>
      </w:r>
    </w:p>
    <w:p>
      <w:pPr>
        <w:pStyle w:val="ListBullet"/>
      </w:pPr>
      <w:r>
        <w:t>• Kalıp: "There is a board." / "There are ten desks." / "Can I go to the toilet?" / "May I come in?"</w:t>
      </w:r>
    </w:p>
    <w:p>
      <w:pPr>
        <w:pStyle w:val="ListBullet"/>
      </w:pPr>
      <w:r>
        <w:t>• Aktivite: Sınıfı tarif etme — "In my classroom, there is ___ / there are ___"</w:t>
      </w:r>
    </w:p>
    <w:p>
      <w:pPr>
        <w:pStyle w:val="Heading2"/>
      </w:pPr>
      <w:r>
        <w:t>Ders 3 (varsa): Possessives &amp; Pekiştirme</w:t>
      </w:r>
    </w:p>
    <w:p>
      <w:pPr>
        <w:pStyle w:val="ListBullet"/>
      </w:pPr>
      <w:r>
        <w:t>• Grammar: Personal pronouns, Possessive adjectives (my, your, his, her, our, their, its), Possessive ‘s, Preposition: on</w:t>
      </w:r>
    </w:p>
    <w:p>
      <w:pPr>
        <w:pStyle w:val="ListBullet"/>
      </w:pPr>
      <w:r>
        <w:t>• Kalıp: "Whose book is this?" → "It’s Ali’s book." / "On Monday, I have English."</w:t>
      </w:r>
    </w:p>
    <w:p>
      <w:pPr>
        <w:pStyle w:val="ListBullet"/>
      </w:pPr>
      <w:r>
        <w:t>• Aktivite (MEB): Haftalık ders programı yazma</w:t>
      </w:r>
    </w:p>
    <w:p>
      <w:pPr>
        <w:pStyle w:val="ListBullet"/>
      </w:pPr>
      <w:r>
        <w:t>• Aktivite (MEB): Pair work — what they are doing sorusu</w:t>
      </w:r>
    </w:p>
    <w:p>
      <w:pPr>
        <w:pStyle w:val="ListBullet"/>
      </w:pPr>
      <w:r>
        <w:t>• Oyun: Find the owner (possessive ‘s)</w:t>
      </w:r>
    </w:p>
    <w:p>
      <w:r>
        <w:rPr>
          <w:b/>
        </w:rPr>
        <w:t xml:space="preserve">Ev ödevi: </w:t>
      </w:r>
      <w:r>
        <w:t>"My School" — 5 cümle (there is/are + present continuous)</w:t>
      </w:r>
    </w:p>
    <w:p>
      <w:r>
        <w:t>____________________________________________________________</w:t>
      </w:r>
    </w:p>
    <w:p>
      <w:pPr>
        <w:pStyle w:val="Heading1"/>
      </w:pPr>
      <w:r>
        <w:t>5. SINIF — Hafta 1: My Day (Unit 1)</w:t>
      </w:r>
    </w:p>
    <w:p>
      <w:r>
        <w:rPr>
          <w:b/>
        </w:rPr>
        <w:t xml:space="preserve">Seviye: </w:t>
      </w:r>
      <w:r>
        <w:t xml:space="preserve">A1-A2 | </w:t>
      </w:r>
      <w:r>
        <w:rPr>
          <w:b/>
        </w:rPr>
        <w:t xml:space="preserve">Müfredat: </w:t>
      </w:r>
      <w:r>
        <w:t>MEB Year 5, Unit 1</w:t>
      </w:r>
    </w:p>
    <w:p>
      <w:pPr>
        <w:pStyle w:val="Heading2"/>
      </w:pPr>
      <w:r>
        <w:t>Ders 1: Daily Routines &amp; Present Simple (to be)</w:t>
      </w:r>
    </w:p>
    <w:p>
      <w:pPr>
        <w:pStyle w:val="ListBullet"/>
      </w:pPr>
      <w:r>
        <w:t>• Grammar: Present Simple — to be (affirmative, negative, interrogative, yes/no questions)</w:t>
      </w:r>
    </w:p>
    <w:p>
      <w:pPr>
        <w:pStyle w:val="ListBullet"/>
      </w:pPr>
      <w:r>
        <w:t>• Daily routines: wake up, get dressed, have breakfast, go to school, do homework, go to bed, play, read, write, eat, drink, wash, clean, brush, wear, listen, wait, walk, run, dance, sing...</w:t>
      </w:r>
    </w:p>
    <w:p>
      <w:pPr>
        <w:pStyle w:val="ListBullet"/>
      </w:pPr>
      <w:r>
        <w:t>• Times: o’clock, half, quarter, past, to</w:t>
      </w:r>
    </w:p>
    <w:p>
      <w:pPr>
        <w:pStyle w:val="ListBullet"/>
      </w:pPr>
      <w:r>
        <w:t>• Body parts: head, eyes, nose, mouth, ear, hair, face, tooth/teeth, arm, shoulder, leg, finger, hand, toe, foot/feet, knee, elbow, back, neck, brain, bone, muscles, skin, tongue, blood</w:t>
      </w:r>
    </w:p>
    <w:p>
      <w:pPr>
        <w:pStyle w:val="ListBullet"/>
      </w:pPr>
      <w:r>
        <w:t>• Kalıp: "I wake up at 7 o’clock." / "Do you have breakfast?" → "Yes, I do / No, I don’t"</w:t>
      </w:r>
    </w:p>
    <w:p>
      <w:pPr>
        <w:pStyle w:val="ListBullet"/>
      </w:pPr>
      <w:r>
        <w:t>• Aktivite (MEB): My Day timeline — günü çiz + saatleri yaz</w:t>
      </w:r>
    </w:p>
    <w:p>
      <w:pPr>
        <w:pStyle w:val="ListBullet"/>
      </w:pPr>
      <w:r>
        <w:t>• Dinleme (MEB): Günlük rutin metni + tablo tamamlama</w:t>
      </w:r>
    </w:p>
    <w:p>
      <w:pPr>
        <w:pStyle w:val="Heading2"/>
      </w:pPr>
      <w:r>
        <w:t>Ders 2: Object Pronouns &amp; Prepositions of Time &amp; Body Parts</w:t>
      </w:r>
    </w:p>
    <w:p>
      <w:pPr>
        <w:pStyle w:val="ListBullet"/>
      </w:pPr>
      <w:r>
        <w:t>• Grammar: Object pronouns (me, you, him, her), Prepositions of time (before, after)</w:t>
      </w:r>
    </w:p>
    <w:p>
      <w:pPr>
        <w:pStyle w:val="ListBullet"/>
      </w:pPr>
      <w:r>
        <w:t>• Kalıp: "before school" / "after dinner" / "She helps me." / "I call him."</w:t>
      </w:r>
    </w:p>
    <w:p>
      <w:pPr>
        <w:pStyle w:val="ListBullet"/>
      </w:pPr>
      <w:r>
        <w:t>• Aktivite (MEB): Head and Shoulders şarkısı + eşleştirme</w:t>
      </w:r>
    </w:p>
    <w:p>
      <w:pPr>
        <w:pStyle w:val="ListBullet"/>
      </w:pPr>
      <w:r>
        <w:t>• Aktivite (MEB): Robot projesi (GW) — geri dönüşüm malzemeden robot + vücut parçaları etiketle + sun</w:t>
      </w:r>
    </w:p>
    <w:p>
      <w:pPr>
        <w:pStyle w:val="ListBullet"/>
      </w:pPr>
      <w:r>
        <w:t>• Konuşma (MEB): Different times of a day hakkında soru-cevap</w:t>
      </w:r>
    </w:p>
    <w:p>
      <w:pPr>
        <w:pStyle w:val="Heading2"/>
      </w:pPr>
      <w:r>
        <w:t>Ders 3 (varsa): Yazma &amp; Pekiştirme</w:t>
      </w:r>
    </w:p>
    <w:p>
      <w:pPr>
        <w:pStyle w:val="ListBullet"/>
      </w:pPr>
      <w:r>
        <w:t>• Yazma (MEB): A day of a famous character (before/after + internet research)</w:t>
      </w:r>
    </w:p>
    <w:p>
      <w:pPr>
        <w:pStyle w:val="ListBullet"/>
      </w:pPr>
      <w:r>
        <w:t>• Yazma (MEB): My Daily Life mektubu</w:t>
      </w:r>
    </w:p>
    <w:p>
      <w:pPr>
        <w:pStyle w:val="ListBullet"/>
      </w:pPr>
      <w:r>
        <w:t>• Aktivite (MEB): Pair work — haftalık ders programını exchange info ile tamamlama</w:t>
      </w:r>
    </w:p>
    <w:p>
      <w:pPr>
        <w:pStyle w:val="ListBullet"/>
      </w:pPr>
      <w:r>
        <w:t>• Aktivite (MEB): Keep it Clean posteri (Portfolio Dossier)</w:t>
      </w:r>
    </w:p>
    <w:p>
      <w:pPr>
        <w:pStyle w:val="ListBullet"/>
      </w:pPr>
      <w:r>
        <w:t>• Değerlendirme: Sözlü — "Tell me about your day"</w:t>
      </w:r>
    </w:p>
    <w:p>
      <w:r>
        <w:rPr>
          <w:b/>
        </w:rPr>
        <w:t xml:space="preserve">Ev ödevi: </w:t>
      </w:r>
      <w:r>
        <w:t>My Daily Life mektubu — günlük rutin (before/after + saatler)</w:t>
      </w:r>
    </w:p>
    <w:p>
      <w:r>
        <w:t>____________________________________________________________</w:t>
      </w:r>
    </w:p>
    <w:p>
      <w:pPr>
        <w:pStyle w:val="Heading1"/>
      </w:pPr>
      <w:r>
        <w:t>HAFTA 1 — ÖĞRETMEN KONTROL LİSTESİ</w:t>
      </w:r>
    </w:p>
    <w:p>
      <w:pPr>
        <w:pStyle w:val="Heading2"/>
      </w:pPr>
      <w:r>
        <w:t>2. Sınıf</w:t>
      </w:r>
    </w:p>
    <w:p>
      <w:pPr>
        <w:pStyle w:val="ListBullet"/>
      </w:pPr>
      <w:r>
        <w:t>Selamlaşma kalıpları (hello, hi, good morning, good bye, nice to meet you)</w:t>
      </w:r>
    </w:p>
    <w:p>
      <w:pPr>
        <w:pStyle w:val="ListBullet"/>
      </w:pPr>
      <w:r>
        <w:t>Sınıf komutları (stand up, sit down, open your book, listen, look)</w:t>
      </w:r>
    </w:p>
    <w:p>
      <w:pPr>
        <w:pStyle w:val="ListBullet"/>
      </w:pPr>
      <w:r>
        <w:t>10+ sınıf eşyası kelimesi</w:t>
      </w:r>
    </w:p>
    <w:p>
      <w:pPr>
        <w:pStyle w:val="ListBullet"/>
      </w:pPr>
      <w:r>
        <w:t>11 renk kelimesi</w:t>
      </w:r>
    </w:p>
    <w:p>
      <w:pPr>
        <w:pStyle w:val="ListBullet"/>
      </w:pPr>
      <w:r>
        <w:t>Sayılar 1-15</w:t>
      </w:r>
    </w:p>
    <w:p>
      <w:pPr>
        <w:pStyle w:val="ListBullet"/>
      </w:pPr>
      <w:r>
        <w:t>"It is a ___" / "What colour is it?" kalıpları</w:t>
      </w:r>
    </w:p>
    <w:p>
      <w:pPr>
        <w:pStyle w:val="Heading2"/>
      </w:pPr>
      <w:r>
        <w:t>3. Sınıf</w:t>
      </w:r>
    </w:p>
    <w:p>
      <w:pPr>
        <w:pStyle w:val="ListBullet"/>
      </w:pPr>
      <w:r>
        <w:t>I/you/it/they zamirleri + to be (am/is/are)</w:t>
      </w:r>
    </w:p>
    <w:p>
      <w:pPr>
        <w:pStyle w:val="ListBullet"/>
      </w:pPr>
      <w:r>
        <w:t>Sınıf eşyaları (MEB liste)</w:t>
      </w:r>
    </w:p>
    <w:p>
      <w:pPr>
        <w:pStyle w:val="ListBullet"/>
      </w:pPr>
      <w:r>
        <w:t>Sayılar 1-20</w:t>
      </w:r>
    </w:p>
    <w:p>
      <w:pPr>
        <w:pStyle w:val="ListBullet"/>
      </w:pPr>
      <w:r>
        <w:t>What/How many soru kelimeleri</w:t>
      </w:r>
    </w:p>
    <w:p>
      <w:pPr>
        <w:pStyle w:val="ListBullet"/>
      </w:pPr>
      <w:r>
        <w:t>this/that demonstratives</w:t>
      </w:r>
    </w:p>
    <w:p>
      <w:pPr>
        <w:pStyle w:val="ListBullet"/>
      </w:pPr>
      <w:r>
        <w:t>I have got kalıbı</w:t>
      </w:r>
    </w:p>
    <w:p>
      <w:pPr>
        <w:pStyle w:val="Heading2"/>
      </w:pPr>
      <w:r>
        <w:t>4. Sınıf</w:t>
      </w:r>
    </w:p>
    <w:p>
      <w:pPr>
        <w:pStyle w:val="ListBullet"/>
      </w:pPr>
      <w:r>
        <w:t>Present Continuous (affirmative + question)</w:t>
      </w:r>
    </w:p>
    <w:p>
      <w:pPr>
        <w:pStyle w:val="ListBullet"/>
      </w:pPr>
      <w:r>
        <w:t>There is/are + singular/plural</w:t>
      </w:r>
    </w:p>
    <w:p>
      <w:pPr>
        <w:pStyle w:val="ListBullet"/>
      </w:pPr>
      <w:r>
        <w:t>Can I / May I (permission)</w:t>
      </w:r>
    </w:p>
    <w:p>
      <w:pPr>
        <w:pStyle w:val="ListBullet"/>
      </w:pPr>
      <w:r>
        <w:t>Possessive adjectives + ‘s</w:t>
      </w:r>
    </w:p>
    <w:p>
      <w:pPr>
        <w:pStyle w:val="ListBullet"/>
      </w:pPr>
      <w:r>
        <w:t>School subjects + weekdays + numbers 11-100</w:t>
      </w:r>
    </w:p>
    <w:p>
      <w:pPr>
        <w:pStyle w:val="ListBullet"/>
      </w:pPr>
      <w:r>
        <w:t>Classroom activities + shapes</w:t>
      </w:r>
    </w:p>
    <w:p>
      <w:pPr>
        <w:pStyle w:val="Heading2"/>
      </w:pPr>
      <w:r>
        <w:t>5. Sınıf</w:t>
      </w:r>
    </w:p>
    <w:p>
      <w:pPr>
        <w:pStyle w:val="ListBullet"/>
      </w:pPr>
      <w:r>
        <w:t>Present Simple to be (tüm formlar)</w:t>
      </w:r>
    </w:p>
    <w:p>
      <w:pPr>
        <w:pStyle w:val="ListBullet"/>
      </w:pPr>
      <w:r>
        <w:t>Daily routines + times</w:t>
      </w:r>
    </w:p>
    <w:p>
      <w:pPr>
        <w:pStyle w:val="ListBullet"/>
      </w:pPr>
      <w:r>
        <w:t>Object pronouns (me, you, him, her)</w:t>
      </w:r>
    </w:p>
    <w:p>
      <w:pPr>
        <w:pStyle w:val="ListBullet"/>
      </w:pPr>
      <w:r>
        <w:t>Prepositions of time (before, after)</w:t>
      </w:r>
    </w:p>
    <w:p>
      <w:pPr>
        <w:pStyle w:val="ListBullet"/>
      </w:pPr>
      <w:r>
        <w:t>Body parts (MEB tam liste)</w:t>
      </w:r>
    </w:p>
    <w:p>
      <w:pPr>
        <w:pStyle w:val="ListBullet"/>
      </w:pPr>
      <w:r>
        <w:t>My Day yazma etkinliği</w:t>
      </w:r>
    </w:p>
    <w:p>
      <w:r>
        <w:t>____________________________________________________________</w:t>
      </w:r>
    </w:p>
    <w:p>
      <w:pPr>
        <w:pStyle w:val="Heading1"/>
      </w:pPr>
      <w:r>
        <w:t>MATERİAL HAZIRLIK</w:t>
      </w:r>
    </w:p>
    <w:p>
      <w:pPr>
        <w:pStyle w:val="ListBullet"/>
      </w:pPr>
      <w:r>
        <w:t>Ortak: Flashcardlar, tahta kalemi, boya kalemleri, A4 kağıt</w:t>
      </w:r>
    </w:p>
    <w:p>
      <w:pPr>
        <w:pStyle w:val="ListBullet"/>
      </w:pPr>
      <w:r>
        <w:t>2. Sınıf: Name plate kartonu, sınıf eşyası flashcardları, renk kartları, şekil şablonları</w:t>
      </w:r>
    </w:p>
    <w:p>
      <w:pPr>
        <w:pStyle w:val="ListBullet"/>
      </w:pPr>
      <w:r>
        <w:t>3. Sınıf: Bingo kartları (1-20), kalemlik, Five Little Ducks şarkısı</w:t>
      </w:r>
    </w:p>
    <w:p>
      <w:pPr>
        <w:pStyle w:val="ListBullet"/>
      </w:pPr>
      <w:r>
        <w:t>4. Sınıf: Ders programı şablonu, sınıf fotoğrafı, shapes flashcardları</w:t>
      </w:r>
    </w:p>
    <w:p>
      <w:pPr>
        <w:pStyle w:val="ListBullet"/>
      </w:pPr>
      <w:r>
        <w:t>5. Sınıf: Robot malzemeleri (geri dönüşüm), Head and Shoulders şarkısı, poster kağıdı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