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360"/>
        <w:jc w:val="center"/>
      </w:pPr>
      <w:r>
        <w:rPr>
          <w:b/>
          <w:sz w:val="44"/>
        </w:rPr>
        <w:t>KKTC İlkokul İngilizce — Yıllık Müfredat</w:t>
      </w:r>
    </w:p>
    <w:p>
      <w:pPr>
        <w:jc w:val="center"/>
      </w:pPr>
      <w:r>
        <w:rPr>
          <w:b/>
          <w:color w:val="E07856"/>
          <w:sz w:val="26"/>
        </w:rPr>
        <w:t>2. · 3. · 4. ve 5. Sınıf  |  2026-2027  |  39 öğretim haftası · 9 ünite/sınıf</w:t>
      </w:r>
    </w:p>
    <w:p>
      <w:pPr>
        <w:jc w:val="center"/>
      </w:pPr>
      <w:r>
        <w:rPr>
          <w:color w:val="777777"/>
          <w:sz w:val="18"/>
        </w:rPr>
        <w:t>Kaynak: KKTC MEB Temel Eğitim İngilizce Dersi Öğretim Programı  ·  Hazırlık: Serdarlı İlkokulu</w:t>
      </w:r>
    </w:p>
    <w:p>
      <w:pPr>
        <w:spacing w:before="320" w:after="80"/>
      </w:pPr>
      <w:r>
        <w:rPr>
          <w:b/>
          <w:color w:val="E07856"/>
          <w:sz w:val="28"/>
        </w:rPr>
        <w:t>Eğitim Yılı Takvimi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083"/>
        <w:gridCol w:w="5083"/>
        <w:gridCol w:w="5083"/>
      </w:tblGrid>
      <w:tr>
        <w:trPr>
          <w:tblHeader w:val="true"/>
        </w:trPr>
        <w:tc>
          <w:tcPr>
            <w:tcW w:type="dxa" w:w="2268"/>
            <w:shd w:val="clear" w:fill="F7F3EC"/>
          </w:tcPr>
          <w:p>
            <w:pPr>
              <w:spacing w:after="20"/>
              <w:jc w:val="center"/>
            </w:pPr>
            <w:r/>
            <w:r>
              <w:rPr>
                <w:b/>
                <w:sz w:val="20"/>
              </w:rPr>
              <w:t>Dönem</w:t>
            </w:r>
          </w:p>
        </w:tc>
        <w:tc>
          <w:tcPr>
            <w:tcW w:type="dxa" w:w="5669"/>
            <w:shd w:val="clear" w:fill="F7F3EC"/>
          </w:tcPr>
          <w:p>
            <w:pPr>
              <w:spacing w:after="20"/>
              <w:jc w:val="center"/>
            </w:pPr>
            <w:r/>
            <w:r>
              <w:rPr>
                <w:b/>
                <w:sz w:val="20"/>
              </w:rPr>
              <w:t>Tarih</w:t>
            </w:r>
          </w:p>
        </w:tc>
        <w:tc>
          <w:tcPr>
            <w:tcW w:type="dxa" w:w="2268"/>
            <w:shd w:val="clear" w:fill="F7F3EC"/>
          </w:tcPr>
          <w:p>
            <w:pPr>
              <w:spacing w:after="20"/>
              <w:jc w:val="center"/>
            </w:pPr>
            <w:r/>
            <w:r>
              <w:rPr>
                <w:b/>
                <w:sz w:val="20"/>
              </w:rPr>
              <w:t>Süre</w:t>
            </w:r>
          </w:p>
        </w:tc>
      </w:tr>
      <w:tr>
        <w:tc>
          <w:tcPr>
            <w:tcW w:type="dxa" w:w="2268"/>
          </w:tcPr>
          <w:p>
            <w:pPr>
              <w:spacing w:after="20"/>
              <w:jc w:val="center"/>
            </w:pPr>
            <w:r/>
            <w:r>
              <w:rPr>
                <w:sz w:val="19"/>
              </w:rPr>
              <w:t>Dönem 1</w:t>
            </w:r>
          </w:p>
        </w:tc>
        <w:tc>
          <w:tcPr>
            <w:tcW w:type="dxa" w:w="5669"/>
          </w:tcPr>
          <w:p>
            <w:pPr>
              <w:spacing w:after="20"/>
            </w:pPr>
            <w:r/>
            <w:r>
              <w:rPr>
                <w:sz w:val="19"/>
              </w:rPr>
              <w:t>15 Eylül – 19 Aralık 2026</w:t>
            </w:r>
          </w:p>
        </w:tc>
        <w:tc>
          <w:tcPr>
            <w:tcW w:type="dxa" w:w="2268"/>
          </w:tcPr>
          <w:p>
            <w:pPr>
              <w:spacing w:after="20"/>
            </w:pPr>
            <w:r/>
            <w:r>
              <w:rPr>
                <w:sz w:val="19"/>
              </w:rPr>
              <w:t>14 hafta</w:t>
            </w:r>
          </w:p>
        </w:tc>
      </w:tr>
      <w:tr>
        <w:tc>
          <w:tcPr>
            <w:tcW w:type="dxa" w:w="2268"/>
          </w:tcPr>
          <w:p>
            <w:pPr>
              <w:spacing w:after="20"/>
              <w:jc w:val="center"/>
            </w:pPr>
            <w:r/>
            <w:r>
              <w:rPr>
                <w:sz w:val="19"/>
              </w:rPr>
              <w:t>Tatil</w:t>
            </w:r>
          </w:p>
        </w:tc>
        <w:tc>
          <w:tcPr>
            <w:tcW w:type="dxa" w:w="5669"/>
          </w:tcPr>
          <w:p>
            <w:pPr>
              <w:spacing w:after="20"/>
            </w:pPr>
            <w:r/>
            <w:r>
              <w:rPr>
                <w:sz w:val="19"/>
              </w:rPr>
              <w:t>21 Aralık 2026 – 4 Ocak 2027</w:t>
            </w:r>
          </w:p>
        </w:tc>
        <w:tc>
          <w:tcPr>
            <w:tcW w:type="dxa" w:w="2268"/>
          </w:tcPr>
          <w:p>
            <w:pPr>
              <w:spacing w:after="20"/>
            </w:pPr>
            <w:r/>
            <w:r>
              <w:rPr>
                <w:sz w:val="19"/>
              </w:rPr>
              <w:t>2 hafta</w:t>
            </w:r>
          </w:p>
        </w:tc>
      </w:tr>
      <w:tr>
        <w:tc>
          <w:tcPr>
            <w:tcW w:type="dxa" w:w="2268"/>
          </w:tcPr>
          <w:p>
            <w:pPr>
              <w:spacing w:after="20"/>
              <w:jc w:val="center"/>
            </w:pPr>
            <w:r/>
            <w:r>
              <w:rPr>
                <w:sz w:val="19"/>
              </w:rPr>
              <w:t>Dönem 2</w:t>
            </w:r>
          </w:p>
        </w:tc>
        <w:tc>
          <w:tcPr>
            <w:tcW w:type="dxa" w:w="5669"/>
          </w:tcPr>
          <w:p>
            <w:pPr>
              <w:spacing w:after="20"/>
            </w:pPr>
            <w:r/>
            <w:r>
              <w:rPr>
                <w:sz w:val="19"/>
              </w:rPr>
              <w:t>5 Ocak – 26 Haziran 2027</w:t>
            </w:r>
          </w:p>
        </w:tc>
        <w:tc>
          <w:tcPr>
            <w:tcW w:type="dxa" w:w="2268"/>
          </w:tcPr>
          <w:p>
            <w:pPr>
              <w:spacing w:after="20"/>
            </w:pPr>
            <w:r/>
            <w:r>
              <w:rPr>
                <w:sz w:val="19"/>
              </w:rPr>
              <w:t>25 hafta</w:t>
            </w:r>
          </w:p>
        </w:tc>
      </w:tr>
    </w:tbl>
    <w:p>
      <w:r>
        <w:rPr>
          <w:b w:val="0"/>
          <w:i w:val="0"/>
          <w:sz w:val="19"/>
        </w:rPr>
        <w:t>Resmî tatiller (o hafta 4 gün eğitim):  29 Ekim 2026 (Per)  ·  23 Nisan 2027 (Cum)  ·  19 Mayıs 2027 (Çar)</w:t>
      </w:r>
    </w:p>
    <w:p>
      <w:pPr>
        <w:spacing w:before="200" w:after="80"/>
      </w:pPr>
      <w:r>
        <w:rPr>
          <w:b/>
          <w:color w:val="333333"/>
          <w:sz w:val="26"/>
        </w:rPr>
        <w:t>Sınav Takvimi (MEB)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083"/>
        <w:gridCol w:w="5083"/>
        <w:gridCol w:w="5083"/>
      </w:tblGrid>
      <w:tr>
        <w:trPr>
          <w:tblHeader w:val="true"/>
        </w:trPr>
        <w:tc>
          <w:tcPr>
            <w:tcW w:type="dxa" w:w="3969"/>
            <w:shd w:val="clear" w:fill="F7F3EC"/>
          </w:tcPr>
          <w:p>
            <w:pPr>
              <w:spacing w:after="20"/>
              <w:jc w:val="center"/>
            </w:pPr>
            <w:r/>
            <w:r>
              <w:rPr>
                <w:b/>
                <w:sz w:val="20"/>
              </w:rPr>
              <w:t>Sınav</w:t>
            </w:r>
          </w:p>
        </w:tc>
        <w:tc>
          <w:tcPr>
            <w:tcW w:type="dxa" w:w="4535"/>
            <w:shd w:val="clear" w:fill="F7F3EC"/>
          </w:tcPr>
          <w:p>
            <w:pPr>
              <w:spacing w:after="20"/>
              <w:jc w:val="center"/>
            </w:pPr>
            <w:r/>
            <w:r>
              <w:rPr>
                <w:b/>
                <w:sz w:val="20"/>
              </w:rPr>
              <w:t>Kapsam</w:t>
            </w:r>
          </w:p>
        </w:tc>
        <w:tc>
          <w:tcPr>
            <w:tcW w:type="dxa" w:w="2268"/>
            <w:shd w:val="clear" w:fill="F7F3EC"/>
          </w:tcPr>
          <w:p>
            <w:pPr>
              <w:spacing w:after="20"/>
              <w:jc w:val="center"/>
            </w:pPr>
            <w:r/>
            <w:r>
              <w:rPr>
                <w:b/>
                <w:sz w:val="20"/>
              </w:rPr>
              <w:t>Hafta</w:t>
            </w:r>
          </w:p>
        </w:tc>
      </w:tr>
      <w:tr>
        <w:tc>
          <w:tcPr>
            <w:tcW w:type="dxa" w:w="3969"/>
          </w:tcPr>
          <w:p>
            <w:pPr>
              <w:spacing w:after="20"/>
              <w:jc w:val="center"/>
            </w:pPr>
            <w:r/>
            <w:r>
              <w:rPr>
                <w:sz w:val="19"/>
              </w:rPr>
              <w:t>Quiz 1</w:t>
            </w:r>
          </w:p>
        </w:tc>
        <w:tc>
          <w:tcPr>
            <w:tcW w:type="dxa" w:w="4535"/>
          </w:tcPr>
          <w:p>
            <w:pPr>
              <w:spacing w:after="20"/>
            </w:pPr>
            <w:r/>
            <w:r>
              <w:rPr>
                <w:sz w:val="19"/>
              </w:rPr>
              <w:t>Unit 1-2</w:t>
            </w:r>
          </w:p>
        </w:tc>
        <w:tc>
          <w:tcPr>
            <w:tcW w:type="dxa" w:w="2268"/>
          </w:tcPr>
          <w:p>
            <w:pPr>
              <w:spacing w:after="20"/>
            </w:pPr>
            <w:r/>
            <w:r>
              <w:rPr>
                <w:sz w:val="19"/>
              </w:rPr>
              <w:t>Hafta 7</w:t>
            </w:r>
          </w:p>
        </w:tc>
      </w:tr>
      <w:tr>
        <w:tc>
          <w:tcPr>
            <w:tcW w:type="dxa" w:w="3969"/>
          </w:tcPr>
          <w:p>
            <w:pPr>
              <w:spacing w:after="20"/>
              <w:jc w:val="center"/>
            </w:pPr>
            <w:r/>
            <w:r>
              <w:rPr>
                <w:sz w:val="19"/>
              </w:rPr>
              <w:t>Quiz 2 + Dönem Sonu Sınavı</w:t>
            </w:r>
          </w:p>
        </w:tc>
        <w:tc>
          <w:tcPr>
            <w:tcW w:type="dxa" w:w="4535"/>
          </w:tcPr>
          <w:p>
            <w:pPr>
              <w:spacing w:after="20"/>
            </w:pPr>
            <w:r/>
            <w:r>
              <w:rPr>
                <w:sz w:val="19"/>
              </w:rPr>
              <w:t>Unit 3-4 / Unit 1-4</w:t>
            </w:r>
          </w:p>
        </w:tc>
        <w:tc>
          <w:tcPr>
            <w:tcW w:type="dxa" w:w="2268"/>
          </w:tcPr>
          <w:p>
            <w:pPr>
              <w:spacing w:after="20"/>
            </w:pPr>
            <w:r/>
            <w:r>
              <w:rPr>
                <w:sz w:val="19"/>
              </w:rPr>
              <w:t>Hafta 14</w:t>
            </w:r>
          </w:p>
        </w:tc>
      </w:tr>
      <w:tr>
        <w:tc>
          <w:tcPr>
            <w:tcW w:type="dxa" w:w="3969"/>
          </w:tcPr>
          <w:p>
            <w:pPr>
              <w:spacing w:after="20"/>
              <w:jc w:val="center"/>
            </w:pPr>
            <w:r/>
            <w:r>
              <w:rPr>
                <w:sz w:val="19"/>
              </w:rPr>
              <w:t>Quiz 3</w:t>
            </w:r>
          </w:p>
        </w:tc>
        <w:tc>
          <w:tcPr>
            <w:tcW w:type="dxa" w:w="4535"/>
          </w:tcPr>
          <w:p>
            <w:pPr>
              <w:spacing w:after="20"/>
            </w:pPr>
            <w:r/>
            <w:r>
              <w:rPr>
                <w:sz w:val="19"/>
              </w:rPr>
              <w:t>Unit 5-7</w:t>
            </w:r>
          </w:p>
        </w:tc>
        <w:tc>
          <w:tcPr>
            <w:tcW w:type="dxa" w:w="2268"/>
          </w:tcPr>
          <w:p>
            <w:pPr>
              <w:spacing w:after="20"/>
            </w:pPr>
            <w:r/>
            <w:r>
              <w:rPr>
                <w:sz w:val="19"/>
              </w:rPr>
              <w:t>Hafta 23</w:t>
            </w:r>
          </w:p>
        </w:tc>
      </w:tr>
      <w:tr>
        <w:tc>
          <w:tcPr>
            <w:tcW w:type="dxa" w:w="3969"/>
          </w:tcPr>
          <w:p>
            <w:pPr>
              <w:spacing w:after="20"/>
              <w:jc w:val="center"/>
            </w:pPr>
            <w:r/>
            <w:r>
              <w:rPr>
                <w:sz w:val="19"/>
              </w:rPr>
              <w:t>Quiz 4</w:t>
            </w:r>
          </w:p>
        </w:tc>
        <w:tc>
          <w:tcPr>
            <w:tcW w:type="dxa" w:w="4535"/>
          </w:tcPr>
          <w:p>
            <w:pPr>
              <w:spacing w:after="20"/>
            </w:pPr>
            <w:r/>
            <w:r>
              <w:rPr>
                <w:sz w:val="19"/>
              </w:rPr>
              <w:t>Unit 7-9</w:t>
            </w:r>
          </w:p>
        </w:tc>
        <w:tc>
          <w:tcPr>
            <w:tcW w:type="dxa" w:w="2268"/>
          </w:tcPr>
          <w:p>
            <w:pPr>
              <w:spacing w:after="20"/>
            </w:pPr>
            <w:r/>
            <w:r>
              <w:rPr>
                <w:sz w:val="19"/>
              </w:rPr>
              <w:t>Hafta 30</w:t>
            </w:r>
          </w:p>
        </w:tc>
      </w:tr>
      <w:tr>
        <w:tc>
          <w:tcPr>
            <w:tcW w:type="dxa" w:w="3969"/>
          </w:tcPr>
          <w:p>
            <w:pPr>
              <w:spacing w:after="20"/>
              <w:jc w:val="center"/>
            </w:pPr>
            <w:r/>
            <w:r>
              <w:rPr>
                <w:sz w:val="19"/>
              </w:rPr>
              <w:t>Yıl Sonu Sınavı</w:t>
            </w:r>
          </w:p>
        </w:tc>
        <w:tc>
          <w:tcPr>
            <w:tcW w:type="dxa" w:w="4535"/>
          </w:tcPr>
          <w:p>
            <w:pPr>
              <w:spacing w:after="20"/>
            </w:pPr>
            <w:r/>
            <w:r>
              <w:rPr>
                <w:sz w:val="19"/>
              </w:rPr>
              <w:t>Unit 1-9 (dört beceri)</w:t>
            </w:r>
          </w:p>
        </w:tc>
        <w:tc>
          <w:tcPr>
            <w:tcW w:type="dxa" w:w="2268"/>
          </w:tcPr>
          <w:p>
            <w:pPr>
              <w:spacing w:after="20"/>
            </w:pPr>
            <w:r/>
            <w:r>
              <w:rPr>
                <w:sz w:val="19"/>
              </w:rPr>
              <w:t>Hafta 34</w:t>
            </w:r>
          </w:p>
        </w:tc>
      </w:tr>
    </w:tbl>
    <w:p>
      <w:r>
        <w:br w:type="page"/>
      </w:r>
    </w:p>
    <w:p>
      <w:pPr>
        <w:spacing w:before="40" w:after="80"/>
      </w:pPr>
      <w:r>
        <w:rPr>
          <w:b/>
          <w:color w:val="E07856"/>
          <w:sz w:val="32"/>
        </w:rPr>
        <w:t>2. SINIF — Yıllık Plan (Pre-A1)</w:t>
      </w:r>
    </w:p>
    <w:p>
      <w:r>
        <w:rPr>
          <w:b w:val="0"/>
          <w:i/>
          <w:color w:val="777777"/>
          <w:sz w:val="18"/>
        </w:rPr>
        <w:t>2. sınıf MEB PDF'inde yer almaz; Year 3 “Preliminary Work” içeriği + A0/Pre-A1 seviye temel alınmıştır.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050"/>
        <w:gridCol w:w="3050"/>
        <w:gridCol w:w="3050"/>
        <w:gridCol w:w="3050"/>
        <w:gridCol w:w="3050"/>
      </w:tblGrid>
      <w:tr>
        <w:trPr>
          <w:tblHeader w:val="true"/>
        </w:trPr>
        <w:tc>
          <w:tcPr>
            <w:tcW w:type="dxa" w:w="510"/>
            <w:shd w:val="clear" w:fill="F7F3EC"/>
          </w:tcPr>
          <w:p>
            <w:pPr>
              <w:spacing w:after="20"/>
              <w:jc w:val="center"/>
            </w:pPr>
            <w:r/>
            <w:r>
              <w:rPr>
                <w:b/>
                <w:sz w:val="18"/>
              </w:rPr>
              <w:t>Hf</w:t>
            </w:r>
          </w:p>
        </w:tc>
        <w:tc>
          <w:tcPr>
            <w:tcW w:type="dxa" w:w="1361"/>
            <w:shd w:val="clear" w:fill="F7F3EC"/>
          </w:tcPr>
          <w:p>
            <w:pPr>
              <w:spacing w:after="20"/>
              <w:jc w:val="center"/>
            </w:pPr>
            <w:r/>
            <w:r>
              <w:rPr>
                <w:b/>
                <w:sz w:val="18"/>
              </w:rPr>
              <w:t>Tarih</w:t>
            </w:r>
          </w:p>
        </w:tc>
        <w:tc>
          <w:tcPr>
            <w:tcW w:type="dxa" w:w="1587"/>
            <w:shd w:val="clear" w:fill="F7F3EC"/>
          </w:tcPr>
          <w:p>
            <w:pPr>
              <w:spacing w:after="20"/>
              <w:jc w:val="center"/>
            </w:pPr>
            <w:r/>
            <w:r>
              <w:rPr>
                <w:b/>
                <w:sz w:val="18"/>
              </w:rPr>
              <w:t>Ünite</w:t>
            </w:r>
          </w:p>
        </w:tc>
        <w:tc>
          <w:tcPr>
            <w:tcW w:type="dxa" w:w="2041"/>
            <w:shd w:val="clear" w:fill="F7F3EC"/>
          </w:tcPr>
          <w:p>
            <w:pPr>
              <w:spacing w:after="20"/>
              <w:jc w:val="center"/>
            </w:pPr>
            <w:r/>
            <w:r>
              <w:rPr>
                <w:b/>
                <w:sz w:val="18"/>
              </w:rPr>
              <w:t>Konu</w:t>
            </w:r>
          </w:p>
        </w:tc>
        <w:tc>
          <w:tcPr>
            <w:tcW w:type="dxa" w:w="9354"/>
            <w:shd w:val="clear" w:fill="F7F3EC"/>
          </w:tcPr>
          <w:p>
            <w:pPr>
              <w:spacing w:after="20"/>
              <w:jc w:val="center"/>
            </w:pPr>
            <w:r/>
            <w:r>
              <w:rPr>
                <w:b/>
                <w:sz w:val="18"/>
              </w:rPr>
              <w:t>İçerik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sz w:val="17"/>
              </w:rPr>
              <w:t>1</w:t>
            </w:r>
          </w:p>
        </w:tc>
        <w:tc>
          <w:tcPr>
            <w:tcW w:type="dxa" w:w="1361"/>
          </w:tcPr>
          <w:p>
            <w:pPr>
              <w:spacing w:after="20"/>
            </w:pPr>
            <w:r/>
            <w:r>
              <w:rPr>
                <w:sz w:val="17"/>
              </w:rPr>
              <w:t>15-19 Eyl</w:t>
            </w:r>
          </w:p>
        </w:tc>
        <w:tc>
          <w:tcPr>
            <w:tcW w:type="dxa" w:w="1587"/>
          </w:tcPr>
          <w:p>
            <w:pPr>
              <w:spacing w:after="20"/>
            </w:pPr>
            <w:r/>
            <w:r>
              <w:rPr>
                <w:sz w:val="17"/>
              </w:rPr>
              <w:t>Unit 1</w:t>
            </w:r>
          </w:p>
        </w:tc>
        <w:tc>
          <w:tcPr>
            <w:tcW w:type="dxa" w:w="2041"/>
          </w:tcPr>
          <w:p>
            <w:pPr>
              <w:spacing w:after="20"/>
            </w:pPr>
            <w:r/>
            <w:r>
              <w:rPr>
                <w:sz w:val="17"/>
              </w:rPr>
              <w:t>Hello English!</w:t>
            </w:r>
          </w:p>
        </w:tc>
        <w:tc>
          <w:tcPr>
            <w:tcW w:type="dxa" w:w="9354"/>
          </w:tcPr>
          <w:p>
            <w:pPr>
              <w:spacing w:after="20"/>
            </w:pPr>
            <w:r/>
            <w:r>
              <w:rPr>
                <w:sz w:val="17"/>
              </w:rPr>
              <w:t>Selamlaşma (hello, hi, good morning), alfabe, sayılar 1-15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sz w:val="17"/>
              </w:rPr>
              <w:t>2</w:t>
            </w:r>
          </w:p>
        </w:tc>
        <w:tc>
          <w:tcPr>
            <w:tcW w:type="dxa" w:w="1361"/>
          </w:tcPr>
          <w:p>
            <w:pPr>
              <w:spacing w:after="20"/>
            </w:pPr>
            <w:r/>
            <w:r>
              <w:rPr>
                <w:sz w:val="17"/>
              </w:rPr>
              <w:t>22-26 Eyl</w:t>
            </w:r>
          </w:p>
        </w:tc>
        <w:tc>
          <w:tcPr>
            <w:tcW w:type="dxa" w:w="1587"/>
          </w:tcPr>
          <w:p>
            <w:pPr>
              <w:spacing w:after="20"/>
            </w:pPr>
            <w:r/>
            <w:r>
              <w:rPr>
                <w:sz w:val="17"/>
              </w:rPr>
              <w:t>Unit 1</w:t>
            </w:r>
          </w:p>
        </w:tc>
        <w:tc>
          <w:tcPr>
            <w:tcW w:type="dxa" w:w="2041"/>
          </w:tcPr>
          <w:p>
            <w:pPr>
              <w:spacing w:after="20"/>
            </w:pPr>
            <w:r/>
            <w:r>
              <w:rPr>
                <w:sz w:val="17"/>
              </w:rPr>
              <w:t>Hello English!</w:t>
            </w:r>
          </w:p>
        </w:tc>
        <w:tc>
          <w:tcPr>
            <w:tcW w:type="dxa" w:w="9354"/>
          </w:tcPr>
          <w:p>
            <w:pPr>
              <w:spacing w:after="20"/>
            </w:pPr>
            <w:r/>
            <w:r>
              <w:rPr>
                <w:sz w:val="17"/>
              </w:rPr>
              <w:t>Sınıf eşyaları (pen, pencil, book…), renkler, “It is a ___”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sz w:val="17"/>
              </w:rPr>
              <w:t>3</w:t>
            </w:r>
          </w:p>
        </w:tc>
        <w:tc>
          <w:tcPr>
            <w:tcW w:type="dxa" w:w="1361"/>
          </w:tcPr>
          <w:p>
            <w:pPr>
              <w:spacing w:after="20"/>
            </w:pPr>
            <w:r/>
            <w:r>
              <w:rPr>
                <w:sz w:val="17"/>
              </w:rPr>
              <w:t>29 Eyl-3 Eki</w:t>
            </w:r>
          </w:p>
        </w:tc>
        <w:tc>
          <w:tcPr>
            <w:tcW w:type="dxa" w:w="1587"/>
          </w:tcPr>
          <w:p>
            <w:pPr>
              <w:spacing w:after="20"/>
            </w:pPr>
            <w:r/>
            <w:r>
              <w:rPr>
                <w:sz w:val="17"/>
              </w:rPr>
              <w:t>Unit 1</w:t>
            </w:r>
          </w:p>
        </w:tc>
        <w:tc>
          <w:tcPr>
            <w:tcW w:type="dxa" w:w="2041"/>
          </w:tcPr>
          <w:p>
            <w:pPr>
              <w:spacing w:after="20"/>
            </w:pPr>
            <w:r/>
            <w:r>
              <w:rPr>
                <w:sz w:val="17"/>
              </w:rPr>
              <w:t>Hello English!</w:t>
            </w:r>
          </w:p>
        </w:tc>
        <w:tc>
          <w:tcPr>
            <w:tcW w:type="dxa" w:w="9354"/>
          </w:tcPr>
          <w:p>
            <w:pPr>
              <w:spacing w:after="20"/>
            </w:pPr>
            <w:r/>
            <w:r>
              <w:rPr>
                <w:sz w:val="17"/>
              </w:rPr>
              <w:t>Şekiller (circle, square, triangle), sınıf komutları, pekiştirme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sz w:val="17"/>
              </w:rPr>
              <w:t>4</w:t>
            </w:r>
          </w:p>
        </w:tc>
        <w:tc>
          <w:tcPr>
            <w:tcW w:type="dxa" w:w="1361"/>
          </w:tcPr>
          <w:p>
            <w:pPr>
              <w:spacing w:after="20"/>
            </w:pPr>
            <w:r/>
            <w:r>
              <w:rPr>
                <w:sz w:val="17"/>
              </w:rPr>
              <w:t>06-10 Eki</w:t>
            </w:r>
          </w:p>
        </w:tc>
        <w:tc>
          <w:tcPr>
            <w:tcW w:type="dxa" w:w="1587"/>
          </w:tcPr>
          <w:p>
            <w:pPr>
              <w:spacing w:after="20"/>
            </w:pPr>
            <w:r/>
            <w:r>
              <w:rPr>
                <w:sz w:val="17"/>
              </w:rPr>
              <w:t>Unit 2</w:t>
            </w:r>
          </w:p>
        </w:tc>
        <w:tc>
          <w:tcPr>
            <w:tcW w:type="dxa" w:w="2041"/>
          </w:tcPr>
          <w:p>
            <w:pPr>
              <w:spacing w:after="20"/>
            </w:pPr>
            <w:r/>
            <w:r>
              <w:rPr>
                <w:sz w:val="17"/>
              </w:rPr>
              <w:t>My Classroom</w:t>
            </w:r>
          </w:p>
        </w:tc>
        <w:tc>
          <w:tcPr>
            <w:tcW w:type="dxa" w:w="9354"/>
          </w:tcPr>
          <w:p>
            <w:pPr>
              <w:spacing w:after="20"/>
            </w:pPr>
            <w:r/>
            <w:r>
              <w:rPr>
                <w:sz w:val="17"/>
              </w:rPr>
              <w:t>Sınıf eşyaları (detaylı), sayılar 1-20, “I have got ___”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sz w:val="17"/>
              </w:rPr>
              <w:t>5</w:t>
            </w:r>
          </w:p>
        </w:tc>
        <w:tc>
          <w:tcPr>
            <w:tcW w:type="dxa" w:w="1361"/>
          </w:tcPr>
          <w:p>
            <w:pPr>
              <w:spacing w:after="20"/>
            </w:pPr>
            <w:r/>
            <w:r>
              <w:rPr>
                <w:sz w:val="17"/>
              </w:rPr>
              <w:t>13-17 Eki</w:t>
            </w:r>
          </w:p>
        </w:tc>
        <w:tc>
          <w:tcPr>
            <w:tcW w:type="dxa" w:w="1587"/>
          </w:tcPr>
          <w:p>
            <w:pPr>
              <w:spacing w:after="20"/>
            </w:pPr>
            <w:r/>
            <w:r>
              <w:rPr>
                <w:sz w:val="17"/>
              </w:rPr>
              <w:t>Unit 2</w:t>
            </w:r>
          </w:p>
        </w:tc>
        <w:tc>
          <w:tcPr>
            <w:tcW w:type="dxa" w:w="2041"/>
          </w:tcPr>
          <w:p>
            <w:pPr>
              <w:spacing w:after="20"/>
            </w:pPr>
            <w:r/>
            <w:r>
              <w:rPr>
                <w:sz w:val="17"/>
              </w:rPr>
              <w:t>My Classroom</w:t>
            </w:r>
          </w:p>
        </w:tc>
        <w:tc>
          <w:tcPr>
            <w:tcW w:type="dxa" w:w="9354"/>
          </w:tcPr>
          <w:p>
            <w:pPr>
              <w:spacing w:after="20"/>
            </w:pPr>
            <w:r/>
            <w:r>
              <w:rPr>
                <w:sz w:val="17"/>
              </w:rPr>
              <w:t>“What is this?” / “How many?” / this-that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sz w:val="17"/>
              </w:rPr>
              <w:t>6</w:t>
            </w:r>
          </w:p>
        </w:tc>
        <w:tc>
          <w:tcPr>
            <w:tcW w:type="dxa" w:w="1361"/>
          </w:tcPr>
          <w:p>
            <w:pPr>
              <w:spacing w:after="20"/>
            </w:pPr>
            <w:r/>
            <w:r>
              <w:rPr>
                <w:sz w:val="17"/>
              </w:rPr>
              <w:t>20-24 Eki</w:t>
            </w:r>
          </w:p>
        </w:tc>
        <w:tc>
          <w:tcPr>
            <w:tcW w:type="dxa" w:w="1587"/>
          </w:tcPr>
          <w:p>
            <w:pPr>
              <w:spacing w:after="20"/>
            </w:pPr>
            <w:r/>
            <w:r>
              <w:rPr>
                <w:sz w:val="17"/>
              </w:rPr>
              <w:t>Unit 2</w:t>
            </w:r>
          </w:p>
        </w:tc>
        <w:tc>
          <w:tcPr>
            <w:tcW w:type="dxa" w:w="2041"/>
          </w:tcPr>
          <w:p>
            <w:pPr>
              <w:spacing w:after="20"/>
            </w:pPr>
            <w:r/>
            <w:r>
              <w:rPr>
                <w:sz w:val="17"/>
              </w:rPr>
              <w:t>My Classroom</w:t>
            </w:r>
          </w:p>
        </w:tc>
        <w:tc>
          <w:tcPr>
            <w:tcW w:type="dxa" w:w="9354"/>
          </w:tcPr>
          <w:p>
            <w:pPr>
              <w:spacing w:after="20"/>
            </w:pPr>
            <w:r/>
            <w:r>
              <w:rPr>
                <w:sz w:val="17"/>
              </w:rPr>
              <w:t>Pekiştirme: Bingo, spelling, “My School Bag” yazma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sz w:val="17"/>
              </w:rPr>
              <w:t>7</w:t>
            </w:r>
          </w:p>
        </w:tc>
        <w:tc>
          <w:tcPr>
            <w:tcW w:type="dxa" w:w="1361"/>
          </w:tcPr>
          <w:p>
            <w:pPr>
              <w:spacing w:after="20"/>
            </w:pPr>
            <w:r/>
            <w:r>
              <w:rPr>
                <w:sz w:val="17"/>
              </w:rPr>
              <w:t>27-31 Eki</w:t>
            </w:r>
          </w:p>
        </w:tc>
        <w:tc>
          <w:tcPr>
            <w:tcW w:type="dxa" w:w="1587"/>
          </w:tcPr>
          <w:p>
            <w:pPr>
              <w:spacing w:after="20"/>
            </w:pPr>
            <w:r/>
            <w:r>
              <w:rPr>
                <w:sz w:val="17"/>
              </w:rPr>
              <w:t>Quiz 1</w:t>
            </w:r>
          </w:p>
        </w:tc>
        <w:tc>
          <w:tcPr>
            <w:tcW w:type="dxa" w:w="2041"/>
          </w:tcPr>
          <w:p>
            <w:pPr>
              <w:spacing w:after="20"/>
            </w:pPr>
            <w:r/>
            <w:r>
              <w:rPr>
                <w:sz w:val="17"/>
              </w:rPr>
              <w:t>Unit 1-2</w:t>
            </w:r>
          </w:p>
        </w:tc>
        <w:tc>
          <w:tcPr>
            <w:tcW w:type="dxa" w:w="9354"/>
          </w:tcPr>
          <w:p>
            <w:pPr>
              <w:spacing w:after="20"/>
            </w:pPr>
            <w:r/>
            <w:r>
              <w:rPr>
                <w:sz w:val="17"/>
              </w:rPr>
              <w:t>Quiz + geri bildirim  ⚠️ 29 Ekim tatili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sz w:val="17"/>
              </w:rPr>
              <w:t>8</w:t>
            </w:r>
          </w:p>
        </w:tc>
        <w:tc>
          <w:tcPr>
            <w:tcW w:type="dxa" w:w="1361"/>
          </w:tcPr>
          <w:p>
            <w:pPr>
              <w:spacing w:after="20"/>
            </w:pPr>
            <w:r/>
            <w:r>
              <w:rPr>
                <w:sz w:val="17"/>
              </w:rPr>
              <w:t>03-07 Kas</w:t>
            </w:r>
          </w:p>
        </w:tc>
        <w:tc>
          <w:tcPr>
            <w:tcW w:type="dxa" w:w="1587"/>
          </w:tcPr>
          <w:p>
            <w:pPr>
              <w:spacing w:after="20"/>
            </w:pPr>
            <w:r/>
            <w:r>
              <w:rPr>
                <w:sz w:val="17"/>
              </w:rPr>
              <w:t>Unit 3</w:t>
            </w:r>
          </w:p>
        </w:tc>
        <w:tc>
          <w:tcPr>
            <w:tcW w:type="dxa" w:w="2041"/>
          </w:tcPr>
          <w:p>
            <w:pPr>
              <w:spacing w:after="20"/>
            </w:pPr>
            <w:r/>
            <w:r>
              <w:rPr>
                <w:sz w:val="17"/>
              </w:rPr>
              <w:t>My Family</w:t>
            </w:r>
          </w:p>
        </w:tc>
        <w:tc>
          <w:tcPr>
            <w:tcW w:type="dxa" w:w="9354"/>
          </w:tcPr>
          <w:p>
            <w:pPr>
              <w:spacing w:after="20"/>
            </w:pPr>
            <w:r/>
            <w:r>
              <w:rPr>
                <w:sz w:val="17"/>
              </w:rPr>
              <w:t>Aile üyeleri (mother, father, brother, sister, grandma, grandad)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sz w:val="17"/>
              </w:rPr>
              <w:t>9</w:t>
            </w:r>
          </w:p>
        </w:tc>
        <w:tc>
          <w:tcPr>
            <w:tcW w:type="dxa" w:w="1361"/>
          </w:tcPr>
          <w:p>
            <w:pPr>
              <w:spacing w:after="20"/>
            </w:pPr>
            <w:r/>
            <w:r>
              <w:rPr>
                <w:sz w:val="17"/>
              </w:rPr>
              <w:t>10-14 Kas</w:t>
            </w:r>
          </w:p>
        </w:tc>
        <w:tc>
          <w:tcPr>
            <w:tcW w:type="dxa" w:w="1587"/>
          </w:tcPr>
          <w:p>
            <w:pPr>
              <w:spacing w:after="20"/>
            </w:pPr>
            <w:r/>
            <w:r>
              <w:rPr>
                <w:sz w:val="17"/>
              </w:rPr>
              <w:t>Unit 3</w:t>
            </w:r>
          </w:p>
        </w:tc>
        <w:tc>
          <w:tcPr>
            <w:tcW w:type="dxa" w:w="2041"/>
          </w:tcPr>
          <w:p>
            <w:pPr>
              <w:spacing w:after="20"/>
            </w:pPr>
            <w:r/>
            <w:r>
              <w:rPr>
                <w:sz w:val="17"/>
              </w:rPr>
              <w:t>My Family</w:t>
            </w:r>
          </w:p>
        </w:tc>
        <w:tc>
          <w:tcPr>
            <w:tcW w:type="dxa" w:w="9354"/>
          </w:tcPr>
          <w:p>
            <w:pPr>
              <w:spacing w:after="20"/>
            </w:pPr>
            <w:r/>
            <w:r>
              <w:rPr>
                <w:sz w:val="17"/>
              </w:rPr>
              <w:t>“This is my mother.” / “I have got a brother.” / Jobs (temel)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sz w:val="17"/>
              </w:rPr>
              <w:t>10</w:t>
            </w:r>
          </w:p>
        </w:tc>
        <w:tc>
          <w:tcPr>
            <w:tcW w:type="dxa" w:w="1361"/>
          </w:tcPr>
          <w:p>
            <w:pPr>
              <w:spacing w:after="20"/>
            </w:pPr>
            <w:r/>
            <w:r>
              <w:rPr>
                <w:sz w:val="17"/>
              </w:rPr>
              <w:t>17-21 Kas</w:t>
            </w:r>
          </w:p>
        </w:tc>
        <w:tc>
          <w:tcPr>
            <w:tcW w:type="dxa" w:w="1587"/>
          </w:tcPr>
          <w:p>
            <w:pPr>
              <w:spacing w:after="20"/>
            </w:pPr>
            <w:r/>
            <w:r>
              <w:rPr>
                <w:sz w:val="17"/>
              </w:rPr>
              <w:t>Unit 3</w:t>
            </w:r>
          </w:p>
        </w:tc>
        <w:tc>
          <w:tcPr>
            <w:tcW w:type="dxa" w:w="2041"/>
          </w:tcPr>
          <w:p>
            <w:pPr>
              <w:spacing w:after="20"/>
            </w:pPr>
            <w:r/>
            <w:r>
              <w:rPr>
                <w:sz w:val="17"/>
              </w:rPr>
              <w:t>My Family</w:t>
            </w:r>
          </w:p>
        </w:tc>
        <w:tc>
          <w:tcPr>
            <w:tcW w:type="dxa" w:w="9354"/>
          </w:tcPr>
          <w:p>
            <w:pPr>
              <w:spacing w:after="20"/>
            </w:pPr>
            <w:r/>
            <w:r>
              <w:rPr>
                <w:sz w:val="17"/>
              </w:rPr>
              <w:t>Pekiştirme: family tree, “My Family” posteri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sz w:val="17"/>
              </w:rPr>
              <w:t>11</w:t>
            </w:r>
          </w:p>
        </w:tc>
        <w:tc>
          <w:tcPr>
            <w:tcW w:type="dxa" w:w="1361"/>
          </w:tcPr>
          <w:p>
            <w:pPr>
              <w:spacing w:after="20"/>
            </w:pPr>
            <w:r/>
            <w:r>
              <w:rPr>
                <w:sz w:val="17"/>
              </w:rPr>
              <w:t>24-28 Kas</w:t>
            </w:r>
          </w:p>
        </w:tc>
        <w:tc>
          <w:tcPr>
            <w:tcW w:type="dxa" w:w="1587"/>
          </w:tcPr>
          <w:p>
            <w:pPr>
              <w:spacing w:after="20"/>
            </w:pPr>
            <w:r/>
            <w:r>
              <w:rPr>
                <w:sz w:val="17"/>
              </w:rPr>
              <w:t>Unit 4</w:t>
            </w:r>
          </w:p>
        </w:tc>
        <w:tc>
          <w:tcPr>
            <w:tcW w:type="dxa" w:w="2041"/>
          </w:tcPr>
          <w:p>
            <w:pPr>
              <w:spacing w:after="20"/>
            </w:pPr>
            <w:r/>
            <w:r>
              <w:rPr>
                <w:sz w:val="17"/>
              </w:rPr>
              <w:t>My Body</w:t>
            </w:r>
          </w:p>
        </w:tc>
        <w:tc>
          <w:tcPr>
            <w:tcW w:type="dxa" w:w="9354"/>
          </w:tcPr>
          <w:p>
            <w:pPr>
              <w:spacing w:after="20"/>
            </w:pPr>
            <w:r/>
            <w:r>
              <w:rPr>
                <w:sz w:val="17"/>
              </w:rPr>
              <w:t>Vücut parçaları (head, eye, nose, mouth, ear, hand, arm, leg, foot)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sz w:val="17"/>
              </w:rPr>
              <w:t>12</w:t>
            </w:r>
          </w:p>
        </w:tc>
        <w:tc>
          <w:tcPr>
            <w:tcW w:type="dxa" w:w="1361"/>
          </w:tcPr>
          <w:p>
            <w:pPr>
              <w:spacing w:after="20"/>
            </w:pPr>
            <w:r/>
            <w:r>
              <w:rPr>
                <w:sz w:val="17"/>
              </w:rPr>
              <w:t>01-05 Ara</w:t>
            </w:r>
          </w:p>
        </w:tc>
        <w:tc>
          <w:tcPr>
            <w:tcW w:type="dxa" w:w="1587"/>
          </w:tcPr>
          <w:p>
            <w:pPr>
              <w:spacing w:after="20"/>
            </w:pPr>
            <w:r/>
            <w:r>
              <w:rPr>
                <w:sz w:val="17"/>
              </w:rPr>
              <w:t>Unit 4</w:t>
            </w:r>
          </w:p>
        </w:tc>
        <w:tc>
          <w:tcPr>
            <w:tcW w:type="dxa" w:w="2041"/>
          </w:tcPr>
          <w:p>
            <w:pPr>
              <w:spacing w:after="20"/>
            </w:pPr>
            <w:r/>
            <w:r>
              <w:rPr>
                <w:sz w:val="17"/>
              </w:rPr>
              <w:t>My Body</w:t>
            </w:r>
          </w:p>
        </w:tc>
        <w:tc>
          <w:tcPr>
            <w:tcW w:type="dxa" w:w="9354"/>
          </w:tcPr>
          <w:p>
            <w:pPr>
              <w:spacing w:after="20"/>
            </w:pPr>
            <w:r/>
            <w:r>
              <w:rPr>
                <w:sz w:val="17"/>
              </w:rPr>
              <w:t>“I have got two eyes.” / appearance (big, small, tall, short)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sz w:val="17"/>
              </w:rPr>
              <w:t>13</w:t>
            </w:r>
          </w:p>
        </w:tc>
        <w:tc>
          <w:tcPr>
            <w:tcW w:type="dxa" w:w="1361"/>
          </w:tcPr>
          <w:p>
            <w:pPr>
              <w:spacing w:after="20"/>
            </w:pPr>
            <w:r/>
            <w:r>
              <w:rPr>
                <w:sz w:val="17"/>
              </w:rPr>
              <w:t>08-12 Ara</w:t>
            </w:r>
          </w:p>
        </w:tc>
        <w:tc>
          <w:tcPr>
            <w:tcW w:type="dxa" w:w="1587"/>
          </w:tcPr>
          <w:p>
            <w:pPr>
              <w:spacing w:after="20"/>
            </w:pPr>
            <w:r/>
            <w:r>
              <w:rPr>
                <w:sz w:val="17"/>
              </w:rPr>
              <w:t>Unit 4</w:t>
            </w:r>
          </w:p>
        </w:tc>
        <w:tc>
          <w:tcPr>
            <w:tcW w:type="dxa" w:w="2041"/>
          </w:tcPr>
          <w:p>
            <w:pPr>
              <w:spacing w:after="20"/>
            </w:pPr>
            <w:r/>
            <w:r>
              <w:rPr>
                <w:sz w:val="17"/>
              </w:rPr>
              <w:t>My Body</w:t>
            </w:r>
          </w:p>
        </w:tc>
        <w:tc>
          <w:tcPr>
            <w:tcW w:type="dxa" w:w="9354"/>
          </w:tcPr>
          <w:p>
            <w:pPr>
              <w:spacing w:after="20"/>
            </w:pPr>
            <w:r/>
            <w:r>
              <w:rPr>
                <w:sz w:val="17"/>
              </w:rPr>
              <w:t>Senses (see, smell, taste, hear), pekiştirme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sz w:val="17"/>
              </w:rPr>
              <w:t>14</w:t>
            </w:r>
          </w:p>
        </w:tc>
        <w:tc>
          <w:tcPr>
            <w:tcW w:type="dxa" w:w="1361"/>
          </w:tcPr>
          <w:p>
            <w:pPr>
              <w:spacing w:after="20"/>
            </w:pPr>
            <w:r/>
            <w:r>
              <w:rPr>
                <w:sz w:val="17"/>
              </w:rPr>
              <w:t>15-19 Ara</w:t>
            </w:r>
          </w:p>
        </w:tc>
        <w:tc>
          <w:tcPr>
            <w:tcW w:type="dxa" w:w="1587"/>
          </w:tcPr>
          <w:p>
            <w:pPr>
              <w:spacing w:after="20"/>
            </w:pPr>
            <w:r/>
            <w:r>
              <w:rPr>
                <w:sz w:val="17"/>
              </w:rPr>
              <w:t>Quiz 2 + Dönem Sonu</w:t>
            </w:r>
          </w:p>
        </w:tc>
        <w:tc>
          <w:tcPr>
            <w:tcW w:type="dxa" w:w="2041"/>
          </w:tcPr>
          <w:p>
            <w:pPr>
              <w:spacing w:after="20"/>
            </w:pPr>
            <w:r/>
            <w:r>
              <w:rPr>
                <w:sz w:val="17"/>
              </w:rPr>
              <w:t>Unit 1-4</w:t>
            </w:r>
          </w:p>
        </w:tc>
        <w:tc>
          <w:tcPr>
            <w:tcW w:type="dxa" w:w="9354"/>
          </w:tcPr>
          <w:p>
            <w:pPr>
              <w:spacing w:after="20"/>
            </w:pPr>
            <w:r/>
            <w:r>
              <w:rPr>
                <w:sz w:val="17"/>
              </w:rPr>
              <w:t>Quiz 2 + Dönem 1 sınavı (dört beceri)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sz w:val="17"/>
              </w:rPr>
              <w:t>15</w:t>
            </w:r>
          </w:p>
        </w:tc>
        <w:tc>
          <w:tcPr>
            <w:tcW w:type="dxa" w:w="1361"/>
          </w:tcPr>
          <w:p>
            <w:pPr>
              <w:spacing w:after="20"/>
            </w:pPr>
            <w:r/>
            <w:r>
              <w:rPr>
                <w:sz w:val="17"/>
              </w:rPr>
              <w:t>05-09 Oca</w:t>
            </w:r>
          </w:p>
        </w:tc>
        <w:tc>
          <w:tcPr>
            <w:tcW w:type="dxa" w:w="1587"/>
          </w:tcPr>
          <w:p>
            <w:pPr>
              <w:spacing w:after="20"/>
            </w:pPr>
            <w:r/>
            <w:r>
              <w:rPr>
                <w:sz w:val="17"/>
              </w:rPr>
              <w:t>Unit 5</w:t>
            </w:r>
          </w:p>
        </w:tc>
        <w:tc>
          <w:tcPr>
            <w:tcW w:type="dxa" w:w="2041"/>
          </w:tcPr>
          <w:p>
            <w:pPr>
              <w:spacing w:after="20"/>
            </w:pPr>
            <w:r/>
            <w:r>
              <w:rPr>
                <w:sz w:val="17"/>
              </w:rPr>
              <w:t>Colours &amp; Clothes</w:t>
            </w:r>
          </w:p>
        </w:tc>
        <w:tc>
          <w:tcPr>
            <w:tcW w:type="dxa" w:w="9354"/>
          </w:tcPr>
          <w:p>
            <w:pPr>
              <w:spacing w:after="20"/>
            </w:pPr>
            <w:r/>
            <w:r>
              <w:rPr>
                <w:sz w:val="17"/>
              </w:rPr>
              <w:t>Renkler (tekrar), kıyafetler (shirt, T-shirt, shorts, trousers, dress, shoes)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sz w:val="17"/>
              </w:rPr>
              <w:t>16</w:t>
            </w:r>
          </w:p>
        </w:tc>
        <w:tc>
          <w:tcPr>
            <w:tcW w:type="dxa" w:w="1361"/>
          </w:tcPr>
          <w:p>
            <w:pPr>
              <w:spacing w:after="20"/>
            </w:pPr>
            <w:r/>
            <w:r>
              <w:rPr>
                <w:sz w:val="17"/>
              </w:rPr>
              <w:t>12-16 Oca</w:t>
            </w:r>
          </w:p>
        </w:tc>
        <w:tc>
          <w:tcPr>
            <w:tcW w:type="dxa" w:w="1587"/>
          </w:tcPr>
          <w:p>
            <w:pPr>
              <w:spacing w:after="20"/>
            </w:pPr>
            <w:r/>
            <w:r>
              <w:rPr>
                <w:sz w:val="17"/>
              </w:rPr>
              <w:t>Unit 5</w:t>
            </w:r>
          </w:p>
        </w:tc>
        <w:tc>
          <w:tcPr>
            <w:tcW w:type="dxa" w:w="2041"/>
          </w:tcPr>
          <w:p>
            <w:pPr>
              <w:spacing w:after="20"/>
            </w:pPr>
            <w:r/>
            <w:r>
              <w:rPr>
                <w:sz w:val="17"/>
              </w:rPr>
              <w:t>Colours &amp; Clothes</w:t>
            </w:r>
          </w:p>
        </w:tc>
        <w:tc>
          <w:tcPr>
            <w:tcW w:type="dxa" w:w="9354"/>
          </w:tcPr>
          <w:p>
            <w:pPr>
              <w:spacing w:after="20"/>
            </w:pPr>
            <w:r/>
            <w:r>
              <w:rPr>
                <w:sz w:val="17"/>
              </w:rPr>
              <w:t>“I am wearing a blue shirt.” / weather (cold, hot, warm)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sz w:val="17"/>
              </w:rPr>
              <w:t>17</w:t>
            </w:r>
          </w:p>
        </w:tc>
        <w:tc>
          <w:tcPr>
            <w:tcW w:type="dxa" w:w="1361"/>
          </w:tcPr>
          <w:p>
            <w:pPr>
              <w:spacing w:after="20"/>
            </w:pPr>
            <w:r/>
            <w:r>
              <w:rPr>
                <w:sz w:val="17"/>
              </w:rPr>
              <w:t>19-23 Oca</w:t>
            </w:r>
          </w:p>
        </w:tc>
        <w:tc>
          <w:tcPr>
            <w:tcW w:type="dxa" w:w="1587"/>
          </w:tcPr>
          <w:p>
            <w:pPr>
              <w:spacing w:after="20"/>
            </w:pPr>
            <w:r/>
            <w:r>
              <w:rPr>
                <w:sz w:val="17"/>
              </w:rPr>
              <w:t>Unit 5</w:t>
            </w:r>
          </w:p>
        </w:tc>
        <w:tc>
          <w:tcPr>
            <w:tcW w:type="dxa" w:w="2041"/>
          </w:tcPr>
          <w:p>
            <w:pPr>
              <w:spacing w:after="20"/>
            </w:pPr>
            <w:r/>
            <w:r>
              <w:rPr>
                <w:sz w:val="17"/>
              </w:rPr>
              <w:t>Colours &amp; Clothes</w:t>
            </w:r>
          </w:p>
        </w:tc>
        <w:tc>
          <w:tcPr>
            <w:tcW w:type="dxa" w:w="9354"/>
          </w:tcPr>
          <w:p>
            <w:pPr>
              <w:spacing w:after="20"/>
            </w:pPr>
            <w:r/>
            <w:r>
              <w:rPr>
                <w:sz w:val="17"/>
              </w:rPr>
              <w:t>Pekiştirme: “My Favourite Clothes” çizim + sunum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sz w:val="17"/>
              </w:rPr>
              <w:t>18</w:t>
            </w:r>
          </w:p>
        </w:tc>
        <w:tc>
          <w:tcPr>
            <w:tcW w:type="dxa" w:w="1361"/>
          </w:tcPr>
          <w:p>
            <w:pPr>
              <w:spacing w:after="20"/>
            </w:pPr>
            <w:r/>
            <w:r>
              <w:rPr>
                <w:sz w:val="17"/>
              </w:rPr>
              <w:t>26-30 Oca</w:t>
            </w:r>
          </w:p>
        </w:tc>
        <w:tc>
          <w:tcPr>
            <w:tcW w:type="dxa" w:w="1587"/>
          </w:tcPr>
          <w:p>
            <w:pPr>
              <w:spacing w:after="20"/>
            </w:pPr>
            <w:r/>
            <w:r>
              <w:rPr>
                <w:sz w:val="17"/>
              </w:rPr>
              <w:t>Unit 6</w:t>
            </w:r>
          </w:p>
        </w:tc>
        <w:tc>
          <w:tcPr>
            <w:tcW w:type="dxa" w:w="2041"/>
          </w:tcPr>
          <w:p>
            <w:pPr>
              <w:spacing w:after="20"/>
            </w:pPr>
            <w:r/>
            <w:r>
              <w:rPr>
                <w:sz w:val="17"/>
              </w:rPr>
              <w:t>My Home</w:t>
            </w:r>
          </w:p>
        </w:tc>
        <w:tc>
          <w:tcPr>
            <w:tcW w:type="dxa" w:w="9354"/>
          </w:tcPr>
          <w:p>
            <w:pPr>
              <w:spacing w:after="20"/>
            </w:pPr>
            <w:r/>
            <w:r>
              <w:rPr>
                <w:sz w:val="17"/>
              </w:rPr>
              <w:t>Ev/odalar (house, bedroom, bathroom, kitchen, living room, garden)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sz w:val="17"/>
              </w:rPr>
              <w:t>19</w:t>
            </w:r>
          </w:p>
        </w:tc>
        <w:tc>
          <w:tcPr>
            <w:tcW w:type="dxa" w:w="1361"/>
          </w:tcPr>
          <w:p>
            <w:pPr>
              <w:spacing w:after="20"/>
            </w:pPr>
            <w:r/>
            <w:r>
              <w:rPr>
                <w:sz w:val="17"/>
              </w:rPr>
              <w:t>02-06 Şub</w:t>
            </w:r>
          </w:p>
        </w:tc>
        <w:tc>
          <w:tcPr>
            <w:tcW w:type="dxa" w:w="1587"/>
          </w:tcPr>
          <w:p>
            <w:pPr>
              <w:spacing w:after="20"/>
            </w:pPr>
            <w:r/>
            <w:r>
              <w:rPr>
                <w:sz w:val="17"/>
              </w:rPr>
              <w:t>Unit 6</w:t>
            </w:r>
          </w:p>
        </w:tc>
        <w:tc>
          <w:tcPr>
            <w:tcW w:type="dxa" w:w="2041"/>
          </w:tcPr>
          <w:p>
            <w:pPr>
              <w:spacing w:after="20"/>
            </w:pPr>
            <w:r/>
            <w:r>
              <w:rPr>
                <w:sz w:val="17"/>
              </w:rPr>
              <w:t>My Home</w:t>
            </w:r>
          </w:p>
        </w:tc>
        <w:tc>
          <w:tcPr>
            <w:tcW w:type="dxa" w:w="9354"/>
          </w:tcPr>
          <w:p>
            <w:pPr>
              <w:spacing w:after="20"/>
            </w:pPr>
            <w:r/>
            <w:r>
              <w:rPr>
                <w:sz w:val="17"/>
              </w:rPr>
              <w:t>“This is my room.” / actions (brushing teeth, eating, sleeping)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sz w:val="17"/>
              </w:rPr>
              <w:t>20</w:t>
            </w:r>
          </w:p>
        </w:tc>
        <w:tc>
          <w:tcPr>
            <w:tcW w:type="dxa" w:w="1361"/>
          </w:tcPr>
          <w:p>
            <w:pPr>
              <w:spacing w:after="20"/>
            </w:pPr>
            <w:r/>
            <w:r>
              <w:rPr>
                <w:sz w:val="17"/>
              </w:rPr>
              <w:t>09-13 Şub</w:t>
            </w:r>
          </w:p>
        </w:tc>
        <w:tc>
          <w:tcPr>
            <w:tcW w:type="dxa" w:w="1587"/>
          </w:tcPr>
          <w:p>
            <w:pPr>
              <w:spacing w:after="20"/>
            </w:pPr>
            <w:r/>
            <w:r>
              <w:rPr>
                <w:sz w:val="17"/>
              </w:rPr>
              <w:t>Unit 6</w:t>
            </w:r>
          </w:p>
        </w:tc>
        <w:tc>
          <w:tcPr>
            <w:tcW w:type="dxa" w:w="2041"/>
          </w:tcPr>
          <w:p>
            <w:pPr>
              <w:spacing w:after="20"/>
            </w:pPr>
            <w:r/>
            <w:r>
              <w:rPr>
                <w:sz w:val="17"/>
              </w:rPr>
              <w:t>My Home</w:t>
            </w:r>
          </w:p>
        </w:tc>
        <w:tc>
          <w:tcPr>
            <w:tcW w:type="dxa" w:w="9354"/>
          </w:tcPr>
          <w:p>
            <w:pPr>
              <w:spacing w:after="20"/>
            </w:pPr>
            <w:r/>
            <w:r>
              <w:rPr>
                <w:sz w:val="17"/>
              </w:rPr>
              <w:t>Pekiştirme: “My Home” çizimi + etiketleme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sz w:val="17"/>
              </w:rPr>
              <w:t>21</w:t>
            </w:r>
          </w:p>
        </w:tc>
        <w:tc>
          <w:tcPr>
            <w:tcW w:type="dxa" w:w="1361"/>
          </w:tcPr>
          <w:p>
            <w:pPr>
              <w:spacing w:after="20"/>
            </w:pPr>
            <w:r/>
            <w:r>
              <w:rPr>
                <w:sz w:val="17"/>
              </w:rPr>
              <w:t>16-20 Şub</w:t>
            </w:r>
          </w:p>
        </w:tc>
        <w:tc>
          <w:tcPr>
            <w:tcW w:type="dxa" w:w="1587"/>
          </w:tcPr>
          <w:p>
            <w:pPr>
              <w:spacing w:after="20"/>
            </w:pPr>
            <w:r/>
            <w:r>
              <w:rPr>
                <w:sz w:val="17"/>
              </w:rPr>
              <w:t>Unit 7</w:t>
            </w:r>
          </w:p>
        </w:tc>
        <w:tc>
          <w:tcPr>
            <w:tcW w:type="dxa" w:w="2041"/>
          </w:tcPr>
          <w:p>
            <w:pPr>
              <w:spacing w:after="20"/>
            </w:pPr>
            <w:r/>
            <w:r>
              <w:rPr>
                <w:sz w:val="17"/>
              </w:rPr>
              <w:t>Animals</w:t>
            </w:r>
          </w:p>
        </w:tc>
        <w:tc>
          <w:tcPr>
            <w:tcW w:type="dxa" w:w="9354"/>
          </w:tcPr>
          <w:p>
            <w:pPr>
              <w:spacing w:after="20"/>
            </w:pPr>
            <w:r/>
            <w:r>
              <w:rPr>
                <w:sz w:val="17"/>
              </w:rPr>
              <w:t>Hayvanlar (dog, cat, bird, fish, horse, cow, rabbit, lion, elephant)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sz w:val="17"/>
              </w:rPr>
              <w:t>22</w:t>
            </w:r>
          </w:p>
        </w:tc>
        <w:tc>
          <w:tcPr>
            <w:tcW w:type="dxa" w:w="1361"/>
          </w:tcPr>
          <w:p>
            <w:pPr>
              <w:spacing w:after="20"/>
            </w:pPr>
            <w:r/>
            <w:r>
              <w:rPr>
                <w:sz w:val="17"/>
              </w:rPr>
              <w:t>23-27 Şub</w:t>
            </w:r>
          </w:p>
        </w:tc>
        <w:tc>
          <w:tcPr>
            <w:tcW w:type="dxa" w:w="1587"/>
          </w:tcPr>
          <w:p>
            <w:pPr>
              <w:spacing w:after="20"/>
            </w:pPr>
            <w:r/>
            <w:r>
              <w:rPr>
                <w:sz w:val="17"/>
              </w:rPr>
              <w:t>Unit 7</w:t>
            </w:r>
          </w:p>
        </w:tc>
        <w:tc>
          <w:tcPr>
            <w:tcW w:type="dxa" w:w="2041"/>
          </w:tcPr>
          <w:p>
            <w:pPr>
              <w:spacing w:after="20"/>
            </w:pPr>
            <w:r/>
            <w:r>
              <w:rPr>
                <w:sz w:val="17"/>
              </w:rPr>
              <w:t>Animals</w:t>
            </w:r>
          </w:p>
        </w:tc>
        <w:tc>
          <w:tcPr>
            <w:tcW w:type="dxa" w:w="9354"/>
          </w:tcPr>
          <w:p>
            <w:pPr>
              <w:spacing w:after="20"/>
            </w:pPr>
            <w:r/>
            <w:r>
              <w:rPr>
                <w:sz w:val="17"/>
              </w:rPr>
              <w:t>“It is a dog.” / “I like cats.” / feelings (happy, sad, hungry)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sz w:val="17"/>
              </w:rPr>
              <w:t>23</w:t>
            </w:r>
          </w:p>
        </w:tc>
        <w:tc>
          <w:tcPr>
            <w:tcW w:type="dxa" w:w="1361"/>
          </w:tcPr>
          <w:p>
            <w:pPr>
              <w:spacing w:after="20"/>
            </w:pPr>
            <w:r/>
            <w:r>
              <w:rPr>
                <w:sz w:val="17"/>
              </w:rPr>
              <w:t>09-13 Mar</w:t>
            </w:r>
          </w:p>
        </w:tc>
        <w:tc>
          <w:tcPr>
            <w:tcW w:type="dxa" w:w="1587"/>
          </w:tcPr>
          <w:p>
            <w:pPr>
              <w:spacing w:after="20"/>
            </w:pPr>
            <w:r/>
            <w:r>
              <w:rPr>
                <w:sz w:val="17"/>
              </w:rPr>
              <w:t>Quiz 3</w:t>
            </w:r>
          </w:p>
        </w:tc>
        <w:tc>
          <w:tcPr>
            <w:tcW w:type="dxa" w:w="2041"/>
          </w:tcPr>
          <w:p>
            <w:pPr>
              <w:spacing w:after="20"/>
            </w:pPr>
            <w:r/>
            <w:r>
              <w:rPr>
                <w:sz w:val="17"/>
              </w:rPr>
              <w:t>Unit 5-7</w:t>
            </w:r>
          </w:p>
        </w:tc>
        <w:tc>
          <w:tcPr>
            <w:tcW w:type="dxa" w:w="9354"/>
          </w:tcPr>
          <w:p>
            <w:pPr>
              <w:spacing w:after="20"/>
            </w:pPr>
            <w:r/>
            <w:r>
              <w:rPr>
                <w:sz w:val="17"/>
              </w:rPr>
              <w:t>Quiz 3 + geri bildirim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sz w:val="17"/>
              </w:rPr>
              <w:t>24</w:t>
            </w:r>
          </w:p>
        </w:tc>
        <w:tc>
          <w:tcPr>
            <w:tcW w:type="dxa" w:w="1361"/>
          </w:tcPr>
          <w:p>
            <w:pPr>
              <w:spacing w:after="20"/>
            </w:pPr>
            <w:r/>
            <w:r>
              <w:rPr>
                <w:sz w:val="17"/>
              </w:rPr>
              <w:t>16-20 Mar</w:t>
            </w:r>
          </w:p>
        </w:tc>
        <w:tc>
          <w:tcPr>
            <w:tcW w:type="dxa" w:w="1587"/>
          </w:tcPr>
          <w:p>
            <w:pPr>
              <w:spacing w:after="20"/>
            </w:pPr>
            <w:r/>
            <w:r>
              <w:rPr>
                <w:sz w:val="17"/>
              </w:rPr>
              <w:t>Unit 8</w:t>
            </w:r>
          </w:p>
        </w:tc>
        <w:tc>
          <w:tcPr>
            <w:tcW w:type="dxa" w:w="2041"/>
          </w:tcPr>
          <w:p>
            <w:pPr>
              <w:spacing w:after="20"/>
            </w:pPr>
            <w:r/>
            <w:r>
              <w:rPr>
                <w:sz w:val="17"/>
              </w:rPr>
              <w:t>Food</w:t>
            </w:r>
          </w:p>
        </w:tc>
        <w:tc>
          <w:tcPr>
            <w:tcW w:type="dxa" w:w="9354"/>
          </w:tcPr>
          <w:p>
            <w:pPr>
              <w:spacing w:after="20"/>
            </w:pPr>
            <w:r/>
            <w:r>
              <w:rPr>
                <w:sz w:val="17"/>
              </w:rPr>
              <w:t>Yiyecekler (apple, banana, milk, water, bread, cake, pizza, egg)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sz w:val="17"/>
              </w:rPr>
              <w:t>25</w:t>
            </w:r>
          </w:p>
        </w:tc>
        <w:tc>
          <w:tcPr>
            <w:tcW w:type="dxa" w:w="1361"/>
          </w:tcPr>
          <w:p>
            <w:pPr>
              <w:spacing w:after="20"/>
            </w:pPr>
            <w:r/>
            <w:r>
              <w:rPr>
                <w:sz w:val="17"/>
              </w:rPr>
              <w:t>23-27 Mar</w:t>
            </w:r>
          </w:p>
        </w:tc>
        <w:tc>
          <w:tcPr>
            <w:tcW w:type="dxa" w:w="1587"/>
          </w:tcPr>
          <w:p>
            <w:pPr>
              <w:spacing w:after="20"/>
            </w:pPr>
            <w:r/>
            <w:r>
              <w:rPr>
                <w:sz w:val="17"/>
              </w:rPr>
              <w:t>Unit 8</w:t>
            </w:r>
          </w:p>
        </w:tc>
        <w:tc>
          <w:tcPr>
            <w:tcW w:type="dxa" w:w="2041"/>
          </w:tcPr>
          <w:p>
            <w:pPr>
              <w:spacing w:after="20"/>
            </w:pPr>
            <w:r/>
            <w:r>
              <w:rPr>
                <w:sz w:val="17"/>
              </w:rPr>
              <w:t>Food</w:t>
            </w:r>
          </w:p>
        </w:tc>
        <w:tc>
          <w:tcPr>
            <w:tcW w:type="dxa" w:w="9354"/>
          </w:tcPr>
          <w:p>
            <w:pPr>
              <w:spacing w:after="20"/>
            </w:pPr>
            <w:r/>
            <w:r>
              <w:rPr>
                <w:sz w:val="17"/>
              </w:rPr>
              <w:t>“I like apples.” / “I don’t like fish.” / healthy-unhealthy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sz w:val="17"/>
              </w:rPr>
              <w:t>26</w:t>
            </w:r>
          </w:p>
        </w:tc>
        <w:tc>
          <w:tcPr>
            <w:tcW w:type="dxa" w:w="1361"/>
          </w:tcPr>
          <w:p>
            <w:pPr>
              <w:spacing w:after="20"/>
            </w:pPr>
            <w:r/>
            <w:r>
              <w:rPr>
                <w:sz w:val="17"/>
              </w:rPr>
              <w:t>30 Mar-3 Nis</w:t>
            </w:r>
          </w:p>
        </w:tc>
        <w:tc>
          <w:tcPr>
            <w:tcW w:type="dxa" w:w="1587"/>
          </w:tcPr>
          <w:p>
            <w:pPr>
              <w:spacing w:after="20"/>
            </w:pPr>
            <w:r/>
            <w:r>
              <w:rPr>
                <w:sz w:val="17"/>
              </w:rPr>
              <w:t>Unit 8</w:t>
            </w:r>
          </w:p>
        </w:tc>
        <w:tc>
          <w:tcPr>
            <w:tcW w:type="dxa" w:w="2041"/>
          </w:tcPr>
          <w:p>
            <w:pPr>
              <w:spacing w:after="20"/>
            </w:pPr>
            <w:r/>
            <w:r>
              <w:rPr>
                <w:sz w:val="17"/>
              </w:rPr>
              <w:t>Food</w:t>
            </w:r>
          </w:p>
        </w:tc>
        <w:tc>
          <w:tcPr>
            <w:tcW w:type="dxa" w:w="9354"/>
          </w:tcPr>
          <w:p>
            <w:pPr>
              <w:spacing w:after="20"/>
            </w:pPr>
            <w:r/>
            <w:r>
              <w:rPr>
                <w:sz w:val="17"/>
              </w:rPr>
              <w:t>Days of the week (Monday-Sunday), pekiştirme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sz w:val="17"/>
              </w:rPr>
              <w:t>27</w:t>
            </w:r>
          </w:p>
        </w:tc>
        <w:tc>
          <w:tcPr>
            <w:tcW w:type="dxa" w:w="1361"/>
          </w:tcPr>
          <w:p>
            <w:pPr>
              <w:spacing w:after="20"/>
            </w:pPr>
            <w:r/>
            <w:r>
              <w:rPr>
                <w:sz w:val="17"/>
              </w:rPr>
              <w:t>06-10 Nis</w:t>
            </w:r>
          </w:p>
        </w:tc>
        <w:tc>
          <w:tcPr>
            <w:tcW w:type="dxa" w:w="1587"/>
          </w:tcPr>
          <w:p>
            <w:pPr>
              <w:spacing w:after="20"/>
            </w:pPr>
            <w:r/>
            <w:r>
              <w:rPr>
                <w:sz w:val="17"/>
              </w:rPr>
              <w:t>Unit 9</w:t>
            </w:r>
          </w:p>
        </w:tc>
        <w:tc>
          <w:tcPr>
            <w:tcW w:type="dxa" w:w="2041"/>
          </w:tcPr>
          <w:p>
            <w:pPr>
              <w:spacing w:after="20"/>
            </w:pPr>
            <w:r/>
            <w:r>
              <w:rPr>
                <w:sz w:val="17"/>
              </w:rPr>
              <w:t>Toys &amp; Games</w:t>
            </w:r>
          </w:p>
        </w:tc>
        <w:tc>
          <w:tcPr>
            <w:tcW w:type="dxa" w:w="9354"/>
          </w:tcPr>
          <w:p>
            <w:pPr>
              <w:spacing w:after="20"/>
            </w:pPr>
            <w:r/>
            <w:r>
              <w:rPr>
                <w:sz w:val="17"/>
              </w:rPr>
              <w:t>Oyuncaklar (ball, car, doll, kite, bike, balloon, train)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sz w:val="17"/>
              </w:rPr>
              <w:t>28</w:t>
            </w:r>
          </w:p>
        </w:tc>
        <w:tc>
          <w:tcPr>
            <w:tcW w:type="dxa" w:w="1361"/>
          </w:tcPr>
          <w:p>
            <w:pPr>
              <w:spacing w:after="20"/>
            </w:pPr>
            <w:r/>
            <w:r>
              <w:rPr>
                <w:sz w:val="17"/>
              </w:rPr>
              <w:t>13-17 Nis</w:t>
            </w:r>
          </w:p>
        </w:tc>
        <w:tc>
          <w:tcPr>
            <w:tcW w:type="dxa" w:w="1587"/>
          </w:tcPr>
          <w:p>
            <w:pPr>
              <w:spacing w:after="20"/>
            </w:pPr>
            <w:r/>
            <w:r>
              <w:rPr>
                <w:sz w:val="17"/>
              </w:rPr>
              <w:t>Unit 9</w:t>
            </w:r>
          </w:p>
        </w:tc>
        <w:tc>
          <w:tcPr>
            <w:tcW w:type="dxa" w:w="2041"/>
          </w:tcPr>
          <w:p>
            <w:pPr>
              <w:spacing w:after="20"/>
            </w:pPr>
            <w:r/>
            <w:r>
              <w:rPr>
                <w:sz w:val="17"/>
              </w:rPr>
              <w:t>Toys &amp; Games</w:t>
            </w:r>
          </w:p>
        </w:tc>
        <w:tc>
          <w:tcPr>
            <w:tcW w:type="dxa" w:w="9354"/>
          </w:tcPr>
          <w:p>
            <w:pPr>
              <w:spacing w:after="20"/>
            </w:pPr>
            <w:r/>
            <w:r>
              <w:rPr>
                <w:sz w:val="17"/>
              </w:rPr>
              <w:t>“I have got a ball.” / actions (catching, throwing, kicking, dancing)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sz w:val="17"/>
              </w:rPr>
              <w:t>29</w:t>
            </w:r>
          </w:p>
        </w:tc>
        <w:tc>
          <w:tcPr>
            <w:tcW w:type="dxa" w:w="1361"/>
          </w:tcPr>
          <w:p>
            <w:pPr>
              <w:spacing w:after="20"/>
            </w:pPr>
            <w:r/>
            <w:r>
              <w:rPr>
                <w:sz w:val="17"/>
              </w:rPr>
              <w:t>20-24 Nis</w:t>
            </w:r>
          </w:p>
        </w:tc>
        <w:tc>
          <w:tcPr>
            <w:tcW w:type="dxa" w:w="1587"/>
          </w:tcPr>
          <w:p>
            <w:pPr>
              <w:spacing w:after="20"/>
            </w:pPr>
            <w:r/>
            <w:r>
              <w:rPr>
                <w:sz w:val="17"/>
              </w:rPr>
              <w:t>Unit 9</w:t>
            </w:r>
          </w:p>
        </w:tc>
        <w:tc>
          <w:tcPr>
            <w:tcW w:type="dxa" w:w="2041"/>
          </w:tcPr>
          <w:p>
            <w:pPr>
              <w:spacing w:after="20"/>
            </w:pPr>
            <w:r/>
            <w:r>
              <w:rPr>
                <w:sz w:val="17"/>
              </w:rPr>
              <w:t>Toys &amp; Games</w:t>
            </w:r>
          </w:p>
        </w:tc>
        <w:tc>
          <w:tcPr>
            <w:tcW w:type="dxa" w:w="9354"/>
          </w:tcPr>
          <w:p>
            <w:pPr>
              <w:spacing w:after="20"/>
            </w:pPr>
            <w:r/>
            <w:r>
              <w:rPr>
                <w:sz w:val="17"/>
              </w:rPr>
              <w:t>Playground (hopscotch, tag, hide and seek), environment  ⚠️ 23 Nisan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sz w:val="17"/>
              </w:rPr>
              <w:t>30</w:t>
            </w:r>
          </w:p>
        </w:tc>
        <w:tc>
          <w:tcPr>
            <w:tcW w:type="dxa" w:w="1361"/>
          </w:tcPr>
          <w:p>
            <w:pPr>
              <w:spacing w:after="20"/>
            </w:pPr>
            <w:r/>
            <w:r>
              <w:rPr>
                <w:sz w:val="17"/>
              </w:rPr>
              <w:t>27 Nis-1 May</w:t>
            </w:r>
          </w:p>
        </w:tc>
        <w:tc>
          <w:tcPr>
            <w:tcW w:type="dxa" w:w="1587"/>
          </w:tcPr>
          <w:p>
            <w:pPr>
              <w:spacing w:after="20"/>
            </w:pPr>
            <w:r/>
            <w:r>
              <w:rPr>
                <w:sz w:val="17"/>
              </w:rPr>
              <w:t>Quiz 4</w:t>
            </w:r>
          </w:p>
        </w:tc>
        <w:tc>
          <w:tcPr>
            <w:tcW w:type="dxa" w:w="2041"/>
          </w:tcPr>
          <w:p>
            <w:pPr>
              <w:spacing w:after="20"/>
            </w:pPr>
            <w:r/>
            <w:r>
              <w:rPr>
                <w:sz w:val="17"/>
              </w:rPr>
              <w:t>Unit 7-9</w:t>
            </w:r>
          </w:p>
        </w:tc>
        <w:tc>
          <w:tcPr>
            <w:tcW w:type="dxa" w:w="9354"/>
          </w:tcPr>
          <w:p>
            <w:pPr>
              <w:spacing w:after="20"/>
            </w:pPr>
            <w:r/>
            <w:r>
              <w:rPr>
                <w:sz w:val="17"/>
              </w:rPr>
              <w:t>Quiz 4 + geri bildirim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sz w:val="17"/>
              </w:rPr>
              <w:t>31</w:t>
            </w:r>
          </w:p>
        </w:tc>
        <w:tc>
          <w:tcPr>
            <w:tcW w:type="dxa" w:w="1361"/>
          </w:tcPr>
          <w:p>
            <w:pPr>
              <w:spacing w:after="20"/>
            </w:pPr>
            <w:r/>
            <w:r>
              <w:rPr>
                <w:sz w:val="17"/>
              </w:rPr>
              <w:t>04-08 May</w:t>
            </w:r>
          </w:p>
        </w:tc>
        <w:tc>
          <w:tcPr>
            <w:tcW w:type="dxa" w:w="1587"/>
          </w:tcPr>
          <w:p>
            <w:pPr>
              <w:spacing w:after="20"/>
            </w:pPr>
            <w:r/>
            <w:r>
              <w:rPr>
                <w:sz w:val="17"/>
              </w:rPr>
              <w:t>Review</w:t>
            </w:r>
          </w:p>
        </w:tc>
        <w:tc>
          <w:tcPr>
            <w:tcW w:type="dxa" w:w="2041"/>
          </w:tcPr>
          <w:p>
            <w:pPr>
              <w:spacing w:after="20"/>
            </w:pPr>
            <w:r/>
            <w:r>
              <w:rPr>
                <w:sz w:val="17"/>
              </w:rPr>
              <w:t>Unit 1-9</w:t>
            </w:r>
          </w:p>
        </w:tc>
        <w:tc>
          <w:tcPr>
            <w:tcW w:type="dxa" w:w="9354"/>
          </w:tcPr>
          <w:p>
            <w:pPr>
              <w:spacing w:after="20"/>
            </w:pPr>
            <w:r/>
            <w:r>
              <w:rPr>
                <w:sz w:val="17"/>
              </w:rPr>
              <w:t>Genel tekrar: selamlaşma + sınıf + aile + vücut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sz w:val="17"/>
              </w:rPr>
              <w:t>32</w:t>
            </w:r>
          </w:p>
        </w:tc>
        <w:tc>
          <w:tcPr>
            <w:tcW w:type="dxa" w:w="1361"/>
          </w:tcPr>
          <w:p>
            <w:pPr>
              <w:spacing w:after="20"/>
            </w:pPr>
            <w:r/>
            <w:r>
              <w:rPr>
                <w:sz w:val="17"/>
              </w:rPr>
              <w:t>11-15 May</w:t>
            </w:r>
          </w:p>
        </w:tc>
        <w:tc>
          <w:tcPr>
            <w:tcW w:type="dxa" w:w="1587"/>
          </w:tcPr>
          <w:p>
            <w:pPr>
              <w:spacing w:after="20"/>
            </w:pPr>
            <w:r/>
            <w:r>
              <w:rPr>
                <w:sz w:val="17"/>
              </w:rPr>
              <w:t>Review</w:t>
            </w:r>
          </w:p>
        </w:tc>
        <w:tc>
          <w:tcPr>
            <w:tcW w:type="dxa" w:w="2041"/>
          </w:tcPr>
          <w:p>
            <w:pPr>
              <w:spacing w:after="20"/>
            </w:pPr>
            <w:r/>
            <w:r>
              <w:rPr>
                <w:sz w:val="17"/>
              </w:rPr>
              <w:t>Unit 1-9</w:t>
            </w:r>
          </w:p>
        </w:tc>
        <w:tc>
          <w:tcPr>
            <w:tcW w:type="dxa" w:w="9354"/>
          </w:tcPr>
          <w:p>
            <w:pPr>
              <w:spacing w:after="20"/>
            </w:pPr>
            <w:r/>
            <w:r>
              <w:rPr>
                <w:sz w:val="17"/>
              </w:rPr>
              <w:t>Genel tekrar: renkler + ev + hayvanlar + yiyecek + oyuncaklar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sz w:val="17"/>
              </w:rPr>
              <w:t>33</w:t>
            </w:r>
          </w:p>
        </w:tc>
        <w:tc>
          <w:tcPr>
            <w:tcW w:type="dxa" w:w="1361"/>
          </w:tcPr>
          <w:p>
            <w:pPr>
              <w:spacing w:after="20"/>
            </w:pPr>
            <w:r/>
            <w:r>
              <w:rPr>
                <w:sz w:val="17"/>
              </w:rPr>
              <w:t>18-22 May</w:t>
            </w:r>
          </w:p>
        </w:tc>
        <w:tc>
          <w:tcPr>
            <w:tcW w:type="dxa" w:w="1587"/>
          </w:tcPr>
          <w:p>
            <w:pPr>
              <w:spacing w:after="20"/>
            </w:pPr>
            <w:r/>
            <w:r>
              <w:rPr>
                <w:sz w:val="17"/>
              </w:rPr>
              <w:t>Review</w:t>
            </w:r>
          </w:p>
        </w:tc>
        <w:tc>
          <w:tcPr>
            <w:tcW w:type="dxa" w:w="2041"/>
          </w:tcPr>
          <w:p>
            <w:pPr>
              <w:spacing w:after="20"/>
            </w:pPr>
            <w:r/>
            <w:r>
              <w:rPr>
                <w:sz w:val="17"/>
              </w:rPr>
              <w:t>Unit 1-9</w:t>
            </w:r>
          </w:p>
        </w:tc>
        <w:tc>
          <w:tcPr>
            <w:tcW w:type="dxa" w:w="9354"/>
          </w:tcPr>
          <w:p>
            <w:pPr>
              <w:spacing w:after="20"/>
            </w:pPr>
            <w:r/>
            <w:r>
              <w:rPr>
                <w:sz w:val="17"/>
              </w:rPr>
              <w:t>Sınav hazırlığı  ⚠️ 19 Mayıs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sz w:val="17"/>
              </w:rPr>
              <w:t>34</w:t>
            </w:r>
          </w:p>
        </w:tc>
        <w:tc>
          <w:tcPr>
            <w:tcW w:type="dxa" w:w="1361"/>
          </w:tcPr>
          <w:p>
            <w:pPr>
              <w:spacing w:after="20"/>
            </w:pPr>
            <w:r/>
            <w:r>
              <w:rPr>
                <w:sz w:val="17"/>
              </w:rPr>
              <w:t>25-29 May</w:t>
            </w:r>
          </w:p>
        </w:tc>
        <w:tc>
          <w:tcPr>
            <w:tcW w:type="dxa" w:w="1587"/>
          </w:tcPr>
          <w:p>
            <w:pPr>
              <w:spacing w:after="20"/>
            </w:pPr>
            <w:r/>
            <w:r>
              <w:rPr>
                <w:sz w:val="17"/>
              </w:rPr>
              <w:t>Yıl Sonu Sınavı</w:t>
            </w:r>
          </w:p>
        </w:tc>
        <w:tc>
          <w:tcPr>
            <w:tcW w:type="dxa" w:w="2041"/>
          </w:tcPr>
          <w:p>
            <w:pPr>
              <w:spacing w:after="20"/>
            </w:pPr>
            <w:r/>
            <w:r>
              <w:rPr>
                <w:sz w:val="17"/>
              </w:rPr>
              <w:t>Unit 1-9</w:t>
            </w:r>
          </w:p>
        </w:tc>
        <w:tc>
          <w:tcPr>
            <w:tcW w:type="dxa" w:w="9354"/>
          </w:tcPr>
          <w:p>
            <w:pPr>
              <w:spacing w:after="20"/>
            </w:pPr>
            <w:r/>
            <w:r>
              <w:rPr>
                <w:sz w:val="17"/>
              </w:rPr>
              <w:t>Yıl sonu sınavı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sz w:val="17"/>
              </w:rPr>
              <w:t>35</w:t>
            </w:r>
          </w:p>
        </w:tc>
        <w:tc>
          <w:tcPr>
            <w:tcW w:type="dxa" w:w="1361"/>
          </w:tcPr>
          <w:p>
            <w:pPr>
              <w:spacing w:after="20"/>
            </w:pPr>
            <w:r/>
            <w:r>
              <w:rPr>
                <w:sz w:val="17"/>
              </w:rPr>
              <w:t>01-05 Haz</w:t>
            </w:r>
          </w:p>
        </w:tc>
        <w:tc>
          <w:tcPr>
            <w:tcW w:type="dxa" w:w="1587"/>
          </w:tcPr>
          <w:p>
            <w:pPr>
              <w:spacing w:after="20"/>
            </w:pPr>
            <w:r/>
            <w:r>
              <w:rPr>
                <w:sz w:val="17"/>
              </w:rPr>
              <w:t>Portfolio</w:t>
            </w:r>
          </w:p>
        </w:tc>
        <w:tc>
          <w:tcPr>
            <w:tcW w:type="dxa" w:w="2041"/>
          </w:tcPr>
          <w:p>
            <w:pPr>
              <w:spacing w:after="20"/>
            </w:pPr>
            <w:r/>
            <w:r>
              <w:rPr>
                <w:sz w:val="17"/>
              </w:rPr>
              <w:t>—</w:t>
            </w:r>
          </w:p>
        </w:tc>
        <w:tc>
          <w:tcPr>
            <w:tcW w:type="dxa" w:w="9354"/>
          </w:tcPr>
          <w:p>
            <w:pPr>
              <w:spacing w:after="20"/>
            </w:pPr>
            <w:r/>
            <w:r>
              <w:rPr>
                <w:sz w:val="17"/>
              </w:rPr>
              <w:t>Portfolio sunumları + “My English Book”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sz w:val="17"/>
              </w:rPr>
              <w:t>36</w:t>
            </w:r>
          </w:p>
        </w:tc>
        <w:tc>
          <w:tcPr>
            <w:tcW w:type="dxa" w:w="1361"/>
          </w:tcPr>
          <w:p>
            <w:pPr>
              <w:spacing w:after="20"/>
            </w:pPr>
            <w:r/>
            <w:r>
              <w:rPr>
                <w:sz w:val="17"/>
              </w:rPr>
              <w:t>08-12 Haz</w:t>
            </w:r>
          </w:p>
        </w:tc>
        <w:tc>
          <w:tcPr>
            <w:tcW w:type="dxa" w:w="1587"/>
          </w:tcPr>
          <w:p>
            <w:pPr>
              <w:spacing w:after="20"/>
            </w:pPr>
            <w:r/>
            <w:r>
              <w:rPr>
                <w:sz w:val="17"/>
              </w:rPr>
              <w:t>Portfolio</w:t>
            </w:r>
          </w:p>
        </w:tc>
        <w:tc>
          <w:tcPr>
            <w:tcW w:type="dxa" w:w="2041"/>
          </w:tcPr>
          <w:p>
            <w:pPr>
              <w:spacing w:after="20"/>
            </w:pPr>
            <w:r/>
            <w:r>
              <w:rPr>
                <w:sz w:val="17"/>
              </w:rPr>
              <w:t>—</w:t>
            </w:r>
          </w:p>
        </w:tc>
        <w:tc>
          <w:tcPr>
            <w:tcW w:type="dxa" w:w="9354"/>
          </w:tcPr>
          <w:p>
            <w:pPr>
              <w:spacing w:after="20"/>
            </w:pPr>
            <w:r/>
            <w:r>
              <w:rPr>
                <w:sz w:val="17"/>
              </w:rPr>
              <w:t>İngilizce oyunları, şarkılar, drama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sz w:val="17"/>
              </w:rPr>
              <w:t>37</w:t>
            </w:r>
          </w:p>
        </w:tc>
        <w:tc>
          <w:tcPr>
            <w:tcW w:type="dxa" w:w="1361"/>
          </w:tcPr>
          <w:p>
            <w:pPr>
              <w:spacing w:after="20"/>
            </w:pPr>
            <w:r/>
            <w:r>
              <w:rPr>
                <w:sz w:val="17"/>
              </w:rPr>
              <w:t>15-19 Haz</w:t>
            </w:r>
          </w:p>
        </w:tc>
        <w:tc>
          <w:tcPr>
            <w:tcW w:type="dxa" w:w="1587"/>
          </w:tcPr>
          <w:p>
            <w:pPr>
              <w:spacing w:after="20"/>
            </w:pPr>
            <w:r/>
            <w:r>
              <w:rPr>
                <w:sz w:val="17"/>
              </w:rPr>
              <w:t>Wrap-up</w:t>
            </w:r>
          </w:p>
        </w:tc>
        <w:tc>
          <w:tcPr>
            <w:tcW w:type="dxa" w:w="2041"/>
          </w:tcPr>
          <w:p>
            <w:pPr>
              <w:spacing w:after="20"/>
            </w:pPr>
            <w:r/>
            <w:r>
              <w:rPr>
                <w:sz w:val="17"/>
              </w:rPr>
              <w:t>—</w:t>
            </w:r>
          </w:p>
        </w:tc>
        <w:tc>
          <w:tcPr>
            <w:tcW w:type="dxa" w:w="9354"/>
          </w:tcPr>
          <w:p>
            <w:pPr>
              <w:spacing w:after="20"/>
            </w:pPr>
            <w:r/>
            <w:r>
              <w:rPr>
                <w:sz w:val="17"/>
              </w:rPr>
              <w:t>Yıl sonu etkinlikleri, sınıf partisi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sz w:val="17"/>
              </w:rPr>
              <w:t>38</w:t>
            </w:r>
          </w:p>
        </w:tc>
        <w:tc>
          <w:tcPr>
            <w:tcW w:type="dxa" w:w="1361"/>
          </w:tcPr>
          <w:p>
            <w:pPr>
              <w:spacing w:after="20"/>
            </w:pPr>
            <w:r/>
            <w:r>
              <w:rPr>
                <w:sz w:val="17"/>
              </w:rPr>
              <w:t>22-26 Haz</w:t>
            </w:r>
          </w:p>
        </w:tc>
        <w:tc>
          <w:tcPr>
            <w:tcW w:type="dxa" w:w="1587"/>
          </w:tcPr>
          <w:p>
            <w:pPr>
              <w:spacing w:after="20"/>
            </w:pPr>
            <w:r/>
            <w:r>
              <w:rPr>
                <w:sz w:val="17"/>
              </w:rPr>
              <w:t>Wrap-up</w:t>
            </w:r>
          </w:p>
        </w:tc>
        <w:tc>
          <w:tcPr>
            <w:tcW w:type="dxa" w:w="2041"/>
          </w:tcPr>
          <w:p>
            <w:pPr>
              <w:spacing w:after="20"/>
            </w:pPr>
            <w:r/>
            <w:r>
              <w:rPr>
                <w:sz w:val="17"/>
              </w:rPr>
              <w:t>—</w:t>
            </w:r>
          </w:p>
        </w:tc>
        <w:tc>
          <w:tcPr>
            <w:tcW w:type="dxa" w:w="9354"/>
          </w:tcPr>
          <w:p>
            <w:pPr>
              <w:spacing w:after="20"/>
            </w:pPr>
            <w:r/>
            <w:r>
              <w:rPr>
                <w:sz w:val="17"/>
              </w:rPr>
              <w:t>Son hafta: oyun günü, sertifika dağıtımı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sz w:val="17"/>
              </w:rPr>
              <w:t>39</w:t>
            </w:r>
          </w:p>
        </w:tc>
        <w:tc>
          <w:tcPr>
            <w:tcW w:type="dxa" w:w="1361"/>
          </w:tcPr>
          <w:p>
            <w:pPr>
              <w:spacing w:after="20"/>
            </w:pPr>
            <w:r/>
            <w:r>
              <w:rPr>
                <w:sz w:val="17"/>
              </w:rPr>
              <w:t>29 Haz-3 Tem</w:t>
            </w:r>
          </w:p>
        </w:tc>
        <w:tc>
          <w:tcPr>
            <w:tcW w:type="dxa" w:w="1587"/>
          </w:tcPr>
          <w:p>
            <w:pPr>
              <w:spacing w:after="20"/>
            </w:pPr>
            <w:r/>
            <w:r>
              <w:rPr>
                <w:sz w:val="17"/>
              </w:rPr>
              <w:t>Wrap-up</w:t>
            </w:r>
          </w:p>
        </w:tc>
        <w:tc>
          <w:tcPr>
            <w:tcW w:type="dxa" w:w="2041"/>
          </w:tcPr>
          <w:p>
            <w:pPr>
              <w:spacing w:after="20"/>
            </w:pPr>
            <w:r/>
            <w:r>
              <w:rPr>
                <w:sz w:val="17"/>
              </w:rPr>
              <w:t>—</w:t>
            </w:r>
          </w:p>
        </w:tc>
        <w:tc>
          <w:tcPr>
            <w:tcW w:type="dxa" w:w="9354"/>
          </w:tcPr>
          <w:p>
            <w:pPr>
              <w:spacing w:after="20"/>
            </w:pPr>
            <w:r/>
            <w:r>
              <w:rPr>
                <w:sz w:val="17"/>
              </w:rPr>
              <w:t>Buffer / makeup günleri</w:t>
            </w:r>
          </w:p>
        </w:tc>
      </w:tr>
    </w:tbl>
    <w:p>
      <w:pPr>
        <w:spacing w:before="240" w:after="80"/>
      </w:pPr>
      <w:r>
        <w:rPr>
          <w:b/>
          <w:color w:val="333333"/>
          <w:sz w:val="26"/>
        </w:rPr>
        <w:t>2. Sınıf — Ünite Detayları (Unit 1-9)</w:t>
      </w:r>
    </w:p>
    <w:p>
      <w:pPr>
        <w:spacing w:before="200" w:after="40"/>
      </w:pPr>
      <w:r>
        <w:rPr>
          <w:b/>
          <w:color w:val="333333"/>
          <w:sz w:val="25"/>
        </w:rPr>
        <w:t>Unit 1 — Hello English!</w:t>
      </w:r>
    </w:p>
    <w:p>
      <w:pPr>
        <w:spacing w:before="60" w:after="20"/>
      </w:pPr>
      <w:r>
        <w:rPr>
          <w:b/>
          <w:color w:val="E07856"/>
          <w:sz w:val="20"/>
        </w:rPr>
        <w:t>Grammar</w:t>
      </w:r>
    </w:p>
    <w:p>
      <w:pPr>
        <w:pStyle w:val="ListBullet"/>
        <w:spacing w:after="10"/>
      </w:pPr>
      <w:r>
        <w:rPr>
          <w:sz w:val="19"/>
        </w:rPr>
        <w:t>Pronouns: I / you</w:t>
      </w:r>
    </w:p>
    <w:p>
      <w:pPr>
        <w:pStyle w:val="ListBullet"/>
        <w:spacing w:after="10"/>
      </w:pPr>
      <w:r>
        <w:rPr>
          <w:sz w:val="19"/>
        </w:rPr>
        <w:t>Verb to be: It is a ___ (tekil tanıtma)</w:t>
      </w:r>
    </w:p>
    <w:p>
      <w:pPr>
        <w:pStyle w:val="ListBullet"/>
        <w:spacing w:after="10"/>
      </w:pPr>
      <w:r>
        <w:rPr>
          <w:sz w:val="19"/>
        </w:rPr>
        <w:t>Selamlaşma kalıpları</w:t>
      </w:r>
    </w:p>
    <w:p>
      <w:pPr>
        <w:spacing w:before="60" w:after="20"/>
      </w:pPr>
      <w:r>
        <w:rPr>
          <w:b/>
          <w:color w:val="E07856"/>
          <w:sz w:val="20"/>
        </w:rPr>
        <w:t>Lexis</w:t>
      </w:r>
    </w:p>
    <w:p>
      <w:pPr>
        <w:pStyle w:val="ListBullet"/>
        <w:spacing w:after="10"/>
      </w:pPr>
      <w:r>
        <w:rPr>
          <w:sz w:val="19"/>
        </w:rPr>
        <w:t>Selamlaşma: hello, hi, good morning, good afternoon, goodbye</w:t>
      </w:r>
    </w:p>
    <w:p>
      <w:pPr>
        <w:pStyle w:val="ListBullet"/>
        <w:spacing w:after="10"/>
      </w:pPr>
      <w:r>
        <w:rPr>
          <w:sz w:val="19"/>
        </w:rPr>
        <w:t>Sınıf eşyaları: pen, pencil, book, bag, ruler, rubber</w:t>
      </w:r>
    </w:p>
    <w:p>
      <w:pPr>
        <w:pStyle w:val="ListBullet"/>
        <w:spacing w:after="10"/>
      </w:pPr>
      <w:r>
        <w:rPr>
          <w:sz w:val="19"/>
        </w:rPr>
        <w:t>Renkler (11): red, blue, yellow, green, black, white, orange, pink, purple, brown, grey</w:t>
      </w:r>
    </w:p>
    <w:p>
      <w:pPr>
        <w:pStyle w:val="ListBullet"/>
        <w:spacing w:after="10"/>
      </w:pPr>
      <w:r>
        <w:rPr>
          <w:sz w:val="19"/>
        </w:rPr>
        <w:t>Sayılar: 1-15</w:t>
      </w:r>
    </w:p>
    <w:p>
      <w:pPr>
        <w:pStyle w:val="ListBullet"/>
        <w:spacing w:after="10"/>
      </w:pPr>
      <w:r>
        <w:rPr>
          <w:sz w:val="19"/>
        </w:rPr>
        <w:t>Şekiller: circle, square, triangle, star, heart</w:t>
      </w:r>
    </w:p>
    <w:p>
      <w:pPr>
        <w:spacing w:before="200" w:after="40"/>
      </w:pPr>
      <w:r>
        <w:rPr>
          <w:b/>
          <w:color w:val="333333"/>
          <w:sz w:val="25"/>
        </w:rPr>
        <w:t>Unit 2 — My Classroom</w:t>
      </w:r>
    </w:p>
    <w:p>
      <w:pPr>
        <w:spacing w:before="60" w:after="20"/>
      </w:pPr>
      <w:r>
        <w:rPr>
          <w:b/>
          <w:color w:val="E07856"/>
          <w:sz w:val="20"/>
        </w:rPr>
        <w:t>Grammar</w:t>
      </w:r>
    </w:p>
    <w:p>
      <w:pPr>
        <w:pStyle w:val="ListBullet"/>
        <w:spacing w:after="10"/>
      </w:pPr>
      <w:r>
        <w:rPr>
          <w:sz w:val="19"/>
        </w:rPr>
        <w:t>What is this? / How many…?</w:t>
      </w:r>
    </w:p>
    <w:p>
      <w:pPr>
        <w:pStyle w:val="ListBullet"/>
        <w:spacing w:after="10"/>
      </w:pPr>
      <w:r>
        <w:rPr>
          <w:sz w:val="19"/>
        </w:rPr>
        <w:t>Demonstratives: this / that</w:t>
      </w:r>
    </w:p>
    <w:p>
      <w:pPr>
        <w:pStyle w:val="ListBullet"/>
        <w:spacing w:after="10"/>
      </w:pPr>
      <w:r>
        <w:rPr>
          <w:sz w:val="19"/>
        </w:rPr>
        <w:t>I have got ___</w:t>
      </w:r>
    </w:p>
    <w:p>
      <w:pPr>
        <w:spacing w:before="60" w:after="20"/>
      </w:pPr>
      <w:r>
        <w:rPr>
          <w:b/>
          <w:color w:val="E07856"/>
          <w:sz w:val="20"/>
        </w:rPr>
        <w:t>Lexis</w:t>
      </w:r>
    </w:p>
    <w:p>
      <w:pPr>
        <w:pStyle w:val="ListBullet"/>
        <w:spacing w:after="10"/>
      </w:pPr>
      <w:r>
        <w:rPr>
          <w:sz w:val="19"/>
        </w:rPr>
        <w:t>Sınıf eşyaları (detaylı)</w:t>
      </w:r>
    </w:p>
    <w:p>
      <w:pPr>
        <w:pStyle w:val="ListBullet"/>
        <w:spacing w:after="10"/>
      </w:pPr>
      <w:r>
        <w:rPr>
          <w:sz w:val="19"/>
        </w:rPr>
        <w:t>Sayılar: 1-20</w:t>
      </w:r>
    </w:p>
    <w:p>
      <w:pPr>
        <w:pStyle w:val="ListBullet"/>
        <w:spacing w:after="10"/>
      </w:pPr>
      <w:r>
        <w:rPr>
          <w:sz w:val="19"/>
        </w:rPr>
        <w:t>Sınıf komutları: sit down, stand up, open your book, listen</w:t>
      </w:r>
    </w:p>
    <w:p>
      <w:pPr>
        <w:spacing w:before="200" w:after="40"/>
      </w:pPr>
      <w:r>
        <w:rPr>
          <w:b/>
          <w:color w:val="333333"/>
          <w:sz w:val="25"/>
        </w:rPr>
        <w:t>Unit 3 — My Family</w:t>
      </w:r>
    </w:p>
    <w:p>
      <w:pPr>
        <w:spacing w:before="60" w:after="20"/>
      </w:pPr>
      <w:r>
        <w:rPr>
          <w:b/>
          <w:color w:val="E07856"/>
          <w:sz w:val="20"/>
        </w:rPr>
        <w:t>Grammar</w:t>
      </w:r>
    </w:p>
    <w:p>
      <w:pPr>
        <w:pStyle w:val="ListBullet"/>
        <w:spacing w:after="10"/>
      </w:pPr>
      <w:r>
        <w:rPr>
          <w:sz w:val="19"/>
        </w:rPr>
        <w:t>This is my ___</w:t>
      </w:r>
    </w:p>
    <w:p>
      <w:pPr>
        <w:pStyle w:val="ListBullet"/>
        <w:spacing w:after="10"/>
      </w:pPr>
      <w:r>
        <w:rPr>
          <w:sz w:val="19"/>
        </w:rPr>
        <w:t>I have got a brother/sister</w:t>
      </w:r>
    </w:p>
    <w:p>
      <w:pPr>
        <w:pStyle w:val="ListBullet"/>
        <w:spacing w:after="10"/>
      </w:pPr>
      <w:r>
        <w:rPr>
          <w:sz w:val="19"/>
        </w:rPr>
        <w:t>Aile tanıtımı</w:t>
      </w:r>
    </w:p>
    <w:p>
      <w:pPr>
        <w:spacing w:before="60" w:after="20"/>
      </w:pPr>
      <w:r>
        <w:rPr>
          <w:b/>
          <w:color w:val="E07856"/>
          <w:sz w:val="20"/>
        </w:rPr>
        <w:t>Lexis</w:t>
      </w:r>
    </w:p>
    <w:p>
      <w:pPr>
        <w:pStyle w:val="ListBullet"/>
        <w:spacing w:after="10"/>
      </w:pPr>
      <w:r>
        <w:rPr>
          <w:sz w:val="19"/>
        </w:rPr>
        <w:t>Aile üyeleri: mother, father, brother, sister, grandma, grandad</w:t>
      </w:r>
    </w:p>
    <w:p>
      <w:pPr>
        <w:pStyle w:val="ListBullet"/>
        <w:spacing w:after="10"/>
      </w:pPr>
      <w:r>
        <w:rPr>
          <w:sz w:val="19"/>
        </w:rPr>
        <w:t>Jobs (temel): teacher, doctor, driver, farmer</w:t>
      </w:r>
    </w:p>
    <w:p>
      <w:pPr>
        <w:spacing w:before="200" w:after="40"/>
      </w:pPr>
      <w:r>
        <w:rPr>
          <w:b/>
          <w:color w:val="333333"/>
          <w:sz w:val="25"/>
        </w:rPr>
        <w:t>Unit 4 — My Body</w:t>
      </w:r>
    </w:p>
    <w:p>
      <w:pPr>
        <w:spacing w:before="60" w:after="20"/>
      </w:pPr>
      <w:r>
        <w:rPr>
          <w:b/>
          <w:color w:val="E07856"/>
          <w:sz w:val="20"/>
        </w:rPr>
        <w:t>Grammar</w:t>
      </w:r>
    </w:p>
    <w:p>
      <w:pPr>
        <w:pStyle w:val="ListBullet"/>
        <w:spacing w:after="10"/>
      </w:pPr>
      <w:r>
        <w:rPr>
          <w:sz w:val="19"/>
        </w:rPr>
        <w:t>I have got two ___</w:t>
      </w:r>
    </w:p>
    <w:p>
      <w:pPr>
        <w:pStyle w:val="ListBullet"/>
        <w:spacing w:after="10"/>
      </w:pPr>
      <w:r>
        <w:rPr>
          <w:sz w:val="19"/>
        </w:rPr>
        <w:t>Appearance: big/small, tall/short</w:t>
      </w:r>
    </w:p>
    <w:p>
      <w:pPr>
        <w:pStyle w:val="ListBullet"/>
        <w:spacing w:after="10"/>
      </w:pPr>
      <w:r>
        <w:rPr>
          <w:sz w:val="19"/>
        </w:rPr>
        <w:t>Senses verbs (temel)</w:t>
      </w:r>
    </w:p>
    <w:p>
      <w:pPr>
        <w:spacing w:before="60" w:after="20"/>
      </w:pPr>
      <w:r>
        <w:rPr>
          <w:b/>
          <w:color w:val="E07856"/>
          <w:sz w:val="20"/>
        </w:rPr>
        <w:t>Lexis</w:t>
      </w:r>
    </w:p>
    <w:p>
      <w:pPr>
        <w:pStyle w:val="ListBullet"/>
        <w:spacing w:after="10"/>
      </w:pPr>
      <w:r>
        <w:rPr>
          <w:sz w:val="19"/>
        </w:rPr>
        <w:t>Body parts: head, eye, nose, mouth, ear, hand, arm, leg, foot</w:t>
      </w:r>
    </w:p>
    <w:p>
      <w:pPr>
        <w:pStyle w:val="ListBullet"/>
        <w:spacing w:after="10"/>
      </w:pPr>
      <w:r>
        <w:rPr>
          <w:sz w:val="19"/>
        </w:rPr>
        <w:t>Senses: see, smell, taste, hear</w:t>
      </w:r>
    </w:p>
    <w:p>
      <w:pPr>
        <w:spacing w:before="200" w:after="40"/>
      </w:pPr>
      <w:r>
        <w:rPr>
          <w:b/>
          <w:color w:val="333333"/>
          <w:sz w:val="25"/>
        </w:rPr>
        <w:t>Unit 5 — Colours &amp; Clothes</w:t>
      </w:r>
    </w:p>
    <w:p>
      <w:pPr>
        <w:spacing w:before="60" w:after="20"/>
      </w:pPr>
      <w:r>
        <w:rPr>
          <w:b/>
          <w:color w:val="E07856"/>
          <w:sz w:val="20"/>
        </w:rPr>
        <w:t>Grammar</w:t>
      </w:r>
    </w:p>
    <w:p>
      <w:pPr>
        <w:pStyle w:val="ListBullet"/>
        <w:spacing w:after="10"/>
      </w:pPr>
      <w:r>
        <w:rPr>
          <w:sz w:val="19"/>
        </w:rPr>
        <w:t>I am wearing a ___</w:t>
      </w:r>
    </w:p>
    <w:p>
      <w:pPr>
        <w:pStyle w:val="ListBullet"/>
        <w:spacing w:after="10"/>
      </w:pPr>
      <w:r>
        <w:rPr>
          <w:sz w:val="19"/>
        </w:rPr>
        <w:t>Weather: It is cold/hot/warm</w:t>
      </w:r>
    </w:p>
    <w:p>
      <w:pPr>
        <w:spacing w:before="60" w:after="20"/>
      </w:pPr>
      <w:r>
        <w:rPr>
          <w:b/>
          <w:color w:val="E07856"/>
          <w:sz w:val="20"/>
        </w:rPr>
        <w:t>Lexis</w:t>
      </w:r>
    </w:p>
    <w:p>
      <w:pPr>
        <w:pStyle w:val="ListBullet"/>
        <w:spacing w:after="10"/>
      </w:pPr>
      <w:r>
        <w:rPr>
          <w:sz w:val="19"/>
        </w:rPr>
        <w:t>Clothes: shirt, T-shirt, shorts, trousers, dress, skirt, shoes, hat</w:t>
      </w:r>
    </w:p>
    <w:p>
      <w:pPr>
        <w:pStyle w:val="ListBullet"/>
        <w:spacing w:after="10"/>
      </w:pPr>
      <w:r>
        <w:rPr>
          <w:sz w:val="19"/>
        </w:rPr>
        <w:t>Kolours (tekrar)</w:t>
      </w:r>
    </w:p>
    <w:p>
      <w:pPr>
        <w:pStyle w:val="ListBullet"/>
        <w:spacing w:after="10"/>
      </w:pPr>
      <w:r>
        <w:rPr>
          <w:sz w:val="19"/>
        </w:rPr>
        <w:t>Weather: cold, hot, warm, sunny, rainy</w:t>
      </w:r>
    </w:p>
    <w:p>
      <w:pPr>
        <w:spacing w:before="200" w:after="40"/>
      </w:pPr>
      <w:r>
        <w:rPr>
          <w:b/>
          <w:color w:val="333333"/>
          <w:sz w:val="25"/>
        </w:rPr>
        <w:t>Unit 6 — My Home</w:t>
      </w:r>
    </w:p>
    <w:p>
      <w:pPr>
        <w:spacing w:before="60" w:after="20"/>
      </w:pPr>
      <w:r>
        <w:rPr>
          <w:b/>
          <w:color w:val="E07856"/>
          <w:sz w:val="20"/>
        </w:rPr>
        <w:t>Grammar</w:t>
      </w:r>
    </w:p>
    <w:p>
      <w:pPr>
        <w:pStyle w:val="ListBullet"/>
        <w:spacing w:after="10"/>
      </w:pPr>
      <w:r>
        <w:rPr>
          <w:sz w:val="19"/>
        </w:rPr>
        <w:t>This is my ___</w:t>
      </w:r>
    </w:p>
    <w:p>
      <w:pPr>
        <w:pStyle w:val="ListBullet"/>
        <w:spacing w:after="10"/>
      </w:pPr>
      <w:r>
        <w:rPr>
          <w:sz w:val="19"/>
        </w:rPr>
        <w:t>Actions: is brushing / is eating / is sleeping</w:t>
      </w:r>
    </w:p>
    <w:p>
      <w:pPr>
        <w:spacing w:before="60" w:after="20"/>
      </w:pPr>
      <w:r>
        <w:rPr>
          <w:b/>
          <w:color w:val="E07856"/>
          <w:sz w:val="20"/>
        </w:rPr>
        <w:t>Lexis</w:t>
      </w:r>
    </w:p>
    <w:p>
      <w:pPr>
        <w:pStyle w:val="ListBullet"/>
        <w:spacing w:after="10"/>
      </w:pPr>
      <w:r>
        <w:rPr>
          <w:sz w:val="19"/>
        </w:rPr>
        <w:t>Ev/odalar: house, bedroom, bathroom, kitchen, living room, garden</w:t>
      </w:r>
    </w:p>
    <w:p>
      <w:pPr>
        <w:pStyle w:val="ListBullet"/>
        <w:spacing w:after="10"/>
      </w:pPr>
      <w:r>
        <w:rPr>
          <w:sz w:val="19"/>
        </w:rPr>
        <w:t>Dai̇ly actions: brushing teeth, eating, sleeping, playing</w:t>
      </w:r>
    </w:p>
    <w:p>
      <w:pPr>
        <w:spacing w:before="200" w:after="40"/>
      </w:pPr>
      <w:r>
        <w:rPr>
          <w:b/>
          <w:color w:val="333333"/>
          <w:sz w:val="25"/>
        </w:rPr>
        <w:t>Unit 7 — Animals</w:t>
      </w:r>
    </w:p>
    <w:p>
      <w:pPr>
        <w:spacing w:before="60" w:after="20"/>
      </w:pPr>
      <w:r>
        <w:rPr>
          <w:b/>
          <w:color w:val="E07856"/>
          <w:sz w:val="20"/>
        </w:rPr>
        <w:t>Grammar</w:t>
      </w:r>
    </w:p>
    <w:p>
      <w:pPr>
        <w:pStyle w:val="ListBullet"/>
        <w:spacing w:after="10"/>
      </w:pPr>
      <w:r>
        <w:rPr>
          <w:sz w:val="19"/>
        </w:rPr>
        <w:t>It is a ___</w:t>
      </w:r>
    </w:p>
    <w:p>
      <w:pPr>
        <w:pStyle w:val="ListBullet"/>
        <w:spacing w:after="10"/>
      </w:pPr>
      <w:r>
        <w:rPr>
          <w:sz w:val="19"/>
        </w:rPr>
        <w:t>I like cats.</w:t>
      </w:r>
    </w:p>
    <w:p>
      <w:pPr>
        <w:pStyle w:val="ListBullet"/>
        <w:spacing w:after="10"/>
      </w:pPr>
      <w:r>
        <w:rPr>
          <w:sz w:val="19"/>
        </w:rPr>
        <w:t>Feelings: I am happy/sad/hungry</w:t>
      </w:r>
    </w:p>
    <w:p>
      <w:pPr>
        <w:spacing w:before="60" w:after="20"/>
      </w:pPr>
      <w:r>
        <w:rPr>
          <w:b/>
          <w:color w:val="E07856"/>
          <w:sz w:val="20"/>
        </w:rPr>
        <w:t>Lexis</w:t>
      </w:r>
    </w:p>
    <w:p>
      <w:pPr>
        <w:pStyle w:val="ListBullet"/>
        <w:spacing w:after="10"/>
      </w:pPr>
      <w:r>
        <w:rPr>
          <w:sz w:val="19"/>
        </w:rPr>
        <w:t>Hayvanlar: dog, cat, bird, fish, horse, cow, rabbit, lion, elephant, monkey, duck, sheep</w:t>
      </w:r>
    </w:p>
    <w:p>
      <w:pPr>
        <w:pStyle w:val="ListBullet"/>
        <w:spacing w:after="10"/>
      </w:pPr>
      <w:r>
        <w:rPr>
          <w:sz w:val="19"/>
        </w:rPr>
        <w:t>Feelings: happy, sad, hungry, thirsty, scared, sleepy</w:t>
      </w:r>
    </w:p>
    <w:p>
      <w:pPr>
        <w:spacing w:before="200" w:after="40"/>
      </w:pPr>
      <w:r>
        <w:rPr>
          <w:b/>
          <w:color w:val="333333"/>
          <w:sz w:val="25"/>
        </w:rPr>
        <w:t>Unit 8 — Food</w:t>
      </w:r>
    </w:p>
    <w:p>
      <w:pPr>
        <w:spacing w:before="60" w:after="20"/>
      </w:pPr>
      <w:r>
        <w:rPr>
          <w:b/>
          <w:color w:val="E07856"/>
          <w:sz w:val="20"/>
        </w:rPr>
        <w:t>Grammar</w:t>
      </w:r>
    </w:p>
    <w:p>
      <w:pPr>
        <w:pStyle w:val="ListBullet"/>
        <w:spacing w:after="10"/>
      </w:pPr>
      <w:r>
        <w:rPr>
          <w:sz w:val="19"/>
        </w:rPr>
        <w:t>I like apples. / I don’t like fish.</w:t>
      </w:r>
    </w:p>
    <w:p>
      <w:pPr>
        <w:pStyle w:val="ListBullet"/>
        <w:spacing w:after="10"/>
      </w:pPr>
      <w:r>
        <w:rPr>
          <w:sz w:val="19"/>
        </w:rPr>
        <w:t>Healthy / unhealthy</w:t>
      </w:r>
    </w:p>
    <w:p>
      <w:pPr>
        <w:spacing w:before="60" w:after="20"/>
      </w:pPr>
      <w:r>
        <w:rPr>
          <w:b/>
          <w:color w:val="E07856"/>
          <w:sz w:val="20"/>
        </w:rPr>
        <w:t>Lexis</w:t>
      </w:r>
    </w:p>
    <w:p>
      <w:pPr>
        <w:pStyle w:val="ListBullet"/>
        <w:spacing w:after="10"/>
      </w:pPr>
      <w:r>
        <w:rPr>
          <w:sz w:val="19"/>
        </w:rPr>
        <w:t>Yiyecekler: apple, banana, milk, water, bread, cake, pizza, egg, cheese, juice</w:t>
      </w:r>
    </w:p>
    <w:p>
      <w:pPr>
        <w:pStyle w:val="ListBullet"/>
        <w:spacing w:after="10"/>
      </w:pPr>
      <w:r>
        <w:rPr>
          <w:sz w:val="19"/>
        </w:rPr>
        <w:t>Days of the week: Monday-Sunday</w:t>
      </w:r>
    </w:p>
    <w:p>
      <w:pPr>
        <w:spacing w:before="200" w:after="40"/>
      </w:pPr>
      <w:r>
        <w:rPr>
          <w:b/>
          <w:color w:val="333333"/>
          <w:sz w:val="25"/>
        </w:rPr>
        <w:t>Unit 9 — Toys &amp; Games</w:t>
      </w:r>
    </w:p>
    <w:p>
      <w:pPr>
        <w:spacing w:before="60" w:after="20"/>
      </w:pPr>
      <w:r>
        <w:rPr>
          <w:b/>
          <w:color w:val="E07856"/>
          <w:sz w:val="20"/>
        </w:rPr>
        <w:t>Grammar</w:t>
      </w:r>
    </w:p>
    <w:p>
      <w:pPr>
        <w:pStyle w:val="ListBullet"/>
        <w:spacing w:after="10"/>
      </w:pPr>
      <w:r>
        <w:rPr>
          <w:sz w:val="19"/>
        </w:rPr>
        <w:t>I have got a ball.</w:t>
      </w:r>
    </w:p>
    <w:p>
      <w:pPr>
        <w:pStyle w:val="ListBullet"/>
        <w:spacing w:after="10"/>
      </w:pPr>
      <w:r>
        <w:rPr>
          <w:sz w:val="19"/>
        </w:rPr>
        <w:t>Actions: catching, throwing, kicking, dancing</w:t>
      </w:r>
    </w:p>
    <w:p>
      <w:pPr>
        <w:spacing w:before="60" w:after="20"/>
      </w:pPr>
      <w:r>
        <w:rPr>
          <w:b/>
          <w:color w:val="E07856"/>
          <w:sz w:val="20"/>
        </w:rPr>
        <w:t>Lexis</w:t>
      </w:r>
    </w:p>
    <w:p>
      <w:pPr>
        <w:pStyle w:val="ListBullet"/>
        <w:spacing w:after="10"/>
      </w:pPr>
      <w:r>
        <w:rPr>
          <w:sz w:val="19"/>
        </w:rPr>
        <w:t>Oyuncaklar: ball, car, doll, kite, bike, balloon, train, plane, blocks</w:t>
      </w:r>
    </w:p>
    <w:p>
      <w:pPr>
        <w:pStyle w:val="ListBullet"/>
        <w:spacing w:after="10"/>
      </w:pPr>
      <w:r>
        <w:rPr>
          <w:sz w:val="19"/>
        </w:rPr>
        <w:t>Playground: hopscotch, tag, hide and seek</w:t>
      </w:r>
    </w:p>
    <w:p>
      <w:pPr>
        <w:pStyle w:val="ListBullet"/>
        <w:spacing w:after="10"/>
      </w:pPr>
      <w:r>
        <w:rPr>
          <w:sz w:val="19"/>
        </w:rPr>
        <w:t>Environment: clean, dirty, recycle</w:t>
      </w:r>
    </w:p>
    <w:p>
      <w:r>
        <w:br w:type="page"/>
      </w:r>
    </w:p>
    <w:p>
      <w:pPr>
        <w:spacing w:before="40" w:after="80"/>
      </w:pPr>
      <w:r>
        <w:rPr>
          <w:b/>
          <w:color w:val="E07856"/>
          <w:sz w:val="32"/>
        </w:rPr>
        <w:t>3. SINIF — Yıllık Plan (A1)</w:t>
      </w:r>
    </w:p>
    <w:p>
      <w:r>
        <w:rPr>
          <w:b w:val="0"/>
          <w:i/>
          <w:color w:val="777777"/>
          <w:sz w:val="18"/>
        </w:rPr>
        <w:t>Kaynak: KKTC MEB Temel Eğitim İngilizce Dersi Öğretim Programı — Year 3.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542"/>
        <w:gridCol w:w="2542"/>
        <w:gridCol w:w="2542"/>
        <w:gridCol w:w="2542"/>
        <w:gridCol w:w="2542"/>
        <w:gridCol w:w="2542"/>
      </w:tblGrid>
      <w:tr>
        <w:trPr>
          <w:tblHeader w:val="true"/>
        </w:trPr>
        <w:tc>
          <w:tcPr>
            <w:tcW w:type="dxa" w:w="510"/>
            <w:shd w:val="clear" w:fill="F7F3EC"/>
          </w:tcPr>
          <w:p>
            <w:pPr>
              <w:spacing w:after="20"/>
              <w:jc w:val="center"/>
            </w:pPr>
            <w:r/>
            <w:r>
              <w:rPr>
                <w:b/>
                <w:sz w:val="18"/>
              </w:rPr>
              <w:t>Hf</w:t>
            </w:r>
          </w:p>
        </w:tc>
        <w:tc>
          <w:tcPr>
            <w:tcW w:type="dxa" w:w="1247"/>
            <w:shd w:val="clear" w:fill="F7F3EC"/>
          </w:tcPr>
          <w:p>
            <w:pPr>
              <w:spacing w:after="20"/>
              <w:jc w:val="center"/>
            </w:pPr>
            <w:r/>
            <w:r>
              <w:rPr>
                <w:b/>
                <w:sz w:val="18"/>
              </w:rPr>
              <w:t>Tarih</w:t>
            </w:r>
          </w:p>
        </w:tc>
        <w:tc>
          <w:tcPr>
            <w:tcW w:type="dxa" w:w="1474"/>
            <w:shd w:val="clear" w:fill="F7F3EC"/>
          </w:tcPr>
          <w:p>
            <w:pPr>
              <w:spacing w:after="20"/>
              <w:jc w:val="center"/>
            </w:pPr>
            <w:r/>
            <w:r>
              <w:rPr>
                <w:b/>
                <w:sz w:val="18"/>
              </w:rPr>
              <w:t>Ünite</w:t>
            </w:r>
          </w:p>
        </w:tc>
        <w:tc>
          <w:tcPr>
            <w:tcW w:type="dxa" w:w="1814"/>
            <w:shd w:val="clear" w:fill="F7F3EC"/>
          </w:tcPr>
          <w:p>
            <w:pPr>
              <w:spacing w:after="20"/>
              <w:jc w:val="center"/>
            </w:pPr>
            <w:r/>
            <w:r>
              <w:rPr>
                <w:b/>
                <w:sz w:val="18"/>
              </w:rPr>
              <w:t>Konu</w:t>
            </w:r>
          </w:p>
        </w:tc>
        <w:tc>
          <w:tcPr>
            <w:tcW w:type="dxa" w:w="5953"/>
            <w:shd w:val="clear" w:fill="F7F3EC"/>
          </w:tcPr>
          <w:p>
            <w:pPr>
              <w:spacing w:after="20"/>
              <w:jc w:val="center"/>
            </w:pPr>
            <w:r/>
            <w:r>
              <w:rPr>
                <w:b/>
                <w:sz w:val="18"/>
              </w:rPr>
              <w:t>Grammar / Odak</w:t>
            </w:r>
          </w:p>
        </w:tc>
        <w:tc>
          <w:tcPr>
            <w:tcW w:type="dxa" w:w="4309"/>
            <w:shd w:val="clear" w:fill="F7F3EC"/>
          </w:tcPr>
          <w:p>
            <w:pPr>
              <w:spacing w:after="20"/>
              <w:jc w:val="center"/>
            </w:pPr>
            <w:r/>
            <w:r>
              <w:rPr>
                <w:b/>
                <w:sz w:val="18"/>
              </w:rPr>
              <w:t>Kelime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sz w:val="17"/>
              </w:rPr>
              <w:t>1</w:t>
            </w:r>
          </w:p>
        </w:tc>
        <w:tc>
          <w:tcPr>
            <w:tcW w:type="dxa" w:w="1247"/>
          </w:tcPr>
          <w:p>
            <w:pPr>
              <w:spacing w:after="20"/>
            </w:pPr>
            <w:r/>
            <w:r>
              <w:rPr>
                <w:sz w:val="17"/>
              </w:rPr>
              <w:t>15-19 Eyl</w:t>
            </w:r>
          </w:p>
        </w:tc>
        <w:tc>
          <w:tcPr>
            <w:tcW w:type="dxa" w:w="1474"/>
          </w:tcPr>
          <w:p>
            <w:pPr>
              <w:spacing w:after="20"/>
            </w:pPr>
            <w:r/>
            <w:r>
              <w:rPr>
                <w:sz w:val="17"/>
              </w:rPr>
              <w:t>Unit 1</w:t>
            </w:r>
          </w:p>
        </w:tc>
        <w:tc>
          <w:tcPr>
            <w:tcW w:type="dxa" w:w="1814"/>
          </w:tcPr>
          <w:p>
            <w:pPr>
              <w:spacing w:after="20"/>
            </w:pPr>
            <w:r/>
            <w:r>
              <w:rPr>
                <w:sz w:val="17"/>
              </w:rPr>
              <w:t>My Classroom</w:t>
            </w:r>
          </w:p>
        </w:tc>
        <w:tc>
          <w:tcPr>
            <w:tcW w:type="dxa" w:w="5953"/>
          </w:tcPr>
          <w:p>
            <w:pPr>
              <w:spacing w:after="20"/>
            </w:pPr>
            <w:r/>
            <w:r>
              <w:rPr>
                <w:sz w:val="17"/>
              </w:rPr>
              <w:t>Pronouns (I/you/it/they), verb to be, this/that, I have got</w:t>
            </w:r>
          </w:p>
        </w:tc>
        <w:tc>
          <w:tcPr>
            <w:tcW w:type="dxa" w:w="4309"/>
          </w:tcPr>
          <w:p>
            <w:pPr>
              <w:spacing w:after="20"/>
            </w:pPr>
            <w:r/>
            <w:r>
              <w:rPr>
                <w:sz w:val="17"/>
              </w:rPr>
              <w:t>Sınıf eşyaları, sayılar 1-20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sz w:val="17"/>
              </w:rPr>
              <w:t>2</w:t>
            </w:r>
          </w:p>
        </w:tc>
        <w:tc>
          <w:tcPr>
            <w:tcW w:type="dxa" w:w="1247"/>
          </w:tcPr>
          <w:p>
            <w:pPr>
              <w:spacing w:after="20"/>
            </w:pPr>
            <w:r/>
            <w:r>
              <w:rPr>
                <w:sz w:val="17"/>
              </w:rPr>
              <w:t>22-26 Eyl</w:t>
            </w:r>
          </w:p>
        </w:tc>
        <w:tc>
          <w:tcPr>
            <w:tcW w:type="dxa" w:w="1474"/>
          </w:tcPr>
          <w:p>
            <w:pPr>
              <w:spacing w:after="20"/>
            </w:pPr>
            <w:r/>
            <w:r>
              <w:rPr>
                <w:sz w:val="17"/>
              </w:rPr>
              <w:t>Unit 1</w:t>
            </w:r>
          </w:p>
        </w:tc>
        <w:tc>
          <w:tcPr>
            <w:tcW w:type="dxa" w:w="1814"/>
          </w:tcPr>
          <w:p>
            <w:pPr>
              <w:spacing w:after="20"/>
            </w:pPr>
            <w:r/>
            <w:r>
              <w:rPr>
                <w:sz w:val="17"/>
              </w:rPr>
              <w:t>My Classroom</w:t>
            </w:r>
          </w:p>
        </w:tc>
        <w:tc>
          <w:tcPr>
            <w:tcW w:type="dxa" w:w="5953"/>
          </w:tcPr>
          <w:p>
            <w:pPr>
              <w:spacing w:after="20"/>
            </w:pPr>
            <w:r/>
            <w:r>
              <w:rPr>
                <w:sz w:val="17"/>
              </w:rPr>
              <w:t>What / How many, demonstratives</w:t>
            </w:r>
          </w:p>
        </w:tc>
        <w:tc>
          <w:tcPr>
            <w:tcW w:type="dxa" w:w="4309"/>
          </w:tcPr>
          <w:p>
            <w:pPr>
              <w:spacing w:after="20"/>
            </w:pPr>
            <w:r/>
            <w:r>
              <w:rPr>
                <w:sz w:val="17"/>
              </w:rPr>
              <w:t>Sınıf eşyaları, okul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sz w:val="17"/>
              </w:rPr>
              <w:t>3</w:t>
            </w:r>
          </w:p>
        </w:tc>
        <w:tc>
          <w:tcPr>
            <w:tcW w:type="dxa" w:w="1247"/>
          </w:tcPr>
          <w:p>
            <w:pPr>
              <w:spacing w:after="20"/>
            </w:pPr>
            <w:r/>
            <w:r>
              <w:rPr>
                <w:sz w:val="17"/>
              </w:rPr>
              <w:t>29 Eyl-3 Eki</w:t>
            </w:r>
          </w:p>
        </w:tc>
        <w:tc>
          <w:tcPr>
            <w:tcW w:type="dxa" w:w="1474"/>
          </w:tcPr>
          <w:p>
            <w:pPr>
              <w:spacing w:after="20"/>
            </w:pPr>
            <w:r/>
            <w:r>
              <w:rPr>
                <w:sz w:val="17"/>
              </w:rPr>
              <w:t>Unit 1</w:t>
            </w:r>
          </w:p>
        </w:tc>
        <w:tc>
          <w:tcPr>
            <w:tcW w:type="dxa" w:w="1814"/>
          </w:tcPr>
          <w:p>
            <w:pPr>
              <w:spacing w:after="20"/>
            </w:pPr>
            <w:r/>
            <w:r>
              <w:rPr>
                <w:sz w:val="17"/>
              </w:rPr>
              <w:t>My Classroom</w:t>
            </w:r>
          </w:p>
        </w:tc>
        <w:tc>
          <w:tcPr>
            <w:tcW w:type="dxa" w:w="5953"/>
          </w:tcPr>
          <w:p>
            <w:pPr>
              <w:spacing w:after="20"/>
            </w:pPr>
            <w:r/>
            <w:r>
              <w:rPr>
                <w:sz w:val="17"/>
              </w:rPr>
              <w:t>Pekiştirme: spelling bee, bingo, school bag</w:t>
            </w:r>
          </w:p>
        </w:tc>
        <w:tc>
          <w:tcPr>
            <w:tcW w:type="dxa" w:w="4309"/>
          </w:tcPr>
          <w:p>
            <w:pPr>
              <w:spacing w:after="20"/>
            </w:pPr>
            <w:r/>
            <w:r>
              <w:rPr>
                <w:sz w:val="17"/>
              </w:rPr>
              <w:t>Sayılar 1-20, alphabet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sz w:val="17"/>
              </w:rPr>
              <w:t>4</w:t>
            </w:r>
          </w:p>
        </w:tc>
        <w:tc>
          <w:tcPr>
            <w:tcW w:type="dxa" w:w="1247"/>
          </w:tcPr>
          <w:p>
            <w:pPr>
              <w:spacing w:after="20"/>
            </w:pPr>
            <w:r/>
            <w:r>
              <w:rPr>
                <w:sz w:val="17"/>
              </w:rPr>
              <w:t>06-10 Eki</w:t>
            </w:r>
          </w:p>
        </w:tc>
        <w:tc>
          <w:tcPr>
            <w:tcW w:type="dxa" w:w="1474"/>
          </w:tcPr>
          <w:p>
            <w:pPr>
              <w:spacing w:after="20"/>
            </w:pPr>
            <w:r/>
            <w:r>
              <w:rPr>
                <w:sz w:val="17"/>
              </w:rPr>
              <w:t>Unit 2</w:t>
            </w:r>
          </w:p>
        </w:tc>
        <w:tc>
          <w:tcPr>
            <w:tcW w:type="dxa" w:w="1814"/>
          </w:tcPr>
          <w:p>
            <w:pPr>
              <w:spacing w:after="20"/>
            </w:pPr>
            <w:r/>
            <w:r>
              <w:rPr>
                <w:sz w:val="17"/>
              </w:rPr>
              <w:t>My Family and Friends</w:t>
            </w:r>
          </w:p>
        </w:tc>
        <w:tc>
          <w:tcPr>
            <w:tcW w:type="dxa" w:w="5953"/>
          </w:tcPr>
          <w:p>
            <w:pPr>
              <w:spacing w:after="20"/>
            </w:pPr>
            <w:r/>
            <w:r>
              <w:rPr>
                <w:sz w:val="17"/>
              </w:rPr>
              <w:t>Family vocabulary, jobs (temel)</w:t>
            </w:r>
          </w:p>
        </w:tc>
        <w:tc>
          <w:tcPr>
            <w:tcW w:type="dxa" w:w="4309"/>
          </w:tcPr>
          <w:p>
            <w:pPr>
              <w:spacing w:after="20"/>
            </w:pPr>
            <w:r/>
            <w:r>
              <w:rPr>
                <w:sz w:val="17"/>
              </w:rPr>
              <w:t>Aile üyeleri, jobs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sz w:val="17"/>
              </w:rPr>
              <w:t>5</w:t>
            </w:r>
          </w:p>
        </w:tc>
        <w:tc>
          <w:tcPr>
            <w:tcW w:type="dxa" w:w="1247"/>
          </w:tcPr>
          <w:p>
            <w:pPr>
              <w:spacing w:after="20"/>
            </w:pPr>
            <w:r/>
            <w:r>
              <w:rPr>
                <w:sz w:val="17"/>
              </w:rPr>
              <w:t>13-17 Eki</w:t>
            </w:r>
          </w:p>
        </w:tc>
        <w:tc>
          <w:tcPr>
            <w:tcW w:type="dxa" w:w="1474"/>
          </w:tcPr>
          <w:p>
            <w:pPr>
              <w:spacing w:after="20"/>
            </w:pPr>
            <w:r/>
            <w:r>
              <w:rPr>
                <w:sz w:val="17"/>
              </w:rPr>
              <w:t>Unit 2</w:t>
            </w:r>
          </w:p>
        </w:tc>
        <w:tc>
          <w:tcPr>
            <w:tcW w:type="dxa" w:w="1814"/>
          </w:tcPr>
          <w:p>
            <w:pPr>
              <w:spacing w:after="20"/>
            </w:pPr>
            <w:r/>
            <w:r>
              <w:rPr>
                <w:sz w:val="17"/>
              </w:rPr>
              <w:t>My Family and Friends</w:t>
            </w:r>
          </w:p>
        </w:tc>
        <w:tc>
          <w:tcPr>
            <w:tcW w:type="dxa" w:w="5953"/>
          </w:tcPr>
          <w:p>
            <w:pPr>
              <w:spacing w:after="20"/>
            </w:pPr>
            <w:r/>
            <w:r>
              <w:rPr>
                <w:sz w:val="17"/>
              </w:rPr>
              <w:t>“This is my mother.” / “She is a teacher.”</w:t>
            </w:r>
          </w:p>
        </w:tc>
        <w:tc>
          <w:tcPr>
            <w:tcW w:type="dxa" w:w="4309"/>
          </w:tcPr>
          <w:p>
            <w:pPr>
              <w:spacing w:after="20"/>
            </w:pPr>
            <w:r/>
            <w:r>
              <w:rPr>
                <w:sz w:val="17"/>
              </w:rPr>
              <w:t>Jobs, parents, grandparents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sz w:val="17"/>
              </w:rPr>
              <w:t>6</w:t>
            </w:r>
          </w:p>
        </w:tc>
        <w:tc>
          <w:tcPr>
            <w:tcW w:type="dxa" w:w="1247"/>
          </w:tcPr>
          <w:p>
            <w:pPr>
              <w:spacing w:after="20"/>
            </w:pPr>
            <w:r/>
            <w:r>
              <w:rPr>
                <w:sz w:val="17"/>
              </w:rPr>
              <w:t>20-24 Eki</w:t>
            </w:r>
          </w:p>
        </w:tc>
        <w:tc>
          <w:tcPr>
            <w:tcW w:type="dxa" w:w="1474"/>
          </w:tcPr>
          <w:p>
            <w:pPr>
              <w:spacing w:after="20"/>
            </w:pPr>
            <w:r/>
            <w:r>
              <w:rPr>
                <w:sz w:val="17"/>
              </w:rPr>
              <w:t>Unit 2</w:t>
            </w:r>
          </w:p>
        </w:tc>
        <w:tc>
          <w:tcPr>
            <w:tcW w:type="dxa" w:w="1814"/>
          </w:tcPr>
          <w:p>
            <w:pPr>
              <w:spacing w:after="20"/>
            </w:pPr>
            <w:r/>
            <w:r>
              <w:rPr>
                <w:sz w:val="17"/>
              </w:rPr>
              <w:t>My Family and Friends</w:t>
            </w:r>
          </w:p>
        </w:tc>
        <w:tc>
          <w:tcPr>
            <w:tcW w:type="dxa" w:w="5953"/>
          </w:tcPr>
          <w:p>
            <w:pPr>
              <w:spacing w:after="20"/>
            </w:pPr>
            <w:r/>
            <w:r>
              <w:rPr>
                <w:sz w:val="17"/>
              </w:rPr>
              <w:t>Pekiştirme: family tree, “My Family” posteri</w:t>
            </w:r>
          </w:p>
        </w:tc>
        <w:tc>
          <w:tcPr>
            <w:tcW w:type="dxa" w:w="4309"/>
          </w:tcPr>
          <w:p>
            <w:pPr>
              <w:spacing w:after="20"/>
            </w:pPr>
            <w:r/>
            <w:r>
              <w:rPr>
                <w:sz w:val="17"/>
              </w:rPr>
              <w:t>Tüm aile + jobs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sz w:val="17"/>
              </w:rPr>
              <w:t>7</w:t>
            </w:r>
          </w:p>
        </w:tc>
        <w:tc>
          <w:tcPr>
            <w:tcW w:type="dxa" w:w="1247"/>
          </w:tcPr>
          <w:p>
            <w:pPr>
              <w:spacing w:after="20"/>
            </w:pPr>
            <w:r/>
            <w:r>
              <w:rPr>
                <w:sz w:val="17"/>
              </w:rPr>
              <w:t>27-31 Eki</w:t>
            </w:r>
          </w:p>
        </w:tc>
        <w:tc>
          <w:tcPr>
            <w:tcW w:type="dxa" w:w="1474"/>
          </w:tcPr>
          <w:p>
            <w:pPr>
              <w:spacing w:after="20"/>
            </w:pPr>
            <w:r/>
            <w:r>
              <w:rPr>
                <w:sz w:val="17"/>
              </w:rPr>
              <w:t>Quiz 1</w:t>
            </w:r>
          </w:p>
        </w:tc>
        <w:tc>
          <w:tcPr>
            <w:tcW w:type="dxa" w:w="1814"/>
          </w:tcPr>
          <w:p>
            <w:pPr>
              <w:spacing w:after="20"/>
            </w:pPr>
            <w:r/>
            <w:r>
              <w:rPr>
                <w:sz w:val="17"/>
              </w:rPr>
              <w:t>Unit 1-2</w:t>
            </w:r>
          </w:p>
        </w:tc>
        <w:tc>
          <w:tcPr>
            <w:tcW w:type="dxa" w:w="5953"/>
          </w:tcPr>
          <w:p>
            <w:pPr>
              <w:spacing w:after="20"/>
            </w:pPr>
            <w:r/>
            <w:r>
              <w:rPr>
                <w:sz w:val="17"/>
              </w:rPr>
              <w:t>Quiz + geri bildirim  ⚠️ 29 Ekim</w:t>
            </w:r>
          </w:p>
        </w:tc>
        <w:tc>
          <w:tcPr>
            <w:tcW w:type="dxa" w:w="4309"/>
          </w:tcPr>
          <w:p>
            <w:pPr>
              <w:spacing w:after="20"/>
            </w:pPr>
            <w:r/>
            <w:r>
              <w:rPr>
                <w:sz w:val="17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sz w:val="17"/>
              </w:rPr>
              <w:t>8</w:t>
            </w:r>
          </w:p>
        </w:tc>
        <w:tc>
          <w:tcPr>
            <w:tcW w:type="dxa" w:w="1247"/>
          </w:tcPr>
          <w:p>
            <w:pPr>
              <w:spacing w:after="20"/>
            </w:pPr>
            <w:r/>
            <w:r>
              <w:rPr>
                <w:sz w:val="17"/>
              </w:rPr>
              <w:t>03-07 Kas</w:t>
            </w:r>
          </w:p>
        </w:tc>
        <w:tc>
          <w:tcPr>
            <w:tcW w:type="dxa" w:w="1474"/>
          </w:tcPr>
          <w:p>
            <w:pPr>
              <w:spacing w:after="20"/>
            </w:pPr>
            <w:r/>
            <w:r>
              <w:rPr>
                <w:sz w:val="17"/>
              </w:rPr>
              <w:t>Unit 3</w:t>
            </w:r>
          </w:p>
        </w:tc>
        <w:tc>
          <w:tcPr>
            <w:tcW w:type="dxa" w:w="1814"/>
          </w:tcPr>
          <w:p>
            <w:pPr>
              <w:spacing w:after="20"/>
            </w:pPr>
            <w:r/>
            <w:r>
              <w:rPr>
                <w:sz w:val="17"/>
              </w:rPr>
              <w:t>Body and Appearance</w:t>
            </w:r>
          </w:p>
        </w:tc>
        <w:tc>
          <w:tcPr>
            <w:tcW w:type="dxa" w:w="5953"/>
          </w:tcPr>
          <w:p>
            <w:pPr>
              <w:spacing w:after="20"/>
            </w:pPr>
            <w:r/>
            <w:r>
              <w:rPr>
                <w:sz w:val="17"/>
              </w:rPr>
              <w:t>Size/appearance adjectives, senses verbs</w:t>
            </w:r>
          </w:p>
        </w:tc>
        <w:tc>
          <w:tcPr>
            <w:tcW w:type="dxa" w:w="4309"/>
          </w:tcPr>
          <w:p>
            <w:pPr>
              <w:spacing w:after="20"/>
            </w:pPr>
            <w:r/>
            <w:r>
              <w:rPr>
                <w:sz w:val="17"/>
              </w:rPr>
              <w:t>Body parts, see/smell/taste/hear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sz w:val="17"/>
              </w:rPr>
              <w:t>9</w:t>
            </w:r>
          </w:p>
        </w:tc>
        <w:tc>
          <w:tcPr>
            <w:tcW w:type="dxa" w:w="1247"/>
          </w:tcPr>
          <w:p>
            <w:pPr>
              <w:spacing w:after="20"/>
            </w:pPr>
            <w:r/>
            <w:r>
              <w:rPr>
                <w:sz w:val="17"/>
              </w:rPr>
              <w:t>10-14 Kas</w:t>
            </w:r>
          </w:p>
        </w:tc>
        <w:tc>
          <w:tcPr>
            <w:tcW w:type="dxa" w:w="1474"/>
          </w:tcPr>
          <w:p>
            <w:pPr>
              <w:spacing w:after="20"/>
            </w:pPr>
            <w:r/>
            <w:r>
              <w:rPr>
                <w:sz w:val="17"/>
              </w:rPr>
              <w:t>Unit 3</w:t>
            </w:r>
          </w:p>
        </w:tc>
        <w:tc>
          <w:tcPr>
            <w:tcW w:type="dxa" w:w="1814"/>
          </w:tcPr>
          <w:p>
            <w:pPr>
              <w:spacing w:after="20"/>
            </w:pPr>
            <w:r/>
            <w:r>
              <w:rPr>
                <w:sz w:val="17"/>
              </w:rPr>
              <w:t>Body and Appearance</w:t>
            </w:r>
          </w:p>
        </w:tc>
        <w:tc>
          <w:tcPr>
            <w:tcW w:type="dxa" w:w="5953"/>
          </w:tcPr>
          <w:p>
            <w:pPr>
              <w:spacing w:after="20"/>
            </w:pPr>
            <w:r/>
            <w:r>
              <w:rPr>
                <w:sz w:val="17"/>
              </w:rPr>
              <w:t>“I have got two eyes.” / “He is tall.”</w:t>
            </w:r>
          </w:p>
        </w:tc>
        <w:tc>
          <w:tcPr>
            <w:tcW w:type="dxa" w:w="4309"/>
          </w:tcPr>
          <w:p>
            <w:pPr>
              <w:spacing w:after="20"/>
            </w:pPr>
            <w:r/>
            <w:r>
              <w:rPr>
                <w:sz w:val="17"/>
              </w:rPr>
              <w:t>big/small/tall/short/fat/thin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sz w:val="17"/>
              </w:rPr>
              <w:t>10</w:t>
            </w:r>
          </w:p>
        </w:tc>
        <w:tc>
          <w:tcPr>
            <w:tcW w:type="dxa" w:w="1247"/>
          </w:tcPr>
          <w:p>
            <w:pPr>
              <w:spacing w:after="20"/>
            </w:pPr>
            <w:r/>
            <w:r>
              <w:rPr>
                <w:sz w:val="17"/>
              </w:rPr>
              <w:t>17-21 Kas</w:t>
            </w:r>
          </w:p>
        </w:tc>
        <w:tc>
          <w:tcPr>
            <w:tcW w:type="dxa" w:w="1474"/>
          </w:tcPr>
          <w:p>
            <w:pPr>
              <w:spacing w:after="20"/>
            </w:pPr>
            <w:r/>
            <w:r>
              <w:rPr>
                <w:sz w:val="17"/>
              </w:rPr>
              <w:t>Unit 3</w:t>
            </w:r>
          </w:p>
        </w:tc>
        <w:tc>
          <w:tcPr>
            <w:tcW w:type="dxa" w:w="1814"/>
          </w:tcPr>
          <w:p>
            <w:pPr>
              <w:spacing w:after="20"/>
            </w:pPr>
            <w:r/>
            <w:r>
              <w:rPr>
                <w:sz w:val="17"/>
              </w:rPr>
              <w:t>Body and Appearance</w:t>
            </w:r>
          </w:p>
        </w:tc>
        <w:tc>
          <w:tcPr>
            <w:tcW w:type="dxa" w:w="5953"/>
          </w:tcPr>
          <w:p>
            <w:pPr>
              <w:spacing w:after="20"/>
            </w:pPr>
            <w:r/>
            <w:r>
              <w:rPr>
                <w:sz w:val="17"/>
              </w:rPr>
              <w:t>Pekiştirme: “My Robot” body labeling</w:t>
            </w:r>
          </w:p>
        </w:tc>
        <w:tc>
          <w:tcPr>
            <w:tcW w:type="dxa" w:w="4309"/>
          </w:tcPr>
          <w:p>
            <w:pPr>
              <w:spacing w:after="20"/>
            </w:pPr>
            <w:r/>
            <w:r>
              <w:rPr>
                <w:sz w:val="17"/>
              </w:rPr>
              <w:t>Tüm body vocabulary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sz w:val="17"/>
              </w:rPr>
              <w:t>11</w:t>
            </w:r>
          </w:p>
        </w:tc>
        <w:tc>
          <w:tcPr>
            <w:tcW w:type="dxa" w:w="1247"/>
          </w:tcPr>
          <w:p>
            <w:pPr>
              <w:spacing w:after="20"/>
            </w:pPr>
            <w:r/>
            <w:r>
              <w:rPr>
                <w:sz w:val="17"/>
              </w:rPr>
              <w:t>24-28 Kas</w:t>
            </w:r>
          </w:p>
        </w:tc>
        <w:tc>
          <w:tcPr>
            <w:tcW w:type="dxa" w:w="1474"/>
          </w:tcPr>
          <w:p>
            <w:pPr>
              <w:spacing w:after="20"/>
            </w:pPr>
            <w:r/>
            <w:r>
              <w:rPr>
                <w:sz w:val="17"/>
              </w:rPr>
              <w:t>Unit 4</w:t>
            </w:r>
          </w:p>
        </w:tc>
        <w:tc>
          <w:tcPr>
            <w:tcW w:type="dxa" w:w="1814"/>
          </w:tcPr>
          <w:p>
            <w:pPr>
              <w:spacing w:after="20"/>
            </w:pPr>
            <w:r/>
            <w:r>
              <w:rPr>
                <w:sz w:val="17"/>
              </w:rPr>
              <w:t>Colours and Clothes</w:t>
            </w:r>
          </w:p>
        </w:tc>
        <w:tc>
          <w:tcPr>
            <w:tcW w:type="dxa" w:w="5953"/>
          </w:tcPr>
          <w:p>
            <w:pPr>
              <w:spacing w:after="20"/>
            </w:pPr>
            <w:r/>
            <w:r>
              <w:rPr>
                <w:sz w:val="17"/>
              </w:rPr>
              <w:t>Clothes vocabulary, weather words</w:t>
            </w:r>
          </w:p>
        </w:tc>
        <w:tc>
          <w:tcPr>
            <w:tcW w:type="dxa" w:w="4309"/>
          </w:tcPr>
          <w:p>
            <w:pPr>
              <w:spacing w:after="20"/>
            </w:pPr>
            <w:r/>
            <w:r>
              <w:rPr>
                <w:sz w:val="17"/>
              </w:rPr>
              <w:t>shirt, T-shirt, shorts, trousers, dress, shoes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sz w:val="17"/>
              </w:rPr>
              <w:t>12</w:t>
            </w:r>
          </w:p>
        </w:tc>
        <w:tc>
          <w:tcPr>
            <w:tcW w:type="dxa" w:w="1247"/>
          </w:tcPr>
          <w:p>
            <w:pPr>
              <w:spacing w:after="20"/>
            </w:pPr>
            <w:r/>
            <w:r>
              <w:rPr>
                <w:sz w:val="17"/>
              </w:rPr>
              <w:t>01-05 Ara</w:t>
            </w:r>
          </w:p>
        </w:tc>
        <w:tc>
          <w:tcPr>
            <w:tcW w:type="dxa" w:w="1474"/>
          </w:tcPr>
          <w:p>
            <w:pPr>
              <w:spacing w:after="20"/>
            </w:pPr>
            <w:r/>
            <w:r>
              <w:rPr>
                <w:sz w:val="17"/>
              </w:rPr>
              <w:t>Unit 4</w:t>
            </w:r>
          </w:p>
        </w:tc>
        <w:tc>
          <w:tcPr>
            <w:tcW w:type="dxa" w:w="1814"/>
          </w:tcPr>
          <w:p>
            <w:pPr>
              <w:spacing w:after="20"/>
            </w:pPr>
            <w:r/>
            <w:r>
              <w:rPr>
                <w:sz w:val="17"/>
              </w:rPr>
              <w:t>Colours and Clothes</w:t>
            </w:r>
          </w:p>
        </w:tc>
        <w:tc>
          <w:tcPr>
            <w:tcW w:type="dxa" w:w="5953"/>
          </w:tcPr>
          <w:p>
            <w:pPr>
              <w:spacing w:after="20"/>
            </w:pPr>
            <w:r/>
            <w:r>
              <w:rPr>
                <w:sz w:val="17"/>
              </w:rPr>
              <w:t>“I am wearing ___” / weather (cold, hot, warm)</w:t>
            </w:r>
          </w:p>
        </w:tc>
        <w:tc>
          <w:tcPr>
            <w:tcW w:type="dxa" w:w="4309"/>
          </w:tcPr>
          <w:p>
            <w:pPr>
              <w:spacing w:after="20"/>
            </w:pPr>
            <w:r/>
            <w:r>
              <w:rPr>
                <w:sz w:val="17"/>
              </w:rPr>
              <w:t>cold, hot, dry, wet, warm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sz w:val="17"/>
              </w:rPr>
              <w:t>13</w:t>
            </w:r>
          </w:p>
        </w:tc>
        <w:tc>
          <w:tcPr>
            <w:tcW w:type="dxa" w:w="1247"/>
          </w:tcPr>
          <w:p>
            <w:pPr>
              <w:spacing w:after="20"/>
            </w:pPr>
            <w:r/>
            <w:r>
              <w:rPr>
                <w:sz w:val="17"/>
              </w:rPr>
              <w:t>08-12 Ara</w:t>
            </w:r>
          </w:p>
        </w:tc>
        <w:tc>
          <w:tcPr>
            <w:tcW w:type="dxa" w:w="1474"/>
          </w:tcPr>
          <w:p>
            <w:pPr>
              <w:spacing w:after="20"/>
            </w:pPr>
            <w:r/>
            <w:r>
              <w:rPr>
                <w:sz w:val="17"/>
              </w:rPr>
              <w:t>Unit 4</w:t>
            </w:r>
          </w:p>
        </w:tc>
        <w:tc>
          <w:tcPr>
            <w:tcW w:type="dxa" w:w="1814"/>
          </w:tcPr>
          <w:p>
            <w:pPr>
              <w:spacing w:after="20"/>
            </w:pPr>
            <w:r/>
            <w:r>
              <w:rPr>
                <w:sz w:val="17"/>
              </w:rPr>
              <w:t>Colours and Clothes</w:t>
            </w:r>
          </w:p>
        </w:tc>
        <w:tc>
          <w:tcPr>
            <w:tcW w:type="dxa" w:w="5953"/>
          </w:tcPr>
          <w:p>
            <w:pPr>
              <w:spacing w:after="20"/>
            </w:pPr>
            <w:r/>
            <w:r>
              <w:rPr>
                <w:sz w:val="17"/>
              </w:rPr>
              <w:t>Landscape (mountain, desert, jungle), pekiştirme</w:t>
            </w:r>
          </w:p>
        </w:tc>
        <w:tc>
          <w:tcPr>
            <w:tcW w:type="dxa" w:w="4309"/>
          </w:tcPr>
          <w:p>
            <w:pPr>
              <w:spacing w:after="20"/>
            </w:pPr>
            <w:r/>
            <w:r>
              <w:rPr>
                <w:sz w:val="17"/>
              </w:rPr>
              <w:t>Tüm clothes + weather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sz w:val="17"/>
              </w:rPr>
              <w:t>14</w:t>
            </w:r>
          </w:p>
        </w:tc>
        <w:tc>
          <w:tcPr>
            <w:tcW w:type="dxa" w:w="1247"/>
          </w:tcPr>
          <w:p>
            <w:pPr>
              <w:spacing w:after="20"/>
            </w:pPr>
            <w:r/>
            <w:r>
              <w:rPr>
                <w:sz w:val="17"/>
              </w:rPr>
              <w:t>15-19 Ara</w:t>
            </w:r>
          </w:p>
        </w:tc>
        <w:tc>
          <w:tcPr>
            <w:tcW w:type="dxa" w:w="1474"/>
          </w:tcPr>
          <w:p>
            <w:pPr>
              <w:spacing w:after="20"/>
            </w:pPr>
            <w:r/>
            <w:r>
              <w:rPr>
                <w:sz w:val="17"/>
              </w:rPr>
              <w:t>Quiz 2 + Dönem Sonu</w:t>
            </w:r>
          </w:p>
        </w:tc>
        <w:tc>
          <w:tcPr>
            <w:tcW w:type="dxa" w:w="1814"/>
          </w:tcPr>
          <w:p>
            <w:pPr>
              <w:spacing w:after="20"/>
            </w:pPr>
            <w:r/>
            <w:r>
              <w:rPr>
                <w:sz w:val="17"/>
              </w:rPr>
              <w:t>Unit 1-4</w:t>
            </w:r>
          </w:p>
        </w:tc>
        <w:tc>
          <w:tcPr>
            <w:tcW w:type="dxa" w:w="5953"/>
          </w:tcPr>
          <w:p>
            <w:pPr>
              <w:spacing w:after="20"/>
            </w:pPr>
            <w:r/>
            <w:r>
              <w:rPr>
                <w:sz w:val="17"/>
              </w:rPr>
              <w:t>Quiz 2 + Dönem 1 sınavı</w:t>
            </w:r>
          </w:p>
        </w:tc>
        <w:tc>
          <w:tcPr>
            <w:tcW w:type="dxa" w:w="4309"/>
          </w:tcPr>
          <w:p>
            <w:pPr>
              <w:spacing w:after="20"/>
            </w:pPr>
            <w:r/>
            <w:r>
              <w:rPr>
                <w:sz w:val="17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sz w:val="17"/>
              </w:rPr>
              <w:t>15</w:t>
            </w:r>
          </w:p>
        </w:tc>
        <w:tc>
          <w:tcPr>
            <w:tcW w:type="dxa" w:w="1247"/>
          </w:tcPr>
          <w:p>
            <w:pPr>
              <w:spacing w:after="20"/>
            </w:pPr>
            <w:r/>
            <w:r>
              <w:rPr>
                <w:sz w:val="17"/>
              </w:rPr>
              <w:t>05-09 Oca</w:t>
            </w:r>
          </w:p>
        </w:tc>
        <w:tc>
          <w:tcPr>
            <w:tcW w:type="dxa" w:w="1474"/>
          </w:tcPr>
          <w:p>
            <w:pPr>
              <w:spacing w:after="20"/>
            </w:pPr>
            <w:r/>
            <w:r>
              <w:rPr>
                <w:sz w:val="17"/>
              </w:rPr>
              <w:t>Unit 5</w:t>
            </w:r>
          </w:p>
        </w:tc>
        <w:tc>
          <w:tcPr>
            <w:tcW w:type="dxa" w:w="1814"/>
          </w:tcPr>
          <w:p>
            <w:pPr>
              <w:spacing w:after="20"/>
            </w:pPr>
            <w:r/>
            <w:r>
              <w:rPr>
                <w:sz w:val="17"/>
              </w:rPr>
              <w:t>My Home</w:t>
            </w:r>
          </w:p>
        </w:tc>
        <w:tc>
          <w:tcPr>
            <w:tcW w:type="dxa" w:w="5953"/>
          </w:tcPr>
          <w:p>
            <w:pPr>
              <w:spacing w:after="20"/>
            </w:pPr>
            <w:r/>
            <w:r>
              <w:rPr>
                <w:sz w:val="17"/>
              </w:rPr>
              <w:t>House vocabulary, rooms</w:t>
            </w:r>
          </w:p>
        </w:tc>
        <w:tc>
          <w:tcPr>
            <w:tcW w:type="dxa" w:w="4309"/>
          </w:tcPr>
          <w:p>
            <w:pPr>
              <w:spacing w:after="20"/>
            </w:pPr>
            <w:r/>
            <w:r>
              <w:rPr>
                <w:sz w:val="17"/>
              </w:rPr>
              <w:t>house, bedroom, bathroom, kitchen, living room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sz w:val="17"/>
              </w:rPr>
              <w:t>16</w:t>
            </w:r>
          </w:p>
        </w:tc>
        <w:tc>
          <w:tcPr>
            <w:tcW w:type="dxa" w:w="1247"/>
          </w:tcPr>
          <w:p>
            <w:pPr>
              <w:spacing w:after="20"/>
            </w:pPr>
            <w:r/>
            <w:r>
              <w:rPr>
                <w:sz w:val="17"/>
              </w:rPr>
              <w:t>12-16 Oca</w:t>
            </w:r>
          </w:p>
        </w:tc>
        <w:tc>
          <w:tcPr>
            <w:tcW w:type="dxa" w:w="1474"/>
          </w:tcPr>
          <w:p>
            <w:pPr>
              <w:spacing w:after="20"/>
            </w:pPr>
            <w:r/>
            <w:r>
              <w:rPr>
                <w:sz w:val="17"/>
              </w:rPr>
              <w:t>Unit 5</w:t>
            </w:r>
          </w:p>
        </w:tc>
        <w:tc>
          <w:tcPr>
            <w:tcW w:type="dxa" w:w="1814"/>
          </w:tcPr>
          <w:p>
            <w:pPr>
              <w:spacing w:after="20"/>
            </w:pPr>
            <w:r/>
            <w:r>
              <w:rPr>
                <w:sz w:val="17"/>
              </w:rPr>
              <w:t>My Home</w:t>
            </w:r>
          </w:p>
        </w:tc>
        <w:tc>
          <w:tcPr>
            <w:tcW w:type="dxa" w:w="5953"/>
          </w:tcPr>
          <w:p>
            <w:pPr>
              <w:spacing w:after="20"/>
            </w:pPr>
            <w:r/>
            <w:r>
              <w:rPr>
                <w:sz w:val="17"/>
              </w:rPr>
              <w:t>Actions (brushing, combing, eating, drinking, sleeping)</w:t>
            </w:r>
          </w:p>
        </w:tc>
        <w:tc>
          <w:tcPr>
            <w:tcW w:type="dxa" w:w="4309"/>
          </w:tcPr>
          <w:p>
            <w:pPr>
              <w:spacing w:after="20"/>
            </w:pPr>
            <w:r/>
            <w:r>
              <w:rPr>
                <w:sz w:val="17"/>
              </w:rPr>
              <w:t>Daily actions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sz w:val="17"/>
              </w:rPr>
              <w:t>17</w:t>
            </w:r>
          </w:p>
        </w:tc>
        <w:tc>
          <w:tcPr>
            <w:tcW w:type="dxa" w:w="1247"/>
          </w:tcPr>
          <w:p>
            <w:pPr>
              <w:spacing w:after="20"/>
            </w:pPr>
            <w:r/>
            <w:r>
              <w:rPr>
                <w:sz w:val="17"/>
              </w:rPr>
              <w:t>19-23 Oca</w:t>
            </w:r>
          </w:p>
        </w:tc>
        <w:tc>
          <w:tcPr>
            <w:tcW w:type="dxa" w:w="1474"/>
          </w:tcPr>
          <w:p>
            <w:pPr>
              <w:spacing w:after="20"/>
            </w:pPr>
            <w:r/>
            <w:r>
              <w:rPr>
                <w:sz w:val="17"/>
              </w:rPr>
              <w:t>Unit 5</w:t>
            </w:r>
          </w:p>
        </w:tc>
        <w:tc>
          <w:tcPr>
            <w:tcW w:type="dxa" w:w="1814"/>
          </w:tcPr>
          <w:p>
            <w:pPr>
              <w:spacing w:after="20"/>
            </w:pPr>
            <w:r/>
            <w:r>
              <w:rPr>
                <w:sz w:val="17"/>
              </w:rPr>
              <w:t>My Home</w:t>
            </w:r>
          </w:p>
        </w:tc>
        <w:tc>
          <w:tcPr>
            <w:tcW w:type="dxa" w:w="5953"/>
          </w:tcPr>
          <w:p>
            <w:pPr>
              <w:spacing w:after="20"/>
            </w:pPr>
            <w:r/>
            <w:r>
              <w:rPr>
                <w:sz w:val="17"/>
              </w:rPr>
              <w:t>“I am brushing my teeth.” / pekiştirme</w:t>
            </w:r>
          </w:p>
        </w:tc>
        <w:tc>
          <w:tcPr>
            <w:tcW w:type="dxa" w:w="4309"/>
          </w:tcPr>
          <w:p>
            <w:pPr>
              <w:spacing w:after="20"/>
            </w:pPr>
            <w:r/>
            <w:r>
              <w:rPr>
                <w:sz w:val="17"/>
              </w:rPr>
              <w:t>Rooms + actions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sz w:val="17"/>
              </w:rPr>
              <w:t>18</w:t>
            </w:r>
          </w:p>
        </w:tc>
        <w:tc>
          <w:tcPr>
            <w:tcW w:type="dxa" w:w="1247"/>
          </w:tcPr>
          <w:p>
            <w:pPr>
              <w:spacing w:after="20"/>
            </w:pPr>
            <w:r/>
            <w:r>
              <w:rPr>
                <w:sz w:val="17"/>
              </w:rPr>
              <w:t>26-30 Oca</w:t>
            </w:r>
          </w:p>
        </w:tc>
        <w:tc>
          <w:tcPr>
            <w:tcW w:type="dxa" w:w="1474"/>
          </w:tcPr>
          <w:p>
            <w:pPr>
              <w:spacing w:after="20"/>
            </w:pPr>
            <w:r/>
            <w:r>
              <w:rPr>
                <w:sz w:val="17"/>
              </w:rPr>
              <w:t>Unit 6</w:t>
            </w:r>
          </w:p>
        </w:tc>
        <w:tc>
          <w:tcPr>
            <w:tcW w:type="dxa" w:w="1814"/>
          </w:tcPr>
          <w:p>
            <w:pPr>
              <w:spacing w:after="20"/>
            </w:pPr>
            <w:r/>
            <w:r>
              <w:rPr>
                <w:sz w:val="17"/>
              </w:rPr>
              <w:t>Animals</w:t>
            </w:r>
          </w:p>
        </w:tc>
        <w:tc>
          <w:tcPr>
            <w:tcW w:type="dxa" w:w="5953"/>
          </w:tcPr>
          <w:p>
            <w:pPr>
              <w:spacing w:after="20"/>
            </w:pPr>
            <w:r/>
            <w:r>
              <w:rPr>
                <w:sz w:val="17"/>
              </w:rPr>
              <w:t>Animals vocabulary</w:t>
            </w:r>
          </w:p>
        </w:tc>
        <w:tc>
          <w:tcPr>
            <w:tcW w:type="dxa" w:w="4309"/>
          </w:tcPr>
          <w:p>
            <w:pPr>
              <w:spacing w:after="20"/>
            </w:pPr>
            <w:r/>
            <w:r>
              <w:rPr>
                <w:sz w:val="17"/>
              </w:rPr>
              <w:t>dog, cat, bird, fish, horse, sheep, cow, duck, rabbit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sz w:val="17"/>
              </w:rPr>
              <w:t>19</w:t>
            </w:r>
          </w:p>
        </w:tc>
        <w:tc>
          <w:tcPr>
            <w:tcW w:type="dxa" w:w="1247"/>
          </w:tcPr>
          <w:p>
            <w:pPr>
              <w:spacing w:after="20"/>
            </w:pPr>
            <w:r/>
            <w:r>
              <w:rPr>
                <w:sz w:val="17"/>
              </w:rPr>
              <w:t>02-06 Şub</w:t>
            </w:r>
          </w:p>
        </w:tc>
        <w:tc>
          <w:tcPr>
            <w:tcW w:type="dxa" w:w="1474"/>
          </w:tcPr>
          <w:p>
            <w:pPr>
              <w:spacing w:after="20"/>
            </w:pPr>
            <w:r/>
            <w:r>
              <w:rPr>
                <w:sz w:val="17"/>
              </w:rPr>
              <w:t>Unit 6</w:t>
            </w:r>
          </w:p>
        </w:tc>
        <w:tc>
          <w:tcPr>
            <w:tcW w:type="dxa" w:w="1814"/>
          </w:tcPr>
          <w:p>
            <w:pPr>
              <w:spacing w:after="20"/>
            </w:pPr>
            <w:r/>
            <w:r>
              <w:rPr>
                <w:sz w:val="17"/>
              </w:rPr>
              <w:t>Animals</w:t>
            </w:r>
          </w:p>
        </w:tc>
        <w:tc>
          <w:tcPr>
            <w:tcW w:type="dxa" w:w="5953"/>
          </w:tcPr>
          <w:p>
            <w:pPr>
              <w:spacing w:after="20"/>
            </w:pPr>
            <w:r/>
            <w:r>
              <w:rPr>
                <w:sz w:val="17"/>
              </w:rPr>
              <w:t>“It is a dog.” / “Dogs can run.” / feelings</w:t>
            </w:r>
          </w:p>
        </w:tc>
        <w:tc>
          <w:tcPr>
            <w:tcW w:type="dxa" w:w="4309"/>
          </w:tcPr>
          <w:p>
            <w:pPr>
              <w:spacing w:after="20"/>
            </w:pPr>
            <w:r/>
            <w:r>
              <w:rPr>
                <w:sz w:val="17"/>
              </w:rPr>
              <w:t>happy, sad, angry, hungry, thirsty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sz w:val="17"/>
              </w:rPr>
              <w:t>20</w:t>
            </w:r>
          </w:p>
        </w:tc>
        <w:tc>
          <w:tcPr>
            <w:tcW w:type="dxa" w:w="1247"/>
          </w:tcPr>
          <w:p>
            <w:pPr>
              <w:spacing w:after="20"/>
            </w:pPr>
            <w:r/>
            <w:r>
              <w:rPr>
                <w:sz w:val="17"/>
              </w:rPr>
              <w:t>09-13 Şub</w:t>
            </w:r>
          </w:p>
        </w:tc>
        <w:tc>
          <w:tcPr>
            <w:tcW w:type="dxa" w:w="1474"/>
          </w:tcPr>
          <w:p>
            <w:pPr>
              <w:spacing w:after="20"/>
            </w:pPr>
            <w:r/>
            <w:r>
              <w:rPr>
                <w:sz w:val="17"/>
              </w:rPr>
              <w:t>Unit 6</w:t>
            </w:r>
          </w:p>
        </w:tc>
        <w:tc>
          <w:tcPr>
            <w:tcW w:type="dxa" w:w="1814"/>
          </w:tcPr>
          <w:p>
            <w:pPr>
              <w:spacing w:after="20"/>
            </w:pPr>
            <w:r/>
            <w:r>
              <w:rPr>
                <w:sz w:val="17"/>
              </w:rPr>
              <w:t>Animals</w:t>
            </w:r>
          </w:p>
        </w:tc>
        <w:tc>
          <w:tcPr>
            <w:tcW w:type="dxa" w:w="5953"/>
          </w:tcPr>
          <w:p>
            <w:pPr>
              <w:spacing w:after="20"/>
            </w:pPr>
            <w:r/>
            <w:r>
              <w:rPr>
                <w:sz w:val="17"/>
              </w:rPr>
              <w:t>Pekiştirme: animal flashcards, “My Pet” çizimi</w:t>
            </w:r>
          </w:p>
        </w:tc>
        <w:tc>
          <w:tcPr>
            <w:tcW w:type="dxa" w:w="4309"/>
          </w:tcPr>
          <w:p>
            <w:pPr>
              <w:spacing w:after="20"/>
            </w:pPr>
            <w:r/>
            <w:r>
              <w:rPr>
                <w:sz w:val="17"/>
              </w:rPr>
              <w:t>Tüm animals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sz w:val="17"/>
              </w:rPr>
              <w:t>21</w:t>
            </w:r>
          </w:p>
        </w:tc>
        <w:tc>
          <w:tcPr>
            <w:tcW w:type="dxa" w:w="1247"/>
          </w:tcPr>
          <w:p>
            <w:pPr>
              <w:spacing w:after="20"/>
            </w:pPr>
            <w:r/>
            <w:r>
              <w:rPr>
                <w:sz w:val="17"/>
              </w:rPr>
              <w:t>16-20 Şub</w:t>
            </w:r>
          </w:p>
        </w:tc>
        <w:tc>
          <w:tcPr>
            <w:tcW w:type="dxa" w:w="1474"/>
          </w:tcPr>
          <w:p>
            <w:pPr>
              <w:spacing w:after="20"/>
            </w:pPr>
            <w:r/>
            <w:r>
              <w:rPr>
                <w:sz w:val="17"/>
              </w:rPr>
              <w:t>Unit 7</w:t>
            </w:r>
          </w:p>
        </w:tc>
        <w:tc>
          <w:tcPr>
            <w:tcW w:type="dxa" w:w="1814"/>
          </w:tcPr>
          <w:p>
            <w:pPr>
              <w:spacing w:after="20"/>
            </w:pPr>
            <w:r/>
            <w:r>
              <w:rPr>
                <w:sz w:val="17"/>
              </w:rPr>
              <w:t>Food</w:t>
            </w:r>
          </w:p>
        </w:tc>
        <w:tc>
          <w:tcPr>
            <w:tcW w:type="dxa" w:w="5953"/>
          </w:tcPr>
          <w:p>
            <w:pPr>
              <w:spacing w:after="20"/>
            </w:pPr>
            <w:r/>
            <w:r>
              <w:rPr>
                <w:sz w:val="17"/>
              </w:rPr>
              <w:t>Food vocabulary</w:t>
            </w:r>
          </w:p>
        </w:tc>
        <w:tc>
          <w:tcPr>
            <w:tcW w:type="dxa" w:w="4309"/>
          </w:tcPr>
          <w:p>
            <w:pPr>
              <w:spacing w:after="20"/>
            </w:pPr>
            <w:r/>
            <w:r>
              <w:rPr>
                <w:sz w:val="17"/>
              </w:rPr>
              <w:t>fruit, banana, apple, milk, water, bread, cake, pizza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sz w:val="17"/>
              </w:rPr>
              <w:t>22</w:t>
            </w:r>
          </w:p>
        </w:tc>
        <w:tc>
          <w:tcPr>
            <w:tcW w:type="dxa" w:w="1247"/>
          </w:tcPr>
          <w:p>
            <w:pPr>
              <w:spacing w:after="20"/>
            </w:pPr>
            <w:r/>
            <w:r>
              <w:rPr>
                <w:sz w:val="17"/>
              </w:rPr>
              <w:t>23-27 Şub</w:t>
            </w:r>
          </w:p>
        </w:tc>
        <w:tc>
          <w:tcPr>
            <w:tcW w:type="dxa" w:w="1474"/>
          </w:tcPr>
          <w:p>
            <w:pPr>
              <w:spacing w:after="20"/>
            </w:pPr>
            <w:r/>
            <w:r>
              <w:rPr>
                <w:sz w:val="17"/>
              </w:rPr>
              <w:t>Unit 7</w:t>
            </w:r>
          </w:p>
        </w:tc>
        <w:tc>
          <w:tcPr>
            <w:tcW w:type="dxa" w:w="1814"/>
          </w:tcPr>
          <w:p>
            <w:pPr>
              <w:spacing w:after="20"/>
            </w:pPr>
            <w:r/>
            <w:r>
              <w:rPr>
                <w:sz w:val="17"/>
              </w:rPr>
              <w:t>Food</w:t>
            </w:r>
          </w:p>
        </w:tc>
        <w:tc>
          <w:tcPr>
            <w:tcW w:type="dxa" w:w="5953"/>
          </w:tcPr>
          <w:p>
            <w:pPr>
              <w:spacing w:after="20"/>
            </w:pPr>
            <w:r/>
            <w:r>
              <w:rPr>
                <w:sz w:val="17"/>
              </w:rPr>
              <w:t>“I like ___” / “I don’t like ___” / healthy-unhealthy</w:t>
            </w:r>
          </w:p>
        </w:tc>
        <w:tc>
          <w:tcPr>
            <w:tcW w:type="dxa" w:w="4309"/>
          </w:tcPr>
          <w:p>
            <w:pPr>
              <w:spacing w:after="20"/>
            </w:pPr>
            <w:r/>
            <w:r>
              <w:rPr>
                <w:sz w:val="17"/>
              </w:rPr>
              <w:t>salty, sweet, healthy, unhealthy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sz w:val="17"/>
              </w:rPr>
              <w:t>23</w:t>
            </w:r>
          </w:p>
        </w:tc>
        <w:tc>
          <w:tcPr>
            <w:tcW w:type="dxa" w:w="1247"/>
          </w:tcPr>
          <w:p>
            <w:pPr>
              <w:spacing w:after="20"/>
            </w:pPr>
            <w:r/>
            <w:r>
              <w:rPr>
                <w:sz w:val="17"/>
              </w:rPr>
              <w:t>09-13 Mar</w:t>
            </w:r>
          </w:p>
        </w:tc>
        <w:tc>
          <w:tcPr>
            <w:tcW w:type="dxa" w:w="1474"/>
          </w:tcPr>
          <w:p>
            <w:pPr>
              <w:spacing w:after="20"/>
            </w:pPr>
            <w:r/>
            <w:r>
              <w:rPr>
                <w:sz w:val="17"/>
              </w:rPr>
              <w:t>Quiz 3</w:t>
            </w:r>
          </w:p>
        </w:tc>
        <w:tc>
          <w:tcPr>
            <w:tcW w:type="dxa" w:w="1814"/>
          </w:tcPr>
          <w:p>
            <w:pPr>
              <w:spacing w:after="20"/>
            </w:pPr>
            <w:r/>
            <w:r>
              <w:rPr>
                <w:sz w:val="17"/>
              </w:rPr>
              <w:t>Unit 5-7</w:t>
            </w:r>
          </w:p>
        </w:tc>
        <w:tc>
          <w:tcPr>
            <w:tcW w:type="dxa" w:w="5953"/>
          </w:tcPr>
          <w:p>
            <w:pPr>
              <w:spacing w:after="20"/>
            </w:pPr>
            <w:r/>
            <w:r>
              <w:rPr>
                <w:sz w:val="17"/>
              </w:rPr>
              <w:t>Quiz 3 + geri bildirim</w:t>
            </w:r>
          </w:p>
        </w:tc>
        <w:tc>
          <w:tcPr>
            <w:tcW w:type="dxa" w:w="4309"/>
          </w:tcPr>
          <w:p>
            <w:pPr>
              <w:spacing w:after="20"/>
            </w:pPr>
            <w:r/>
            <w:r>
              <w:rPr>
                <w:sz w:val="17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sz w:val="17"/>
              </w:rPr>
              <w:t>24</w:t>
            </w:r>
          </w:p>
        </w:tc>
        <w:tc>
          <w:tcPr>
            <w:tcW w:type="dxa" w:w="1247"/>
          </w:tcPr>
          <w:p>
            <w:pPr>
              <w:spacing w:after="20"/>
            </w:pPr>
            <w:r/>
            <w:r>
              <w:rPr>
                <w:sz w:val="17"/>
              </w:rPr>
              <w:t>16-20 Mar</w:t>
            </w:r>
          </w:p>
        </w:tc>
        <w:tc>
          <w:tcPr>
            <w:tcW w:type="dxa" w:w="1474"/>
          </w:tcPr>
          <w:p>
            <w:pPr>
              <w:spacing w:after="20"/>
            </w:pPr>
            <w:r/>
            <w:r>
              <w:rPr>
                <w:sz w:val="17"/>
              </w:rPr>
              <w:t>Unit 7</w:t>
            </w:r>
          </w:p>
        </w:tc>
        <w:tc>
          <w:tcPr>
            <w:tcW w:type="dxa" w:w="1814"/>
          </w:tcPr>
          <w:p>
            <w:pPr>
              <w:spacing w:after="20"/>
            </w:pPr>
            <w:r/>
            <w:r>
              <w:rPr>
                <w:sz w:val="17"/>
              </w:rPr>
              <w:t>Food</w:t>
            </w:r>
          </w:p>
        </w:tc>
        <w:tc>
          <w:tcPr>
            <w:tcW w:type="dxa" w:w="5953"/>
          </w:tcPr>
          <w:p>
            <w:pPr>
              <w:spacing w:after="20"/>
            </w:pPr>
            <w:r/>
            <w:r>
              <w:rPr>
                <w:sz w:val="17"/>
              </w:rPr>
              <w:t>Days of the week, pekiştirme</w:t>
            </w:r>
          </w:p>
        </w:tc>
        <w:tc>
          <w:tcPr>
            <w:tcW w:type="dxa" w:w="4309"/>
          </w:tcPr>
          <w:p>
            <w:pPr>
              <w:spacing w:after="20"/>
            </w:pPr>
            <w:r/>
            <w:r>
              <w:rPr>
                <w:sz w:val="17"/>
              </w:rPr>
              <w:t>Monday-Sunday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sz w:val="17"/>
              </w:rPr>
              <w:t>25</w:t>
            </w:r>
          </w:p>
        </w:tc>
        <w:tc>
          <w:tcPr>
            <w:tcW w:type="dxa" w:w="1247"/>
          </w:tcPr>
          <w:p>
            <w:pPr>
              <w:spacing w:after="20"/>
            </w:pPr>
            <w:r/>
            <w:r>
              <w:rPr>
                <w:sz w:val="17"/>
              </w:rPr>
              <w:t>23-27 Mar</w:t>
            </w:r>
          </w:p>
        </w:tc>
        <w:tc>
          <w:tcPr>
            <w:tcW w:type="dxa" w:w="1474"/>
          </w:tcPr>
          <w:p>
            <w:pPr>
              <w:spacing w:after="20"/>
            </w:pPr>
            <w:r/>
            <w:r>
              <w:rPr>
                <w:sz w:val="17"/>
              </w:rPr>
              <w:t>Unit 8</w:t>
            </w:r>
          </w:p>
        </w:tc>
        <w:tc>
          <w:tcPr>
            <w:tcW w:type="dxa" w:w="1814"/>
          </w:tcPr>
          <w:p>
            <w:pPr>
              <w:spacing w:after="20"/>
            </w:pPr>
            <w:r/>
            <w:r>
              <w:rPr>
                <w:sz w:val="17"/>
              </w:rPr>
              <w:t>My Friends</w:t>
            </w:r>
          </w:p>
        </w:tc>
        <w:tc>
          <w:tcPr>
            <w:tcW w:type="dxa" w:w="5953"/>
          </w:tcPr>
          <w:p>
            <w:pPr>
              <w:spacing w:after="20"/>
            </w:pPr>
            <w:r/>
            <w:r>
              <w:rPr>
                <w:sz w:val="17"/>
              </w:rPr>
              <w:t>Furniture + toys vocabulary</w:t>
            </w:r>
          </w:p>
        </w:tc>
        <w:tc>
          <w:tcPr>
            <w:tcW w:type="dxa" w:w="4309"/>
          </w:tcPr>
          <w:p>
            <w:pPr>
              <w:spacing w:after="20"/>
            </w:pPr>
            <w:r/>
            <w:r>
              <w:rPr>
                <w:sz w:val="17"/>
              </w:rPr>
              <w:t>table, chair, bed, wardrobe, sofa, TV, lamp, fridge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sz w:val="17"/>
              </w:rPr>
              <w:t>26</w:t>
            </w:r>
          </w:p>
        </w:tc>
        <w:tc>
          <w:tcPr>
            <w:tcW w:type="dxa" w:w="1247"/>
          </w:tcPr>
          <w:p>
            <w:pPr>
              <w:spacing w:after="20"/>
            </w:pPr>
            <w:r/>
            <w:r>
              <w:rPr>
                <w:sz w:val="17"/>
              </w:rPr>
              <w:t>30 Mar-3 Nis</w:t>
            </w:r>
          </w:p>
        </w:tc>
        <w:tc>
          <w:tcPr>
            <w:tcW w:type="dxa" w:w="1474"/>
          </w:tcPr>
          <w:p>
            <w:pPr>
              <w:spacing w:after="20"/>
            </w:pPr>
            <w:r/>
            <w:r>
              <w:rPr>
                <w:sz w:val="17"/>
              </w:rPr>
              <w:t>Unit 8</w:t>
            </w:r>
          </w:p>
        </w:tc>
        <w:tc>
          <w:tcPr>
            <w:tcW w:type="dxa" w:w="1814"/>
          </w:tcPr>
          <w:p>
            <w:pPr>
              <w:spacing w:after="20"/>
            </w:pPr>
            <w:r/>
            <w:r>
              <w:rPr>
                <w:sz w:val="17"/>
              </w:rPr>
              <w:t>My Friends</w:t>
            </w:r>
          </w:p>
        </w:tc>
        <w:tc>
          <w:tcPr>
            <w:tcW w:type="dxa" w:w="5953"/>
          </w:tcPr>
          <w:p>
            <w:pPr>
              <w:spacing w:after="20"/>
            </w:pPr>
            <w:r/>
            <w:r>
              <w:rPr>
                <w:sz w:val="17"/>
              </w:rPr>
              <w:t>“I have got a ball.” / toys</w:t>
            </w:r>
          </w:p>
        </w:tc>
        <w:tc>
          <w:tcPr>
            <w:tcW w:type="dxa" w:w="4309"/>
          </w:tcPr>
          <w:p>
            <w:pPr>
              <w:spacing w:after="20"/>
            </w:pPr>
            <w:r/>
            <w:r>
              <w:rPr>
                <w:sz w:val="17"/>
              </w:rPr>
              <w:t>ball, car, doll, plane, kite, bike, balloon, train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sz w:val="17"/>
              </w:rPr>
              <w:t>27</w:t>
            </w:r>
          </w:p>
        </w:tc>
        <w:tc>
          <w:tcPr>
            <w:tcW w:type="dxa" w:w="1247"/>
          </w:tcPr>
          <w:p>
            <w:pPr>
              <w:spacing w:after="20"/>
            </w:pPr>
            <w:r/>
            <w:r>
              <w:rPr>
                <w:sz w:val="17"/>
              </w:rPr>
              <w:t>06-10 Nis</w:t>
            </w:r>
          </w:p>
        </w:tc>
        <w:tc>
          <w:tcPr>
            <w:tcW w:type="dxa" w:w="1474"/>
          </w:tcPr>
          <w:p>
            <w:pPr>
              <w:spacing w:after="20"/>
            </w:pPr>
            <w:r/>
            <w:r>
              <w:rPr>
                <w:sz w:val="17"/>
              </w:rPr>
              <w:t>Unit 8</w:t>
            </w:r>
          </w:p>
        </w:tc>
        <w:tc>
          <w:tcPr>
            <w:tcW w:type="dxa" w:w="1814"/>
          </w:tcPr>
          <w:p>
            <w:pPr>
              <w:spacing w:after="20"/>
            </w:pPr>
            <w:r/>
            <w:r>
              <w:rPr>
                <w:sz w:val="17"/>
              </w:rPr>
              <w:t>My Friends</w:t>
            </w:r>
          </w:p>
        </w:tc>
        <w:tc>
          <w:tcPr>
            <w:tcW w:type="dxa" w:w="5953"/>
          </w:tcPr>
          <w:p>
            <w:pPr>
              <w:spacing w:after="20"/>
            </w:pPr>
            <w:r/>
            <w:r>
              <w:rPr>
                <w:sz w:val="17"/>
              </w:rPr>
              <w:t>Personal belongings (phone, computer, camera), pekiştirme</w:t>
            </w:r>
          </w:p>
        </w:tc>
        <w:tc>
          <w:tcPr>
            <w:tcW w:type="dxa" w:w="4309"/>
          </w:tcPr>
          <w:p>
            <w:pPr>
              <w:spacing w:after="20"/>
            </w:pPr>
            <w:r/>
            <w:r>
              <w:rPr>
                <w:sz w:val="17"/>
              </w:rPr>
              <w:t>Tüm furniture + toys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sz w:val="17"/>
              </w:rPr>
              <w:t>28</w:t>
            </w:r>
          </w:p>
        </w:tc>
        <w:tc>
          <w:tcPr>
            <w:tcW w:type="dxa" w:w="1247"/>
          </w:tcPr>
          <w:p>
            <w:pPr>
              <w:spacing w:after="20"/>
            </w:pPr>
            <w:r/>
            <w:r>
              <w:rPr>
                <w:sz w:val="17"/>
              </w:rPr>
              <w:t>13-17 Nis</w:t>
            </w:r>
          </w:p>
        </w:tc>
        <w:tc>
          <w:tcPr>
            <w:tcW w:type="dxa" w:w="1474"/>
          </w:tcPr>
          <w:p>
            <w:pPr>
              <w:spacing w:after="20"/>
            </w:pPr>
            <w:r/>
            <w:r>
              <w:rPr>
                <w:sz w:val="17"/>
              </w:rPr>
              <w:t>Unit 9</w:t>
            </w:r>
          </w:p>
        </w:tc>
        <w:tc>
          <w:tcPr>
            <w:tcW w:type="dxa" w:w="1814"/>
          </w:tcPr>
          <w:p>
            <w:pPr>
              <w:spacing w:after="20"/>
            </w:pPr>
            <w:r/>
            <w:r>
              <w:rPr>
                <w:sz w:val="17"/>
              </w:rPr>
              <w:t>My Favourites</w:t>
            </w:r>
          </w:p>
        </w:tc>
        <w:tc>
          <w:tcPr>
            <w:tcW w:type="dxa" w:w="5953"/>
          </w:tcPr>
          <w:p>
            <w:pPr>
              <w:spacing w:after="20"/>
            </w:pPr>
            <w:r/>
            <w:r>
              <w:rPr>
                <w:sz w:val="17"/>
              </w:rPr>
              <w:t>Playground actions</w:t>
            </w:r>
          </w:p>
        </w:tc>
        <w:tc>
          <w:tcPr>
            <w:tcW w:type="dxa" w:w="4309"/>
          </w:tcPr>
          <w:p>
            <w:pPr>
              <w:spacing w:after="20"/>
            </w:pPr>
            <w:r/>
            <w:r>
              <w:rPr>
                <w:sz w:val="17"/>
              </w:rPr>
              <w:t>catching, throwing, hitting, kicking, dancing, singing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sz w:val="17"/>
              </w:rPr>
              <w:t>29</w:t>
            </w:r>
          </w:p>
        </w:tc>
        <w:tc>
          <w:tcPr>
            <w:tcW w:type="dxa" w:w="1247"/>
          </w:tcPr>
          <w:p>
            <w:pPr>
              <w:spacing w:after="20"/>
            </w:pPr>
            <w:r/>
            <w:r>
              <w:rPr>
                <w:sz w:val="17"/>
              </w:rPr>
              <w:t>20-24 Nis</w:t>
            </w:r>
          </w:p>
        </w:tc>
        <w:tc>
          <w:tcPr>
            <w:tcW w:type="dxa" w:w="1474"/>
          </w:tcPr>
          <w:p>
            <w:pPr>
              <w:spacing w:after="20"/>
            </w:pPr>
            <w:r/>
            <w:r>
              <w:rPr>
                <w:sz w:val="17"/>
              </w:rPr>
              <w:t>Unit 9</w:t>
            </w:r>
          </w:p>
        </w:tc>
        <w:tc>
          <w:tcPr>
            <w:tcW w:type="dxa" w:w="1814"/>
          </w:tcPr>
          <w:p>
            <w:pPr>
              <w:spacing w:after="20"/>
            </w:pPr>
            <w:r/>
            <w:r>
              <w:rPr>
                <w:sz w:val="17"/>
              </w:rPr>
              <w:t>My Favourites</w:t>
            </w:r>
          </w:p>
        </w:tc>
        <w:tc>
          <w:tcPr>
            <w:tcW w:type="dxa" w:w="5953"/>
          </w:tcPr>
          <w:p>
            <w:pPr>
              <w:spacing w:after="20"/>
            </w:pPr>
            <w:r/>
            <w:r>
              <w:rPr>
                <w:sz w:val="17"/>
              </w:rPr>
              <w:t>Playground vocabulary, environment  ⚠️ 23 Nisan</w:t>
            </w:r>
          </w:p>
        </w:tc>
        <w:tc>
          <w:tcPr>
            <w:tcW w:type="dxa" w:w="4309"/>
          </w:tcPr>
          <w:p>
            <w:pPr>
              <w:spacing w:after="20"/>
            </w:pPr>
            <w:r/>
            <w:r>
              <w:rPr>
                <w:sz w:val="17"/>
              </w:rPr>
              <w:t>hopscotch, tag, hide and seek, recycle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sz w:val="17"/>
              </w:rPr>
              <w:t>30</w:t>
            </w:r>
          </w:p>
        </w:tc>
        <w:tc>
          <w:tcPr>
            <w:tcW w:type="dxa" w:w="1247"/>
          </w:tcPr>
          <w:p>
            <w:pPr>
              <w:spacing w:after="20"/>
            </w:pPr>
            <w:r/>
            <w:r>
              <w:rPr>
                <w:sz w:val="17"/>
              </w:rPr>
              <w:t>27 Nis-1 May</w:t>
            </w:r>
          </w:p>
        </w:tc>
        <w:tc>
          <w:tcPr>
            <w:tcW w:type="dxa" w:w="1474"/>
          </w:tcPr>
          <w:p>
            <w:pPr>
              <w:spacing w:after="20"/>
            </w:pPr>
            <w:r/>
            <w:r>
              <w:rPr>
                <w:sz w:val="17"/>
              </w:rPr>
              <w:t>Quiz 4</w:t>
            </w:r>
          </w:p>
        </w:tc>
        <w:tc>
          <w:tcPr>
            <w:tcW w:type="dxa" w:w="1814"/>
          </w:tcPr>
          <w:p>
            <w:pPr>
              <w:spacing w:after="20"/>
            </w:pPr>
            <w:r/>
            <w:r>
              <w:rPr>
                <w:sz w:val="17"/>
              </w:rPr>
              <w:t>Unit 7-9</w:t>
            </w:r>
          </w:p>
        </w:tc>
        <w:tc>
          <w:tcPr>
            <w:tcW w:type="dxa" w:w="5953"/>
          </w:tcPr>
          <w:p>
            <w:pPr>
              <w:spacing w:after="20"/>
            </w:pPr>
            <w:r/>
            <w:r>
              <w:rPr>
                <w:sz w:val="17"/>
              </w:rPr>
              <w:t>Quiz 4 + geri bildirim</w:t>
            </w:r>
          </w:p>
        </w:tc>
        <w:tc>
          <w:tcPr>
            <w:tcW w:type="dxa" w:w="4309"/>
          </w:tcPr>
          <w:p>
            <w:pPr>
              <w:spacing w:after="20"/>
            </w:pPr>
            <w:r/>
            <w:r>
              <w:rPr>
                <w:sz w:val="17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sz w:val="17"/>
              </w:rPr>
              <w:t>31</w:t>
            </w:r>
          </w:p>
        </w:tc>
        <w:tc>
          <w:tcPr>
            <w:tcW w:type="dxa" w:w="1247"/>
          </w:tcPr>
          <w:p>
            <w:pPr>
              <w:spacing w:after="20"/>
            </w:pPr>
            <w:r/>
            <w:r>
              <w:rPr>
                <w:sz w:val="17"/>
              </w:rPr>
              <w:t>04-08 May</w:t>
            </w:r>
          </w:p>
        </w:tc>
        <w:tc>
          <w:tcPr>
            <w:tcW w:type="dxa" w:w="1474"/>
          </w:tcPr>
          <w:p>
            <w:pPr>
              <w:spacing w:after="20"/>
            </w:pPr>
            <w:r/>
            <w:r>
              <w:rPr>
                <w:sz w:val="17"/>
              </w:rPr>
              <w:t>Review</w:t>
            </w:r>
          </w:p>
        </w:tc>
        <w:tc>
          <w:tcPr>
            <w:tcW w:type="dxa" w:w="1814"/>
          </w:tcPr>
          <w:p>
            <w:pPr>
              <w:spacing w:after="20"/>
            </w:pPr>
            <w:r/>
            <w:r>
              <w:rPr>
                <w:sz w:val="17"/>
              </w:rPr>
              <w:t>Unit 1-4</w:t>
            </w:r>
          </w:p>
        </w:tc>
        <w:tc>
          <w:tcPr>
            <w:tcW w:type="dxa" w:w="5953"/>
          </w:tcPr>
          <w:p>
            <w:pPr>
              <w:spacing w:after="20"/>
            </w:pPr>
            <w:r/>
            <w:r>
              <w:rPr>
                <w:sz w:val="17"/>
              </w:rPr>
              <w:t>Dönem 1 tekrarı (classroom, family, body, clothes)</w:t>
            </w:r>
          </w:p>
        </w:tc>
        <w:tc>
          <w:tcPr>
            <w:tcW w:type="dxa" w:w="4309"/>
          </w:tcPr>
          <w:p>
            <w:pPr>
              <w:spacing w:after="20"/>
            </w:pPr>
            <w:r/>
            <w:r>
              <w:rPr>
                <w:sz w:val="17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sz w:val="17"/>
              </w:rPr>
              <w:t>32</w:t>
            </w:r>
          </w:p>
        </w:tc>
        <w:tc>
          <w:tcPr>
            <w:tcW w:type="dxa" w:w="1247"/>
          </w:tcPr>
          <w:p>
            <w:pPr>
              <w:spacing w:after="20"/>
            </w:pPr>
            <w:r/>
            <w:r>
              <w:rPr>
                <w:sz w:val="17"/>
              </w:rPr>
              <w:t>11-15 May</w:t>
            </w:r>
          </w:p>
        </w:tc>
        <w:tc>
          <w:tcPr>
            <w:tcW w:type="dxa" w:w="1474"/>
          </w:tcPr>
          <w:p>
            <w:pPr>
              <w:spacing w:after="20"/>
            </w:pPr>
            <w:r/>
            <w:r>
              <w:rPr>
                <w:sz w:val="17"/>
              </w:rPr>
              <w:t>Review</w:t>
            </w:r>
          </w:p>
        </w:tc>
        <w:tc>
          <w:tcPr>
            <w:tcW w:type="dxa" w:w="1814"/>
          </w:tcPr>
          <w:p>
            <w:pPr>
              <w:spacing w:after="20"/>
            </w:pPr>
            <w:r/>
            <w:r>
              <w:rPr>
                <w:sz w:val="17"/>
              </w:rPr>
              <w:t>Unit 5-9</w:t>
            </w:r>
          </w:p>
        </w:tc>
        <w:tc>
          <w:tcPr>
            <w:tcW w:type="dxa" w:w="5953"/>
          </w:tcPr>
          <w:p>
            <w:pPr>
              <w:spacing w:after="20"/>
            </w:pPr>
            <w:r/>
            <w:r>
              <w:rPr>
                <w:sz w:val="17"/>
              </w:rPr>
              <w:t>Dönem 2 tekrarı (home, animals, food, friends, favourites)</w:t>
            </w:r>
          </w:p>
        </w:tc>
        <w:tc>
          <w:tcPr>
            <w:tcW w:type="dxa" w:w="4309"/>
          </w:tcPr>
          <w:p>
            <w:pPr>
              <w:spacing w:after="20"/>
            </w:pPr>
            <w:r/>
            <w:r>
              <w:rPr>
                <w:sz w:val="17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sz w:val="17"/>
              </w:rPr>
              <w:t>33</w:t>
            </w:r>
          </w:p>
        </w:tc>
        <w:tc>
          <w:tcPr>
            <w:tcW w:type="dxa" w:w="1247"/>
          </w:tcPr>
          <w:p>
            <w:pPr>
              <w:spacing w:after="20"/>
            </w:pPr>
            <w:r/>
            <w:r>
              <w:rPr>
                <w:sz w:val="17"/>
              </w:rPr>
              <w:t>18-22 May</w:t>
            </w:r>
          </w:p>
        </w:tc>
        <w:tc>
          <w:tcPr>
            <w:tcW w:type="dxa" w:w="1474"/>
          </w:tcPr>
          <w:p>
            <w:pPr>
              <w:spacing w:after="20"/>
            </w:pPr>
            <w:r/>
            <w:r>
              <w:rPr>
                <w:sz w:val="17"/>
              </w:rPr>
              <w:t>Review</w:t>
            </w:r>
          </w:p>
        </w:tc>
        <w:tc>
          <w:tcPr>
            <w:tcW w:type="dxa" w:w="1814"/>
          </w:tcPr>
          <w:p>
            <w:pPr>
              <w:spacing w:after="20"/>
            </w:pPr>
            <w:r/>
            <w:r>
              <w:rPr>
                <w:sz w:val="17"/>
              </w:rPr>
              <w:t>Tüm üniteler</w:t>
            </w:r>
          </w:p>
        </w:tc>
        <w:tc>
          <w:tcPr>
            <w:tcW w:type="dxa" w:w="5953"/>
          </w:tcPr>
          <w:p>
            <w:pPr>
              <w:spacing w:after="20"/>
            </w:pPr>
            <w:r/>
            <w:r>
              <w:rPr>
                <w:sz w:val="17"/>
              </w:rPr>
              <w:t>Sınav hazırlığı  ⚠️ 19 Mayıs</w:t>
            </w:r>
          </w:p>
        </w:tc>
        <w:tc>
          <w:tcPr>
            <w:tcW w:type="dxa" w:w="4309"/>
          </w:tcPr>
          <w:p>
            <w:pPr>
              <w:spacing w:after="20"/>
            </w:pPr>
            <w:r/>
            <w:r>
              <w:rPr>
                <w:sz w:val="17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sz w:val="17"/>
              </w:rPr>
              <w:t>34</w:t>
            </w:r>
          </w:p>
        </w:tc>
        <w:tc>
          <w:tcPr>
            <w:tcW w:type="dxa" w:w="1247"/>
          </w:tcPr>
          <w:p>
            <w:pPr>
              <w:spacing w:after="20"/>
            </w:pPr>
            <w:r/>
            <w:r>
              <w:rPr>
                <w:sz w:val="17"/>
              </w:rPr>
              <w:t>25-29 May</w:t>
            </w:r>
          </w:p>
        </w:tc>
        <w:tc>
          <w:tcPr>
            <w:tcW w:type="dxa" w:w="1474"/>
          </w:tcPr>
          <w:p>
            <w:pPr>
              <w:spacing w:after="20"/>
            </w:pPr>
            <w:r/>
            <w:r>
              <w:rPr>
                <w:sz w:val="17"/>
              </w:rPr>
              <w:t>Yıl Sonu Sınavı</w:t>
            </w:r>
          </w:p>
        </w:tc>
        <w:tc>
          <w:tcPr>
            <w:tcW w:type="dxa" w:w="1814"/>
          </w:tcPr>
          <w:p>
            <w:pPr>
              <w:spacing w:after="20"/>
            </w:pPr>
            <w:r/>
            <w:r>
              <w:rPr>
                <w:sz w:val="17"/>
              </w:rPr>
              <w:t>Unit 1-9</w:t>
            </w:r>
          </w:p>
        </w:tc>
        <w:tc>
          <w:tcPr>
            <w:tcW w:type="dxa" w:w="5953"/>
          </w:tcPr>
          <w:p>
            <w:pPr>
              <w:spacing w:after="20"/>
            </w:pPr>
            <w:r/>
            <w:r>
              <w:rPr>
                <w:sz w:val="17"/>
              </w:rPr>
              <w:t>Yıl sonu sınavı (dört beceri)</w:t>
            </w:r>
          </w:p>
        </w:tc>
        <w:tc>
          <w:tcPr>
            <w:tcW w:type="dxa" w:w="4309"/>
          </w:tcPr>
          <w:p>
            <w:pPr>
              <w:spacing w:after="20"/>
            </w:pPr>
            <w:r/>
            <w:r>
              <w:rPr>
                <w:sz w:val="17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sz w:val="17"/>
              </w:rPr>
              <w:t>35</w:t>
            </w:r>
          </w:p>
        </w:tc>
        <w:tc>
          <w:tcPr>
            <w:tcW w:type="dxa" w:w="1247"/>
          </w:tcPr>
          <w:p>
            <w:pPr>
              <w:spacing w:after="20"/>
            </w:pPr>
            <w:r/>
            <w:r>
              <w:rPr>
                <w:sz w:val="17"/>
              </w:rPr>
              <w:t>01-05 Haz</w:t>
            </w:r>
          </w:p>
        </w:tc>
        <w:tc>
          <w:tcPr>
            <w:tcW w:type="dxa" w:w="1474"/>
          </w:tcPr>
          <w:p>
            <w:pPr>
              <w:spacing w:after="20"/>
            </w:pPr>
            <w:r/>
            <w:r>
              <w:rPr>
                <w:sz w:val="17"/>
              </w:rPr>
              <w:t>Portfolio</w:t>
            </w:r>
          </w:p>
        </w:tc>
        <w:tc>
          <w:tcPr>
            <w:tcW w:type="dxa" w:w="1814"/>
          </w:tcPr>
          <w:p>
            <w:pPr>
              <w:spacing w:after="20"/>
            </w:pPr>
            <w:r/>
            <w:r>
              <w:rPr>
                <w:sz w:val="17"/>
              </w:rPr>
              <w:t>—</w:t>
            </w:r>
          </w:p>
        </w:tc>
        <w:tc>
          <w:tcPr>
            <w:tcW w:type="dxa" w:w="5953"/>
          </w:tcPr>
          <w:p>
            <w:pPr>
              <w:spacing w:after="20"/>
            </w:pPr>
            <w:r/>
            <w:r>
              <w:rPr>
                <w:sz w:val="17"/>
              </w:rPr>
              <w:t>Portfolio sunumları + “My English Book”</w:t>
            </w:r>
          </w:p>
        </w:tc>
        <w:tc>
          <w:tcPr>
            <w:tcW w:type="dxa" w:w="4309"/>
          </w:tcPr>
          <w:p>
            <w:pPr>
              <w:spacing w:after="20"/>
            </w:pPr>
            <w:r/>
            <w:r>
              <w:rPr>
                <w:sz w:val="17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sz w:val="17"/>
              </w:rPr>
              <w:t>36</w:t>
            </w:r>
          </w:p>
        </w:tc>
        <w:tc>
          <w:tcPr>
            <w:tcW w:type="dxa" w:w="1247"/>
          </w:tcPr>
          <w:p>
            <w:pPr>
              <w:spacing w:after="20"/>
            </w:pPr>
            <w:r/>
            <w:r>
              <w:rPr>
                <w:sz w:val="17"/>
              </w:rPr>
              <w:t>08-12 Haz</w:t>
            </w:r>
          </w:p>
        </w:tc>
        <w:tc>
          <w:tcPr>
            <w:tcW w:type="dxa" w:w="1474"/>
          </w:tcPr>
          <w:p>
            <w:pPr>
              <w:spacing w:after="20"/>
            </w:pPr>
            <w:r/>
            <w:r>
              <w:rPr>
                <w:sz w:val="17"/>
              </w:rPr>
              <w:t>Portfolio</w:t>
            </w:r>
          </w:p>
        </w:tc>
        <w:tc>
          <w:tcPr>
            <w:tcW w:type="dxa" w:w="1814"/>
          </w:tcPr>
          <w:p>
            <w:pPr>
              <w:spacing w:after="20"/>
            </w:pPr>
            <w:r/>
            <w:r>
              <w:rPr>
                <w:sz w:val="17"/>
              </w:rPr>
              <w:t>—</w:t>
            </w:r>
          </w:p>
        </w:tc>
        <w:tc>
          <w:tcPr>
            <w:tcW w:type="dxa" w:w="5953"/>
          </w:tcPr>
          <w:p>
            <w:pPr>
              <w:spacing w:after="20"/>
            </w:pPr>
            <w:r/>
            <w:r>
              <w:rPr>
                <w:sz w:val="17"/>
              </w:rPr>
              <w:t>İngilizce oyunları, şarkılar, drama</w:t>
            </w:r>
          </w:p>
        </w:tc>
        <w:tc>
          <w:tcPr>
            <w:tcW w:type="dxa" w:w="4309"/>
          </w:tcPr>
          <w:p>
            <w:pPr>
              <w:spacing w:after="20"/>
            </w:pPr>
            <w:r/>
            <w:r>
              <w:rPr>
                <w:sz w:val="17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sz w:val="17"/>
              </w:rPr>
              <w:t>37</w:t>
            </w:r>
          </w:p>
        </w:tc>
        <w:tc>
          <w:tcPr>
            <w:tcW w:type="dxa" w:w="1247"/>
          </w:tcPr>
          <w:p>
            <w:pPr>
              <w:spacing w:after="20"/>
            </w:pPr>
            <w:r/>
            <w:r>
              <w:rPr>
                <w:sz w:val="17"/>
              </w:rPr>
              <w:t>15-19 Haz</w:t>
            </w:r>
          </w:p>
        </w:tc>
        <w:tc>
          <w:tcPr>
            <w:tcW w:type="dxa" w:w="1474"/>
          </w:tcPr>
          <w:p>
            <w:pPr>
              <w:spacing w:after="20"/>
            </w:pPr>
            <w:r/>
            <w:r>
              <w:rPr>
                <w:sz w:val="17"/>
              </w:rPr>
              <w:t>Wrap-up</w:t>
            </w:r>
          </w:p>
        </w:tc>
        <w:tc>
          <w:tcPr>
            <w:tcW w:type="dxa" w:w="1814"/>
          </w:tcPr>
          <w:p>
            <w:pPr>
              <w:spacing w:after="20"/>
            </w:pPr>
            <w:r/>
            <w:r>
              <w:rPr>
                <w:sz w:val="17"/>
              </w:rPr>
              <w:t>—</w:t>
            </w:r>
          </w:p>
        </w:tc>
        <w:tc>
          <w:tcPr>
            <w:tcW w:type="dxa" w:w="5953"/>
          </w:tcPr>
          <w:p>
            <w:pPr>
              <w:spacing w:after="20"/>
            </w:pPr>
            <w:r/>
            <w:r>
              <w:rPr>
                <w:sz w:val="17"/>
              </w:rPr>
              <w:t>Yıl sonu etkinlikleri, sınıf partisi</w:t>
            </w:r>
          </w:p>
        </w:tc>
        <w:tc>
          <w:tcPr>
            <w:tcW w:type="dxa" w:w="4309"/>
          </w:tcPr>
          <w:p>
            <w:pPr>
              <w:spacing w:after="20"/>
            </w:pPr>
            <w:r/>
            <w:r>
              <w:rPr>
                <w:sz w:val="17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sz w:val="17"/>
              </w:rPr>
              <w:t>38</w:t>
            </w:r>
          </w:p>
        </w:tc>
        <w:tc>
          <w:tcPr>
            <w:tcW w:type="dxa" w:w="1247"/>
          </w:tcPr>
          <w:p>
            <w:pPr>
              <w:spacing w:after="20"/>
            </w:pPr>
            <w:r/>
            <w:r>
              <w:rPr>
                <w:sz w:val="17"/>
              </w:rPr>
              <w:t>22-26 Haz</w:t>
            </w:r>
          </w:p>
        </w:tc>
        <w:tc>
          <w:tcPr>
            <w:tcW w:type="dxa" w:w="1474"/>
          </w:tcPr>
          <w:p>
            <w:pPr>
              <w:spacing w:after="20"/>
            </w:pPr>
            <w:r/>
            <w:r>
              <w:rPr>
                <w:sz w:val="17"/>
              </w:rPr>
              <w:t>Wrap-up</w:t>
            </w:r>
          </w:p>
        </w:tc>
        <w:tc>
          <w:tcPr>
            <w:tcW w:type="dxa" w:w="1814"/>
          </w:tcPr>
          <w:p>
            <w:pPr>
              <w:spacing w:after="20"/>
            </w:pPr>
            <w:r/>
            <w:r>
              <w:rPr>
                <w:sz w:val="17"/>
              </w:rPr>
              <w:t>—</w:t>
            </w:r>
          </w:p>
        </w:tc>
        <w:tc>
          <w:tcPr>
            <w:tcW w:type="dxa" w:w="5953"/>
          </w:tcPr>
          <w:p>
            <w:pPr>
              <w:spacing w:after="20"/>
            </w:pPr>
            <w:r/>
            <w:r>
              <w:rPr>
                <w:sz w:val="17"/>
              </w:rPr>
              <w:t>Son hafta: oyun günü, sertifika dağıtımı</w:t>
            </w:r>
          </w:p>
        </w:tc>
        <w:tc>
          <w:tcPr>
            <w:tcW w:type="dxa" w:w="4309"/>
          </w:tcPr>
          <w:p>
            <w:pPr>
              <w:spacing w:after="20"/>
            </w:pPr>
            <w:r/>
            <w:r>
              <w:rPr>
                <w:sz w:val="17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sz w:val="17"/>
              </w:rPr>
              <w:t>39</w:t>
            </w:r>
          </w:p>
        </w:tc>
        <w:tc>
          <w:tcPr>
            <w:tcW w:type="dxa" w:w="1247"/>
          </w:tcPr>
          <w:p>
            <w:pPr>
              <w:spacing w:after="20"/>
            </w:pPr>
            <w:r/>
            <w:r>
              <w:rPr>
                <w:sz w:val="17"/>
              </w:rPr>
              <w:t>29 Haz-3 Tem</w:t>
            </w:r>
          </w:p>
        </w:tc>
        <w:tc>
          <w:tcPr>
            <w:tcW w:type="dxa" w:w="1474"/>
          </w:tcPr>
          <w:p>
            <w:pPr>
              <w:spacing w:after="20"/>
            </w:pPr>
            <w:r/>
            <w:r>
              <w:rPr>
                <w:sz w:val="17"/>
              </w:rPr>
              <w:t>Wrap-up</w:t>
            </w:r>
          </w:p>
        </w:tc>
        <w:tc>
          <w:tcPr>
            <w:tcW w:type="dxa" w:w="1814"/>
          </w:tcPr>
          <w:p>
            <w:pPr>
              <w:spacing w:after="20"/>
            </w:pPr>
            <w:r/>
            <w:r>
              <w:rPr>
                <w:sz w:val="17"/>
              </w:rPr>
              <w:t>—</w:t>
            </w:r>
          </w:p>
        </w:tc>
        <w:tc>
          <w:tcPr>
            <w:tcW w:type="dxa" w:w="5953"/>
          </w:tcPr>
          <w:p>
            <w:pPr>
              <w:spacing w:after="20"/>
            </w:pPr>
            <w:r/>
            <w:r>
              <w:rPr>
                <w:sz w:val="17"/>
              </w:rPr>
              <w:t>Buffer / makeup günleri</w:t>
            </w:r>
          </w:p>
        </w:tc>
        <w:tc>
          <w:tcPr>
            <w:tcW w:type="dxa" w:w="4309"/>
          </w:tcPr>
          <w:p>
            <w:pPr>
              <w:spacing w:after="20"/>
            </w:pPr>
            <w:r/>
            <w:r>
              <w:rPr>
                <w:sz w:val="17"/>
              </w:rPr>
              <w:t>—</w:t>
            </w:r>
          </w:p>
        </w:tc>
      </w:tr>
    </w:tbl>
    <w:p>
      <w:pPr>
        <w:spacing w:before="240" w:after="80"/>
      </w:pPr>
      <w:r>
        <w:rPr>
          <w:b/>
          <w:color w:val="333333"/>
          <w:sz w:val="26"/>
        </w:rPr>
        <w:t>3. Sınıf — Ünite Detayları (Unit 1-9)</w:t>
      </w:r>
    </w:p>
    <w:p>
      <w:pPr>
        <w:spacing w:before="200" w:after="40"/>
      </w:pPr>
      <w:r>
        <w:rPr>
          <w:b/>
          <w:color w:val="333333"/>
          <w:sz w:val="25"/>
        </w:rPr>
        <w:t>Unit 1 — My Classroom</w:t>
      </w:r>
    </w:p>
    <w:p>
      <w:pPr>
        <w:spacing w:before="60" w:after="20"/>
      </w:pPr>
      <w:r>
        <w:rPr>
          <w:b/>
          <w:color w:val="E07856"/>
          <w:sz w:val="20"/>
        </w:rPr>
        <w:t>Grammar</w:t>
      </w:r>
    </w:p>
    <w:p>
      <w:pPr>
        <w:pStyle w:val="ListBullet"/>
        <w:spacing w:after="10"/>
      </w:pPr>
      <w:r>
        <w:rPr>
          <w:sz w:val="19"/>
        </w:rPr>
        <w:t>Verb to be (inverted questions &amp; short answers)</w:t>
      </w:r>
    </w:p>
    <w:p>
      <w:pPr>
        <w:pStyle w:val="ListBullet"/>
        <w:spacing w:after="10"/>
      </w:pPr>
      <w:r>
        <w:rPr>
          <w:sz w:val="19"/>
        </w:rPr>
        <w:t>Pronouns: I, you, it, they</w:t>
      </w:r>
    </w:p>
    <w:p>
      <w:pPr>
        <w:pStyle w:val="ListBullet"/>
        <w:spacing w:after="10"/>
      </w:pPr>
      <w:r>
        <w:rPr>
          <w:sz w:val="19"/>
        </w:rPr>
        <w:t>Question words: What, How many</w:t>
      </w:r>
    </w:p>
    <w:p>
      <w:pPr>
        <w:pStyle w:val="ListBullet"/>
        <w:spacing w:after="10"/>
      </w:pPr>
      <w:r>
        <w:rPr>
          <w:sz w:val="19"/>
        </w:rPr>
        <w:t>Demonstratives: this / that</w:t>
      </w:r>
    </w:p>
    <w:p>
      <w:pPr>
        <w:pStyle w:val="ListBullet"/>
        <w:spacing w:after="10"/>
      </w:pPr>
      <w:r>
        <w:rPr>
          <w:sz w:val="19"/>
        </w:rPr>
        <w:t>I have got…</w:t>
      </w:r>
    </w:p>
    <w:p>
      <w:pPr>
        <w:spacing w:before="60" w:after="20"/>
      </w:pPr>
      <w:r>
        <w:rPr>
          <w:b/>
          <w:color w:val="E07856"/>
          <w:sz w:val="20"/>
        </w:rPr>
        <w:t>Lexis</w:t>
      </w:r>
    </w:p>
    <w:p>
      <w:pPr>
        <w:pStyle w:val="ListBullet"/>
        <w:spacing w:after="10"/>
      </w:pPr>
      <w:r>
        <w:rPr>
          <w:sz w:val="19"/>
        </w:rPr>
        <w:t>School — Sınıf eşyaları (~22)</w:t>
      </w:r>
    </w:p>
    <w:p>
      <w:pPr>
        <w:pStyle w:val="ListBullet"/>
        <w:spacing w:after="10"/>
      </w:pPr>
      <w:r>
        <w:rPr>
          <w:sz w:val="19"/>
        </w:rPr>
        <w:t>Numbers (1-20)</w:t>
      </w:r>
    </w:p>
    <w:p>
      <w:pPr>
        <w:pStyle w:val="ListBullet"/>
        <w:spacing w:after="10"/>
      </w:pPr>
      <w:r>
        <w:rPr>
          <w:sz w:val="19"/>
        </w:rPr>
        <w:t>Alphabet &amp; spelling</w:t>
      </w:r>
    </w:p>
    <w:p>
      <w:pPr>
        <w:spacing w:before="200" w:after="40"/>
      </w:pPr>
      <w:r>
        <w:rPr>
          <w:b/>
          <w:color w:val="333333"/>
          <w:sz w:val="25"/>
        </w:rPr>
        <w:t>Unit 2 — My Family and Friends</w:t>
      </w:r>
    </w:p>
    <w:p>
      <w:pPr>
        <w:spacing w:before="60" w:after="20"/>
      </w:pPr>
      <w:r>
        <w:rPr>
          <w:b/>
          <w:color w:val="E07856"/>
          <w:sz w:val="20"/>
        </w:rPr>
        <w:t>Grammar</w:t>
      </w:r>
    </w:p>
    <w:p>
      <w:pPr>
        <w:pStyle w:val="ListBullet"/>
        <w:spacing w:after="10"/>
      </w:pPr>
      <w:r>
        <w:rPr>
          <w:sz w:val="19"/>
        </w:rPr>
        <w:t>This is my ___. / She is a teacher.</w:t>
      </w:r>
    </w:p>
    <w:p>
      <w:pPr>
        <w:pStyle w:val="ListBullet"/>
        <w:spacing w:after="10"/>
      </w:pPr>
      <w:r>
        <w:rPr>
          <w:sz w:val="19"/>
        </w:rPr>
        <w:t>Family + jobs tanıtımı</w:t>
      </w:r>
    </w:p>
    <w:p>
      <w:pPr>
        <w:spacing w:before="60" w:after="20"/>
      </w:pPr>
      <w:r>
        <w:rPr>
          <w:b/>
          <w:color w:val="E07856"/>
          <w:sz w:val="20"/>
        </w:rPr>
        <w:t>Lexis</w:t>
      </w:r>
    </w:p>
    <w:p>
      <w:pPr>
        <w:pStyle w:val="ListBullet"/>
        <w:spacing w:after="10"/>
      </w:pPr>
      <w:r>
        <w:rPr>
          <w:sz w:val="19"/>
        </w:rPr>
        <w:t>Aile üyeleri: mother, father, brother, sister, grandmother, grandfather, aunt, uncle, cousin</w:t>
      </w:r>
    </w:p>
    <w:p>
      <w:pPr>
        <w:pStyle w:val="ListBullet"/>
        <w:spacing w:after="10"/>
      </w:pPr>
      <w:r>
        <w:rPr>
          <w:sz w:val="19"/>
        </w:rPr>
        <w:t>Jobs (~12): teacher, doctor, nurse, driver, farmer, cook, police officer</w:t>
      </w:r>
    </w:p>
    <w:p>
      <w:pPr>
        <w:spacing w:before="200" w:after="40"/>
      </w:pPr>
      <w:r>
        <w:rPr>
          <w:b/>
          <w:color w:val="333333"/>
          <w:sz w:val="25"/>
        </w:rPr>
        <w:t>Unit 3 — Body and Appearance</w:t>
      </w:r>
    </w:p>
    <w:p>
      <w:pPr>
        <w:spacing w:before="60" w:after="20"/>
      </w:pPr>
      <w:r>
        <w:rPr>
          <w:b/>
          <w:color w:val="E07856"/>
          <w:sz w:val="20"/>
        </w:rPr>
        <w:t>Grammar</w:t>
      </w:r>
    </w:p>
    <w:p>
      <w:pPr>
        <w:pStyle w:val="ListBullet"/>
        <w:spacing w:after="10"/>
      </w:pPr>
      <w:r>
        <w:rPr>
          <w:sz w:val="19"/>
        </w:rPr>
        <w:t>Size/appearance adjectives: big, small, tall, short, thin, fat</w:t>
      </w:r>
    </w:p>
    <w:p>
      <w:pPr>
        <w:pStyle w:val="ListBullet"/>
        <w:spacing w:after="10"/>
      </w:pPr>
      <w:r>
        <w:rPr>
          <w:sz w:val="19"/>
        </w:rPr>
        <w:t>Senses verbs: see, smell, taste, hear</w:t>
      </w:r>
    </w:p>
    <w:p>
      <w:pPr>
        <w:pStyle w:val="ListBullet"/>
        <w:spacing w:after="10"/>
      </w:pPr>
      <w:r>
        <w:rPr>
          <w:sz w:val="19"/>
        </w:rPr>
        <w:t>I have got two ___.</w:t>
      </w:r>
    </w:p>
    <w:p>
      <w:pPr>
        <w:spacing w:before="60" w:after="20"/>
      </w:pPr>
      <w:r>
        <w:rPr>
          <w:b/>
          <w:color w:val="E07856"/>
          <w:sz w:val="20"/>
        </w:rPr>
        <w:t>Lexis</w:t>
      </w:r>
    </w:p>
    <w:p>
      <w:pPr>
        <w:pStyle w:val="ListBullet"/>
        <w:spacing w:after="10"/>
      </w:pPr>
      <w:r>
        <w:rPr>
          <w:sz w:val="19"/>
        </w:rPr>
        <w:t>Body parts (~16): head, hair, eye, ear, nose, mouth, tooth, arm, hand, finger, leg, foot, knee</w:t>
      </w:r>
    </w:p>
    <w:p>
      <w:pPr>
        <w:pStyle w:val="ListBullet"/>
        <w:spacing w:after="10"/>
      </w:pPr>
      <w:r>
        <w:rPr>
          <w:sz w:val="19"/>
        </w:rPr>
        <w:t>Appearance (6)</w:t>
      </w:r>
    </w:p>
    <w:p>
      <w:pPr>
        <w:spacing w:before="200" w:after="40"/>
      </w:pPr>
      <w:r>
        <w:rPr>
          <w:b/>
          <w:color w:val="333333"/>
          <w:sz w:val="25"/>
        </w:rPr>
        <w:t>Unit 4 — Colours and Clothes</w:t>
      </w:r>
    </w:p>
    <w:p>
      <w:pPr>
        <w:spacing w:before="60" w:after="20"/>
      </w:pPr>
      <w:r>
        <w:rPr>
          <w:b/>
          <w:color w:val="E07856"/>
          <w:sz w:val="20"/>
        </w:rPr>
        <w:t>Grammar</w:t>
      </w:r>
    </w:p>
    <w:p>
      <w:pPr>
        <w:pStyle w:val="ListBullet"/>
        <w:spacing w:after="10"/>
      </w:pPr>
      <w:r>
        <w:rPr>
          <w:sz w:val="19"/>
        </w:rPr>
        <w:t>I am wearing ___</w:t>
      </w:r>
    </w:p>
    <w:p>
      <w:pPr>
        <w:pStyle w:val="ListBullet"/>
        <w:spacing w:after="10"/>
      </w:pPr>
      <w:r>
        <w:rPr>
          <w:sz w:val="19"/>
        </w:rPr>
        <w:t>Weather: It is cold/hot/warm</w:t>
      </w:r>
    </w:p>
    <w:p>
      <w:pPr>
        <w:pStyle w:val="ListBullet"/>
        <w:spacing w:after="10"/>
      </w:pPr>
      <w:r>
        <w:rPr>
          <w:sz w:val="19"/>
        </w:rPr>
        <w:t>Colours (tekrar)</w:t>
      </w:r>
    </w:p>
    <w:p>
      <w:pPr>
        <w:spacing w:before="60" w:after="20"/>
      </w:pPr>
      <w:r>
        <w:rPr>
          <w:b/>
          <w:color w:val="E07856"/>
          <w:sz w:val="20"/>
        </w:rPr>
        <w:t>Lexis</w:t>
      </w:r>
    </w:p>
    <w:p>
      <w:pPr>
        <w:pStyle w:val="ListBullet"/>
        <w:spacing w:after="10"/>
      </w:pPr>
      <w:r>
        <w:rPr>
          <w:sz w:val="19"/>
        </w:rPr>
        <w:t>Clothes (~14): shirt, T-shirt, shorts, trousers, dress, skirt, jacket, shoes, socks, hat</w:t>
      </w:r>
    </w:p>
    <w:p>
      <w:pPr>
        <w:pStyle w:val="ListBullet"/>
        <w:spacing w:after="10"/>
      </w:pPr>
      <w:r>
        <w:rPr>
          <w:sz w:val="19"/>
        </w:rPr>
        <w:t>Weather (5): cold, hot, warm, dry, wet</w:t>
      </w:r>
    </w:p>
    <w:p>
      <w:pPr>
        <w:pStyle w:val="ListBullet"/>
        <w:spacing w:after="10"/>
      </w:pPr>
      <w:r>
        <w:rPr>
          <w:sz w:val="19"/>
        </w:rPr>
        <w:t>Landscape (3): mountain, desert, jungle</w:t>
      </w:r>
    </w:p>
    <w:p>
      <w:pPr>
        <w:spacing w:before="200" w:after="40"/>
      </w:pPr>
      <w:r>
        <w:rPr>
          <w:b/>
          <w:color w:val="333333"/>
          <w:sz w:val="25"/>
        </w:rPr>
        <w:t>Unit 5 — My Home</w:t>
      </w:r>
    </w:p>
    <w:p>
      <w:pPr>
        <w:spacing w:before="60" w:after="20"/>
      </w:pPr>
      <w:r>
        <w:rPr>
          <w:b/>
          <w:color w:val="E07856"/>
          <w:sz w:val="20"/>
        </w:rPr>
        <w:t>Grammar</w:t>
      </w:r>
    </w:p>
    <w:p>
      <w:pPr>
        <w:pStyle w:val="ListBullet"/>
        <w:spacing w:after="10"/>
      </w:pPr>
      <w:r>
        <w:rPr>
          <w:sz w:val="19"/>
        </w:rPr>
        <w:t>I am brushing my teeth. (Present Continuous)</w:t>
      </w:r>
    </w:p>
    <w:p>
      <w:pPr>
        <w:pStyle w:val="ListBullet"/>
        <w:spacing w:after="10"/>
      </w:pPr>
      <w:r>
        <w:rPr>
          <w:sz w:val="19"/>
        </w:rPr>
        <w:t>There is / There are (temel)</w:t>
      </w:r>
    </w:p>
    <w:p>
      <w:pPr>
        <w:spacing w:before="60" w:after="20"/>
      </w:pPr>
      <w:r>
        <w:rPr>
          <w:b/>
          <w:color w:val="E07856"/>
          <w:sz w:val="20"/>
        </w:rPr>
        <w:t>Lexis</w:t>
      </w:r>
    </w:p>
    <w:p>
      <w:pPr>
        <w:pStyle w:val="ListBullet"/>
        <w:spacing w:after="10"/>
      </w:pPr>
      <w:r>
        <w:rPr>
          <w:sz w:val="19"/>
        </w:rPr>
        <w:t>House/rooms (6): house, bedroom, bathroom, kitchen, living room, garden</w:t>
      </w:r>
    </w:p>
    <w:p>
      <w:pPr>
        <w:pStyle w:val="ListBullet"/>
        <w:spacing w:after="10"/>
      </w:pPr>
      <w:r>
        <w:rPr>
          <w:sz w:val="19"/>
        </w:rPr>
        <w:t>Daily actions (~11): brushing, combing, eating, drinking, sleeping, washing, playing</w:t>
      </w:r>
    </w:p>
    <w:p>
      <w:pPr>
        <w:spacing w:before="200" w:after="40"/>
      </w:pPr>
      <w:r>
        <w:rPr>
          <w:b/>
          <w:color w:val="333333"/>
          <w:sz w:val="25"/>
        </w:rPr>
        <w:t>Unit 6 — Animals</w:t>
      </w:r>
    </w:p>
    <w:p>
      <w:pPr>
        <w:spacing w:before="60" w:after="20"/>
      </w:pPr>
      <w:r>
        <w:rPr>
          <w:b/>
          <w:color w:val="E07856"/>
          <w:sz w:val="20"/>
        </w:rPr>
        <w:t>Grammar</w:t>
      </w:r>
    </w:p>
    <w:p>
      <w:pPr>
        <w:pStyle w:val="ListBullet"/>
        <w:spacing w:after="10"/>
      </w:pPr>
      <w:r>
        <w:rPr>
          <w:sz w:val="19"/>
        </w:rPr>
        <w:t>It is a dog.</w:t>
      </w:r>
    </w:p>
    <w:p>
      <w:pPr>
        <w:pStyle w:val="ListBullet"/>
        <w:spacing w:after="10"/>
      </w:pPr>
      <w:r>
        <w:rPr>
          <w:sz w:val="19"/>
        </w:rPr>
        <w:t>Dogs can run. (can — yetenek)</w:t>
      </w:r>
    </w:p>
    <w:p>
      <w:pPr>
        <w:pStyle w:val="ListBullet"/>
        <w:spacing w:after="10"/>
      </w:pPr>
      <w:r>
        <w:rPr>
          <w:sz w:val="19"/>
        </w:rPr>
        <w:t>Feelings: I am happy/sad/angry</w:t>
      </w:r>
    </w:p>
    <w:p>
      <w:pPr>
        <w:spacing w:before="60" w:after="20"/>
      </w:pPr>
      <w:r>
        <w:rPr>
          <w:b/>
          <w:color w:val="E07856"/>
          <w:sz w:val="20"/>
        </w:rPr>
        <w:t>Lexis</w:t>
      </w:r>
    </w:p>
    <w:p>
      <w:pPr>
        <w:pStyle w:val="ListBullet"/>
        <w:spacing w:after="10"/>
      </w:pPr>
      <w:r>
        <w:rPr>
          <w:sz w:val="19"/>
        </w:rPr>
        <w:t>Animals (~19): dog, cat, bird, fish, horse, sheep, cow, duck, rabbit, lion, elephant, monkey, bear, snake</w:t>
      </w:r>
    </w:p>
    <w:p>
      <w:pPr>
        <w:pStyle w:val="ListBullet"/>
        <w:spacing w:after="10"/>
      </w:pPr>
      <w:r>
        <w:rPr>
          <w:sz w:val="19"/>
        </w:rPr>
        <w:t>Feelings (6): happy, sad, angry, hungry, thirsty, scared</w:t>
      </w:r>
    </w:p>
    <w:p>
      <w:pPr>
        <w:spacing w:before="200" w:after="40"/>
      </w:pPr>
      <w:r>
        <w:rPr>
          <w:b/>
          <w:color w:val="333333"/>
          <w:sz w:val="25"/>
        </w:rPr>
        <w:t>Unit 7 — Food</w:t>
      </w:r>
    </w:p>
    <w:p>
      <w:pPr>
        <w:spacing w:before="60" w:after="20"/>
      </w:pPr>
      <w:r>
        <w:rPr>
          <w:b/>
          <w:color w:val="E07856"/>
          <w:sz w:val="20"/>
        </w:rPr>
        <w:t>Grammar</w:t>
      </w:r>
    </w:p>
    <w:p>
      <w:pPr>
        <w:pStyle w:val="ListBullet"/>
        <w:spacing w:after="10"/>
      </w:pPr>
      <w:r>
        <w:rPr>
          <w:sz w:val="19"/>
        </w:rPr>
        <w:t>I like ___ / I don’t like ___</w:t>
      </w:r>
    </w:p>
    <w:p>
      <w:pPr>
        <w:pStyle w:val="ListBullet"/>
        <w:spacing w:after="10"/>
      </w:pPr>
      <w:r>
        <w:rPr>
          <w:sz w:val="19"/>
        </w:rPr>
        <w:t>Healthy / unhealthy</w:t>
      </w:r>
    </w:p>
    <w:p>
      <w:pPr>
        <w:pStyle w:val="ListBullet"/>
        <w:spacing w:after="10"/>
      </w:pPr>
      <w:r>
        <w:rPr>
          <w:sz w:val="19"/>
        </w:rPr>
        <w:t>Days of the week</w:t>
      </w:r>
    </w:p>
    <w:p>
      <w:pPr>
        <w:spacing w:before="60" w:after="20"/>
      </w:pPr>
      <w:r>
        <w:rPr>
          <w:b/>
          <w:color w:val="E07856"/>
          <w:sz w:val="20"/>
        </w:rPr>
        <w:t>Lexis</w:t>
      </w:r>
    </w:p>
    <w:p>
      <w:pPr>
        <w:pStyle w:val="ListBullet"/>
        <w:spacing w:after="10"/>
      </w:pPr>
      <w:r>
        <w:rPr>
          <w:sz w:val="19"/>
        </w:rPr>
        <w:t>Food (~20): fruit, banana, apple, orange, milk, water, bread, cake, pizza, egg, cheese, meat, chicken</w:t>
      </w:r>
    </w:p>
    <w:p>
      <w:pPr>
        <w:pStyle w:val="ListBullet"/>
        <w:spacing w:after="10"/>
      </w:pPr>
      <w:r>
        <w:rPr>
          <w:sz w:val="19"/>
        </w:rPr>
        <w:t>Taste: salty, sweet, healthy, unhealthy</w:t>
      </w:r>
    </w:p>
    <w:p>
      <w:pPr>
        <w:spacing w:before="200" w:after="40"/>
      </w:pPr>
      <w:r>
        <w:rPr>
          <w:b/>
          <w:color w:val="333333"/>
          <w:sz w:val="25"/>
        </w:rPr>
        <w:t>Unit 8 — My Friends</w:t>
      </w:r>
    </w:p>
    <w:p>
      <w:pPr>
        <w:spacing w:before="60" w:after="20"/>
      </w:pPr>
      <w:r>
        <w:rPr>
          <w:b/>
          <w:color w:val="E07856"/>
          <w:sz w:val="20"/>
        </w:rPr>
        <w:t>Grammar</w:t>
      </w:r>
    </w:p>
    <w:p>
      <w:pPr>
        <w:pStyle w:val="ListBullet"/>
        <w:spacing w:after="10"/>
      </w:pPr>
      <w:r>
        <w:rPr>
          <w:sz w:val="19"/>
        </w:rPr>
        <w:t>I have got a ball.</w:t>
      </w:r>
    </w:p>
    <w:p>
      <w:pPr>
        <w:pStyle w:val="ListBullet"/>
        <w:spacing w:after="10"/>
      </w:pPr>
      <w:r>
        <w:rPr>
          <w:sz w:val="19"/>
        </w:rPr>
        <w:t>Possession (have got)</w:t>
      </w:r>
    </w:p>
    <w:p>
      <w:pPr>
        <w:pStyle w:val="ListBullet"/>
        <w:spacing w:after="10"/>
      </w:pPr>
      <w:r>
        <w:rPr>
          <w:sz w:val="19"/>
        </w:rPr>
        <w:t>Personal belongings</w:t>
      </w:r>
    </w:p>
    <w:p>
      <w:pPr>
        <w:spacing w:before="60" w:after="20"/>
      </w:pPr>
      <w:r>
        <w:rPr>
          <w:b/>
          <w:color w:val="E07856"/>
          <w:sz w:val="20"/>
        </w:rPr>
        <w:t>Lexis</w:t>
      </w:r>
    </w:p>
    <w:p>
      <w:pPr>
        <w:pStyle w:val="ListBullet"/>
        <w:spacing w:after="10"/>
      </w:pPr>
      <w:r>
        <w:rPr>
          <w:sz w:val="19"/>
        </w:rPr>
        <w:t>Furniture (8): table, chair, bed, wardrobe, sofa, TV, lamp, fridge</w:t>
      </w:r>
    </w:p>
    <w:p>
      <w:pPr>
        <w:pStyle w:val="ListBullet"/>
        <w:spacing w:after="10"/>
      </w:pPr>
      <w:r>
        <w:rPr>
          <w:sz w:val="19"/>
        </w:rPr>
        <w:t>Toys (~14): ball, car, doll, plane, kite, bike, balloon, train, blocks</w:t>
      </w:r>
    </w:p>
    <w:p>
      <w:pPr>
        <w:pStyle w:val="ListBullet"/>
        <w:spacing w:after="10"/>
      </w:pPr>
      <w:r>
        <w:rPr>
          <w:sz w:val="19"/>
        </w:rPr>
        <w:t>Belongings (3): phone, computer, camera</w:t>
      </w:r>
    </w:p>
    <w:p>
      <w:pPr>
        <w:spacing w:before="200" w:after="40"/>
      </w:pPr>
      <w:r>
        <w:rPr>
          <w:b/>
          <w:color w:val="333333"/>
          <w:sz w:val="25"/>
        </w:rPr>
        <w:t>Unit 9 — My Favourites</w:t>
      </w:r>
    </w:p>
    <w:p>
      <w:pPr>
        <w:spacing w:before="60" w:after="20"/>
      </w:pPr>
      <w:r>
        <w:rPr>
          <w:b/>
          <w:color w:val="E07856"/>
          <w:sz w:val="20"/>
        </w:rPr>
        <w:t>Grammar</w:t>
      </w:r>
    </w:p>
    <w:p>
      <w:pPr>
        <w:pStyle w:val="ListBullet"/>
        <w:spacing w:after="10"/>
      </w:pPr>
      <w:r>
        <w:rPr>
          <w:sz w:val="19"/>
        </w:rPr>
        <w:t>Playground actions (Present Continuous)</w:t>
      </w:r>
    </w:p>
    <w:p>
      <w:pPr>
        <w:pStyle w:val="ListBullet"/>
        <w:spacing w:after="10"/>
      </w:pPr>
      <w:r>
        <w:rPr>
          <w:sz w:val="19"/>
        </w:rPr>
        <w:t>I like + V-ing</w:t>
      </w:r>
    </w:p>
    <w:p>
      <w:pPr>
        <w:spacing w:before="60" w:after="20"/>
      </w:pPr>
      <w:r>
        <w:rPr>
          <w:b/>
          <w:color w:val="E07856"/>
          <w:sz w:val="20"/>
        </w:rPr>
        <w:t>Lexis</w:t>
      </w:r>
    </w:p>
    <w:p>
      <w:pPr>
        <w:pStyle w:val="ListBullet"/>
        <w:spacing w:after="10"/>
      </w:pPr>
      <w:r>
        <w:rPr>
          <w:sz w:val="19"/>
        </w:rPr>
        <w:t>Actions (~9): catching, throwing, hitting, kicking, dancing, singing, jumping, running</w:t>
      </w:r>
    </w:p>
    <w:p>
      <w:pPr>
        <w:pStyle w:val="ListBullet"/>
        <w:spacing w:after="10"/>
      </w:pPr>
      <w:r>
        <w:rPr>
          <w:sz w:val="19"/>
        </w:rPr>
        <w:t>Playground (3): hopscotch, tag, hide and seek</w:t>
      </w:r>
    </w:p>
    <w:p>
      <w:pPr>
        <w:pStyle w:val="ListBullet"/>
        <w:spacing w:after="10"/>
      </w:pPr>
      <w:r>
        <w:rPr>
          <w:sz w:val="19"/>
        </w:rPr>
        <w:t>Environment (5): clean, dirty, recycle, save, protect</w:t>
      </w:r>
    </w:p>
    <w:p>
      <w:r>
        <w:br w:type="page"/>
      </w:r>
    </w:p>
    <w:p>
      <w:pPr>
        <w:spacing w:before="40" w:after="80"/>
      </w:pPr>
      <w:r>
        <w:rPr>
          <w:b/>
          <w:color w:val="E07856"/>
          <w:sz w:val="32"/>
        </w:rPr>
        <w:t>4. SINIF — Yıllık Plan (A1)</w:t>
      </w:r>
    </w:p>
    <w:p>
      <w:r>
        <w:rPr>
          <w:b w:val="0"/>
          <w:i/>
          <w:color w:val="777777"/>
          <w:sz w:val="18"/>
        </w:rPr>
        <w:t>Kaynak: KKTC MEB Temel Eğitim İngilizce Dersi Öğretim Programı — Year 4.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542"/>
        <w:gridCol w:w="2542"/>
        <w:gridCol w:w="2542"/>
        <w:gridCol w:w="2542"/>
        <w:gridCol w:w="2542"/>
        <w:gridCol w:w="2542"/>
      </w:tblGrid>
      <w:tr>
        <w:trPr>
          <w:tblHeader w:val="true"/>
        </w:trPr>
        <w:tc>
          <w:tcPr>
            <w:tcW w:type="dxa" w:w="510"/>
            <w:shd w:val="clear" w:fill="F7F3EC"/>
          </w:tcPr>
          <w:p>
            <w:pPr>
              <w:spacing w:after="20"/>
              <w:jc w:val="center"/>
            </w:pPr>
            <w:r/>
            <w:r>
              <w:rPr>
                <w:b/>
                <w:sz w:val="18"/>
              </w:rPr>
              <w:t>Hf</w:t>
            </w:r>
          </w:p>
        </w:tc>
        <w:tc>
          <w:tcPr>
            <w:tcW w:type="dxa" w:w="1247"/>
            <w:shd w:val="clear" w:fill="F7F3EC"/>
          </w:tcPr>
          <w:p>
            <w:pPr>
              <w:spacing w:after="20"/>
              <w:jc w:val="center"/>
            </w:pPr>
            <w:r/>
            <w:r>
              <w:rPr>
                <w:b/>
                <w:sz w:val="18"/>
              </w:rPr>
              <w:t>Tarih</w:t>
            </w:r>
          </w:p>
        </w:tc>
        <w:tc>
          <w:tcPr>
            <w:tcW w:type="dxa" w:w="1474"/>
            <w:shd w:val="clear" w:fill="F7F3EC"/>
          </w:tcPr>
          <w:p>
            <w:pPr>
              <w:spacing w:after="20"/>
              <w:jc w:val="center"/>
            </w:pPr>
            <w:r/>
            <w:r>
              <w:rPr>
                <w:b/>
                <w:sz w:val="18"/>
              </w:rPr>
              <w:t>Ünite</w:t>
            </w:r>
          </w:p>
        </w:tc>
        <w:tc>
          <w:tcPr>
            <w:tcW w:type="dxa" w:w="1814"/>
            <w:shd w:val="clear" w:fill="F7F3EC"/>
          </w:tcPr>
          <w:p>
            <w:pPr>
              <w:spacing w:after="20"/>
              <w:jc w:val="center"/>
            </w:pPr>
            <w:r/>
            <w:r>
              <w:rPr>
                <w:b/>
                <w:sz w:val="18"/>
              </w:rPr>
              <w:t>Konu</w:t>
            </w:r>
          </w:p>
        </w:tc>
        <w:tc>
          <w:tcPr>
            <w:tcW w:type="dxa" w:w="5953"/>
            <w:shd w:val="clear" w:fill="F7F3EC"/>
          </w:tcPr>
          <w:p>
            <w:pPr>
              <w:spacing w:after="20"/>
              <w:jc w:val="center"/>
            </w:pPr>
            <w:r/>
            <w:r>
              <w:rPr>
                <w:b/>
                <w:sz w:val="18"/>
              </w:rPr>
              <w:t>Grammar / Odak</w:t>
            </w:r>
          </w:p>
        </w:tc>
        <w:tc>
          <w:tcPr>
            <w:tcW w:type="dxa" w:w="4309"/>
            <w:shd w:val="clear" w:fill="F7F3EC"/>
          </w:tcPr>
          <w:p>
            <w:pPr>
              <w:spacing w:after="20"/>
              <w:jc w:val="center"/>
            </w:pPr>
            <w:r/>
            <w:r>
              <w:rPr>
                <w:b/>
                <w:sz w:val="18"/>
              </w:rPr>
              <w:t>Kelime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sz w:val="17"/>
              </w:rPr>
              <w:t>1</w:t>
            </w:r>
          </w:p>
        </w:tc>
        <w:tc>
          <w:tcPr>
            <w:tcW w:type="dxa" w:w="1247"/>
          </w:tcPr>
          <w:p>
            <w:pPr>
              <w:spacing w:after="20"/>
            </w:pPr>
            <w:r/>
            <w:r>
              <w:rPr>
                <w:sz w:val="17"/>
              </w:rPr>
              <w:t>15-19 Eyl</w:t>
            </w:r>
          </w:p>
        </w:tc>
        <w:tc>
          <w:tcPr>
            <w:tcW w:type="dxa" w:w="1474"/>
          </w:tcPr>
          <w:p>
            <w:pPr>
              <w:spacing w:after="20"/>
            </w:pPr>
            <w:r/>
            <w:r>
              <w:rPr>
                <w:sz w:val="17"/>
              </w:rPr>
              <w:t>Unit 1</w:t>
            </w:r>
          </w:p>
        </w:tc>
        <w:tc>
          <w:tcPr>
            <w:tcW w:type="dxa" w:w="1814"/>
          </w:tcPr>
          <w:p>
            <w:pPr>
              <w:spacing w:after="20"/>
            </w:pPr>
            <w:r/>
            <w:r>
              <w:rPr>
                <w:sz w:val="17"/>
              </w:rPr>
              <w:t>My School</w:t>
            </w:r>
          </w:p>
        </w:tc>
        <w:tc>
          <w:tcPr>
            <w:tcW w:type="dxa" w:w="5953"/>
          </w:tcPr>
          <w:p>
            <w:pPr>
              <w:spacing w:after="20"/>
            </w:pPr>
            <w:r/>
            <w:r>
              <w:rPr>
                <w:sz w:val="17"/>
              </w:rPr>
              <w:t>Present Continuous, there is/are, Can/May I</w:t>
            </w:r>
          </w:p>
        </w:tc>
        <w:tc>
          <w:tcPr>
            <w:tcW w:type="dxa" w:w="4309"/>
          </w:tcPr>
          <w:p>
            <w:pPr>
              <w:spacing w:after="20"/>
            </w:pPr>
            <w:r/>
            <w:r>
              <w:rPr>
                <w:sz w:val="17"/>
              </w:rPr>
              <w:t>School, classroom, subjects, weekdays, numbers 11-100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sz w:val="17"/>
              </w:rPr>
              <w:t>2</w:t>
            </w:r>
          </w:p>
        </w:tc>
        <w:tc>
          <w:tcPr>
            <w:tcW w:type="dxa" w:w="1247"/>
          </w:tcPr>
          <w:p>
            <w:pPr>
              <w:spacing w:after="20"/>
            </w:pPr>
            <w:r/>
            <w:r>
              <w:rPr>
                <w:sz w:val="17"/>
              </w:rPr>
              <w:t>22-26 Eyl</w:t>
            </w:r>
          </w:p>
        </w:tc>
        <w:tc>
          <w:tcPr>
            <w:tcW w:type="dxa" w:w="1474"/>
          </w:tcPr>
          <w:p>
            <w:pPr>
              <w:spacing w:after="20"/>
            </w:pPr>
            <w:r/>
            <w:r>
              <w:rPr>
                <w:sz w:val="17"/>
              </w:rPr>
              <w:t>Unit 1</w:t>
            </w:r>
          </w:p>
        </w:tc>
        <w:tc>
          <w:tcPr>
            <w:tcW w:type="dxa" w:w="1814"/>
          </w:tcPr>
          <w:p>
            <w:pPr>
              <w:spacing w:after="20"/>
            </w:pPr>
            <w:r/>
            <w:r>
              <w:rPr>
                <w:sz w:val="17"/>
              </w:rPr>
              <w:t>My School</w:t>
            </w:r>
          </w:p>
        </w:tc>
        <w:tc>
          <w:tcPr>
            <w:tcW w:type="dxa" w:w="5953"/>
          </w:tcPr>
          <w:p>
            <w:pPr>
              <w:spacing w:after="20"/>
            </w:pPr>
            <w:r/>
            <w:r>
              <w:rPr>
                <w:sz w:val="17"/>
              </w:rPr>
              <w:t>Possessive adjectives, ’s, Wh-questions</w:t>
            </w:r>
          </w:p>
        </w:tc>
        <w:tc>
          <w:tcPr>
            <w:tcW w:type="dxa" w:w="4309"/>
          </w:tcPr>
          <w:p>
            <w:pPr>
              <w:spacing w:after="20"/>
            </w:pPr>
            <w:r/>
            <w:r>
              <w:rPr>
                <w:sz w:val="17"/>
              </w:rPr>
              <w:t>Shapes, maths words, classroom activities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sz w:val="17"/>
              </w:rPr>
              <w:t>3</w:t>
            </w:r>
          </w:p>
        </w:tc>
        <w:tc>
          <w:tcPr>
            <w:tcW w:type="dxa" w:w="1247"/>
          </w:tcPr>
          <w:p>
            <w:pPr>
              <w:spacing w:after="20"/>
            </w:pPr>
            <w:r/>
            <w:r>
              <w:rPr>
                <w:sz w:val="17"/>
              </w:rPr>
              <w:t>29 Eyl-3 Eki</w:t>
            </w:r>
          </w:p>
        </w:tc>
        <w:tc>
          <w:tcPr>
            <w:tcW w:type="dxa" w:w="1474"/>
          </w:tcPr>
          <w:p>
            <w:pPr>
              <w:spacing w:after="20"/>
            </w:pPr>
            <w:r/>
            <w:r>
              <w:rPr>
                <w:sz w:val="17"/>
              </w:rPr>
              <w:t>Unit 1</w:t>
            </w:r>
          </w:p>
        </w:tc>
        <w:tc>
          <w:tcPr>
            <w:tcW w:type="dxa" w:w="1814"/>
          </w:tcPr>
          <w:p>
            <w:pPr>
              <w:spacing w:after="20"/>
            </w:pPr>
            <w:r/>
            <w:r>
              <w:rPr>
                <w:sz w:val="17"/>
              </w:rPr>
              <w:t>My School</w:t>
            </w:r>
          </w:p>
        </w:tc>
        <w:tc>
          <w:tcPr>
            <w:tcW w:type="dxa" w:w="5953"/>
          </w:tcPr>
          <w:p>
            <w:pPr>
              <w:spacing w:after="20"/>
            </w:pPr>
            <w:r/>
            <w:r>
              <w:rPr>
                <w:sz w:val="17"/>
              </w:rPr>
              <w:t>Pekiştirme: school day activities, timetable</w:t>
            </w:r>
          </w:p>
        </w:tc>
        <w:tc>
          <w:tcPr>
            <w:tcW w:type="dxa" w:w="4309"/>
          </w:tcPr>
          <w:p>
            <w:pPr>
              <w:spacing w:after="20"/>
            </w:pPr>
            <w:r/>
            <w:r>
              <w:rPr>
                <w:sz w:val="17"/>
              </w:rPr>
              <w:t>Tüm Unit 1 kelimeleri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sz w:val="17"/>
              </w:rPr>
              <w:t>4</w:t>
            </w:r>
          </w:p>
        </w:tc>
        <w:tc>
          <w:tcPr>
            <w:tcW w:type="dxa" w:w="1247"/>
          </w:tcPr>
          <w:p>
            <w:pPr>
              <w:spacing w:after="20"/>
            </w:pPr>
            <w:r/>
            <w:r>
              <w:rPr>
                <w:sz w:val="17"/>
              </w:rPr>
              <w:t>06-10 Eki</w:t>
            </w:r>
          </w:p>
        </w:tc>
        <w:tc>
          <w:tcPr>
            <w:tcW w:type="dxa" w:w="1474"/>
          </w:tcPr>
          <w:p>
            <w:pPr>
              <w:spacing w:after="20"/>
            </w:pPr>
            <w:r/>
            <w:r>
              <w:rPr>
                <w:sz w:val="17"/>
              </w:rPr>
              <w:t>Unit 2</w:t>
            </w:r>
          </w:p>
        </w:tc>
        <w:tc>
          <w:tcPr>
            <w:tcW w:type="dxa" w:w="1814"/>
          </w:tcPr>
          <w:p>
            <w:pPr>
              <w:spacing w:after="20"/>
            </w:pPr>
            <w:r/>
            <w:r>
              <w:rPr>
                <w:sz w:val="17"/>
              </w:rPr>
              <w:t>Games and Sports</w:t>
            </w:r>
          </w:p>
        </w:tc>
        <w:tc>
          <w:tcPr>
            <w:tcW w:type="dxa" w:w="5953"/>
          </w:tcPr>
          <w:p>
            <w:pPr>
              <w:spacing w:after="20"/>
            </w:pPr>
            <w:r/>
            <w:r>
              <w:rPr>
                <w:sz w:val="17"/>
              </w:rPr>
              <w:t>like/love + V-ing, have got/has got</w:t>
            </w:r>
          </w:p>
        </w:tc>
        <w:tc>
          <w:tcPr>
            <w:tcW w:type="dxa" w:w="4309"/>
          </w:tcPr>
          <w:p>
            <w:pPr>
              <w:spacing w:after="20"/>
            </w:pPr>
            <w:r/>
            <w:r>
              <w:rPr>
                <w:sz w:val="17"/>
              </w:rPr>
              <w:t>Sports, outdoor activities, body parts, instruments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sz w:val="17"/>
              </w:rPr>
              <w:t>5</w:t>
            </w:r>
          </w:p>
        </w:tc>
        <w:tc>
          <w:tcPr>
            <w:tcW w:type="dxa" w:w="1247"/>
          </w:tcPr>
          <w:p>
            <w:pPr>
              <w:spacing w:after="20"/>
            </w:pPr>
            <w:r/>
            <w:r>
              <w:rPr>
                <w:sz w:val="17"/>
              </w:rPr>
              <w:t>13-17 Eki</w:t>
            </w:r>
          </w:p>
        </w:tc>
        <w:tc>
          <w:tcPr>
            <w:tcW w:type="dxa" w:w="1474"/>
          </w:tcPr>
          <w:p>
            <w:pPr>
              <w:spacing w:after="20"/>
            </w:pPr>
            <w:r/>
            <w:r>
              <w:rPr>
                <w:sz w:val="17"/>
              </w:rPr>
              <w:t>Unit 2</w:t>
            </w:r>
          </w:p>
        </w:tc>
        <w:tc>
          <w:tcPr>
            <w:tcW w:type="dxa" w:w="1814"/>
          </w:tcPr>
          <w:p>
            <w:pPr>
              <w:spacing w:after="20"/>
            </w:pPr>
            <w:r/>
            <w:r>
              <w:rPr>
                <w:sz w:val="17"/>
              </w:rPr>
              <w:t>Games and Sports</w:t>
            </w:r>
          </w:p>
        </w:tc>
        <w:tc>
          <w:tcPr>
            <w:tcW w:type="dxa" w:w="5953"/>
          </w:tcPr>
          <w:p>
            <w:pPr>
              <w:spacing w:after="20"/>
            </w:pPr>
            <w:r/>
            <w:r>
              <w:rPr>
                <w:sz w:val="17"/>
              </w:rPr>
              <w:t>“What do you like doing?” / “I like playing football.”</w:t>
            </w:r>
          </w:p>
        </w:tc>
        <w:tc>
          <w:tcPr>
            <w:tcW w:type="dxa" w:w="4309"/>
          </w:tcPr>
          <w:p>
            <w:pPr>
              <w:spacing w:after="20"/>
            </w:pPr>
            <w:r/>
            <w:r>
              <w:rPr>
                <w:sz w:val="17"/>
              </w:rPr>
              <w:t>basketball, volleyball, football, swimming, jogging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sz w:val="17"/>
              </w:rPr>
              <w:t>6</w:t>
            </w:r>
          </w:p>
        </w:tc>
        <w:tc>
          <w:tcPr>
            <w:tcW w:type="dxa" w:w="1247"/>
          </w:tcPr>
          <w:p>
            <w:pPr>
              <w:spacing w:after="20"/>
            </w:pPr>
            <w:r/>
            <w:r>
              <w:rPr>
                <w:sz w:val="17"/>
              </w:rPr>
              <w:t>20-24 Eki</w:t>
            </w:r>
          </w:p>
        </w:tc>
        <w:tc>
          <w:tcPr>
            <w:tcW w:type="dxa" w:w="1474"/>
          </w:tcPr>
          <w:p>
            <w:pPr>
              <w:spacing w:after="20"/>
            </w:pPr>
            <w:r/>
            <w:r>
              <w:rPr>
                <w:sz w:val="17"/>
              </w:rPr>
              <w:t>Unit 2</w:t>
            </w:r>
          </w:p>
        </w:tc>
        <w:tc>
          <w:tcPr>
            <w:tcW w:type="dxa" w:w="1814"/>
          </w:tcPr>
          <w:p>
            <w:pPr>
              <w:spacing w:after="20"/>
            </w:pPr>
            <w:r/>
            <w:r>
              <w:rPr>
                <w:sz w:val="17"/>
              </w:rPr>
              <w:t>Games and Sports</w:t>
            </w:r>
          </w:p>
        </w:tc>
        <w:tc>
          <w:tcPr>
            <w:tcW w:type="dxa" w:w="5953"/>
          </w:tcPr>
          <w:p>
            <w:pPr>
              <w:spacing w:after="20"/>
            </w:pPr>
            <w:r/>
            <w:r>
              <w:rPr>
                <w:sz w:val="17"/>
              </w:rPr>
              <w:t>Pekiştirme: “My Favourite Sport” sunum</w:t>
            </w:r>
          </w:p>
        </w:tc>
        <w:tc>
          <w:tcPr>
            <w:tcW w:type="dxa" w:w="4309"/>
          </w:tcPr>
          <w:p>
            <w:pPr>
              <w:spacing w:after="20"/>
            </w:pPr>
            <w:r/>
            <w:r>
              <w:rPr>
                <w:sz w:val="17"/>
              </w:rPr>
              <w:t>Playground equipment, verbs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sz w:val="17"/>
              </w:rPr>
              <w:t>7</w:t>
            </w:r>
          </w:p>
        </w:tc>
        <w:tc>
          <w:tcPr>
            <w:tcW w:type="dxa" w:w="1247"/>
          </w:tcPr>
          <w:p>
            <w:pPr>
              <w:spacing w:after="20"/>
            </w:pPr>
            <w:r/>
            <w:r>
              <w:rPr>
                <w:sz w:val="17"/>
              </w:rPr>
              <w:t>27-31 Eki</w:t>
            </w:r>
          </w:p>
        </w:tc>
        <w:tc>
          <w:tcPr>
            <w:tcW w:type="dxa" w:w="1474"/>
          </w:tcPr>
          <w:p>
            <w:pPr>
              <w:spacing w:after="20"/>
            </w:pPr>
            <w:r/>
            <w:r>
              <w:rPr>
                <w:sz w:val="17"/>
              </w:rPr>
              <w:t>Quiz 1</w:t>
            </w:r>
          </w:p>
        </w:tc>
        <w:tc>
          <w:tcPr>
            <w:tcW w:type="dxa" w:w="1814"/>
          </w:tcPr>
          <w:p>
            <w:pPr>
              <w:spacing w:after="20"/>
            </w:pPr>
            <w:r/>
            <w:r>
              <w:rPr>
                <w:sz w:val="17"/>
              </w:rPr>
              <w:t>Unit 1-2</w:t>
            </w:r>
          </w:p>
        </w:tc>
        <w:tc>
          <w:tcPr>
            <w:tcW w:type="dxa" w:w="5953"/>
          </w:tcPr>
          <w:p>
            <w:pPr>
              <w:spacing w:after="20"/>
            </w:pPr>
            <w:r/>
            <w:r>
              <w:rPr>
                <w:sz w:val="17"/>
              </w:rPr>
              <w:t>Quiz + geri bildirim  ⚠️ 29 Ekim</w:t>
            </w:r>
          </w:p>
        </w:tc>
        <w:tc>
          <w:tcPr>
            <w:tcW w:type="dxa" w:w="4309"/>
          </w:tcPr>
          <w:p>
            <w:pPr>
              <w:spacing w:after="20"/>
            </w:pPr>
            <w:r/>
            <w:r>
              <w:rPr>
                <w:sz w:val="17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sz w:val="17"/>
              </w:rPr>
              <w:t>8</w:t>
            </w:r>
          </w:p>
        </w:tc>
        <w:tc>
          <w:tcPr>
            <w:tcW w:type="dxa" w:w="1247"/>
          </w:tcPr>
          <w:p>
            <w:pPr>
              <w:spacing w:after="20"/>
            </w:pPr>
            <w:r/>
            <w:r>
              <w:rPr>
                <w:sz w:val="17"/>
              </w:rPr>
              <w:t>03-07 Kas</w:t>
            </w:r>
          </w:p>
        </w:tc>
        <w:tc>
          <w:tcPr>
            <w:tcW w:type="dxa" w:w="1474"/>
          </w:tcPr>
          <w:p>
            <w:pPr>
              <w:spacing w:after="20"/>
            </w:pPr>
            <w:r/>
            <w:r>
              <w:rPr>
                <w:sz w:val="17"/>
              </w:rPr>
              <w:t>Unit 3</w:t>
            </w:r>
          </w:p>
        </w:tc>
        <w:tc>
          <w:tcPr>
            <w:tcW w:type="dxa" w:w="1814"/>
          </w:tcPr>
          <w:p>
            <w:pPr>
              <w:spacing w:after="20"/>
            </w:pPr>
            <w:r/>
            <w:r>
              <w:rPr>
                <w:sz w:val="17"/>
              </w:rPr>
              <w:t>My House</w:t>
            </w:r>
          </w:p>
        </w:tc>
        <w:tc>
          <w:tcPr>
            <w:tcW w:type="dxa" w:w="5953"/>
          </w:tcPr>
          <w:p>
            <w:pPr>
              <w:spacing w:after="20"/>
            </w:pPr>
            <w:r/>
            <w:r>
              <w:rPr>
                <w:sz w:val="17"/>
              </w:rPr>
              <w:t>Family/relatives, house objects</w:t>
            </w:r>
          </w:p>
        </w:tc>
        <w:tc>
          <w:tcPr>
            <w:tcW w:type="dxa" w:w="4309"/>
          </w:tcPr>
          <w:p>
            <w:pPr>
              <w:spacing w:after="20"/>
            </w:pPr>
            <w:r/>
            <w:r>
              <w:rPr>
                <w:sz w:val="17"/>
              </w:rPr>
              <w:t>Rooms, furniture, family members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sz w:val="17"/>
              </w:rPr>
              <w:t>9</w:t>
            </w:r>
          </w:p>
        </w:tc>
        <w:tc>
          <w:tcPr>
            <w:tcW w:type="dxa" w:w="1247"/>
          </w:tcPr>
          <w:p>
            <w:pPr>
              <w:spacing w:after="20"/>
            </w:pPr>
            <w:r/>
            <w:r>
              <w:rPr>
                <w:sz w:val="17"/>
              </w:rPr>
              <w:t>10-14 Kas</w:t>
            </w:r>
          </w:p>
        </w:tc>
        <w:tc>
          <w:tcPr>
            <w:tcW w:type="dxa" w:w="1474"/>
          </w:tcPr>
          <w:p>
            <w:pPr>
              <w:spacing w:after="20"/>
            </w:pPr>
            <w:r/>
            <w:r>
              <w:rPr>
                <w:sz w:val="17"/>
              </w:rPr>
              <w:t>Unit 3</w:t>
            </w:r>
          </w:p>
        </w:tc>
        <w:tc>
          <w:tcPr>
            <w:tcW w:type="dxa" w:w="1814"/>
          </w:tcPr>
          <w:p>
            <w:pPr>
              <w:spacing w:after="20"/>
            </w:pPr>
            <w:r/>
            <w:r>
              <w:rPr>
                <w:sz w:val="17"/>
              </w:rPr>
              <w:t>My House</w:t>
            </w:r>
          </w:p>
        </w:tc>
        <w:tc>
          <w:tcPr>
            <w:tcW w:type="dxa" w:w="5953"/>
          </w:tcPr>
          <w:p>
            <w:pPr>
              <w:spacing w:after="20"/>
            </w:pPr>
            <w:r/>
            <w:r>
              <w:rPr>
                <w:sz w:val="17"/>
              </w:rPr>
              <w:t>“There is a bed in the bedroom.” / adjectives</w:t>
            </w:r>
          </w:p>
        </w:tc>
        <w:tc>
          <w:tcPr>
            <w:tcW w:type="dxa" w:w="4309"/>
          </w:tcPr>
          <w:p>
            <w:pPr>
              <w:spacing w:after="20"/>
            </w:pPr>
            <w:r/>
            <w:r>
              <w:rPr>
                <w:sz w:val="17"/>
              </w:rPr>
              <w:t>old/new/big/small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sz w:val="17"/>
              </w:rPr>
              <w:t>10</w:t>
            </w:r>
          </w:p>
        </w:tc>
        <w:tc>
          <w:tcPr>
            <w:tcW w:type="dxa" w:w="1247"/>
          </w:tcPr>
          <w:p>
            <w:pPr>
              <w:spacing w:after="20"/>
            </w:pPr>
            <w:r/>
            <w:r>
              <w:rPr>
                <w:sz w:val="17"/>
              </w:rPr>
              <w:t>17-21 Kas</w:t>
            </w:r>
          </w:p>
        </w:tc>
        <w:tc>
          <w:tcPr>
            <w:tcW w:type="dxa" w:w="1474"/>
          </w:tcPr>
          <w:p>
            <w:pPr>
              <w:spacing w:after="20"/>
            </w:pPr>
            <w:r/>
            <w:r>
              <w:rPr>
                <w:sz w:val="17"/>
              </w:rPr>
              <w:t>Unit 3</w:t>
            </w:r>
          </w:p>
        </w:tc>
        <w:tc>
          <w:tcPr>
            <w:tcW w:type="dxa" w:w="1814"/>
          </w:tcPr>
          <w:p>
            <w:pPr>
              <w:spacing w:after="20"/>
            </w:pPr>
            <w:r/>
            <w:r>
              <w:rPr>
                <w:sz w:val="17"/>
              </w:rPr>
              <w:t>My House</w:t>
            </w:r>
          </w:p>
        </w:tc>
        <w:tc>
          <w:tcPr>
            <w:tcW w:type="dxa" w:w="5953"/>
          </w:tcPr>
          <w:p>
            <w:pPr>
              <w:spacing w:after="20"/>
            </w:pPr>
            <w:r/>
            <w:r>
              <w:rPr>
                <w:sz w:val="17"/>
              </w:rPr>
              <w:t>Pekiştirme: “My House” çizim + etiketleme</w:t>
            </w:r>
          </w:p>
        </w:tc>
        <w:tc>
          <w:tcPr>
            <w:tcW w:type="dxa" w:w="4309"/>
          </w:tcPr>
          <w:p>
            <w:pPr>
              <w:spacing w:after="20"/>
            </w:pPr>
            <w:r/>
            <w:r>
              <w:rPr>
                <w:sz w:val="17"/>
              </w:rPr>
              <w:t>Tüm house vocabulary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sz w:val="17"/>
              </w:rPr>
              <w:t>11</w:t>
            </w:r>
          </w:p>
        </w:tc>
        <w:tc>
          <w:tcPr>
            <w:tcW w:type="dxa" w:w="1247"/>
          </w:tcPr>
          <w:p>
            <w:pPr>
              <w:spacing w:after="20"/>
            </w:pPr>
            <w:r/>
            <w:r>
              <w:rPr>
                <w:sz w:val="17"/>
              </w:rPr>
              <w:t>24-28 Kas</w:t>
            </w:r>
          </w:p>
        </w:tc>
        <w:tc>
          <w:tcPr>
            <w:tcW w:type="dxa" w:w="1474"/>
          </w:tcPr>
          <w:p>
            <w:pPr>
              <w:spacing w:after="20"/>
            </w:pPr>
            <w:r/>
            <w:r>
              <w:rPr>
                <w:sz w:val="17"/>
              </w:rPr>
              <w:t>Unit 4</w:t>
            </w:r>
          </w:p>
        </w:tc>
        <w:tc>
          <w:tcPr>
            <w:tcW w:type="dxa" w:w="1814"/>
          </w:tcPr>
          <w:p>
            <w:pPr>
              <w:spacing w:after="20"/>
            </w:pPr>
            <w:r/>
            <w:r>
              <w:rPr>
                <w:sz w:val="17"/>
              </w:rPr>
              <w:t>My Hometown</w:t>
            </w:r>
          </w:p>
        </w:tc>
        <w:tc>
          <w:tcPr>
            <w:tcW w:type="dxa" w:w="5953"/>
          </w:tcPr>
          <w:p>
            <w:pPr>
              <w:spacing w:after="20"/>
            </w:pPr>
            <w:r/>
            <w:r>
              <w:rPr>
                <w:sz w:val="17"/>
              </w:rPr>
              <w:t>Places in town, landmarks</w:t>
            </w:r>
          </w:p>
        </w:tc>
        <w:tc>
          <w:tcPr>
            <w:tcW w:type="dxa" w:w="4309"/>
          </w:tcPr>
          <w:p>
            <w:pPr>
              <w:spacing w:after="20"/>
            </w:pPr>
            <w:r/>
            <w:r>
              <w:rPr>
                <w:sz w:val="17"/>
              </w:rPr>
              <w:t>bank, cinema, post office, hospital, park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sz w:val="17"/>
              </w:rPr>
              <w:t>12</w:t>
            </w:r>
          </w:p>
        </w:tc>
        <w:tc>
          <w:tcPr>
            <w:tcW w:type="dxa" w:w="1247"/>
          </w:tcPr>
          <w:p>
            <w:pPr>
              <w:spacing w:after="20"/>
            </w:pPr>
            <w:r/>
            <w:r>
              <w:rPr>
                <w:sz w:val="17"/>
              </w:rPr>
              <w:t>01-05 Ara</w:t>
            </w:r>
          </w:p>
        </w:tc>
        <w:tc>
          <w:tcPr>
            <w:tcW w:type="dxa" w:w="1474"/>
          </w:tcPr>
          <w:p>
            <w:pPr>
              <w:spacing w:after="20"/>
            </w:pPr>
            <w:r/>
            <w:r>
              <w:rPr>
                <w:sz w:val="17"/>
              </w:rPr>
              <w:t>Unit 4</w:t>
            </w:r>
          </w:p>
        </w:tc>
        <w:tc>
          <w:tcPr>
            <w:tcW w:type="dxa" w:w="1814"/>
          </w:tcPr>
          <w:p>
            <w:pPr>
              <w:spacing w:after="20"/>
            </w:pPr>
            <w:r/>
            <w:r>
              <w:rPr>
                <w:sz w:val="17"/>
              </w:rPr>
              <w:t>My Hometown</w:t>
            </w:r>
          </w:p>
        </w:tc>
        <w:tc>
          <w:tcPr>
            <w:tcW w:type="dxa" w:w="5953"/>
          </w:tcPr>
          <w:p>
            <w:pPr>
              <w:spacing w:after="20"/>
            </w:pPr>
            <w:r/>
            <w:r>
              <w:rPr>
                <w:sz w:val="17"/>
              </w:rPr>
              <w:t>Means of transport, directions</w:t>
            </w:r>
          </w:p>
        </w:tc>
        <w:tc>
          <w:tcPr>
            <w:tcW w:type="dxa" w:w="4309"/>
          </w:tcPr>
          <w:p>
            <w:pPr>
              <w:spacing w:after="20"/>
            </w:pPr>
            <w:r/>
            <w:r>
              <w:rPr>
                <w:sz w:val="17"/>
              </w:rPr>
              <w:t>bike, bus, car, train, left, right, cross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sz w:val="17"/>
              </w:rPr>
              <w:t>13</w:t>
            </w:r>
          </w:p>
        </w:tc>
        <w:tc>
          <w:tcPr>
            <w:tcW w:type="dxa" w:w="1247"/>
          </w:tcPr>
          <w:p>
            <w:pPr>
              <w:spacing w:after="20"/>
            </w:pPr>
            <w:r/>
            <w:r>
              <w:rPr>
                <w:sz w:val="17"/>
              </w:rPr>
              <w:t>08-12 Ara</w:t>
            </w:r>
          </w:p>
        </w:tc>
        <w:tc>
          <w:tcPr>
            <w:tcW w:type="dxa" w:w="1474"/>
          </w:tcPr>
          <w:p>
            <w:pPr>
              <w:spacing w:after="20"/>
            </w:pPr>
            <w:r/>
            <w:r>
              <w:rPr>
                <w:sz w:val="17"/>
              </w:rPr>
              <w:t>Unit 4</w:t>
            </w:r>
          </w:p>
        </w:tc>
        <w:tc>
          <w:tcPr>
            <w:tcW w:type="dxa" w:w="1814"/>
          </w:tcPr>
          <w:p>
            <w:pPr>
              <w:spacing w:after="20"/>
            </w:pPr>
            <w:r/>
            <w:r>
              <w:rPr>
                <w:sz w:val="17"/>
              </w:rPr>
              <w:t>My Hometown</w:t>
            </w:r>
          </w:p>
        </w:tc>
        <w:tc>
          <w:tcPr>
            <w:tcW w:type="dxa" w:w="5953"/>
          </w:tcPr>
          <w:p>
            <w:pPr>
              <w:spacing w:after="20"/>
            </w:pPr>
            <w:r/>
            <w:r>
              <w:rPr>
                <w:sz w:val="17"/>
              </w:rPr>
              <w:t>KKTC landmarks (Salamis, St. Hilarion, Great Inn)</w:t>
            </w:r>
          </w:p>
        </w:tc>
        <w:tc>
          <w:tcPr>
            <w:tcW w:type="dxa" w:w="4309"/>
          </w:tcPr>
          <w:p>
            <w:pPr>
              <w:spacing w:after="20"/>
            </w:pPr>
            <w:r/>
            <w:r>
              <w:rPr>
                <w:sz w:val="17"/>
              </w:rPr>
              <w:t>Local + international landmarks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sz w:val="17"/>
              </w:rPr>
              <w:t>14</w:t>
            </w:r>
          </w:p>
        </w:tc>
        <w:tc>
          <w:tcPr>
            <w:tcW w:type="dxa" w:w="1247"/>
          </w:tcPr>
          <w:p>
            <w:pPr>
              <w:spacing w:after="20"/>
            </w:pPr>
            <w:r/>
            <w:r>
              <w:rPr>
                <w:sz w:val="17"/>
              </w:rPr>
              <w:t>15-19 Ara</w:t>
            </w:r>
          </w:p>
        </w:tc>
        <w:tc>
          <w:tcPr>
            <w:tcW w:type="dxa" w:w="1474"/>
          </w:tcPr>
          <w:p>
            <w:pPr>
              <w:spacing w:after="20"/>
            </w:pPr>
            <w:r/>
            <w:r>
              <w:rPr>
                <w:sz w:val="17"/>
              </w:rPr>
              <w:t>Quiz 2 + Dönem Sonu</w:t>
            </w:r>
          </w:p>
        </w:tc>
        <w:tc>
          <w:tcPr>
            <w:tcW w:type="dxa" w:w="1814"/>
          </w:tcPr>
          <w:p>
            <w:pPr>
              <w:spacing w:after="20"/>
            </w:pPr>
            <w:r/>
            <w:r>
              <w:rPr>
                <w:sz w:val="17"/>
              </w:rPr>
              <w:t>Unit 1-4</w:t>
            </w:r>
          </w:p>
        </w:tc>
        <w:tc>
          <w:tcPr>
            <w:tcW w:type="dxa" w:w="5953"/>
          </w:tcPr>
          <w:p>
            <w:pPr>
              <w:spacing w:after="20"/>
            </w:pPr>
            <w:r/>
            <w:r>
              <w:rPr>
                <w:sz w:val="17"/>
              </w:rPr>
              <w:t>Quiz 2 + Dönem 1 sınavı</w:t>
            </w:r>
          </w:p>
        </w:tc>
        <w:tc>
          <w:tcPr>
            <w:tcW w:type="dxa" w:w="4309"/>
          </w:tcPr>
          <w:p>
            <w:pPr>
              <w:spacing w:after="20"/>
            </w:pPr>
            <w:r/>
            <w:r>
              <w:rPr>
                <w:sz w:val="17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sz w:val="17"/>
              </w:rPr>
              <w:t>15</w:t>
            </w:r>
          </w:p>
        </w:tc>
        <w:tc>
          <w:tcPr>
            <w:tcW w:type="dxa" w:w="1247"/>
          </w:tcPr>
          <w:p>
            <w:pPr>
              <w:spacing w:after="20"/>
            </w:pPr>
            <w:r/>
            <w:r>
              <w:rPr>
                <w:sz w:val="17"/>
              </w:rPr>
              <w:t>05-09 Oca</w:t>
            </w:r>
          </w:p>
        </w:tc>
        <w:tc>
          <w:tcPr>
            <w:tcW w:type="dxa" w:w="1474"/>
          </w:tcPr>
          <w:p>
            <w:pPr>
              <w:spacing w:after="20"/>
            </w:pPr>
            <w:r/>
            <w:r>
              <w:rPr>
                <w:sz w:val="17"/>
              </w:rPr>
              <w:t>Unit 5</w:t>
            </w:r>
          </w:p>
        </w:tc>
        <w:tc>
          <w:tcPr>
            <w:tcW w:type="dxa" w:w="1814"/>
          </w:tcPr>
          <w:p>
            <w:pPr>
              <w:spacing w:after="20"/>
            </w:pPr>
            <w:r/>
            <w:r>
              <w:rPr>
                <w:sz w:val="17"/>
              </w:rPr>
              <w:t>Jobs and Occupations</w:t>
            </w:r>
          </w:p>
        </w:tc>
        <w:tc>
          <w:tcPr>
            <w:tcW w:type="dxa" w:w="5953"/>
          </w:tcPr>
          <w:p>
            <w:pPr>
              <w:spacing w:after="20"/>
            </w:pPr>
            <w:r/>
            <w:r>
              <w:rPr>
                <w:sz w:val="17"/>
              </w:rPr>
              <w:t>Jobs vocabulary, related verbs</w:t>
            </w:r>
          </w:p>
        </w:tc>
        <w:tc>
          <w:tcPr>
            <w:tcW w:type="dxa" w:w="4309"/>
          </w:tcPr>
          <w:p>
            <w:pPr>
              <w:spacing w:after="20"/>
            </w:pPr>
            <w:r/>
            <w:r>
              <w:rPr>
                <w:sz w:val="17"/>
              </w:rPr>
              <w:t>doctor, teacher, pilot, chef, vet, firefighter, farmer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sz w:val="17"/>
              </w:rPr>
              <w:t>16</w:t>
            </w:r>
          </w:p>
        </w:tc>
        <w:tc>
          <w:tcPr>
            <w:tcW w:type="dxa" w:w="1247"/>
          </w:tcPr>
          <w:p>
            <w:pPr>
              <w:spacing w:after="20"/>
            </w:pPr>
            <w:r/>
            <w:r>
              <w:rPr>
                <w:sz w:val="17"/>
              </w:rPr>
              <w:t>12-16 Oca</w:t>
            </w:r>
          </w:p>
        </w:tc>
        <w:tc>
          <w:tcPr>
            <w:tcW w:type="dxa" w:w="1474"/>
          </w:tcPr>
          <w:p>
            <w:pPr>
              <w:spacing w:after="20"/>
            </w:pPr>
            <w:r/>
            <w:r>
              <w:rPr>
                <w:sz w:val="17"/>
              </w:rPr>
              <w:t>Unit 5</w:t>
            </w:r>
          </w:p>
        </w:tc>
        <w:tc>
          <w:tcPr>
            <w:tcW w:type="dxa" w:w="1814"/>
          </w:tcPr>
          <w:p>
            <w:pPr>
              <w:spacing w:after="20"/>
            </w:pPr>
            <w:r/>
            <w:r>
              <w:rPr>
                <w:sz w:val="17"/>
              </w:rPr>
              <w:t>Jobs and Occupations</w:t>
            </w:r>
          </w:p>
        </w:tc>
        <w:tc>
          <w:tcPr>
            <w:tcW w:type="dxa" w:w="5953"/>
          </w:tcPr>
          <w:p>
            <w:pPr>
              <w:spacing w:after="20"/>
            </w:pPr>
            <w:r/>
            <w:r>
              <w:rPr>
                <w:sz w:val="17"/>
              </w:rPr>
              <w:t>“He is a doctor. He helps people.”</w:t>
            </w:r>
          </w:p>
        </w:tc>
        <w:tc>
          <w:tcPr>
            <w:tcW w:type="dxa" w:w="4309"/>
          </w:tcPr>
          <w:p>
            <w:pPr>
              <w:spacing w:after="20"/>
            </w:pPr>
            <w:r/>
            <w:r>
              <w:rPr>
                <w:sz w:val="17"/>
              </w:rPr>
              <w:t>grow, help, protect, cook, sing, write, teach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sz w:val="17"/>
              </w:rPr>
              <w:t>17</w:t>
            </w:r>
          </w:p>
        </w:tc>
        <w:tc>
          <w:tcPr>
            <w:tcW w:type="dxa" w:w="1247"/>
          </w:tcPr>
          <w:p>
            <w:pPr>
              <w:spacing w:after="20"/>
            </w:pPr>
            <w:r/>
            <w:r>
              <w:rPr>
                <w:sz w:val="17"/>
              </w:rPr>
              <w:t>19-23 Oca</w:t>
            </w:r>
          </w:p>
        </w:tc>
        <w:tc>
          <w:tcPr>
            <w:tcW w:type="dxa" w:w="1474"/>
          </w:tcPr>
          <w:p>
            <w:pPr>
              <w:spacing w:after="20"/>
            </w:pPr>
            <w:r/>
            <w:r>
              <w:rPr>
                <w:sz w:val="17"/>
              </w:rPr>
              <w:t>Unit 5</w:t>
            </w:r>
          </w:p>
        </w:tc>
        <w:tc>
          <w:tcPr>
            <w:tcW w:type="dxa" w:w="1814"/>
          </w:tcPr>
          <w:p>
            <w:pPr>
              <w:spacing w:after="20"/>
            </w:pPr>
            <w:r/>
            <w:r>
              <w:rPr>
                <w:sz w:val="17"/>
              </w:rPr>
              <w:t>Jobs and Occupations</w:t>
            </w:r>
          </w:p>
        </w:tc>
        <w:tc>
          <w:tcPr>
            <w:tcW w:type="dxa" w:w="5953"/>
          </w:tcPr>
          <w:p>
            <w:pPr>
              <w:spacing w:after="20"/>
            </w:pPr>
            <w:r/>
            <w:r>
              <w:rPr>
                <w:sz w:val="17"/>
              </w:rPr>
              <w:t>“What do you want to be?” / pekiştirme</w:t>
            </w:r>
          </w:p>
        </w:tc>
        <w:tc>
          <w:tcPr>
            <w:tcW w:type="dxa" w:w="4309"/>
          </w:tcPr>
          <w:p>
            <w:pPr>
              <w:spacing w:after="20"/>
            </w:pPr>
            <w:r/>
            <w:r>
              <w:rPr>
                <w:sz w:val="17"/>
              </w:rPr>
              <w:t>Areas of interest, ill, tractor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sz w:val="17"/>
              </w:rPr>
              <w:t>18</w:t>
            </w:r>
          </w:p>
        </w:tc>
        <w:tc>
          <w:tcPr>
            <w:tcW w:type="dxa" w:w="1247"/>
          </w:tcPr>
          <w:p>
            <w:pPr>
              <w:spacing w:after="20"/>
            </w:pPr>
            <w:r/>
            <w:r>
              <w:rPr>
                <w:sz w:val="17"/>
              </w:rPr>
              <w:t>26-30 Oca</w:t>
            </w:r>
          </w:p>
        </w:tc>
        <w:tc>
          <w:tcPr>
            <w:tcW w:type="dxa" w:w="1474"/>
          </w:tcPr>
          <w:p>
            <w:pPr>
              <w:spacing w:after="20"/>
            </w:pPr>
            <w:r/>
            <w:r>
              <w:rPr>
                <w:sz w:val="17"/>
              </w:rPr>
              <w:t>Unit 6</w:t>
            </w:r>
          </w:p>
        </w:tc>
        <w:tc>
          <w:tcPr>
            <w:tcW w:type="dxa" w:w="1814"/>
          </w:tcPr>
          <w:p>
            <w:pPr>
              <w:spacing w:after="20"/>
            </w:pPr>
            <w:r/>
            <w:r>
              <w:rPr>
                <w:sz w:val="17"/>
              </w:rPr>
              <w:t>Daily Life</w:t>
            </w:r>
          </w:p>
        </w:tc>
        <w:tc>
          <w:tcPr>
            <w:tcW w:type="dxa" w:w="5953"/>
          </w:tcPr>
          <w:p>
            <w:pPr>
              <w:spacing w:after="20"/>
            </w:pPr>
            <w:r/>
            <w:r>
              <w:rPr>
                <w:sz w:val="17"/>
              </w:rPr>
              <w:t>Daily activities, time expressions</w:t>
            </w:r>
          </w:p>
        </w:tc>
        <w:tc>
          <w:tcPr>
            <w:tcW w:type="dxa" w:w="4309"/>
          </w:tcPr>
          <w:p>
            <w:pPr>
              <w:spacing w:after="20"/>
            </w:pPr>
            <w:r/>
            <w:r>
              <w:rPr>
                <w:sz w:val="17"/>
              </w:rPr>
              <w:t>get up, brush teeth, get dressed, eat, go to school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sz w:val="17"/>
              </w:rPr>
              <w:t>19</w:t>
            </w:r>
          </w:p>
        </w:tc>
        <w:tc>
          <w:tcPr>
            <w:tcW w:type="dxa" w:w="1247"/>
          </w:tcPr>
          <w:p>
            <w:pPr>
              <w:spacing w:after="20"/>
            </w:pPr>
            <w:r/>
            <w:r>
              <w:rPr>
                <w:sz w:val="17"/>
              </w:rPr>
              <w:t>02-06 Şub</w:t>
            </w:r>
          </w:p>
        </w:tc>
        <w:tc>
          <w:tcPr>
            <w:tcW w:type="dxa" w:w="1474"/>
          </w:tcPr>
          <w:p>
            <w:pPr>
              <w:spacing w:after="20"/>
            </w:pPr>
            <w:r/>
            <w:r>
              <w:rPr>
                <w:sz w:val="17"/>
              </w:rPr>
              <w:t>Unit 6</w:t>
            </w:r>
          </w:p>
        </w:tc>
        <w:tc>
          <w:tcPr>
            <w:tcW w:type="dxa" w:w="1814"/>
          </w:tcPr>
          <w:p>
            <w:pPr>
              <w:spacing w:after="20"/>
            </w:pPr>
            <w:r/>
            <w:r>
              <w:rPr>
                <w:sz w:val="17"/>
              </w:rPr>
              <w:t>Daily Life</w:t>
            </w:r>
          </w:p>
        </w:tc>
        <w:tc>
          <w:tcPr>
            <w:tcW w:type="dxa" w:w="5953"/>
          </w:tcPr>
          <w:p>
            <w:pPr>
              <w:spacing w:after="20"/>
            </w:pPr>
            <w:r/>
            <w:r>
              <w:rPr>
                <w:sz w:val="17"/>
              </w:rPr>
              <w:t>“I get up at 7 o’clock.” / early/late/on time</w:t>
            </w:r>
          </w:p>
        </w:tc>
        <w:tc>
          <w:tcPr>
            <w:tcW w:type="dxa" w:w="4309"/>
          </w:tcPr>
          <w:p>
            <w:pPr>
              <w:spacing w:after="20"/>
            </w:pPr>
            <w:r/>
            <w:r>
              <w:rPr>
                <w:sz w:val="17"/>
              </w:rPr>
              <w:t>o’clock, midday, midnight, in the afternoon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sz w:val="17"/>
              </w:rPr>
              <w:t>20</w:t>
            </w:r>
          </w:p>
        </w:tc>
        <w:tc>
          <w:tcPr>
            <w:tcW w:type="dxa" w:w="1247"/>
          </w:tcPr>
          <w:p>
            <w:pPr>
              <w:spacing w:after="20"/>
            </w:pPr>
            <w:r/>
            <w:r>
              <w:rPr>
                <w:sz w:val="17"/>
              </w:rPr>
              <w:t>09-13 Şub</w:t>
            </w:r>
          </w:p>
        </w:tc>
        <w:tc>
          <w:tcPr>
            <w:tcW w:type="dxa" w:w="1474"/>
          </w:tcPr>
          <w:p>
            <w:pPr>
              <w:spacing w:after="20"/>
            </w:pPr>
            <w:r/>
            <w:r>
              <w:rPr>
                <w:sz w:val="17"/>
              </w:rPr>
              <w:t>Unit 6</w:t>
            </w:r>
          </w:p>
        </w:tc>
        <w:tc>
          <w:tcPr>
            <w:tcW w:type="dxa" w:w="1814"/>
          </w:tcPr>
          <w:p>
            <w:pPr>
              <w:spacing w:after="20"/>
            </w:pPr>
            <w:r/>
            <w:r>
              <w:rPr>
                <w:sz w:val="17"/>
              </w:rPr>
              <w:t>Daily Life</w:t>
            </w:r>
          </w:p>
        </w:tc>
        <w:tc>
          <w:tcPr>
            <w:tcW w:type="dxa" w:w="5953"/>
          </w:tcPr>
          <w:p>
            <w:pPr>
              <w:spacing w:after="20"/>
            </w:pPr>
            <w:r/>
            <w:r>
              <w:rPr>
                <w:sz w:val="17"/>
              </w:rPr>
              <w:t>History of clocks, opinion expressions, pekiştirme</w:t>
            </w:r>
          </w:p>
        </w:tc>
        <w:tc>
          <w:tcPr>
            <w:tcW w:type="dxa" w:w="4309"/>
          </w:tcPr>
          <w:p>
            <w:pPr>
              <w:spacing w:after="20"/>
            </w:pPr>
            <w:r/>
            <w:r>
              <w:rPr>
                <w:sz w:val="17"/>
              </w:rPr>
              <w:t>sand, sundial, hourglass, water clock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sz w:val="17"/>
              </w:rPr>
              <w:t>21</w:t>
            </w:r>
          </w:p>
        </w:tc>
        <w:tc>
          <w:tcPr>
            <w:tcW w:type="dxa" w:w="1247"/>
          </w:tcPr>
          <w:p>
            <w:pPr>
              <w:spacing w:after="20"/>
            </w:pPr>
            <w:r/>
            <w:r>
              <w:rPr>
                <w:sz w:val="17"/>
              </w:rPr>
              <w:t>16-20 Şub</w:t>
            </w:r>
          </w:p>
        </w:tc>
        <w:tc>
          <w:tcPr>
            <w:tcW w:type="dxa" w:w="1474"/>
          </w:tcPr>
          <w:p>
            <w:pPr>
              <w:spacing w:after="20"/>
            </w:pPr>
            <w:r/>
            <w:r>
              <w:rPr>
                <w:sz w:val="17"/>
              </w:rPr>
              <w:t>Unit 7</w:t>
            </w:r>
          </w:p>
        </w:tc>
        <w:tc>
          <w:tcPr>
            <w:tcW w:type="dxa" w:w="1814"/>
          </w:tcPr>
          <w:p>
            <w:pPr>
              <w:spacing w:after="20"/>
            </w:pPr>
            <w:r/>
            <w:r>
              <w:rPr>
                <w:sz w:val="17"/>
              </w:rPr>
              <w:t>Food and Meals</w:t>
            </w:r>
          </w:p>
        </w:tc>
        <w:tc>
          <w:tcPr>
            <w:tcW w:type="dxa" w:w="5953"/>
          </w:tcPr>
          <w:p>
            <w:pPr>
              <w:spacing w:after="20"/>
            </w:pPr>
            <w:r/>
            <w:r>
              <w:rPr>
                <w:sz w:val="17"/>
              </w:rPr>
              <w:t>Fruit, vegetables, food, drinks</w:t>
            </w:r>
          </w:p>
        </w:tc>
        <w:tc>
          <w:tcPr>
            <w:tcW w:type="dxa" w:w="4309"/>
          </w:tcPr>
          <w:p>
            <w:pPr>
              <w:spacing w:after="20"/>
            </w:pPr>
            <w:r/>
            <w:r>
              <w:rPr>
                <w:sz w:val="17"/>
              </w:rPr>
              <w:t>apple, banana, orange, meat, bread, water, milk, tea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sz w:val="17"/>
              </w:rPr>
              <w:t>22</w:t>
            </w:r>
          </w:p>
        </w:tc>
        <w:tc>
          <w:tcPr>
            <w:tcW w:type="dxa" w:w="1247"/>
          </w:tcPr>
          <w:p>
            <w:pPr>
              <w:spacing w:after="20"/>
            </w:pPr>
            <w:r/>
            <w:r>
              <w:rPr>
                <w:sz w:val="17"/>
              </w:rPr>
              <w:t>23-27 Şub</w:t>
            </w:r>
          </w:p>
        </w:tc>
        <w:tc>
          <w:tcPr>
            <w:tcW w:type="dxa" w:w="1474"/>
          </w:tcPr>
          <w:p>
            <w:pPr>
              <w:spacing w:after="20"/>
            </w:pPr>
            <w:r/>
            <w:r>
              <w:rPr>
                <w:sz w:val="17"/>
              </w:rPr>
              <w:t>Unit 7</w:t>
            </w:r>
          </w:p>
        </w:tc>
        <w:tc>
          <w:tcPr>
            <w:tcW w:type="dxa" w:w="1814"/>
          </w:tcPr>
          <w:p>
            <w:pPr>
              <w:spacing w:after="20"/>
            </w:pPr>
            <w:r/>
            <w:r>
              <w:rPr>
                <w:sz w:val="17"/>
              </w:rPr>
              <w:t>Food and Meals</w:t>
            </w:r>
          </w:p>
        </w:tc>
        <w:tc>
          <w:tcPr>
            <w:tcW w:type="dxa" w:w="5953"/>
          </w:tcPr>
          <w:p>
            <w:pPr>
              <w:spacing w:after="20"/>
            </w:pPr>
            <w:r/>
            <w:r>
              <w:rPr>
                <w:sz w:val="17"/>
              </w:rPr>
              <w:t>Local meals, countries &amp; nationalities</w:t>
            </w:r>
          </w:p>
        </w:tc>
        <w:tc>
          <w:tcPr>
            <w:tcW w:type="dxa" w:w="4309"/>
          </w:tcPr>
          <w:p>
            <w:pPr>
              <w:spacing w:after="20"/>
            </w:pPr>
            <w:r/>
            <w:r>
              <w:rPr>
                <w:sz w:val="17"/>
              </w:rPr>
              <w:t>kebab, molehiya, ayran, healthy/unhealthy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sz w:val="17"/>
              </w:rPr>
              <w:t>23</w:t>
            </w:r>
          </w:p>
        </w:tc>
        <w:tc>
          <w:tcPr>
            <w:tcW w:type="dxa" w:w="1247"/>
          </w:tcPr>
          <w:p>
            <w:pPr>
              <w:spacing w:after="20"/>
            </w:pPr>
            <w:r/>
            <w:r>
              <w:rPr>
                <w:sz w:val="17"/>
              </w:rPr>
              <w:t>09-13 Mar</w:t>
            </w:r>
          </w:p>
        </w:tc>
        <w:tc>
          <w:tcPr>
            <w:tcW w:type="dxa" w:w="1474"/>
          </w:tcPr>
          <w:p>
            <w:pPr>
              <w:spacing w:after="20"/>
            </w:pPr>
            <w:r/>
            <w:r>
              <w:rPr>
                <w:sz w:val="17"/>
              </w:rPr>
              <w:t>Quiz 3</w:t>
            </w:r>
          </w:p>
        </w:tc>
        <w:tc>
          <w:tcPr>
            <w:tcW w:type="dxa" w:w="1814"/>
          </w:tcPr>
          <w:p>
            <w:pPr>
              <w:spacing w:after="20"/>
            </w:pPr>
            <w:r/>
            <w:r>
              <w:rPr>
                <w:sz w:val="17"/>
              </w:rPr>
              <w:t>Unit 5-7</w:t>
            </w:r>
          </w:p>
        </w:tc>
        <w:tc>
          <w:tcPr>
            <w:tcW w:type="dxa" w:w="5953"/>
          </w:tcPr>
          <w:p>
            <w:pPr>
              <w:spacing w:after="20"/>
            </w:pPr>
            <w:r/>
            <w:r>
              <w:rPr>
                <w:sz w:val="17"/>
              </w:rPr>
              <w:t>Quiz 3 + geri bildirim</w:t>
            </w:r>
          </w:p>
        </w:tc>
        <w:tc>
          <w:tcPr>
            <w:tcW w:type="dxa" w:w="4309"/>
          </w:tcPr>
          <w:p>
            <w:pPr>
              <w:spacing w:after="20"/>
            </w:pPr>
            <w:r/>
            <w:r>
              <w:rPr>
                <w:sz w:val="17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sz w:val="17"/>
              </w:rPr>
              <w:t>24</w:t>
            </w:r>
          </w:p>
        </w:tc>
        <w:tc>
          <w:tcPr>
            <w:tcW w:type="dxa" w:w="1247"/>
          </w:tcPr>
          <w:p>
            <w:pPr>
              <w:spacing w:after="20"/>
            </w:pPr>
            <w:r/>
            <w:r>
              <w:rPr>
                <w:sz w:val="17"/>
              </w:rPr>
              <w:t>16-20 Mar</w:t>
            </w:r>
          </w:p>
        </w:tc>
        <w:tc>
          <w:tcPr>
            <w:tcW w:type="dxa" w:w="1474"/>
          </w:tcPr>
          <w:p>
            <w:pPr>
              <w:spacing w:after="20"/>
            </w:pPr>
            <w:r/>
            <w:r>
              <w:rPr>
                <w:sz w:val="17"/>
              </w:rPr>
              <w:t>Unit 7</w:t>
            </w:r>
          </w:p>
        </w:tc>
        <w:tc>
          <w:tcPr>
            <w:tcW w:type="dxa" w:w="1814"/>
          </w:tcPr>
          <w:p>
            <w:pPr>
              <w:spacing w:after="20"/>
            </w:pPr>
            <w:r/>
            <w:r>
              <w:rPr>
                <w:sz w:val="17"/>
              </w:rPr>
              <w:t>Food and Meals</w:t>
            </w:r>
          </w:p>
        </w:tc>
        <w:tc>
          <w:tcPr>
            <w:tcW w:type="dxa" w:w="5953"/>
          </w:tcPr>
          <w:p>
            <w:pPr>
              <w:spacing w:after="20"/>
            </w:pPr>
            <w:r/>
            <w:r>
              <w:rPr>
                <w:sz w:val="17"/>
              </w:rPr>
              <w:t>“What people eat around the world”, pekiştirme</w:t>
            </w:r>
          </w:p>
        </w:tc>
        <w:tc>
          <w:tcPr>
            <w:tcW w:type="dxa" w:w="4309"/>
          </w:tcPr>
          <w:p>
            <w:pPr>
              <w:spacing w:after="20"/>
            </w:pPr>
            <w:r/>
            <w:r>
              <w:rPr>
                <w:sz w:val="17"/>
              </w:rPr>
              <w:t>Mexico, Italy, China, Turkey, Cyprus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sz w:val="17"/>
              </w:rPr>
              <w:t>25</w:t>
            </w:r>
          </w:p>
        </w:tc>
        <w:tc>
          <w:tcPr>
            <w:tcW w:type="dxa" w:w="1247"/>
          </w:tcPr>
          <w:p>
            <w:pPr>
              <w:spacing w:after="20"/>
            </w:pPr>
            <w:r/>
            <w:r>
              <w:rPr>
                <w:sz w:val="17"/>
              </w:rPr>
              <w:t>23-27 Mar</w:t>
            </w:r>
          </w:p>
        </w:tc>
        <w:tc>
          <w:tcPr>
            <w:tcW w:type="dxa" w:w="1474"/>
          </w:tcPr>
          <w:p>
            <w:pPr>
              <w:spacing w:after="20"/>
            </w:pPr>
            <w:r/>
            <w:r>
              <w:rPr>
                <w:sz w:val="17"/>
              </w:rPr>
              <w:t>Unit 8</w:t>
            </w:r>
          </w:p>
        </w:tc>
        <w:tc>
          <w:tcPr>
            <w:tcW w:type="dxa" w:w="1814"/>
          </w:tcPr>
          <w:p>
            <w:pPr>
              <w:spacing w:after="20"/>
            </w:pPr>
            <w:r/>
            <w:r>
              <w:rPr>
                <w:sz w:val="17"/>
              </w:rPr>
              <w:t>Animals</w:t>
            </w:r>
          </w:p>
        </w:tc>
        <w:tc>
          <w:tcPr>
            <w:tcW w:type="dxa" w:w="5953"/>
          </w:tcPr>
          <w:p>
            <w:pPr>
              <w:spacing w:after="20"/>
            </w:pPr>
            <w:r/>
            <w:r>
              <w:rPr>
                <w:sz w:val="17"/>
              </w:rPr>
              <w:t>Animals + habitats</w:t>
            </w:r>
          </w:p>
        </w:tc>
        <w:tc>
          <w:tcPr>
            <w:tcW w:type="dxa" w:w="4309"/>
          </w:tcPr>
          <w:p>
            <w:pPr>
              <w:spacing w:after="20"/>
            </w:pPr>
            <w:r/>
            <w:r>
              <w:rPr>
                <w:sz w:val="17"/>
              </w:rPr>
              <w:t>cheetah, crocodile, hippo, kangaroo, monkey, polar bear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sz w:val="17"/>
              </w:rPr>
              <w:t>26</w:t>
            </w:r>
          </w:p>
        </w:tc>
        <w:tc>
          <w:tcPr>
            <w:tcW w:type="dxa" w:w="1247"/>
          </w:tcPr>
          <w:p>
            <w:pPr>
              <w:spacing w:after="20"/>
            </w:pPr>
            <w:r/>
            <w:r>
              <w:rPr>
                <w:sz w:val="17"/>
              </w:rPr>
              <w:t>30 Mar-3 Nis</w:t>
            </w:r>
          </w:p>
        </w:tc>
        <w:tc>
          <w:tcPr>
            <w:tcW w:type="dxa" w:w="1474"/>
          </w:tcPr>
          <w:p>
            <w:pPr>
              <w:spacing w:after="20"/>
            </w:pPr>
            <w:r/>
            <w:r>
              <w:rPr>
                <w:sz w:val="17"/>
              </w:rPr>
              <w:t>Unit 8</w:t>
            </w:r>
          </w:p>
        </w:tc>
        <w:tc>
          <w:tcPr>
            <w:tcW w:type="dxa" w:w="1814"/>
          </w:tcPr>
          <w:p>
            <w:pPr>
              <w:spacing w:after="20"/>
            </w:pPr>
            <w:r/>
            <w:r>
              <w:rPr>
                <w:sz w:val="17"/>
              </w:rPr>
              <w:t>Animals</w:t>
            </w:r>
          </w:p>
        </w:tc>
        <w:tc>
          <w:tcPr>
            <w:tcW w:type="dxa" w:w="5953"/>
          </w:tcPr>
          <w:p>
            <w:pPr>
              <w:spacing w:after="20"/>
            </w:pPr>
            <w:r/>
            <w:r>
              <w:rPr>
                <w:sz w:val="17"/>
              </w:rPr>
              <w:t>“Cheetahs can run fast.” / adjectives</w:t>
            </w:r>
          </w:p>
        </w:tc>
        <w:tc>
          <w:tcPr>
            <w:tcW w:type="dxa" w:w="4309"/>
          </w:tcPr>
          <w:p>
            <w:pPr>
              <w:spacing w:after="20"/>
            </w:pPr>
            <w:r/>
            <w:r>
              <w:rPr>
                <w:sz w:val="17"/>
              </w:rPr>
              <w:t>desert, forest, jungle, ocean, river, lake, farm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sz w:val="17"/>
              </w:rPr>
              <w:t>27</w:t>
            </w:r>
          </w:p>
        </w:tc>
        <w:tc>
          <w:tcPr>
            <w:tcW w:type="dxa" w:w="1247"/>
          </w:tcPr>
          <w:p>
            <w:pPr>
              <w:spacing w:after="20"/>
            </w:pPr>
            <w:r/>
            <w:r>
              <w:rPr>
                <w:sz w:val="17"/>
              </w:rPr>
              <w:t>06-10 Nis</w:t>
            </w:r>
          </w:p>
        </w:tc>
        <w:tc>
          <w:tcPr>
            <w:tcW w:type="dxa" w:w="1474"/>
          </w:tcPr>
          <w:p>
            <w:pPr>
              <w:spacing w:after="20"/>
            </w:pPr>
            <w:r/>
            <w:r>
              <w:rPr>
                <w:sz w:val="17"/>
              </w:rPr>
              <w:t>Unit 8</w:t>
            </w:r>
          </w:p>
        </w:tc>
        <w:tc>
          <w:tcPr>
            <w:tcW w:type="dxa" w:w="1814"/>
          </w:tcPr>
          <w:p>
            <w:pPr>
              <w:spacing w:after="20"/>
            </w:pPr>
            <w:r/>
            <w:r>
              <w:rPr>
                <w:sz w:val="17"/>
              </w:rPr>
              <w:t>Animals</w:t>
            </w:r>
          </w:p>
        </w:tc>
        <w:tc>
          <w:tcPr>
            <w:tcW w:type="dxa" w:w="5953"/>
          </w:tcPr>
          <w:p>
            <w:pPr>
              <w:spacing w:after="20"/>
            </w:pPr>
            <w:r/>
            <w:r>
              <w:rPr>
                <w:sz w:val="17"/>
              </w:rPr>
              <w:t>Pekiştirme: “My Favourite Animal” sunum</w:t>
            </w:r>
          </w:p>
        </w:tc>
        <w:tc>
          <w:tcPr>
            <w:tcW w:type="dxa" w:w="4309"/>
          </w:tcPr>
          <w:p>
            <w:pPr>
              <w:spacing w:after="20"/>
            </w:pPr>
            <w:r/>
            <w:r>
              <w:rPr>
                <w:sz w:val="17"/>
              </w:rPr>
              <w:t>amazing, great, beautiful, strong, clever, wild, domestic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sz w:val="17"/>
              </w:rPr>
              <w:t>28</w:t>
            </w:r>
          </w:p>
        </w:tc>
        <w:tc>
          <w:tcPr>
            <w:tcW w:type="dxa" w:w="1247"/>
          </w:tcPr>
          <w:p>
            <w:pPr>
              <w:spacing w:after="20"/>
            </w:pPr>
            <w:r/>
            <w:r>
              <w:rPr>
                <w:sz w:val="17"/>
              </w:rPr>
              <w:t>13-17 Nis</w:t>
            </w:r>
          </w:p>
        </w:tc>
        <w:tc>
          <w:tcPr>
            <w:tcW w:type="dxa" w:w="1474"/>
          </w:tcPr>
          <w:p>
            <w:pPr>
              <w:spacing w:after="20"/>
            </w:pPr>
            <w:r/>
            <w:r>
              <w:rPr>
                <w:sz w:val="17"/>
              </w:rPr>
              <w:t>Unit 9</w:t>
            </w:r>
          </w:p>
        </w:tc>
        <w:tc>
          <w:tcPr>
            <w:tcW w:type="dxa" w:w="1814"/>
          </w:tcPr>
          <w:p>
            <w:pPr>
              <w:spacing w:after="20"/>
            </w:pPr>
            <w:r/>
            <w:r>
              <w:rPr>
                <w:sz w:val="17"/>
              </w:rPr>
              <w:t>Festivals and Celebrations</w:t>
            </w:r>
          </w:p>
        </w:tc>
        <w:tc>
          <w:tcPr>
            <w:tcW w:type="dxa" w:w="5953"/>
          </w:tcPr>
          <w:p>
            <w:pPr>
              <w:spacing w:after="20"/>
            </w:pPr>
            <w:r/>
            <w:r>
              <w:rPr>
                <w:sz w:val="17"/>
              </w:rPr>
              <w:t>Seasons, months, weather</w:t>
            </w:r>
          </w:p>
        </w:tc>
        <w:tc>
          <w:tcPr>
            <w:tcW w:type="dxa" w:w="4309"/>
          </w:tcPr>
          <w:p>
            <w:pPr>
              <w:spacing w:after="20"/>
            </w:pPr>
            <w:r/>
            <w:r>
              <w:rPr>
                <w:sz w:val="17"/>
              </w:rPr>
              <w:t>Spring, Summer, Autumn, Winter, January-December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sz w:val="17"/>
              </w:rPr>
              <w:t>29</w:t>
            </w:r>
          </w:p>
        </w:tc>
        <w:tc>
          <w:tcPr>
            <w:tcW w:type="dxa" w:w="1247"/>
          </w:tcPr>
          <w:p>
            <w:pPr>
              <w:spacing w:after="20"/>
            </w:pPr>
            <w:r/>
            <w:r>
              <w:rPr>
                <w:sz w:val="17"/>
              </w:rPr>
              <w:t>20-24 Nis</w:t>
            </w:r>
          </w:p>
        </w:tc>
        <w:tc>
          <w:tcPr>
            <w:tcW w:type="dxa" w:w="1474"/>
          </w:tcPr>
          <w:p>
            <w:pPr>
              <w:spacing w:after="20"/>
            </w:pPr>
            <w:r/>
            <w:r>
              <w:rPr>
                <w:sz w:val="17"/>
              </w:rPr>
              <w:t>Unit 9</w:t>
            </w:r>
          </w:p>
        </w:tc>
        <w:tc>
          <w:tcPr>
            <w:tcW w:type="dxa" w:w="1814"/>
          </w:tcPr>
          <w:p>
            <w:pPr>
              <w:spacing w:after="20"/>
            </w:pPr>
            <w:r/>
            <w:r>
              <w:rPr>
                <w:sz w:val="17"/>
              </w:rPr>
              <w:t>Festivals and Celebrations</w:t>
            </w:r>
          </w:p>
        </w:tc>
        <w:tc>
          <w:tcPr>
            <w:tcW w:type="dxa" w:w="5953"/>
          </w:tcPr>
          <w:p>
            <w:pPr>
              <w:spacing w:after="20"/>
            </w:pPr>
            <w:r/>
            <w:r>
              <w:rPr>
                <w:sz w:val="17"/>
              </w:rPr>
              <w:t>Clothes, seasonal activities  ⚠️ 23 Nisan</w:t>
            </w:r>
          </w:p>
        </w:tc>
        <w:tc>
          <w:tcPr>
            <w:tcW w:type="dxa" w:w="4309"/>
          </w:tcPr>
          <w:p>
            <w:pPr>
              <w:spacing w:after="20"/>
            </w:pPr>
            <w:r/>
            <w:r>
              <w:rPr>
                <w:sz w:val="17"/>
              </w:rPr>
              <w:t>sunny, windy, rainy, snowy, coat, scarf, umbrella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sz w:val="17"/>
              </w:rPr>
              <w:t>30</w:t>
            </w:r>
          </w:p>
        </w:tc>
        <w:tc>
          <w:tcPr>
            <w:tcW w:type="dxa" w:w="1247"/>
          </w:tcPr>
          <w:p>
            <w:pPr>
              <w:spacing w:after="20"/>
            </w:pPr>
            <w:r/>
            <w:r>
              <w:rPr>
                <w:sz w:val="17"/>
              </w:rPr>
              <w:t>27 Nis-1 May</w:t>
            </w:r>
          </w:p>
        </w:tc>
        <w:tc>
          <w:tcPr>
            <w:tcW w:type="dxa" w:w="1474"/>
          </w:tcPr>
          <w:p>
            <w:pPr>
              <w:spacing w:after="20"/>
            </w:pPr>
            <w:r/>
            <w:r>
              <w:rPr>
                <w:sz w:val="17"/>
              </w:rPr>
              <w:t>Quiz 4</w:t>
            </w:r>
          </w:p>
        </w:tc>
        <w:tc>
          <w:tcPr>
            <w:tcW w:type="dxa" w:w="1814"/>
          </w:tcPr>
          <w:p>
            <w:pPr>
              <w:spacing w:after="20"/>
            </w:pPr>
            <w:r/>
            <w:r>
              <w:rPr>
                <w:sz w:val="17"/>
              </w:rPr>
              <w:t>Unit 7-9</w:t>
            </w:r>
          </w:p>
        </w:tc>
        <w:tc>
          <w:tcPr>
            <w:tcW w:type="dxa" w:w="5953"/>
          </w:tcPr>
          <w:p>
            <w:pPr>
              <w:spacing w:after="20"/>
            </w:pPr>
            <w:r/>
            <w:r>
              <w:rPr>
                <w:sz w:val="17"/>
              </w:rPr>
              <w:t>Quiz 4 + geri bildirim</w:t>
            </w:r>
          </w:p>
        </w:tc>
        <w:tc>
          <w:tcPr>
            <w:tcW w:type="dxa" w:w="4309"/>
          </w:tcPr>
          <w:p>
            <w:pPr>
              <w:spacing w:after="20"/>
            </w:pPr>
            <w:r/>
            <w:r>
              <w:rPr>
                <w:sz w:val="17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sz w:val="17"/>
              </w:rPr>
              <w:t>31</w:t>
            </w:r>
          </w:p>
        </w:tc>
        <w:tc>
          <w:tcPr>
            <w:tcW w:type="dxa" w:w="1247"/>
          </w:tcPr>
          <w:p>
            <w:pPr>
              <w:spacing w:after="20"/>
            </w:pPr>
            <w:r/>
            <w:r>
              <w:rPr>
                <w:sz w:val="17"/>
              </w:rPr>
              <w:t>04-08 May</w:t>
            </w:r>
          </w:p>
        </w:tc>
        <w:tc>
          <w:tcPr>
            <w:tcW w:type="dxa" w:w="1474"/>
          </w:tcPr>
          <w:p>
            <w:pPr>
              <w:spacing w:after="20"/>
            </w:pPr>
            <w:r/>
            <w:r>
              <w:rPr>
                <w:sz w:val="17"/>
              </w:rPr>
              <w:t>Review</w:t>
            </w:r>
          </w:p>
        </w:tc>
        <w:tc>
          <w:tcPr>
            <w:tcW w:type="dxa" w:w="1814"/>
          </w:tcPr>
          <w:p>
            <w:pPr>
              <w:spacing w:after="20"/>
            </w:pPr>
            <w:r/>
            <w:r>
              <w:rPr>
                <w:sz w:val="17"/>
              </w:rPr>
              <w:t>Unit 1-4</w:t>
            </w:r>
          </w:p>
        </w:tc>
        <w:tc>
          <w:tcPr>
            <w:tcW w:type="dxa" w:w="5953"/>
          </w:tcPr>
          <w:p>
            <w:pPr>
              <w:spacing w:after="20"/>
            </w:pPr>
            <w:r/>
            <w:r>
              <w:rPr>
                <w:sz w:val="17"/>
              </w:rPr>
              <w:t>Dönem 1 tekrarı (school, sports, house, hometown)</w:t>
            </w:r>
          </w:p>
        </w:tc>
        <w:tc>
          <w:tcPr>
            <w:tcW w:type="dxa" w:w="4309"/>
          </w:tcPr>
          <w:p>
            <w:pPr>
              <w:spacing w:after="20"/>
            </w:pPr>
            <w:r/>
            <w:r>
              <w:rPr>
                <w:sz w:val="17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sz w:val="17"/>
              </w:rPr>
              <w:t>32</w:t>
            </w:r>
          </w:p>
        </w:tc>
        <w:tc>
          <w:tcPr>
            <w:tcW w:type="dxa" w:w="1247"/>
          </w:tcPr>
          <w:p>
            <w:pPr>
              <w:spacing w:after="20"/>
            </w:pPr>
            <w:r/>
            <w:r>
              <w:rPr>
                <w:sz w:val="17"/>
              </w:rPr>
              <w:t>11-15 May</w:t>
            </w:r>
          </w:p>
        </w:tc>
        <w:tc>
          <w:tcPr>
            <w:tcW w:type="dxa" w:w="1474"/>
          </w:tcPr>
          <w:p>
            <w:pPr>
              <w:spacing w:after="20"/>
            </w:pPr>
            <w:r/>
            <w:r>
              <w:rPr>
                <w:sz w:val="17"/>
              </w:rPr>
              <w:t>Review</w:t>
            </w:r>
          </w:p>
        </w:tc>
        <w:tc>
          <w:tcPr>
            <w:tcW w:type="dxa" w:w="1814"/>
          </w:tcPr>
          <w:p>
            <w:pPr>
              <w:spacing w:after="20"/>
            </w:pPr>
            <w:r/>
            <w:r>
              <w:rPr>
                <w:sz w:val="17"/>
              </w:rPr>
              <w:t>Unit 5-9</w:t>
            </w:r>
          </w:p>
        </w:tc>
        <w:tc>
          <w:tcPr>
            <w:tcW w:type="dxa" w:w="5953"/>
          </w:tcPr>
          <w:p>
            <w:pPr>
              <w:spacing w:after="20"/>
            </w:pPr>
            <w:r/>
            <w:r>
              <w:rPr>
                <w:sz w:val="17"/>
              </w:rPr>
              <w:t>Dönem 2 tekrarı (jobs, daily life, food, animals, festivals)</w:t>
            </w:r>
          </w:p>
        </w:tc>
        <w:tc>
          <w:tcPr>
            <w:tcW w:type="dxa" w:w="4309"/>
          </w:tcPr>
          <w:p>
            <w:pPr>
              <w:spacing w:after="20"/>
            </w:pPr>
            <w:r/>
            <w:r>
              <w:rPr>
                <w:sz w:val="17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sz w:val="17"/>
              </w:rPr>
              <w:t>33</w:t>
            </w:r>
          </w:p>
        </w:tc>
        <w:tc>
          <w:tcPr>
            <w:tcW w:type="dxa" w:w="1247"/>
          </w:tcPr>
          <w:p>
            <w:pPr>
              <w:spacing w:after="20"/>
            </w:pPr>
            <w:r/>
            <w:r>
              <w:rPr>
                <w:sz w:val="17"/>
              </w:rPr>
              <w:t>18-22 May</w:t>
            </w:r>
          </w:p>
        </w:tc>
        <w:tc>
          <w:tcPr>
            <w:tcW w:type="dxa" w:w="1474"/>
          </w:tcPr>
          <w:p>
            <w:pPr>
              <w:spacing w:after="20"/>
            </w:pPr>
            <w:r/>
            <w:r>
              <w:rPr>
                <w:sz w:val="17"/>
              </w:rPr>
              <w:t>Review</w:t>
            </w:r>
          </w:p>
        </w:tc>
        <w:tc>
          <w:tcPr>
            <w:tcW w:type="dxa" w:w="1814"/>
          </w:tcPr>
          <w:p>
            <w:pPr>
              <w:spacing w:after="20"/>
            </w:pPr>
            <w:r/>
            <w:r>
              <w:rPr>
                <w:sz w:val="17"/>
              </w:rPr>
              <w:t>Tüm üniteler</w:t>
            </w:r>
          </w:p>
        </w:tc>
        <w:tc>
          <w:tcPr>
            <w:tcW w:type="dxa" w:w="5953"/>
          </w:tcPr>
          <w:p>
            <w:pPr>
              <w:spacing w:after="20"/>
            </w:pPr>
            <w:r/>
            <w:r>
              <w:rPr>
                <w:sz w:val="17"/>
              </w:rPr>
              <w:t>Sınav hazırlığı  ⚠️ 19 Mayıs</w:t>
            </w:r>
          </w:p>
        </w:tc>
        <w:tc>
          <w:tcPr>
            <w:tcW w:type="dxa" w:w="4309"/>
          </w:tcPr>
          <w:p>
            <w:pPr>
              <w:spacing w:after="20"/>
            </w:pPr>
            <w:r/>
            <w:r>
              <w:rPr>
                <w:sz w:val="17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sz w:val="17"/>
              </w:rPr>
              <w:t>34</w:t>
            </w:r>
          </w:p>
        </w:tc>
        <w:tc>
          <w:tcPr>
            <w:tcW w:type="dxa" w:w="1247"/>
          </w:tcPr>
          <w:p>
            <w:pPr>
              <w:spacing w:after="20"/>
            </w:pPr>
            <w:r/>
            <w:r>
              <w:rPr>
                <w:sz w:val="17"/>
              </w:rPr>
              <w:t>25-29 May</w:t>
            </w:r>
          </w:p>
        </w:tc>
        <w:tc>
          <w:tcPr>
            <w:tcW w:type="dxa" w:w="1474"/>
          </w:tcPr>
          <w:p>
            <w:pPr>
              <w:spacing w:after="20"/>
            </w:pPr>
            <w:r/>
            <w:r>
              <w:rPr>
                <w:sz w:val="17"/>
              </w:rPr>
              <w:t>Yıl Sonu Sınavı</w:t>
            </w:r>
          </w:p>
        </w:tc>
        <w:tc>
          <w:tcPr>
            <w:tcW w:type="dxa" w:w="1814"/>
          </w:tcPr>
          <w:p>
            <w:pPr>
              <w:spacing w:after="20"/>
            </w:pPr>
            <w:r/>
            <w:r>
              <w:rPr>
                <w:sz w:val="17"/>
              </w:rPr>
              <w:t>Unit 1-9</w:t>
            </w:r>
          </w:p>
        </w:tc>
        <w:tc>
          <w:tcPr>
            <w:tcW w:type="dxa" w:w="5953"/>
          </w:tcPr>
          <w:p>
            <w:pPr>
              <w:spacing w:after="20"/>
            </w:pPr>
            <w:r/>
            <w:r>
              <w:rPr>
                <w:sz w:val="17"/>
              </w:rPr>
              <w:t>Yıl sonu sınavı (dört beceri)</w:t>
            </w:r>
          </w:p>
        </w:tc>
        <w:tc>
          <w:tcPr>
            <w:tcW w:type="dxa" w:w="4309"/>
          </w:tcPr>
          <w:p>
            <w:pPr>
              <w:spacing w:after="20"/>
            </w:pPr>
            <w:r/>
            <w:r>
              <w:rPr>
                <w:sz w:val="17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sz w:val="17"/>
              </w:rPr>
              <w:t>35</w:t>
            </w:r>
          </w:p>
        </w:tc>
        <w:tc>
          <w:tcPr>
            <w:tcW w:type="dxa" w:w="1247"/>
          </w:tcPr>
          <w:p>
            <w:pPr>
              <w:spacing w:after="20"/>
            </w:pPr>
            <w:r/>
            <w:r>
              <w:rPr>
                <w:sz w:val="17"/>
              </w:rPr>
              <w:t>01-05 Haz</w:t>
            </w:r>
          </w:p>
        </w:tc>
        <w:tc>
          <w:tcPr>
            <w:tcW w:type="dxa" w:w="1474"/>
          </w:tcPr>
          <w:p>
            <w:pPr>
              <w:spacing w:after="20"/>
            </w:pPr>
            <w:r/>
            <w:r>
              <w:rPr>
                <w:sz w:val="17"/>
              </w:rPr>
              <w:t>Portfolio</w:t>
            </w:r>
          </w:p>
        </w:tc>
        <w:tc>
          <w:tcPr>
            <w:tcW w:type="dxa" w:w="1814"/>
          </w:tcPr>
          <w:p>
            <w:pPr>
              <w:spacing w:after="20"/>
            </w:pPr>
            <w:r/>
            <w:r>
              <w:rPr>
                <w:sz w:val="17"/>
              </w:rPr>
              <w:t>—</w:t>
            </w:r>
          </w:p>
        </w:tc>
        <w:tc>
          <w:tcPr>
            <w:tcW w:type="dxa" w:w="5953"/>
          </w:tcPr>
          <w:p>
            <w:pPr>
              <w:spacing w:after="20"/>
            </w:pPr>
            <w:r/>
            <w:r>
              <w:rPr>
                <w:sz w:val="17"/>
              </w:rPr>
              <w:t>Portfolio sunumları + “My English Book”</w:t>
            </w:r>
          </w:p>
        </w:tc>
        <w:tc>
          <w:tcPr>
            <w:tcW w:type="dxa" w:w="4309"/>
          </w:tcPr>
          <w:p>
            <w:pPr>
              <w:spacing w:after="20"/>
            </w:pPr>
            <w:r/>
            <w:r>
              <w:rPr>
                <w:sz w:val="17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sz w:val="17"/>
              </w:rPr>
              <w:t>36</w:t>
            </w:r>
          </w:p>
        </w:tc>
        <w:tc>
          <w:tcPr>
            <w:tcW w:type="dxa" w:w="1247"/>
          </w:tcPr>
          <w:p>
            <w:pPr>
              <w:spacing w:after="20"/>
            </w:pPr>
            <w:r/>
            <w:r>
              <w:rPr>
                <w:sz w:val="17"/>
              </w:rPr>
              <w:t>08-12 Haz</w:t>
            </w:r>
          </w:p>
        </w:tc>
        <w:tc>
          <w:tcPr>
            <w:tcW w:type="dxa" w:w="1474"/>
          </w:tcPr>
          <w:p>
            <w:pPr>
              <w:spacing w:after="20"/>
            </w:pPr>
            <w:r/>
            <w:r>
              <w:rPr>
                <w:sz w:val="17"/>
              </w:rPr>
              <w:t>Portfolio</w:t>
            </w:r>
          </w:p>
        </w:tc>
        <w:tc>
          <w:tcPr>
            <w:tcW w:type="dxa" w:w="1814"/>
          </w:tcPr>
          <w:p>
            <w:pPr>
              <w:spacing w:after="20"/>
            </w:pPr>
            <w:r/>
            <w:r>
              <w:rPr>
                <w:sz w:val="17"/>
              </w:rPr>
              <w:t>—</w:t>
            </w:r>
          </w:p>
        </w:tc>
        <w:tc>
          <w:tcPr>
            <w:tcW w:type="dxa" w:w="5953"/>
          </w:tcPr>
          <w:p>
            <w:pPr>
              <w:spacing w:after="20"/>
            </w:pPr>
            <w:r/>
            <w:r>
              <w:rPr>
                <w:sz w:val="17"/>
              </w:rPr>
              <w:t>İngilizce oyunları, şarkılar, drama</w:t>
            </w:r>
          </w:p>
        </w:tc>
        <w:tc>
          <w:tcPr>
            <w:tcW w:type="dxa" w:w="4309"/>
          </w:tcPr>
          <w:p>
            <w:pPr>
              <w:spacing w:after="20"/>
            </w:pPr>
            <w:r/>
            <w:r>
              <w:rPr>
                <w:sz w:val="17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sz w:val="17"/>
              </w:rPr>
              <w:t>37</w:t>
            </w:r>
          </w:p>
        </w:tc>
        <w:tc>
          <w:tcPr>
            <w:tcW w:type="dxa" w:w="1247"/>
          </w:tcPr>
          <w:p>
            <w:pPr>
              <w:spacing w:after="20"/>
            </w:pPr>
            <w:r/>
            <w:r>
              <w:rPr>
                <w:sz w:val="17"/>
              </w:rPr>
              <w:t>15-19 Haz</w:t>
            </w:r>
          </w:p>
        </w:tc>
        <w:tc>
          <w:tcPr>
            <w:tcW w:type="dxa" w:w="1474"/>
          </w:tcPr>
          <w:p>
            <w:pPr>
              <w:spacing w:after="20"/>
            </w:pPr>
            <w:r/>
            <w:r>
              <w:rPr>
                <w:sz w:val="17"/>
              </w:rPr>
              <w:t>Wrap-up</w:t>
            </w:r>
          </w:p>
        </w:tc>
        <w:tc>
          <w:tcPr>
            <w:tcW w:type="dxa" w:w="1814"/>
          </w:tcPr>
          <w:p>
            <w:pPr>
              <w:spacing w:after="20"/>
            </w:pPr>
            <w:r/>
            <w:r>
              <w:rPr>
                <w:sz w:val="17"/>
              </w:rPr>
              <w:t>—</w:t>
            </w:r>
          </w:p>
        </w:tc>
        <w:tc>
          <w:tcPr>
            <w:tcW w:type="dxa" w:w="5953"/>
          </w:tcPr>
          <w:p>
            <w:pPr>
              <w:spacing w:after="20"/>
            </w:pPr>
            <w:r/>
            <w:r>
              <w:rPr>
                <w:sz w:val="17"/>
              </w:rPr>
              <w:t>Yıl sonu etkinlikleri, sınıf partisi</w:t>
            </w:r>
          </w:p>
        </w:tc>
        <w:tc>
          <w:tcPr>
            <w:tcW w:type="dxa" w:w="4309"/>
          </w:tcPr>
          <w:p>
            <w:pPr>
              <w:spacing w:after="20"/>
            </w:pPr>
            <w:r/>
            <w:r>
              <w:rPr>
                <w:sz w:val="17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sz w:val="17"/>
              </w:rPr>
              <w:t>38</w:t>
            </w:r>
          </w:p>
        </w:tc>
        <w:tc>
          <w:tcPr>
            <w:tcW w:type="dxa" w:w="1247"/>
          </w:tcPr>
          <w:p>
            <w:pPr>
              <w:spacing w:after="20"/>
            </w:pPr>
            <w:r/>
            <w:r>
              <w:rPr>
                <w:sz w:val="17"/>
              </w:rPr>
              <w:t>22-26 Haz</w:t>
            </w:r>
          </w:p>
        </w:tc>
        <w:tc>
          <w:tcPr>
            <w:tcW w:type="dxa" w:w="1474"/>
          </w:tcPr>
          <w:p>
            <w:pPr>
              <w:spacing w:after="20"/>
            </w:pPr>
            <w:r/>
            <w:r>
              <w:rPr>
                <w:sz w:val="17"/>
              </w:rPr>
              <w:t>Wrap-up</w:t>
            </w:r>
          </w:p>
        </w:tc>
        <w:tc>
          <w:tcPr>
            <w:tcW w:type="dxa" w:w="1814"/>
          </w:tcPr>
          <w:p>
            <w:pPr>
              <w:spacing w:after="20"/>
            </w:pPr>
            <w:r/>
            <w:r>
              <w:rPr>
                <w:sz w:val="17"/>
              </w:rPr>
              <w:t>—</w:t>
            </w:r>
          </w:p>
        </w:tc>
        <w:tc>
          <w:tcPr>
            <w:tcW w:type="dxa" w:w="5953"/>
          </w:tcPr>
          <w:p>
            <w:pPr>
              <w:spacing w:after="20"/>
            </w:pPr>
            <w:r/>
            <w:r>
              <w:rPr>
                <w:sz w:val="17"/>
              </w:rPr>
              <w:t>Son hafta: oyun günü, sertifika dağıtımı</w:t>
            </w:r>
          </w:p>
        </w:tc>
        <w:tc>
          <w:tcPr>
            <w:tcW w:type="dxa" w:w="4309"/>
          </w:tcPr>
          <w:p>
            <w:pPr>
              <w:spacing w:after="20"/>
            </w:pPr>
            <w:r/>
            <w:r>
              <w:rPr>
                <w:sz w:val="17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sz w:val="17"/>
              </w:rPr>
              <w:t>39</w:t>
            </w:r>
          </w:p>
        </w:tc>
        <w:tc>
          <w:tcPr>
            <w:tcW w:type="dxa" w:w="1247"/>
          </w:tcPr>
          <w:p>
            <w:pPr>
              <w:spacing w:after="20"/>
            </w:pPr>
            <w:r/>
            <w:r>
              <w:rPr>
                <w:sz w:val="17"/>
              </w:rPr>
              <w:t>29 Haz-3 Tem</w:t>
            </w:r>
          </w:p>
        </w:tc>
        <w:tc>
          <w:tcPr>
            <w:tcW w:type="dxa" w:w="1474"/>
          </w:tcPr>
          <w:p>
            <w:pPr>
              <w:spacing w:after="20"/>
            </w:pPr>
            <w:r/>
            <w:r>
              <w:rPr>
                <w:sz w:val="17"/>
              </w:rPr>
              <w:t>Wrap-up</w:t>
            </w:r>
          </w:p>
        </w:tc>
        <w:tc>
          <w:tcPr>
            <w:tcW w:type="dxa" w:w="1814"/>
          </w:tcPr>
          <w:p>
            <w:pPr>
              <w:spacing w:after="20"/>
            </w:pPr>
            <w:r/>
            <w:r>
              <w:rPr>
                <w:sz w:val="17"/>
              </w:rPr>
              <w:t>—</w:t>
            </w:r>
          </w:p>
        </w:tc>
        <w:tc>
          <w:tcPr>
            <w:tcW w:type="dxa" w:w="5953"/>
          </w:tcPr>
          <w:p>
            <w:pPr>
              <w:spacing w:after="20"/>
            </w:pPr>
            <w:r/>
            <w:r>
              <w:rPr>
                <w:sz w:val="17"/>
              </w:rPr>
              <w:t>Buffer / makeup günleri</w:t>
            </w:r>
          </w:p>
        </w:tc>
        <w:tc>
          <w:tcPr>
            <w:tcW w:type="dxa" w:w="4309"/>
          </w:tcPr>
          <w:p>
            <w:pPr>
              <w:spacing w:after="20"/>
            </w:pPr>
            <w:r/>
            <w:r>
              <w:rPr>
                <w:sz w:val="17"/>
              </w:rPr>
              <w:t>—</w:t>
            </w:r>
          </w:p>
        </w:tc>
      </w:tr>
    </w:tbl>
    <w:p>
      <w:pPr>
        <w:spacing w:before="240" w:after="80"/>
      </w:pPr>
      <w:r>
        <w:rPr>
          <w:b/>
          <w:color w:val="333333"/>
          <w:sz w:val="26"/>
        </w:rPr>
        <w:t>4. Sınıf — Ünite Detayları (Unit 1-9)</w:t>
      </w:r>
    </w:p>
    <w:p>
      <w:pPr>
        <w:spacing w:before="200" w:after="40"/>
      </w:pPr>
      <w:r>
        <w:rPr>
          <w:b/>
          <w:color w:val="333333"/>
          <w:sz w:val="25"/>
        </w:rPr>
        <w:t>Unit 1 — My School</w:t>
      </w:r>
    </w:p>
    <w:p>
      <w:pPr>
        <w:spacing w:before="60" w:after="20"/>
      </w:pPr>
      <w:r>
        <w:rPr>
          <w:b/>
          <w:color w:val="E07856"/>
          <w:sz w:val="20"/>
        </w:rPr>
        <w:t>Grammar</w:t>
      </w:r>
    </w:p>
    <w:p>
      <w:pPr>
        <w:pStyle w:val="ListBullet"/>
        <w:spacing w:after="10"/>
      </w:pPr>
      <w:r>
        <w:rPr>
          <w:sz w:val="19"/>
        </w:rPr>
        <w:t>Present Continuous Tense (affirmative/interrogative)</w:t>
      </w:r>
    </w:p>
    <w:p>
      <w:pPr>
        <w:pStyle w:val="ListBullet"/>
        <w:spacing w:after="10"/>
      </w:pPr>
      <w:r>
        <w:rPr>
          <w:sz w:val="19"/>
        </w:rPr>
        <w:t>Wh-questions: What is she doing?</w:t>
      </w:r>
    </w:p>
    <w:p>
      <w:pPr>
        <w:pStyle w:val="ListBullet"/>
        <w:spacing w:after="10"/>
      </w:pPr>
      <w:r>
        <w:rPr>
          <w:sz w:val="19"/>
        </w:rPr>
        <w:t>Can I … , please? / May I …? (asking for permission)</w:t>
      </w:r>
    </w:p>
    <w:p>
      <w:pPr>
        <w:pStyle w:val="ListBullet"/>
        <w:spacing w:after="10"/>
      </w:pPr>
      <w:r>
        <w:rPr>
          <w:sz w:val="19"/>
        </w:rPr>
        <w:t>Singular/Plural nouns</w:t>
      </w:r>
    </w:p>
    <w:p>
      <w:pPr>
        <w:pStyle w:val="ListBullet"/>
        <w:spacing w:after="10"/>
      </w:pPr>
      <w:r>
        <w:rPr>
          <w:sz w:val="19"/>
        </w:rPr>
        <w:t>There is/are (affirmative, interrogative)</w:t>
      </w:r>
    </w:p>
    <w:p>
      <w:pPr>
        <w:pStyle w:val="ListBullet"/>
        <w:spacing w:after="10"/>
      </w:pPr>
      <w:r>
        <w:rPr>
          <w:sz w:val="19"/>
        </w:rPr>
        <w:t>Preposition of time: on</w:t>
      </w:r>
    </w:p>
    <w:p>
      <w:pPr>
        <w:pStyle w:val="ListBullet"/>
        <w:spacing w:after="10"/>
      </w:pPr>
      <w:r>
        <w:rPr>
          <w:sz w:val="19"/>
        </w:rPr>
        <w:t>Personal pronouns: I, you, we, they, he, she, it</w:t>
      </w:r>
    </w:p>
    <w:p>
      <w:pPr>
        <w:pStyle w:val="ListBullet"/>
        <w:spacing w:after="10"/>
      </w:pPr>
      <w:r>
        <w:rPr>
          <w:sz w:val="19"/>
        </w:rPr>
        <w:t>Possessive adjectives: my, your, his, her, our, their, its</w:t>
      </w:r>
    </w:p>
    <w:p>
      <w:pPr>
        <w:pStyle w:val="ListBullet"/>
        <w:spacing w:after="10"/>
      </w:pPr>
      <w:r>
        <w:rPr>
          <w:sz w:val="19"/>
        </w:rPr>
        <w:t>Possessive ’s</w:t>
      </w:r>
    </w:p>
    <w:p>
      <w:pPr>
        <w:pStyle w:val="ListBullet"/>
        <w:spacing w:after="10"/>
      </w:pPr>
      <w:r>
        <w:rPr>
          <w:sz w:val="19"/>
        </w:rPr>
        <w:t>Wh-questions: What, Whose, How many</w:t>
      </w:r>
    </w:p>
    <w:p>
      <w:pPr>
        <w:spacing w:before="60" w:after="20"/>
      </w:pPr>
      <w:r>
        <w:rPr>
          <w:b/>
          <w:color w:val="E07856"/>
          <w:sz w:val="20"/>
        </w:rPr>
        <w:t>Lexis</w:t>
      </w:r>
    </w:p>
    <w:p>
      <w:pPr>
        <w:pStyle w:val="ListBullet"/>
        <w:spacing w:after="10"/>
      </w:pPr>
      <w:r>
        <w:rPr>
          <w:sz w:val="19"/>
        </w:rPr>
        <w:t>School</w:t>
      </w:r>
    </w:p>
    <w:p>
      <w:pPr>
        <w:pStyle w:val="ListBullet"/>
        <w:spacing w:after="10"/>
      </w:pPr>
      <w:r>
        <w:rPr>
          <w:sz w:val="19"/>
        </w:rPr>
        <w:t>School subjects</w:t>
      </w:r>
    </w:p>
    <w:p>
      <w:pPr>
        <w:pStyle w:val="ListBullet"/>
        <w:spacing w:after="10"/>
      </w:pPr>
      <w:r>
        <w:rPr>
          <w:sz w:val="19"/>
        </w:rPr>
        <w:t>Classroom objects</w:t>
      </w:r>
    </w:p>
    <w:p>
      <w:pPr>
        <w:pStyle w:val="ListBullet"/>
        <w:spacing w:after="10"/>
      </w:pPr>
      <w:r>
        <w:rPr>
          <w:sz w:val="19"/>
        </w:rPr>
        <w:t>Week days</w:t>
      </w:r>
    </w:p>
    <w:p>
      <w:pPr>
        <w:pStyle w:val="ListBullet"/>
        <w:spacing w:after="10"/>
      </w:pPr>
      <w:r>
        <w:rPr>
          <w:sz w:val="19"/>
        </w:rPr>
        <w:t>Classroom activities</w:t>
      </w:r>
    </w:p>
    <w:p>
      <w:pPr>
        <w:pStyle w:val="ListBullet"/>
        <w:spacing w:after="10"/>
      </w:pPr>
      <w:r>
        <w:rPr>
          <w:sz w:val="19"/>
        </w:rPr>
        <w:t>Maths words</w:t>
      </w:r>
    </w:p>
    <w:p>
      <w:pPr>
        <w:pStyle w:val="ListBullet"/>
        <w:spacing w:after="10"/>
      </w:pPr>
      <w:r>
        <w:rPr>
          <w:sz w:val="19"/>
        </w:rPr>
        <w:t>Numbers 11-100</w:t>
      </w:r>
    </w:p>
    <w:p>
      <w:pPr>
        <w:spacing w:before="200" w:after="40"/>
      </w:pPr>
      <w:r>
        <w:rPr>
          <w:b/>
          <w:color w:val="333333"/>
          <w:sz w:val="25"/>
        </w:rPr>
        <w:t>Unit 2 — Games and Sports</w:t>
      </w:r>
    </w:p>
    <w:p>
      <w:pPr>
        <w:spacing w:before="60" w:after="20"/>
      </w:pPr>
      <w:r>
        <w:rPr>
          <w:b/>
          <w:color w:val="E07856"/>
          <w:sz w:val="20"/>
        </w:rPr>
        <w:t>Grammar</w:t>
      </w:r>
    </w:p>
    <w:p>
      <w:pPr>
        <w:pStyle w:val="ListBullet"/>
        <w:spacing w:after="10"/>
      </w:pPr>
      <w:r>
        <w:rPr>
          <w:sz w:val="19"/>
        </w:rPr>
        <w:t>What do/does …?</w:t>
      </w:r>
    </w:p>
    <w:p>
      <w:pPr>
        <w:pStyle w:val="ListBullet"/>
        <w:spacing w:after="10"/>
      </w:pPr>
      <w:r>
        <w:rPr>
          <w:sz w:val="19"/>
        </w:rPr>
        <w:t>like/love + V-ing</w:t>
      </w:r>
    </w:p>
    <w:p>
      <w:pPr>
        <w:pStyle w:val="ListBullet"/>
        <w:spacing w:after="10"/>
      </w:pPr>
      <w:r>
        <w:rPr>
          <w:sz w:val="19"/>
        </w:rPr>
        <w:t>have got / has got</w:t>
      </w:r>
    </w:p>
    <w:p>
      <w:pPr>
        <w:pStyle w:val="ListBullet"/>
        <w:spacing w:after="10"/>
      </w:pPr>
      <w:r>
        <w:rPr>
          <w:sz w:val="19"/>
        </w:rPr>
        <w:t>Present Simple (temel)</w:t>
      </w:r>
    </w:p>
    <w:p>
      <w:pPr>
        <w:spacing w:before="60" w:after="20"/>
      </w:pPr>
      <w:r>
        <w:rPr>
          <w:b/>
          <w:color w:val="E07856"/>
          <w:sz w:val="20"/>
        </w:rPr>
        <w:t>Lexis</w:t>
      </w:r>
    </w:p>
    <w:p>
      <w:pPr>
        <w:pStyle w:val="ListBullet"/>
        <w:spacing w:after="10"/>
      </w:pPr>
      <w:r>
        <w:rPr>
          <w:sz w:val="19"/>
        </w:rPr>
        <w:t>Sports: basketball, volleyball, football, swimming, jogging, tennis</w:t>
      </w:r>
    </w:p>
    <w:p>
      <w:pPr>
        <w:pStyle w:val="ListBullet"/>
        <w:spacing w:after="10"/>
      </w:pPr>
      <w:r>
        <w:rPr>
          <w:sz w:val="19"/>
        </w:rPr>
        <w:t>Outdoor activities</w:t>
      </w:r>
    </w:p>
    <w:p>
      <w:pPr>
        <w:pStyle w:val="ListBullet"/>
        <w:spacing w:after="10"/>
      </w:pPr>
      <w:r>
        <w:rPr>
          <w:sz w:val="19"/>
        </w:rPr>
        <w:t>Body parts (temel)</w:t>
      </w:r>
    </w:p>
    <w:p>
      <w:pPr>
        <w:pStyle w:val="ListBullet"/>
        <w:spacing w:after="10"/>
      </w:pPr>
      <w:r>
        <w:rPr>
          <w:sz w:val="19"/>
        </w:rPr>
        <w:t>Instruments: guitar, piano, drum, violin, flute</w:t>
      </w:r>
    </w:p>
    <w:p>
      <w:pPr>
        <w:spacing w:before="200" w:after="40"/>
      </w:pPr>
      <w:r>
        <w:rPr>
          <w:b/>
          <w:color w:val="333333"/>
          <w:sz w:val="25"/>
        </w:rPr>
        <w:t>Unit 3 — My House</w:t>
      </w:r>
    </w:p>
    <w:p>
      <w:pPr>
        <w:spacing w:before="60" w:after="20"/>
      </w:pPr>
      <w:r>
        <w:rPr>
          <w:b/>
          <w:color w:val="E07856"/>
          <w:sz w:val="20"/>
        </w:rPr>
        <w:t>Grammar</w:t>
      </w:r>
    </w:p>
    <w:p>
      <w:pPr>
        <w:pStyle w:val="ListBullet"/>
        <w:spacing w:after="10"/>
      </w:pPr>
      <w:r>
        <w:rPr>
          <w:sz w:val="19"/>
        </w:rPr>
        <w:t>There is/are (pekiştirme)</w:t>
      </w:r>
    </w:p>
    <w:p>
      <w:pPr>
        <w:pStyle w:val="ListBullet"/>
        <w:spacing w:after="10"/>
      </w:pPr>
      <w:r>
        <w:rPr>
          <w:sz w:val="19"/>
        </w:rPr>
        <w:t>Adjectives: old, new, big, small</w:t>
      </w:r>
    </w:p>
    <w:p>
      <w:pPr>
        <w:pStyle w:val="ListBullet"/>
        <w:spacing w:after="10"/>
      </w:pPr>
      <w:r>
        <w:rPr>
          <w:sz w:val="19"/>
        </w:rPr>
        <w:t>Family/relatives</w:t>
      </w:r>
    </w:p>
    <w:p>
      <w:pPr>
        <w:spacing w:before="60" w:after="20"/>
      </w:pPr>
      <w:r>
        <w:rPr>
          <w:b/>
          <w:color w:val="E07856"/>
          <w:sz w:val="20"/>
        </w:rPr>
        <w:t>Lexis</w:t>
      </w:r>
    </w:p>
    <w:p>
      <w:pPr>
        <w:pStyle w:val="ListBullet"/>
        <w:spacing w:after="10"/>
      </w:pPr>
      <w:r>
        <w:rPr>
          <w:sz w:val="19"/>
        </w:rPr>
        <w:t>Rooms: bedroom, bathroom, kitchen, living room, garage, garden, hall</w:t>
      </w:r>
    </w:p>
    <w:p>
      <w:pPr>
        <w:pStyle w:val="ListBullet"/>
        <w:spacing w:after="10"/>
      </w:pPr>
      <w:r>
        <w:rPr>
          <w:sz w:val="19"/>
        </w:rPr>
        <w:t>Furniture: bed, table, chair, sofa, wardrobe, bookshelf, desk, lamp, mirror</w:t>
      </w:r>
    </w:p>
    <w:p>
      <w:pPr>
        <w:pStyle w:val="ListBullet"/>
        <w:spacing w:after="10"/>
      </w:pPr>
      <w:r>
        <w:rPr>
          <w:sz w:val="19"/>
        </w:rPr>
        <w:t>Family members: mother, father, brother, sister, grandparents, aunt, uncle, cousin</w:t>
      </w:r>
    </w:p>
    <w:p>
      <w:pPr>
        <w:spacing w:before="200" w:after="40"/>
      </w:pPr>
      <w:r>
        <w:rPr>
          <w:b/>
          <w:color w:val="333333"/>
          <w:sz w:val="25"/>
        </w:rPr>
        <w:t>Unit 4 — My Hometown</w:t>
      </w:r>
    </w:p>
    <w:p>
      <w:pPr>
        <w:spacing w:before="60" w:after="20"/>
      </w:pPr>
      <w:r>
        <w:rPr>
          <w:b/>
          <w:color w:val="E07856"/>
          <w:sz w:val="20"/>
        </w:rPr>
        <w:t>Grammar</w:t>
      </w:r>
    </w:p>
    <w:p>
      <w:pPr>
        <w:pStyle w:val="ListBullet"/>
        <w:spacing w:after="10"/>
      </w:pPr>
      <w:r>
        <w:rPr>
          <w:sz w:val="19"/>
        </w:rPr>
        <w:t>Places in town tanıtımı</w:t>
      </w:r>
    </w:p>
    <w:p>
      <w:pPr>
        <w:pStyle w:val="ListBullet"/>
        <w:spacing w:after="10"/>
      </w:pPr>
      <w:r>
        <w:rPr>
          <w:sz w:val="19"/>
        </w:rPr>
        <w:t>Directions: left, right, turn, cross, go straight</w:t>
      </w:r>
    </w:p>
    <w:p>
      <w:pPr>
        <w:pStyle w:val="ListBullet"/>
        <w:spacing w:after="10"/>
      </w:pPr>
      <w:r>
        <w:rPr>
          <w:sz w:val="19"/>
        </w:rPr>
        <w:t>Means of transport</w:t>
      </w:r>
    </w:p>
    <w:p>
      <w:pPr>
        <w:spacing w:before="60" w:after="20"/>
      </w:pPr>
      <w:r>
        <w:rPr>
          <w:b/>
          <w:color w:val="E07856"/>
          <w:sz w:val="20"/>
        </w:rPr>
        <w:t>Lexis</w:t>
      </w:r>
    </w:p>
    <w:p>
      <w:pPr>
        <w:pStyle w:val="ListBullet"/>
        <w:spacing w:after="10"/>
      </w:pPr>
      <w:r>
        <w:rPr>
          <w:sz w:val="19"/>
        </w:rPr>
        <w:t>Places (~13): bank, cinema, post office, hospital, park, market, school, restaurant, museum</w:t>
      </w:r>
    </w:p>
    <w:p>
      <w:pPr>
        <w:pStyle w:val="ListBullet"/>
        <w:spacing w:after="10"/>
      </w:pPr>
      <w:r>
        <w:rPr>
          <w:sz w:val="19"/>
        </w:rPr>
        <w:t>Landmarks (KKTC + dünya): Salamis, St. Hilarion, Great Inn, Eiffel Tower</w:t>
      </w:r>
    </w:p>
    <w:p>
      <w:pPr>
        <w:pStyle w:val="ListBullet"/>
        <w:spacing w:after="10"/>
      </w:pPr>
      <w:r>
        <w:rPr>
          <w:sz w:val="19"/>
        </w:rPr>
        <w:t>Transport: bike, bus, car, train, plane, boat</w:t>
      </w:r>
    </w:p>
    <w:p>
      <w:pPr>
        <w:spacing w:before="200" w:after="40"/>
      </w:pPr>
      <w:r>
        <w:rPr>
          <w:b/>
          <w:color w:val="333333"/>
          <w:sz w:val="25"/>
        </w:rPr>
        <w:t>Unit 5 — Jobs and Occupations</w:t>
      </w:r>
    </w:p>
    <w:p>
      <w:pPr>
        <w:spacing w:before="60" w:after="20"/>
      </w:pPr>
      <w:r>
        <w:rPr>
          <w:b/>
          <w:color w:val="E07856"/>
          <w:sz w:val="20"/>
        </w:rPr>
        <w:t>Grammar</w:t>
      </w:r>
    </w:p>
    <w:p>
      <w:pPr>
        <w:pStyle w:val="ListBullet"/>
        <w:spacing w:after="10"/>
      </w:pPr>
      <w:r>
        <w:rPr>
          <w:sz w:val="19"/>
        </w:rPr>
        <w:t>“He is a doctor. He helps people.”</w:t>
      </w:r>
    </w:p>
    <w:p>
      <w:pPr>
        <w:pStyle w:val="ListBullet"/>
        <w:spacing w:after="10"/>
      </w:pPr>
      <w:r>
        <w:rPr>
          <w:sz w:val="19"/>
        </w:rPr>
        <w:t>What do you want to be?</w:t>
      </w:r>
    </w:p>
    <w:p>
      <w:pPr>
        <w:pStyle w:val="ListBullet"/>
        <w:spacing w:after="10"/>
      </w:pPr>
      <w:r>
        <w:rPr>
          <w:sz w:val="19"/>
        </w:rPr>
        <w:t>do/does soruları</w:t>
      </w:r>
    </w:p>
    <w:p>
      <w:pPr>
        <w:spacing w:before="60" w:after="20"/>
      </w:pPr>
      <w:r>
        <w:rPr>
          <w:b/>
          <w:color w:val="E07856"/>
          <w:sz w:val="20"/>
        </w:rPr>
        <w:t>Lexis</w:t>
      </w:r>
    </w:p>
    <w:p>
      <w:pPr>
        <w:pStyle w:val="ListBullet"/>
        <w:spacing w:after="10"/>
      </w:pPr>
      <w:r>
        <w:rPr>
          <w:sz w:val="19"/>
        </w:rPr>
        <w:t>Jobs (~19): doctor, teacher, pilot, chef, vet, firefighter, farmer, nurse, police officer, engineer, dentist, driver</w:t>
      </w:r>
    </w:p>
    <w:p>
      <w:pPr>
        <w:pStyle w:val="ListBullet"/>
        <w:spacing w:after="10"/>
      </w:pPr>
      <w:r>
        <w:rPr>
          <w:sz w:val="19"/>
        </w:rPr>
        <w:t>Verbs (~9): grow, help, protect, cook, sing, write, teach, fix, drive</w:t>
      </w:r>
    </w:p>
    <w:p>
      <w:pPr>
        <w:spacing w:before="200" w:after="40"/>
      </w:pPr>
      <w:r>
        <w:rPr>
          <w:b/>
          <w:color w:val="333333"/>
          <w:sz w:val="25"/>
        </w:rPr>
        <w:t>Unit 6 — Daily Life</w:t>
      </w:r>
    </w:p>
    <w:p>
      <w:pPr>
        <w:spacing w:before="60" w:after="20"/>
      </w:pPr>
      <w:r>
        <w:rPr>
          <w:b/>
          <w:color w:val="E07856"/>
          <w:sz w:val="20"/>
        </w:rPr>
        <w:t>Grammar</w:t>
      </w:r>
    </w:p>
    <w:p>
      <w:pPr>
        <w:pStyle w:val="ListBullet"/>
        <w:spacing w:after="10"/>
      </w:pPr>
      <w:r>
        <w:rPr>
          <w:sz w:val="19"/>
        </w:rPr>
        <w:t>Present Simple (rutinler)</w:t>
      </w:r>
    </w:p>
    <w:p>
      <w:pPr>
        <w:pStyle w:val="ListBullet"/>
        <w:spacing w:after="10"/>
      </w:pPr>
      <w:r>
        <w:rPr>
          <w:sz w:val="19"/>
        </w:rPr>
        <w:t>Time expressions: at 7 o’clock, early, late, on time</w:t>
      </w:r>
    </w:p>
    <w:p>
      <w:pPr>
        <w:pStyle w:val="ListBullet"/>
        <w:spacing w:after="10"/>
      </w:pPr>
      <w:r>
        <w:rPr>
          <w:sz w:val="19"/>
        </w:rPr>
        <w:t>Opinion expressions</w:t>
      </w:r>
    </w:p>
    <w:p>
      <w:pPr>
        <w:spacing w:before="60" w:after="20"/>
      </w:pPr>
      <w:r>
        <w:rPr>
          <w:b/>
          <w:color w:val="E07856"/>
          <w:sz w:val="20"/>
        </w:rPr>
        <w:t>Lexis</w:t>
      </w:r>
    </w:p>
    <w:p>
      <w:pPr>
        <w:pStyle w:val="ListBullet"/>
        <w:spacing w:after="10"/>
      </w:pPr>
      <w:r>
        <w:rPr>
          <w:sz w:val="19"/>
        </w:rPr>
        <w:t>Daily verbs (~16): get up, brush teeth, get dressed, eat, go to school, do homework, play, read, sleep</w:t>
      </w:r>
    </w:p>
    <w:p>
      <w:pPr>
        <w:pStyle w:val="ListBullet"/>
        <w:spacing w:after="10"/>
      </w:pPr>
      <w:r>
        <w:rPr>
          <w:sz w:val="19"/>
        </w:rPr>
        <w:t>Time words (8): o’clock, midday, midnight, morning, afternoon, evening, night</w:t>
      </w:r>
    </w:p>
    <w:p>
      <w:pPr>
        <w:pStyle w:val="ListBullet"/>
        <w:spacing w:after="10"/>
      </w:pPr>
      <w:r>
        <w:rPr>
          <w:sz w:val="19"/>
        </w:rPr>
        <w:t>History of clocks: sand, sundial, hourglass, water clock</w:t>
      </w:r>
    </w:p>
    <w:p>
      <w:pPr>
        <w:spacing w:before="200" w:after="40"/>
      </w:pPr>
      <w:r>
        <w:rPr>
          <w:b/>
          <w:color w:val="333333"/>
          <w:sz w:val="25"/>
        </w:rPr>
        <w:t>Unit 7 — Food and Meals</w:t>
      </w:r>
    </w:p>
    <w:p>
      <w:pPr>
        <w:spacing w:before="60" w:after="20"/>
      </w:pPr>
      <w:r>
        <w:rPr>
          <w:b/>
          <w:color w:val="E07856"/>
          <w:sz w:val="20"/>
        </w:rPr>
        <w:t>Grammar</w:t>
      </w:r>
    </w:p>
    <w:p>
      <w:pPr>
        <w:pStyle w:val="ListBullet"/>
        <w:spacing w:after="10"/>
      </w:pPr>
      <w:r>
        <w:rPr>
          <w:sz w:val="19"/>
        </w:rPr>
        <w:t>Food/drink vocabulary</w:t>
      </w:r>
    </w:p>
    <w:p>
      <w:pPr>
        <w:pStyle w:val="ListBullet"/>
        <w:spacing w:after="10"/>
      </w:pPr>
      <w:r>
        <w:rPr>
          <w:sz w:val="19"/>
        </w:rPr>
        <w:t>Local meals &amp; countries/nationalities</w:t>
      </w:r>
    </w:p>
    <w:p>
      <w:pPr>
        <w:pStyle w:val="ListBullet"/>
        <w:spacing w:after="10"/>
      </w:pPr>
      <w:r>
        <w:rPr>
          <w:sz w:val="19"/>
        </w:rPr>
        <w:t>Healthy/unhealthy</w:t>
      </w:r>
    </w:p>
    <w:p>
      <w:pPr>
        <w:spacing w:before="60" w:after="20"/>
      </w:pPr>
      <w:r>
        <w:rPr>
          <w:b/>
          <w:color w:val="E07856"/>
          <w:sz w:val="20"/>
        </w:rPr>
        <w:t>Lexis</w:t>
      </w:r>
    </w:p>
    <w:p>
      <w:pPr>
        <w:pStyle w:val="ListBullet"/>
        <w:spacing w:after="10"/>
      </w:pPr>
      <w:r>
        <w:rPr>
          <w:sz w:val="19"/>
        </w:rPr>
        <w:t>Food (~40+): apple, banana, orange, meat, bread, water, milk, tea, cheese, egg, rice</w:t>
      </w:r>
    </w:p>
    <w:p>
      <w:pPr>
        <w:pStyle w:val="ListBullet"/>
        <w:spacing w:after="10"/>
      </w:pPr>
      <w:r>
        <w:rPr>
          <w:sz w:val="19"/>
        </w:rPr>
        <w:t>Local meals: kebab, molehiya, ayran, hellim</w:t>
      </w:r>
    </w:p>
    <w:p>
      <w:pPr>
        <w:pStyle w:val="ListBullet"/>
        <w:spacing w:after="10"/>
      </w:pPr>
      <w:r>
        <w:rPr>
          <w:sz w:val="19"/>
        </w:rPr>
        <w:t>Countries (5): Mexico, Italy, China, Turkey, Cyprus</w:t>
      </w:r>
    </w:p>
    <w:p>
      <w:pPr>
        <w:spacing w:before="200" w:after="40"/>
      </w:pPr>
      <w:r>
        <w:rPr>
          <w:b/>
          <w:color w:val="333333"/>
          <w:sz w:val="25"/>
        </w:rPr>
        <w:t>Unit 8 — Animals</w:t>
      </w:r>
    </w:p>
    <w:p>
      <w:pPr>
        <w:spacing w:before="60" w:after="20"/>
      </w:pPr>
      <w:r>
        <w:rPr>
          <w:b/>
          <w:color w:val="E07856"/>
          <w:sz w:val="20"/>
        </w:rPr>
        <w:t>Grammar</w:t>
      </w:r>
    </w:p>
    <w:p>
      <w:pPr>
        <w:pStyle w:val="ListBullet"/>
        <w:spacing w:after="10"/>
      </w:pPr>
      <w:r>
        <w:rPr>
          <w:sz w:val="19"/>
        </w:rPr>
        <w:t>“Cheetahs can run fast.” (can — yetenek)</w:t>
      </w:r>
    </w:p>
    <w:p>
      <w:pPr>
        <w:pStyle w:val="ListBullet"/>
        <w:spacing w:after="10"/>
      </w:pPr>
      <w:r>
        <w:rPr>
          <w:sz w:val="19"/>
        </w:rPr>
        <w:t>Adjectives: strong, clever, wild, domestic</w:t>
      </w:r>
    </w:p>
    <w:p>
      <w:pPr>
        <w:spacing w:before="60" w:after="20"/>
      </w:pPr>
      <w:r>
        <w:rPr>
          <w:b/>
          <w:color w:val="E07856"/>
          <w:sz w:val="20"/>
        </w:rPr>
        <w:t>Lexis</w:t>
      </w:r>
    </w:p>
    <w:p>
      <w:pPr>
        <w:pStyle w:val="ListBullet"/>
        <w:spacing w:after="10"/>
      </w:pPr>
      <w:r>
        <w:rPr>
          <w:sz w:val="19"/>
        </w:rPr>
        <w:t>Animals (~28): cheetah, crocodile, hippo, kangaroo, monkey, polar bear, lion, elephant, snake</w:t>
      </w:r>
    </w:p>
    <w:p>
      <w:pPr>
        <w:pStyle w:val="ListBullet"/>
        <w:spacing w:after="10"/>
      </w:pPr>
      <w:r>
        <w:rPr>
          <w:sz w:val="19"/>
        </w:rPr>
        <w:t>Habitats (~9): desert, forest, jungle, ocean, river, lake, farm, mountain, polar region</w:t>
      </w:r>
    </w:p>
    <w:p>
      <w:pPr>
        <w:pStyle w:val="ListBullet"/>
        <w:spacing w:after="10"/>
      </w:pPr>
      <w:r>
        <w:rPr>
          <w:sz w:val="19"/>
        </w:rPr>
        <w:t>Adjectives (~11): amazing, great, beautiful, strong, clever, wild, domestic</w:t>
      </w:r>
    </w:p>
    <w:p>
      <w:pPr>
        <w:spacing w:before="200" w:after="40"/>
      </w:pPr>
      <w:r>
        <w:rPr>
          <w:b/>
          <w:color w:val="333333"/>
          <w:sz w:val="25"/>
        </w:rPr>
        <w:t>Unit 9 — Festivals and Celebrations</w:t>
      </w:r>
    </w:p>
    <w:p>
      <w:pPr>
        <w:spacing w:before="60" w:after="20"/>
      </w:pPr>
      <w:r>
        <w:rPr>
          <w:b/>
          <w:color w:val="E07856"/>
          <w:sz w:val="20"/>
        </w:rPr>
        <w:t>Grammar</w:t>
      </w:r>
    </w:p>
    <w:p>
      <w:pPr>
        <w:pStyle w:val="ListBullet"/>
        <w:spacing w:after="10"/>
      </w:pPr>
      <w:r>
        <w:rPr>
          <w:sz w:val="19"/>
        </w:rPr>
        <w:t>Seasons, months, weather</w:t>
      </w:r>
    </w:p>
    <w:p>
      <w:pPr>
        <w:pStyle w:val="ListBullet"/>
        <w:spacing w:after="10"/>
      </w:pPr>
      <w:r>
        <w:rPr>
          <w:sz w:val="19"/>
        </w:rPr>
        <w:t>Clothes &amp; seasonal activities</w:t>
      </w:r>
    </w:p>
    <w:p>
      <w:pPr>
        <w:pStyle w:val="ListBullet"/>
        <w:spacing w:after="10"/>
      </w:pPr>
      <w:r>
        <w:rPr>
          <w:sz w:val="19"/>
        </w:rPr>
        <w:t>Present Simple (genel)</w:t>
      </w:r>
    </w:p>
    <w:p>
      <w:pPr>
        <w:spacing w:before="60" w:after="20"/>
      </w:pPr>
      <w:r>
        <w:rPr>
          <w:b/>
          <w:color w:val="E07856"/>
          <w:sz w:val="20"/>
        </w:rPr>
        <w:t>Lexis</w:t>
      </w:r>
    </w:p>
    <w:p>
      <w:pPr>
        <w:pStyle w:val="ListBullet"/>
        <w:spacing w:after="10"/>
      </w:pPr>
      <w:r>
        <w:rPr>
          <w:sz w:val="19"/>
        </w:rPr>
        <w:t>Seasons (4): spring, summer, autumn, winter</w:t>
      </w:r>
    </w:p>
    <w:p>
      <w:pPr>
        <w:pStyle w:val="ListBullet"/>
        <w:spacing w:after="10"/>
      </w:pPr>
      <w:r>
        <w:rPr>
          <w:sz w:val="19"/>
        </w:rPr>
        <w:t>Months (12): January-December</w:t>
      </w:r>
    </w:p>
    <w:p>
      <w:pPr>
        <w:pStyle w:val="ListBullet"/>
        <w:spacing w:after="10"/>
      </w:pPr>
      <w:r>
        <w:rPr>
          <w:sz w:val="19"/>
        </w:rPr>
        <w:t>Weather (8): sunny, windy, rainy, snowy, cloudy, hot, cold, warm</w:t>
      </w:r>
    </w:p>
    <w:p>
      <w:pPr>
        <w:pStyle w:val="ListBullet"/>
        <w:spacing w:after="10"/>
      </w:pPr>
      <w:r>
        <w:rPr>
          <w:sz w:val="19"/>
        </w:rPr>
        <w:t>Clothes (10): coat, scarf, umbrella, jacket, boots, gloves, hat</w:t>
      </w:r>
    </w:p>
    <w:p>
      <w:r>
        <w:br w:type="page"/>
      </w:r>
    </w:p>
    <w:p>
      <w:pPr>
        <w:spacing w:before="40" w:after="80"/>
      </w:pPr>
      <w:r>
        <w:rPr>
          <w:b/>
          <w:color w:val="E07856"/>
          <w:sz w:val="32"/>
        </w:rPr>
        <w:t>5. SINIF — Yıllık Plan (A1-A2)</w:t>
      </w:r>
    </w:p>
    <w:p>
      <w:r>
        <w:rPr>
          <w:b w:val="0"/>
          <w:i/>
          <w:color w:val="777777"/>
          <w:sz w:val="18"/>
        </w:rPr>
        <w:t>Kaynak: KKTC MEB Temel Eğitim İngilizce Dersi Öğretim Programı — Year 5.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542"/>
        <w:gridCol w:w="2542"/>
        <w:gridCol w:w="2542"/>
        <w:gridCol w:w="2542"/>
        <w:gridCol w:w="2542"/>
        <w:gridCol w:w="2542"/>
      </w:tblGrid>
      <w:tr>
        <w:trPr>
          <w:tblHeader w:val="true"/>
        </w:trPr>
        <w:tc>
          <w:tcPr>
            <w:tcW w:type="dxa" w:w="510"/>
            <w:shd w:val="clear" w:fill="F7F3EC"/>
          </w:tcPr>
          <w:p>
            <w:pPr>
              <w:spacing w:after="20"/>
              <w:jc w:val="center"/>
            </w:pPr>
            <w:r/>
            <w:r>
              <w:rPr>
                <w:b/>
                <w:sz w:val="18"/>
              </w:rPr>
              <w:t>Hf</w:t>
            </w:r>
          </w:p>
        </w:tc>
        <w:tc>
          <w:tcPr>
            <w:tcW w:type="dxa" w:w="1247"/>
            <w:shd w:val="clear" w:fill="F7F3EC"/>
          </w:tcPr>
          <w:p>
            <w:pPr>
              <w:spacing w:after="20"/>
              <w:jc w:val="center"/>
            </w:pPr>
            <w:r/>
            <w:r>
              <w:rPr>
                <w:b/>
                <w:sz w:val="18"/>
              </w:rPr>
              <w:t>Tarih</w:t>
            </w:r>
          </w:p>
        </w:tc>
        <w:tc>
          <w:tcPr>
            <w:tcW w:type="dxa" w:w="1474"/>
            <w:shd w:val="clear" w:fill="F7F3EC"/>
          </w:tcPr>
          <w:p>
            <w:pPr>
              <w:spacing w:after="20"/>
              <w:jc w:val="center"/>
            </w:pPr>
            <w:r/>
            <w:r>
              <w:rPr>
                <w:b/>
                <w:sz w:val="18"/>
              </w:rPr>
              <w:t>Ünite</w:t>
            </w:r>
          </w:p>
        </w:tc>
        <w:tc>
          <w:tcPr>
            <w:tcW w:type="dxa" w:w="1814"/>
            <w:shd w:val="clear" w:fill="F7F3EC"/>
          </w:tcPr>
          <w:p>
            <w:pPr>
              <w:spacing w:after="20"/>
              <w:jc w:val="center"/>
            </w:pPr>
            <w:r/>
            <w:r>
              <w:rPr>
                <w:b/>
                <w:sz w:val="18"/>
              </w:rPr>
              <w:t>Konu</w:t>
            </w:r>
          </w:p>
        </w:tc>
        <w:tc>
          <w:tcPr>
            <w:tcW w:type="dxa" w:w="5953"/>
            <w:shd w:val="clear" w:fill="F7F3EC"/>
          </w:tcPr>
          <w:p>
            <w:pPr>
              <w:spacing w:after="20"/>
              <w:jc w:val="center"/>
            </w:pPr>
            <w:r/>
            <w:r>
              <w:rPr>
                <w:b/>
                <w:sz w:val="18"/>
              </w:rPr>
              <w:t>Grammar / Odak</w:t>
            </w:r>
          </w:p>
        </w:tc>
        <w:tc>
          <w:tcPr>
            <w:tcW w:type="dxa" w:w="4309"/>
            <w:shd w:val="clear" w:fill="F7F3EC"/>
          </w:tcPr>
          <w:p>
            <w:pPr>
              <w:spacing w:after="20"/>
              <w:jc w:val="center"/>
            </w:pPr>
            <w:r/>
            <w:r>
              <w:rPr>
                <w:b/>
                <w:sz w:val="18"/>
              </w:rPr>
              <w:t>Kelime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sz w:val="17"/>
              </w:rPr>
              <w:t>1</w:t>
            </w:r>
          </w:p>
        </w:tc>
        <w:tc>
          <w:tcPr>
            <w:tcW w:type="dxa" w:w="1247"/>
          </w:tcPr>
          <w:p>
            <w:pPr>
              <w:spacing w:after="20"/>
            </w:pPr>
            <w:r/>
            <w:r>
              <w:rPr>
                <w:sz w:val="17"/>
              </w:rPr>
              <w:t>15-19 Eyl</w:t>
            </w:r>
          </w:p>
        </w:tc>
        <w:tc>
          <w:tcPr>
            <w:tcW w:type="dxa" w:w="1474"/>
          </w:tcPr>
          <w:p>
            <w:pPr>
              <w:spacing w:after="20"/>
            </w:pPr>
            <w:r/>
            <w:r>
              <w:rPr>
                <w:sz w:val="17"/>
              </w:rPr>
              <w:t>Unit 1</w:t>
            </w:r>
          </w:p>
        </w:tc>
        <w:tc>
          <w:tcPr>
            <w:tcW w:type="dxa" w:w="1814"/>
          </w:tcPr>
          <w:p>
            <w:pPr>
              <w:spacing w:after="20"/>
            </w:pPr>
            <w:r/>
            <w:r>
              <w:rPr>
                <w:sz w:val="17"/>
              </w:rPr>
              <w:t>My Day</w:t>
            </w:r>
          </w:p>
        </w:tc>
        <w:tc>
          <w:tcPr>
            <w:tcW w:type="dxa" w:w="5953"/>
          </w:tcPr>
          <w:p>
            <w:pPr>
              <w:spacing w:after="20"/>
            </w:pPr>
            <w:r/>
            <w:r>
              <w:rPr>
                <w:sz w:val="17"/>
              </w:rPr>
              <w:t>Present Simple (to be), object pronouns, before/after</w:t>
            </w:r>
          </w:p>
        </w:tc>
        <w:tc>
          <w:tcPr>
            <w:tcW w:type="dxa" w:w="4309"/>
          </w:tcPr>
          <w:p>
            <w:pPr>
              <w:spacing w:after="20"/>
            </w:pPr>
            <w:r/>
            <w:r>
              <w:rPr>
                <w:sz w:val="17"/>
              </w:rPr>
              <w:t>Daily routines, times, body parts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sz w:val="17"/>
              </w:rPr>
              <w:t>2</w:t>
            </w:r>
          </w:p>
        </w:tc>
        <w:tc>
          <w:tcPr>
            <w:tcW w:type="dxa" w:w="1247"/>
          </w:tcPr>
          <w:p>
            <w:pPr>
              <w:spacing w:after="20"/>
            </w:pPr>
            <w:r/>
            <w:r>
              <w:rPr>
                <w:sz w:val="17"/>
              </w:rPr>
              <w:t>22-26 Eyl</w:t>
            </w:r>
          </w:p>
        </w:tc>
        <w:tc>
          <w:tcPr>
            <w:tcW w:type="dxa" w:w="1474"/>
          </w:tcPr>
          <w:p>
            <w:pPr>
              <w:spacing w:after="20"/>
            </w:pPr>
            <w:r/>
            <w:r>
              <w:rPr>
                <w:sz w:val="17"/>
              </w:rPr>
              <w:t>Unit 1</w:t>
            </w:r>
          </w:p>
        </w:tc>
        <w:tc>
          <w:tcPr>
            <w:tcW w:type="dxa" w:w="1814"/>
          </w:tcPr>
          <w:p>
            <w:pPr>
              <w:spacing w:after="20"/>
            </w:pPr>
            <w:r/>
            <w:r>
              <w:rPr>
                <w:sz w:val="17"/>
              </w:rPr>
              <w:t>My Day</w:t>
            </w:r>
          </w:p>
        </w:tc>
        <w:tc>
          <w:tcPr>
            <w:tcW w:type="dxa" w:w="5953"/>
          </w:tcPr>
          <w:p>
            <w:pPr>
              <w:spacing w:after="20"/>
            </w:pPr>
            <w:r/>
            <w:r>
              <w:rPr>
                <w:sz w:val="17"/>
              </w:rPr>
              <w:t>“I wake up at 7 o’clock.” / “She helps me.”</w:t>
            </w:r>
          </w:p>
        </w:tc>
        <w:tc>
          <w:tcPr>
            <w:tcW w:type="dxa" w:w="4309"/>
          </w:tcPr>
          <w:p>
            <w:pPr>
              <w:spacing w:after="20"/>
            </w:pPr>
            <w:r/>
            <w:r>
              <w:rPr>
                <w:sz w:val="17"/>
              </w:rPr>
              <w:t>Times, body parts (detaylı)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sz w:val="17"/>
              </w:rPr>
              <w:t>3</w:t>
            </w:r>
          </w:p>
        </w:tc>
        <w:tc>
          <w:tcPr>
            <w:tcW w:type="dxa" w:w="1247"/>
          </w:tcPr>
          <w:p>
            <w:pPr>
              <w:spacing w:after="20"/>
            </w:pPr>
            <w:r/>
            <w:r>
              <w:rPr>
                <w:sz w:val="17"/>
              </w:rPr>
              <w:t>29 Eyl-3 Eki</w:t>
            </w:r>
          </w:p>
        </w:tc>
        <w:tc>
          <w:tcPr>
            <w:tcW w:type="dxa" w:w="1474"/>
          </w:tcPr>
          <w:p>
            <w:pPr>
              <w:spacing w:after="20"/>
            </w:pPr>
            <w:r/>
            <w:r>
              <w:rPr>
                <w:sz w:val="17"/>
              </w:rPr>
              <w:t>Unit 1</w:t>
            </w:r>
          </w:p>
        </w:tc>
        <w:tc>
          <w:tcPr>
            <w:tcW w:type="dxa" w:w="1814"/>
          </w:tcPr>
          <w:p>
            <w:pPr>
              <w:spacing w:after="20"/>
            </w:pPr>
            <w:r/>
            <w:r>
              <w:rPr>
                <w:sz w:val="17"/>
              </w:rPr>
              <w:t>My Day</w:t>
            </w:r>
          </w:p>
        </w:tc>
        <w:tc>
          <w:tcPr>
            <w:tcW w:type="dxa" w:w="5953"/>
          </w:tcPr>
          <w:p>
            <w:pPr>
              <w:spacing w:after="20"/>
            </w:pPr>
            <w:r/>
            <w:r>
              <w:rPr>
                <w:sz w:val="17"/>
              </w:rPr>
              <w:t>Pekiştirme: robot projesi, “Keep it Clean” posteri</w:t>
            </w:r>
          </w:p>
        </w:tc>
        <w:tc>
          <w:tcPr>
            <w:tcW w:type="dxa" w:w="4309"/>
          </w:tcPr>
          <w:p>
            <w:pPr>
              <w:spacing w:after="20"/>
            </w:pPr>
            <w:r/>
            <w:r>
              <w:rPr>
                <w:sz w:val="17"/>
              </w:rPr>
              <w:t>Tüm Unit 1 kelimeleri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sz w:val="17"/>
              </w:rPr>
              <w:t>4</w:t>
            </w:r>
          </w:p>
        </w:tc>
        <w:tc>
          <w:tcPr>
            <w:tcW w:type="dxa" w:w="1247"/>
          </w:tcPr>
          <w:p>
            <w:pPr>
              <w:spacing w:after="20"/>
            </w:pPr>
            <w:r/>
            <w:r>
              <w:rPr>
                <w:sz w:val="17"/>
              </w:rPr>
              <w:t>06-10 Eki</w:t>
            </w:r>
          </w:p>
        </w:tc>
        <w:tc>
          <w:tcPr>
            <w:tcW w:type="dxa" w:w="1474"/>
          </w:tcPr>
          <w:p>
            <w:pPr>
              <w:spacing w:after="20"/>
            </w:pPr>
            <w:r/>
            <w:r>
              <w:rPr>
                <w:sz w:val="17"/>
              </w:rPr>
              <w:t>Unit 2</w:t>
            </w:r>
          </w:p>
        </w:tc>
        <w:tc>
          <w:tcPr>
            <w:tcW w:type="dxa" w:w="1814"/>
          </w:tcPr>
          <w:p>
            <w:pPr>
              <w:spacing w:after="20"/>
            </w:pPr>
            <w:r/>
            <w:r>
              <w:rPr>
                <w:sz w:val="17"/>
              </w:rPr>
              <w:t>People and Jobs</w:t>
            </w:r>
          </w:p>
        </w:tc>
        <w:tc>
          <w:tcPr>
            <w:tcW w:type="dxa" w:w="5953"/>
          </w:tcPr>
          <w:p>
            <w:pPr>
              <w:spacing w:after="20"/>
            </w:pPr>
            <w:r/>
            <w:r>
              <w:rPr>
                <w:sz w:val="17"/>
              </w:rPr>
              <w:t>Present Simple (tüm formlar), prepositions of place (at/in/on), have to/has to</w:t>
            </w:r>
          </w:p>
        </w:tc>
        <w:tc>
          <w:tcPr>
            <w:tcW w:type="dxa" w:w="4309"/>
          </w:tcPr>
          <w:p>
            <w:pPr>
              <w:spacing w:after="20"/>
            </w:pPr>
            <w:r/>
            <w:r>
              <w:rPr>
                <w:sz w:val="17"/>
              </w:rPr>
              <w:t>Jobs, places, family members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sz w:val="17"/>
              </w:rPr>
              <w:t>5</w:t>
            </w:r>
          </w:p>
        </w:tc>
        <w:tc>
          <w:tcPr>
            <w:tcW w:type="dxa" w:w="1247"/>
          </w:tcPr>
          <w:p>
            <w:pPr>
              <w:spacing w:after="20"/>
            </w:pPr>
            <w:r/>
            <w:r>
              <w:rPr>
                <w:sz w:val="17"/>
              </w:rPr>
              <w:t>13-17 Eki</w:t>
            </w:r>
          </w:p>
        </w:tc>
        <w:tc>
          <w:tcPr>
            <w:tcW w:type="dxa" w:w="1474"/>
          </w:tcPr>
          <w:p>
            <w:pPr>
              <w:spacing w:after="20"/>
            </w:pPr>
            <w:r/>
            <w:r>
              <w:rPr>
                <w:sz w:val="17"/>
              </w:rPr>
              <w:t>Unit 2</w:t>
            </w:r>
          </w:p>
        </w:tc>
        <w:tc>
          <w:tcPr>
            <w:tcW w:type="dxa" w:w="1814"/>
          </w:tcPr>
          <w:p>
            <w:pPr>
              <w:spacing w:after="20"/>
            </w:pPr>
            <w:r/>
            <w:r>
              <w:rPr>
                <w:sz w:val="17"/>
              </w:rPr>
              <w:t>People and Jobs</w:t>
            </w:r>
          </w:p>
        </w:tc>
        <w:tc>
          <w:tcPr>
            <w:tcW w:type="dxa" w:w="5953"/>
          </w:tcPr>
          <w:p>
            <w:pPr>
              <w:spacing w:after="20"/>
            </w:pPr>
            <w:r/>
            <w:r>
              <w:rPr>
                <w:sz w:val="17"/>
              </w:rPr>
              <w:t>“She is a doctor. She works at a hospital.”</w:t>
            </w:r>
          </w:p>
        </w:tc>
        <w:tc>
          <w:tcPr>
            <w:tcW w:type="dxa" w:w="4309"/>
          </w:tcPr>
          <w:p>
            <w:pPr>
              <w:spacing w:after="20"/>
            </w:pPr>
            <w:r/>
            <w:r>
              <w:rPr>
                <w:sz w:val="17"/>
              </w:rPr>
              <w:t>Jobs (30+), places (20+)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sz w:val="17"/>
              </w:rPr>
              <w:t>6</w:t>
            </w:r>
          </w:p>
        </w:tc>
        <w:tc>
          <w:tcPr>
            <w:tcW w:type="dxa" w:w="1247"/>
          </w:tcPr>
          <w:p>
            <w:pPr>
              <w:spacing w:after="20"/>
            </w:pPr>
            <w:r/>
            <w:r>
              <w:rPr>
                <w:sz w:val="17"/>
              </w:rPr>
              <w:t>20-24 Eki</w:t>
            </w:r>
          </w:p>
        </w:tc>
        <w:tc>
          <w:tcPr>
            <w:tcW w:type="dxa" w:w="1474"/>
          </w:tcPr>
          <w:p>
            <w:pPr>
              <w:spacing w:after="20"/>
            </w:pPr>
            <w:r/>
            <w:r>
              <w:rPr>
                <w:sz w:val="17"/>
              </w:rPr>
              <w:t>Unit 2</w:t>
            </w:r>
          </w:p>
        </w:tc>
        <w:tc>
          <w:tcPr>
            <w:tcW w:type="dxa" w:w="1814"/>
          </w:tcPr>
          <w:p>
            <w:pPr>
              <w:spacing w:after="20"/>
            </w:pPr>
            <w:r/>
            <w:r>
              <w:rPr>
                <w:sz w:val="17"/>
              </w:rPr>
              <w:t>People and Jobs</w:t>
            </w:r>
          </w:p>
        </w:tc>
        <w:tc>
          <w:tcPr>
            <w:tcW w:type="dxa" w:w="5953"/>
          </w:tcPr>
          <w:p>
            <w:pPr>
              <w:spacing w:after="20"/>
            </w:pPr>
            <w:r/>
            <w:r>
              <w:rPr>
                <w:sz w:val="17"/>
              </w:rPr>
              <w:t>“He has to wear a uniform.” / family tree</w:t>
            </w:r>
          </w:p>
        </w:tc>
        <w:tc>
          <w:tcPr>
            <w:tcW w:type="dxa" w:w="4309"/>
          </w:tcPr>
          <w:p>
            <w:pPr>
              <w:spacing w:after="20"/>
            </w:pPr>
            <w:r/>
            <w:r>
              <w:rPr>
                <w:sz w:val="17"/>
              </w:rPr>
              <w:t>Workplace, pocket money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sz w:val="17"/>
              </w:rPr>
              <w:t>7</w:t>
            </w:r>
          </w:p>
        </w:tc>
        <w:tc>
          <w:tcPr>
            <w:tcW w:type="dxa" w:w="1247"/>
          </w:tcPr>
          <w:p>
            <w:pPr>
              <w:spacing w:after="20"/>
            </w:pPr>
            <w:r/>
            <w:r>
              <w:rPr>
                <w:sz w:val="17"/>
              </w:rPr>
              <w:t>27-31 Eki</w:t>
            </w:r>
          </w:p>
        </w:tc>
        <w:tc>
          <w:tcPr>
            <w:tcW w:type="dxa" w:w="1474"/>
          </w:tcPr>
          <w:p>
            <w:pPr>
              <w:spacing w:after="20"/>
            </w:pPr>
            <w:r/>
            <w:r>
              <w:rPr>
                <w:sz w:val="17"/>
              </w:rPr>
              <w:t>Quiz 1</w:t>
            </w:r>
          </w:p>
        </w:tc>
        <w:tc>
          <w:tcPr>
            <w:tcW w:type="dxa" w:w="1814"/>
          </w:tcPr>
          <w:p>
            <w:pPr>
              <w:spacing w:after="20"/>
            </w:pPr>
            <w:r/>
            <w:r>
              <w:rPr>
                <w:sz w:val="17"/>
              </w:rPr>
              <w:t>Unit 1-2</w:t>
            </w:r>
          </w:p>
        </w:tc>
        <w:tc>
          <w:tcPr>
            <w:tcW w:type="dxa" w:w="5953"/>
          </w:tcPr>
          <w:p>
            <w:pPr>
              <w:spacing w:after="20"/>
            </w:pPr>
            <w:r/>
            <w:r>
              <w:rPr>
                <w:sz w:val="17"/>
              </w:rPr>
              <w:t>Quiz + geri bildirim  ⚠️ 29 Ekim</w:t>
            </w:r>
          </w:p>
        </w:tc>
        <w:tc>
          <w:tcPr>
            <w:tcW w:type="dxa" w:w="4309"/>
          </w:tcPr>
          <w:p>
            <w:pPr>
              <w:spacing w:after="20"/>
            </w:pPr>
            <w:r/>
            <w:r>
              <w:rPr>
                <w:sz w:val="17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sz w:val="17"/>
              </w:rPr>
              <w:t>8</w:t>
            </w:r>
          </w:p>
        </w:tc>
        <w:tc>
          <w:tcPr>
            <w:tcW w:type="dxa" w:w="1247"/>
          </w:tcPr>
          <w:p>
            <w:pPr>
              <w:spacing w:after="20"/>
            </w:pPr>
            <w:r/>
            <w:r>
              <w:rPr>
                <w:sz w:val="17"/>
              </w:rPr>
              <w:t>03-07 Kas</w:t>
            </w:r>
          </w:p>
        </w:tc>
        <w:tc>
          <w:tcPr>
            <w:tcW w:type="dxa" w:w="1474"/>
          </w:tcPr>
          <w:p>
            <w:pPr>
              <w:spacing w:after="20"/>
            </w:pPr>
            <w:r/>
            <w:r>
              <w:rPr>
                <w:sz w:val="17"/>
              </w:rPr>
              <w:t>Unit 3</w:t>
            </w:r>
          </w:p>
        </w:tc>
        <w:tc>
          <w:tcPr>
            <w:tcW w:type="dxa" w:w="1814"/>
          </w:tcPr>
          <w:p>
            <w:pPr>
              <w:spacing w:after="20"/>
            </w:pPr>
            <w:r/>
            <w:r>
              <w:rPr>
                <w:sz w:val="17"/>
              </w:rPr>
              <w:t>Works at Home</w:t>
            </w:r>
          </w:p>
        </w:tc>
        <w:tc>
          <w:tcPr>
            <w:tcW w:type="dxa" w:w="5953"/>
          </w:tcPr>
          <w:p>
            <w:pPr>
              <w:spacing w:after="20"/>
            </w:pPr>
            <w:r/>
            <w:r>
              <w:rPr>
                <w:sz w:val="17"/>
              </w:rPr>
              <w:t>Adverbs of frequency, Wh-questions (What/When/Whose), have to/has to</w:t>
            </w:r>
          </w:p>
        </w:tc>
        <w:tc>
          <w:tcPr>
            <w:tcW w:type="dxa" w:w="4309"/>
          </w:tcPr>
          <w:p>
            <w:pPr>
              <w:spacing w:after="20"/>
            </w:pPr>
            <w:r/>
            <w:r>
              <w:rPr>
                <w:sz w:val="17"/>
              </w:rPr>
              <w:t>Chores, furniture, days of week, money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sz w:val="17"/>
              </w:rPr>
              <w:t>9</w:t>
            </w:r>
          </w:p>
        </w:tc>
        <w:tc>
          <w:tcPr>
            <w:tcW w:type="dxa" w:w="1247"/>
          </w:tcPr>
          <w:p>
            <w:pPr>
              <w:spacing w:after="20"/>
            </w:pPr>
            <w:r/>
            <w:r>
              <w:rPr>
                <w:sz w:val="17"/>
              </w:rPr>
              <w:t>10-14 Kas</w:t>
            </w:r>
          </w:p>
        </w:tc>
        <w:tc>
          <w:tcPr>
            <w:tcW w:type="dxa" w:w="1474"/>
          </w:tcPr>
          <w:p>
            <w:pPr>
              <w:spacing w:after="20"/>
            </w:pPr>
            <w:r/>
            <w:r>
              <w:rPr>
                <w:sz w:val="17"/>
              </w:rPr>
              <w:t>Unit 3</w:t>
            </w:r>
          </w:p>
        </w:tc>
        <w:tc>
          <w:tcPr>
            <w:tcW w:type="dxa" w:w="1814"/>
          </w:tcPr>
          <w:p>
            <w:pPr>
              <w:spacing w:after="20"/>
            </w:pPr>
            <w:r/>
            <w:r>
              <w:rPr>
                <w:sz w:val="17"/>
              </w:rPr>
              <w:t>Works at Home</w:t>
            </w:r>
          </w:p>
        </w:tc>
        <w:tc>
          <w:tcPr>
            <w:tcW w:type="dxa" w:w="5953"/>
          </w:tcPr>
          <w:p>
            <w:pPr>
              <w:spacing w:after="20"/>
            </w:pPr>
            <w:r/>
            <w:r>
              <w:rPr>
                <w:sz w:val="17"/>
              </w:rPr>
              <w:t>“I always make my bed.” / “What do you do on Monday?”</w:t>
            </w:r>
          </w:p>
        </w:tc>
        <w:tc>
          <w:tcPr>
            <w:tcW w:type="dxa" w:w="4309"/>
          </w:tcPr>
          <w:p>
            <w:pPr>
              <w:spacing w:after="20"/>
            </w:pPr>
            <w:r/>
            <w:r>
              <w:rPr>
                <w:sz w:val="17"/>
              </w:rPr>
              <w:t>always, usually, often, sometimes, never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sz w:val="17"/>
              </w:rPr>
              <w:t>10</w:t>
            </w:r>
          </w:p>
        </w:tc>
        <w:tc>
          <w:tcPr>
            <w:tcW w:type="dxa" w:w="1247"/>
          </w:tcPr>
          <w:p>
            <w:pPr>
              <w:spacing w:after="20"/>
            </w:pPr>
            <w:r/>
            <w:r>
              <w:rPr>
                <w:sz w:val="17"/>
              </w:rPr>
              <w:t>17-21 Kas</w:t>
            </w:r>
          </w:p>
        </w:tc>
        <w:tc>
          <w:tcPr>
            <w:tcW w:type="dxa" w:w="1474"/>
          </w:tcPr>
          <w:p>
            <w:pPr>
              <w:spacing w:after="20"/>
            </w:pPr>
            <w:r/>
            <w:r>
              <w:rPr>
                <w:sz w:val="17"/>
              </w:rPr>
              <w:t>Unit 3</w:t>
            </w:r>
          </w:p>
        </w:tc>
        <w:tc>
          <w:tcPr>
            <w:tcW w:type="dxa" w:w="1814"/>
          </w:tcPr>
          <w:p>
            <w:pPr>
              <w:spacing w:after="20"/>
            </w:pPr>
            <w:r/>
            <w:r>
              <w:rPr>
                <w:sz w:val="17"/>
              </w:rPr>
              <w:t>Works at Home</w:t>
            </w:r>
          </w:p>
        </w:tc>
        <w:tc>
          <w:tcPr>
            <w:tcW w:type="dxa" w:w="5953"/>
          </w:tcPr>
          <w:p>
            <w:pPr>
              <w:spacing w:after="20"/>
            </w:pPr>
            <w:r/>
            <w:r>
              <w:rPr>
                <w:sz w:val="17"/>
              </w:rPr>
              <w:t>Pekiştirme: “Chores Chart”, furniture etiketleme</w:t>
            </w:r>
          </w:p>
        </w:tc>
        <w:tc>
          <w:tcPr>
            <w:tcW w:type="dxa" w:w="4309"/>
          </w:tcPr>
          <w:p>
            <w:pPr>
              <w:spacing w:after="20"/>
            </w:pPr>
            <w:r/>
            <w:r>
              <w:rPr>
                <w:sz w:val="17"/>
              </w:rPr>
              <w:t>Tüm chores + furniture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sz w:val="17"/>
              </w:rPr>
              <w:t>11</w:t>
            </w:r>
          </w:p>
        </w:tc>
        <w:tc>
          <w:tcPr>
            <w:tcW w:type="dxa" w:w="1247"/>
          </w:tcPr>
          <w:p>
            <w:pPr>
              <w:spacing w:after="20"/>
            </w:pPr>
            <w:r/>
            <w:r>
              <w:rPr>
                <w:sz w:val="17"/>
              </w:rPr>
              <w:t>24-28 Kas</w:t>
            </w:r>
          </w:p>
        </w:tc>
        <w:tc>
          <w:tcPr>
            <w:tcW w:type="dxa" w:w="1474"/>
          </w:tcPr>
          <w:p>
            <w:pPr>
              <w:spacing w:after="20"/>
            </w:pPr>
            <w:r/>
            <w:r>
              <w:rPr>
                <w:sz w:val="17"/>
              </w:rPr>
              <w:t>Unit 4</w:t>
            </w:r>
          </w:p>
        </w:tc>
        <w:tc>
          <w:tcPr>
            <w:tcW w:type="dxa" w:w="1814"/>
          </w:tcPr>
          <w:p>
            <w:pPr>
              <w:spacing w:after="20"/>
            </w:pPr>
            <w:r/>
            <w:r>
              <w:rPr>
                <w:sz w:val="17"/>
              </w:rPr>
              <w:t>Amazing Animals</w:t>
            </w:r>
          </w:p>
        </w:tc>
        <w:tc>
          <w:tcPr>
            <w:tcW w:type="dxa" w:w="5953"/>
          </w:tcPr>
          <w:p>
            <w:pPr>
              <w:spacing w:after="20"/>
            </w:pPr>
            <w:r/>
            <w:r>
              <w:rPr>
                <w:sz w:val="17"/>
              </w:rPr>
              <w:t>Can/can’t (ability), Wh-questions (Who/What/Which/How/Why/Where), because</w:t>
            </w:r>
          </w:p>
        </w:tc>
        <w:tc>
          <w:tcPr>
            <w:tcW w:type="dxa" w:w="4309"/>
          </w:tcPr>
          <w:p>
            <w:pPr>
              <w:spacing w:after="20"/>
            </w:pPr>
            <w:r/>
            <w:r>
              <w:rPr>
                <w:sz w:val="17"/>
              </w:rPr>
              <w:t>Animals (40+), habitats, numbers 1-1000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sz w:val="17"/>
              </w:rPr>
              <w:t>12</w:t>
            </w:r>
          </w:p>
        </w:tc>
        <w:tc>
          <w:tcPr>
            <w:tcW w:type="dxa" w:w="1247"/>
          </w:tcPr>
          <w:p>
            <w:pPr>
              <w:spacing w:after="20"/>
            </w:pPr>
            <w:r/>
            <w:r>
              <w:rPr>
                <w:sz w:val="17"/>
              </w:rPr>
              <w:t>01-05 Ara</w:t>
            </w:r>
          </w:p>
        </w:tc>
        <w:tc>
          <w:tcPr>
            <w:tcW w:type="dxa" w:w="1474"/>
          </w:tcPr>
          <w:p>
            <w:pPr>
              <w:spacing w:after="20"/>
            </w:pPr>
            <w:r/>
            <w:r>
              <w:rPr>
                <w:sz w:val="17"/>
              </w:rPr>
              <w:t>Unit 4</w:t>
            </w:r>
          </w:p>
        </w:tc>
        <w:tc>
          <w:tcPr>
            <w:tcW w:type="dxa" w:w="1814"/>
          </w:tcPr>
          <w:p>
            <w:pPr>
              <w:spacing w:after="20"/>
            </w:pPr>
            <w:r/>
            <w:r>
              <w:rPr>
                <w:sz w:val="17"/>
              </w:rPr>
              <w:t>Amazing Animals</w:t>
            </w:r>
          </w:p>
        </w:tc>
        <w:tc>
          <w:tcPr>
            <w:tcW w:type="dxa" w:w="5953"/>
          </w:tcPr>
          <w:p>
            <w:pPr>
              <w:spacing w:after="20"/>
            </w:pPr>
            <w:r/>
            <w:r>
              <w:rPr>
                <w:sz w:val="17"/>
              </w:rPr>
              <w:t>“Cheetahs can run fast.” / “Why do snakes shed their skin?”</w:t>
            </w:r>
          </w:p>
        </w:tc>
        <w:tc>
          <w:tcPr>
            <w:tcW w:type="dxa" w:w="4309"/>
          </w:tcPr>
          <w:p>
            <w:pPr>
              <w:spacing w:after="20"/>
            </w:pPr>
            <w:r/>
            <w:r>
              <w:rPr>
                <w:sz w:val="17"/>
              </w:rPr>
              <w:t>desert, forest, jungle, ocean, river, lake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sz w:val="17"/>
              </w:rPr>
              <w:t>13</w:t>
            </w:r>
          </w:p>
        </w:tc>
        <w:tc>
          <w:tcPr>
            <w:tcW w:type="dxa" w:w="1247"/>
          </w:tcPr>
          <w:p>
            <w:pPr>
              <w:spacing w:after="20"/>
            </w:pPr>
            <w:r/>
            <w:r>
              <w:rPr>
                <w:sz w:val="17"/>
              </w:rPr>
              <w:t>08-12 Ara</w:t>
            </w:r>
          </w:p>
        </w:tc>
        <w:tc>
          <w:tcPr>
            <w:tcW w:type="dxa" w:w="1474"/>
          </w:tcPr>
          <w:p>
            <w:pPr>
              <w:spacing w:after="20"/>
            </w:pPr>
            <w:r/>
            <w:r>
              <w:rPr>
                <w:sz w:val="17"/>
              </w:rPr>
              <w:t>Unit 4</w:t>
            </w:r>
          </w:p>
        </w:tc>
        <w:tc>
          <w:tcPr>
            <w:tcW w:type="dxa" w:w="1814"/>
          </w:tcPr>
          <w:p>
            <w:pPr>
              <w:spacing w:after="20"/>
            </w:pPr>
            <w:r/>
            <w:r>
              <w:rPr>
                <w:sz w:val="17"/>
              </w:rPr>
              <w:t>Amazing Animals</w:t>
            </w:r>
          </w:p>
        </w:tc>
        <w:tc>
          <w:tcPr>
            <w:tcW w:type="dxa" w:w="5953"/>
          </w:tcPr>
          <w:p>
            <w:pPr>
              <w:spacing w:after="20"/>
            </w:pPr>
            <w:r/>
            <w:r>
              <w:rPr>
                <w:sz w:val="17"/>
              </w:rPr>
              <w:t>Physical complaints: headache, tummy ache, toothache, cut, cough</w:t>
            </w:r>
          </w:p>
        </w:tc>
        <w:tc>
          <w:tcPr>
            <w:tcW w:type="dxa" w:w="4309"/>
          </w:tcPr>
          <w:p>
            <w:pPr>
              <w:spacing w:after="20"/>
            </w:pPr>
            <w:r/>
            <w:r>
              <w:rPr>
                <w:sz w:val="17"/>
              </w:rPr>
              <w:t>Illness vocabulary, because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sz w:val="17"/>
              </w:rPr>
              <w:t>14</w:t>
            </w:r>
          </w:p>
        </w:tc>
        <w:tc>
          <w:tcPr>
            <w:tcW w:type="dxa" w:w="1247"/>
          </w:tcPr>
          <w:p>
            <w:pPr>
              <w:spacing w:after="20"/>
            </w:pPr>
            <w:r/>
            <w:r>
              <w:rPr>
                <w:sz w:val="17"/>
              </w:rPr>
              <w:t>15-19 Ara</w:t>
            </w:r>
          </w:p>
        </w:tc>
        <w:tc>
          <w:tcPr>
            <w:tcW w:type="dxa" w:w="1474"/>
          </w:tcPr>
          <w:p>
            <w:pPr>
              <w:spacing w:after="20"/>
            </w:pPr>
            <w:r/>
            <w:r>
              <w:rPr>
                <w:sz w:val="17"/>
              </w:rPr>
              <w:t>Quiz 2 + Dönem Sonu</w:t>
            </w:r>
          </w:p>
        </w:tc>
        <w:tc>
          <w:tcPr>
            <w:tcW w:type="dxa" w:w="1814"/>
          </w:tcPr>
          <w:p>
            <w:pPr>
              <w:spacing w:after="20"/>
            </w:pPr>
            <w:r/>
            <w:r>
              <w:rPr>
                <w:sz w:val="17"/>
              </w:rPr>
              <w:t>Unit 1-4</w:t>
            </w:r>
          </w:p>
        </w:tc>
        <w:tc>
          <w:tcPr>
            <w:tcW w:type="dxa" w:w="5953"/>
          </w:tcPr>
          <w:p>
            <w:pPr>
              <w:spacing w:after="20"/>
            </w:pPr>
            <w:r/>
            <w:r>
              <w:rPr>
                <w:sz w:val="17"/>
              </w:rPr>
              <w:t>Quiz 2 + Dönem 1 sınavı (Unit 1-4)</w:t>
            </w:r>
          </w:p>
        </w:tc>
        <w:tc>
          <w:tcPr>
            <w:tcW w:type="dxa" w:w="4309"/>
          </w:tcPr>
          <w:p>
            <w:pPr>
              <w:spacing w:after="20"/>
            </w:pPr>
            <w:r/>
            <w:r>
              <w:rPr>
                <w:sz w:val="17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sz w:val="17"/>
              </w:rPr>
              <w:t>15</w:t>
            </w:r>
          </w:p>
        </w:tc>
        <w:tc>
          <w:tcPr>
            <w:tcW w:type="dxa" w:w="1247"/>
          </w:tcPr>
          <w:p>
            <w:pPr>
              <w:spacing w:after="20"/>
            </w:pPr>
            <w:r/>
            <w:r>
              <w:rPr>
                <w:sz w:val="17"/>
              </w:rPr>
              <w:t>05-09 Oca</w:t>
            </w:r>
          </w:p>
        </w:tc>
        <w:tc>
          <w:tcPr>
            <w:tcW w:type="dxa" w:w="1474"/>
          </w:tcPr>
          <w:p>
            <w:pPr>
              <w:spacing w:after="20"/>
            </w:pPr>
            <w:r/>
            <w:r>
              <w:rPr>
                <w:sz w:val="17"/>
              </w:rPr>
              <w:t>Unit 5</w:t>
            </w:r>
          </w:p>
        </w:tc>
        <w:tc>
          <w:tcPr>
            <w:tcW w:type="dxa" w:w="1814"/>
          </w:tcPr>
          <w:p>
            <w:pPr>
              <w:spacing w:after="20"/>
            </w:pPr>
            <w:r/>
            <w:r>
              <w:rPr>
                <w:sz w:val="17"/>
              </w:rPr>
              <w:t>Weather</w:t>
            </w:r>
          </w:p>
        </w:tc>
        <w:tc>
          <w:tcPr>
            <w:tcW w:type="dxa" w:w="5953"/>
          </w:tcPr>
          <w:p>
            <w:pPr>
              <w:spacing w:after="20"/>
            </w:pPr>
            <w:r/>
            <w:r>
              <w:rPr>
                <w:sz w:val="17"/>
              </w:rPr>
              <w:t>Past Simple (was/were), comparatives</w:t>
            </w:r>
          </w:p>
        </w:tc>
        <w:tc>
          <w:tcPr>
            <w:tcW w:type="dxa" w:w="4309"/>
          </w:tcPr>
          <w:p>
            <w:pPr>
              <w:spacing w:after="20"/>
            </w:pPr>
            <w:r/>
            <w:r>
              <w:rPr>
                <w:sz w:val="17"/>
              </w:rPr>
              <w:t>Months, seasons, clothes, compass points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sz w:val="17"/>
              </w:rPr>
              <w:t>16</w:t>
            </w:r>
          </w:p>
        </w:tc>
        <w:tc>
          <w:tcPr>
            <w:tcW w:type="dxa" w:w="1247"/>
          </w:tcPr>
          <w:p>
            <w:pPr>
              <w:spacing w:after="20"/>
            </w:pPr>
            <w:r/>
            <w:r>
              <w:rPr>
                <w:sz w:val="17"/>
              </w:rPr>
              <w:t>12-16 Oca</w:t>
            </w:r>
          </w:p>
        </w:tc>
        <w:tc>
          <w:tcPr>
            <w:tcW w:type="dxa" w:w="1474"/>
          </w:tcPr>
          <w:p>
            <w:pPr>
              <w:spacing w:after="20"/>
            </w:pPr>
            <w:r/>
            <w:r>
              <w:rPr>
                <w:sz w:val="17"/>
              </w:rPr>
              <w:t>Unit 5</w:t>
            </w:r>
          </w:p>
        </w:tc>
        <w:tc>
          <w:tcPr>
            <w:tcW w:type="dxa" w:w="1814"/>
          </w:tcPr>
          <w:p>
            <w:pPr>
              <w:spacing w:after="20"/>
            </w:pPr>
            <w:r/>
            <w:r>
              <w:rPr>
                <w:sz w:val="17"/>
              </w:rPr>
              <w:t>Weather</w:t>
            </w:r>
          </w:p>
        </w:tc>
        <w:tc>
          <w:tcPr>
            <w:tcW w:type="dxa" w:w="5953"/>
          </w:tcPr>
          <w:p>
            <w:pPr>
              <w:spacing w:after="20"/>
            </w:pPr>
            <w:r/>
            <w:r>
              <w:rPr>
                <w:sz w:val="17"/>
              </w:rPr>
              <w:t>“It was sunny yesterday.” / “Today is colder than yesterday.”</w:t>
            </w:r>
          </w:p>
        </w:tc>
        <w:tc>
          <w:tcPr>
            <w:tcW w:type="dxa" w:w="4309"/>
          </w:tcPr>
          <w:p>
            <w:pPr>
              <w:spacing w:after="20"/>
            </w:pPr>
            <w:r/>
            <w:r>
              <w:rPr>
                <w:sz w:val="17"/>
              </w:rPr>
              <w:t>Weather words, flora/fauna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sz w:val="17"/>
              </w:rPr>
              <w:t>17</w:t>
            </w:r>
          </w:p>
        </w:tc>
        <w:tc>
          <w:tcPr>
            <w:tcW w:type="dxa" w:w="1247"/>
          </w:tcPr>
          <w:p>
            <w:pPr>
              <w:spacing w:after="20"/>
            </w:pPr>
            <w:r/>
            <w:r>
              <w:rPr>
                <w:sz w:val="17"/>
              </w:rPr>
              <w:t>19-23 Oca</w:t>
            </w:r>
          </w:p>
        </w:tc>
        <w:tc>
          <w:tcPr>
            <w:tcW w:type="dxa" w:w="1474"/>
          </w:tcPr>
          <w:p>
            <w:pPr>
              <w:spacing w:after="20"/>
            </w:pPr>
            <w:r/>
            <w:r>
              <w:rPr>
                <w:sz w:val="17"/>
              </w:rPr>
              <w:t>Unit 5</w:t>
            </w:r>
          </w:p>
        </w:tc>
        <w:tc>
          <w:tcPr>
            <w:tcW w:type="dxa" w:w="1814"/>
          </w:tcPr>
          <w:p>
            <w:pPr>
              <w:spacing w:after="20"/>
            </w:pPr>
            <w:r/>
            <w:r>
              <w:rPr>
                <w:sz w:val="17"/>
              </w:rPr>
              <w:t>Weather</w:t>
            </w:r>
          </w:p>
        </w:tc>
        <w:tc>
          <w:tcPr>
            <w:tcW w:type="dxa" w:w="5953"/>
          </w:tcPr>
          <w:p>
            <w:pPr>
              <w:spacing w:after="20"/>
            </w:pPr>
            <w:r/>
            <w:r>
              <w:rPr>
                <w:sz w:val="17"/>
              </w:rPr>
              <w:t>“What did you wear in winter?” / pekiştirme</w:t>
            </w:r>
          </w:p>
        </w:tc>
        <w:tc>
          <w:tcPr>
            <w:tcW w:type="dxa" w:w="4309"/>
          </w:tcPr>
          <w:p>
            <w:pPr>
              <w:spacing w:after="20"/>
            </w:pPr>
            <w:r/>
            <w:r>
              <w:rPr>
                <w:sz w:val="17"/>
              </w:rPr>
              <w:t>Tüm weather + clothes + seasons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sz w:val="17"/>
              </w:rPr>
              <w:t>18</w:t>
            </w:r>
          </w:p>
        </w:tc>
        <w:tc>
          <w:tcPr>
            <w:tcW w:type="dxa" w:w="1247"/>
          </w:tcPr>
          <w:p>
            <w:pPr>
              <w:spacing w:after="20"/>
            </w:pPr>
            <w:r/>
            <w:r>
              <w:rPr>
                <w:sz w:val="17"/>
              </w:rPr>
              <w:t>26-30 Oca</w:t>
            </w:r>
          </w:p>
        </w:tc>
        <w:tc>
          <w:tcPr>
            <w:tcW w:type="dxa" w:w="1474"/>
          </w:tcPr>
          <w:p>
            <w:pPr>
              <w:spacing w:after="20"/>
            </w:pPr>
            <w:r/>
            <w:r>
              <w:rPr>
                <w:sz w:val="17"/>
              </w:rPr>
              <w:t>Unit 6</w:t>
            </w:r>
          </w:p>
        </w:tc>
        <w:tc>
          <w:tcPr>
            <w:tcW w:type="dxa" w:w="1814"/>
          </w:tcPr>
          <w:p>
            <w:pPr>
              <w:spacing w:after="20"/>
            </w:pPr>
            <w:r/>
            <w:r>
              <w:rPr>
                <w:sz w:val="17"/>
              </w:rPr>
              <w:t>Our Senses</w:t>
            </w:r>
          </w:p>
        </w:tc>
        <w:tc>
          <w:tcPr>
            <w:tcW w:type="dxa" w:w="5953"/>
          </w:tcPr>
          <w:p>
            <w:pPr>
              <w:spacing w:after="20"/>
            </w:pPr>
            <w:r/>
            <w:r>
              <w:rPr>
                <w:sz w:val="17"/>
              </w:rPr>
              <w:t>How does it taste/smell/look/feel?, like + Noun/Gerund, linkers (and/but/or)</w:t>
            </w:r>
          </w:p>
        </w:tc>
        <w:tc>
          <w:tcPr>
            <w:tcW w:type="dxa" w:w="4309"/>
          </w:tcPr>
          <w:p>
            <w:pPr>
              <w:spacing w:after="20"/>
            </w:pPr>
            <w:r/>
            <w:r>
              <w:rPr>
                <w:sz w:val="17"/>
              </w:rPr>
              <w:t>Senses verbs, food, adjectives, prices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sz w:val="17"/>
              </w:rPr>
              <w:t>19</w:t>
            </w:r>
          </w:p>
        </w:tc>
        <w:tc>
          <w:tcPr>
            <w:tcW w:type="dxa" w:w="1247"/>
          </w:tcPr>
          <w:p>
            <w:pPr>
              <w:spacing w:after="20"/>
            </w:pPr>
            <w:r/>
            <w:r>
              <w:rPr>
                <w:sz w:val="17"/>
              </w:rPr>
              <w:t>02-06 Şub</w:t>
            </w:r>
          </w:p>
        </w:tc>
        <w:tc>
          <w:tcPr>
            <w:tcW w:type="dxa" w:w="1474"/>
          </w:tcPr>
          <w:p>
            <w:pPr>
              <w:spacing w:after="20"/>
            </w:pPr>
            <w:r/>
            <w:r>
              <w:rPr>
                <w:sz w:val="17"/>
              </w:rPr>
              <w:t>Unit 6</w:t>
            </w:r>
          </w:p>
        </w:tc>
        <w:tc>
          <w:tcPr>
            <w:tcW w:type="dxa" w:w="1814"/>
          </w:tcPr>
          <w:p>
            <w:pPr>
              <w:spacing w:after="20"/>
            </w:pPr>
            <w:r/>
            <w:r>
              <w:rPr>
                <w:sz w:val="17"/>
              </w:rPr>
              <w:t>Our Senses</w:t>
            </w:r>
          </w:p>
        </w:tc>
        <w:tc>
          <w:tcPr>
            <w:tcW w:type="dxa" w:w="5953"/>
          </w:tcPr>
          <w:p>
            <w:pPr>
              <w:spacing w:after="20"/>
            </w:pPr>
            <w:r/>
            <w:r>
              <w:rPr>
                <w:sz w:val="17"/>
              </w:rPr>
              <w:t>“It tastes sweet.” / “I like swimming but I don’t like running.”</w:t>
            </w:r>
          </w:p>
        </w:tc>
        <w:tc>
          <w:tcPr>
            <w:tcW w:type="dxa" w:w="4309"/>
          </w:tcPr>
          <w:p>
            <w:pPr>
              <w:spacing w:after="20"/>
            </w:pPr>
            <w:r/>
            <w:r>
              <w:rPr>
                <w:sz w:val="17"/>
              </w:rPr>
              <w:t>delicious, awful, horrible, lovely, sweet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sz w:val="17"/>
              </w:rPr>
              <w:t>20</w:t>
            </w:r>
          </w:p>
        </w:tc>
        <w:tc>
          <w:tcPr>
            <w:tcW w:type="dxa" w:w="1247"/>
          </w:tcPr>
          <w:p>
            <w:pPr>
              <w:spacing w:after="20"/>
            </w:pPr>
            <w:r/>
            <w:r>
              <w:rPr>
                <w:sz w:val="17"/>
              </w:rPr>
              <w:t>09-13 Şub</w:t>
            </w:r>
          </w:p>
        </w:tc>
        <w:tc>
          <w:tcPr>
            <w:tcW w:type="dxa" w:w="1474"/>
          </w:tcPr>
          <w:p>
            <w:pPr>
              <w:spacing w:after="20"/>
            </w:pPr>
            <w:r/>
            <w:r>
              <w:rPr>
                <w:sz w:val="17"/>
              </w:rPr>
              <w:t>Unit 6</w:t>
            </w:r>
          </w:p>
        </w:tc>
        <w:tc>
          <w:tcPr>
            <w:tcW w:type="dxa" w:w="1814"/>
          </w:tcPr>
          <w:p>
            <w:pPr>
              <w:spacing w:after="20"/>
            </w:pPr>
            <w:r/>
            <w:r>
              <w:rPr>
                <w:sz w:val="17"/>
              </w:rPr>
              <w:t>Our Senses</w:t>
            </w:r>
          </w:p>
        </w:tc>
        <w:tc>
          <w:tcPr>
            <w:tcW w:type="dxa" w:w="5953"/>
          </w:tcPr>
          <w:p>
            <w:pPr>
              <w:spacing w:after="20"/>
            </w:pPr>
            <w:r/>
            <w:r>
              <w:rPr>
                <w:sz w:val="17"/>
              </w:rPr>
              <w:t>Tenses for likes/dislikes, telling prices, pekiştirme</w:t>
            </w:r>
          </w:p>
        </w:tc>
        <w:tc>
          <w:tcPr>
            <w:tcW w:type="dxa" w:w="4309"/>
          </w:tcPr>
          <w:p>
            <w:pPr>
              <w:spacing w:after="20"/>
            </w:pPr>
            <w:r/>
            <w:r>
              <w:rPr>
                <w:sz w:val="17"/>
              </w:rPr>
              <w:t>Food (30+), adjectives (15+)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sz w:val="17"/>
              </w:rPr>
              <w:t>21</w:t>
            </w:r>
          </w:p>
        </w:tc>
        <w:tc>
          <w:tcPr>
            <w:tcW w:type="dxa" w:w="1247"/>
          </w:tcPr>
          <w:p>
            <w:pPr>
              <w:spacing w:after="20"/>
            </w:pPr>
            <w:r/>
            <w:r>
              <w:rPr>
                <w:sz w:val="17"/>
              </w:rPr>
              <w:t>16-20 Şub</w:t>
            </w:r>
          </w:p>
        </w:tc>
        <w:tc>
          <w:tcPr>
            <w:tcW w:type="dxa" w:w="1474"/>
          </w:tcPr>
          <w:p>
            <w:pPr>
              <w:spacing w:after="20"/>
            </w:pPr>
            <w:r/>
            <w:r>
              <w:rPr>
                <w:sz w:val="17"/>
              </w:rPr>
              <w:t>Unit 7</w:t>
            </w:r>
          </w:p>
        </w:tc>
        <w:tc>
          <w:tcPr>
            <w:tcW w:type="dxa" w:w="1814"/>
          </w:tcPr>
          <w:p>
            <w:pPr>
              <w:spacing w:after="20"/>
            </w:pPr>
            <w:r/>
            <w:r>
              <w:rPr>
                <w:sz w:val="17"/>
              </w:rPr>
              <w:t>Eating Out</w:t>
            </w:r>
          </w:p>
        </w:tc>
        <w:tc>
          <w:tcPr>
            <w:tcW w:type="dxa" w:w="5953"/>
          </w:tcPr>
          <w:p>
            <w:pPr>
              <w:spacing w:after="20"/>
            </w:pPr>
            <w:r/>
            <w:r>
              <w:rPr>
                <w:sz w:val="17"/>
              </w:rPr>
              <w:t>There is/are, some/any/a lot of, countable/uncountable</w:t>
            </w:r>
          </w:p>
        </w:tc>
        <w:tc>
          <w:tcPr>
            <w:tcW w:type="dxa" w:w="4309"/>
          </w:tcPr>
          <w:p>
            <w:pPr>
              <w:spacing w:after="20"/>
            </w:pPr>
            <w:r/>
            <w:r>
              <w:rPr>
                <w:sz w:val="17"/>
              </w:rPr>
              <w:t>Food quantities, main meals, menus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sz w:val="17"/>
              </w:rPr>
              <w:t>22</w:t>
            </w:r>
          </w:p>
        </w:tc>
        <w:tc>
          <w:tcPr>
            <w:tcW w:type="dxa" w:w="1247"/>
          </w:tcPr>
          <w:p>
            <w:pPr>
              <w:spacing w:after="20"/>
            </w:pPr>
            <w:r/>
            <w:r>
              <w:rPr>
                <w:sz w:val="17"/>
              </w:rPr>
              <w:t>23-27 Şub</w:t>
            </w:r>
          </w:p>
        </w:tc>
        <w:tc>
          <w:tcPr>
            <w:tcW w:type="dxa" w:w="1474"/>
          </w:tcPr>
          <w:p>
            <w:pPr>
              <w:spacing w:after="20"/>
            </w:pPr>
            <w:r/>
            <w:r>
              <w:rPr>
                <w:sz w:val="17"/>
              </w:rPr>
              <w:t>Unit 7</w:t>
            </w:r>
          </w:p>
        </w:tc>
        <w:tc>
          <w:tcPr>
            <w:tcW w:type="dxa" w:w="1814"/>
          </w:tcPr>
          <w:p>
            <w:pPr>
              <w:spacing w:after="20"/>
            </w:pPr>
            <w:r/>
            <w:r>
              <w:rPr>
                <w:sz w:val="17"/>
              </w:rPr>
              <w:t>Eating Out</w:t>
            </w:r>
          </w:p>
        </w:tc>
        <w:tc>
          <w:tcPr>
            <w:tcW w:type="dxa" w:w="5953"/>
          </w:tcPr>
          <w:p>
            <w:pPr>
              <w:spacing w:after="20"/>
            </w:pPr>
            <w:r/>
            <w:r>
              <w:rPr>
                <w:sz w:val="17"/>
              </w:rPr>
              <w:t>“Is there any rice?” / “There are a lot of tomatoes.”</w:t>
            </w:r>
          </w:p>
        </w:tc>
        <w:tc>
          <w:tcPr>
            <w:tcW w:type="dxa" w:w="4309"/>
          </w:tcPr>
          <w:p>
            <w:pPr>
              <w:spacing w:after="20"/>
            </w:pPr>
            <w:r/>
            <w:r>
              <w:rPr>
                <w:sz w:val="17"/>
              </w:rPr>
              <w:t>bread, cereal, cheese, egg, spaghetti, rice, meat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sz w:val="17"/>
              </w:rPr>
              <w:t>23</w:t>
            </w:r>
          </w:p>
        </w:tc>
        <w:tc>
          <w:tcPr>
            <w:tcW w:type="dxa" w:w="1247"/>
          </w:tcPr>
          <w:p>
            <w:pPr>
              <w:spacing w:after="20"/>
            </w:pPr>
            <w:r/>
            <w:r>
              <w:rPr>
                <w:sz w:val="17"/>
              </w:rPr>
              <w:t>09-13 Mar</w:t>
            </w:r>
          </w:p>
        </w:tc>
        <w:tc>
          <w:tcPr>
            <w:tcW w:type="dxa" w:w="1474"/>
          </w:tcPr>
          <w:p>
            <w:pPr>
              <w:spacing w:after="20"/>
            </w:pPr>
            <w:r/>
            <w:r>
              <w:rPr>
                <w:sz w:val="17"/>
              </w:rPr>
              <w:t>Quiz 3</w:t>
            </w:r>
          </w:p>
        </w:tc>
        <w:tc>
          <w:tcPr>
            <w:tcW w:type="dxa" w:w="1814"/>
          </w:tcPr>
          <w:p>
            <w:pPr>
              <w:spacing w:after="20"/>
            </w:pPr>
            <w:r/>
            <w:r>
              <w:rPr>
                <w:sz w:val="17"/>
              </w:rPr>
              <w:t>Unit 5-7</w:t>
            </w:r>
          </w:p>
        </w:tc>
        <w:tc>
          <w:tcPr>
            <w:tcW w:type="dxa" w:w="5953"/>
          </w:tcPr>
          <w:p>
            <w:pPr>
              <w:spacing w:after="20"/>
            </w:pPr>
            <w:r/>
            <w:r>
              <w:rPr>
                <w:sz w:val="17"/>
              </w:rPr>
              <w:t>Quiz 3 (Unit 5-7) + geri bildirim</w:t>
            </w:r>
          </w:p>
        </w:tc>
        <w:tc>
          <w:tcPr>
            <w:tcW w:type="dxa" w:w="4309"/>
          </w:tcPr>
          <w:p>
            <w:pPr>
              <w:spacing w:after="20"/>
            </w:pPr>
            <w:r/>
            <w:r>
              <w:rPr>
                <w:sz w:val="17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sz w:val="17"/>
              </w:rPr>
              <w:t>24</w:t>
            </w:r>
          </w:p>
        </w:tc>
        <w:tc>
          <w:tcPr>
            <w:tcW w:type="dxa" w:w="1247"/>
          </w:tcPr>
          <w:p>
            <w:pPr>
              <w:spacing w:after="20"/>
            </w:pPr>
            <w:r/>
            <w:r>
              <w:rPr>
                <w:sz w:val="17"/>
              </w:rPr>
              <w:t>16-20 Mar</w:t>
            </w:r>
          </w:p>
        </w:tc>
        <w:tc>
          <w:tcPr>
            <w:tcW w:type="dxa" w:w="1474"/>
          </w:tcPr>
          <w:p>
            <w:pPr>
              <w:spacing w:after="20"/>
            </w:pPr>
            <w:r/>
            <w:r>
              <w:rPr>
                <w:sz w:val="17"/>
              </w:rPr>
              <w:t>Unit 7</w:t>
            </w:r>
          </w:p>
        </w:tc>
        <w:tc>
          <w:tcPr>
            <w:tcW w:type="dxa" w:w="1814"/>
          </w:tcPr>
          <w:p>
            <w:pPr>
              <w:spacing w:after="20"/>
            </w:pPr>
            <w:r/>
            <w:r>
              <w:rPr>
                <w:sz w:val="17"/>
              </w:rPr>
              <w:t>Eating Out</w:t>
            </w:r>
          </w:p>
        </w:tc>
        <w:tc>
          <w:tcPr>
            <w:tcW w:type="dxa" w:w="5953"/>
          </w:tcPr>
          <w:p>
            <w:pPr>
              <w:spacing w:after="20"/>
            </w:pPr>
            <w:r/>
            <w:r>
              <w:rPr>
                <w:sz w:val="17"/>
              </w:rPr>
              <w:t>“How much is it?” / restoran diyalogları, pekiştirme</w:t>
            </w:r>
          </w:p>
        </w:tc>
        <w:tc>
          <w:tcPr>
            <w:tcW w:type="dxa" w:w="4309"/>
          </w:tcPr>
          <w:p>
            <w:pPr>
              <w:spacing w:after="20"/>
            </w:pPr>
            <w:r/>
            <w:r>
              <w:rPr>
                <w:sz w:val="17"/>
              </w:rPr>
              <w:t>Menu, quantities, prices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sz w:val="17"/>
              </w:rPr>
              <w:t>25</w:t>
            </w:r>
          </w:p>
        </w:tc>
        <w:tc>
          <w:tcPr>
            <w:tcW w:type="dxa" w:w="1247"/>
          </w:tcPr>
          <w:p>
            <w:pPr>
              <w:spacing w:after="20"/>
            </w:pPr>
            <w:r/>
            <w:r>
              <w:rPr>
                <w:sz w:val="17"/>
              </w:rPr>
              <w:t>23-27 Mar</w:t>
            </w:r>
          </w:p>
        </w:tc>
        <w:tc>
          <w:tcPr>
            <w:tcW w:type="dxa" w:w="1474"/>
          </w:tcPr>
          <w:p>
            <w:pPr>
              <w:spacing w:after="20"/>
            </w:pPr>
            <w:r/>
            <w:r>
              <w:rPr>
                <w:sz w:val="17"/>
              </w:rPr>
              <w:t>Unit 8</w:t>
            </w:r>
          </w:p>
        </w:tc>
        <w:tc>
          <w:tcPr>
            <w:tcW w:type="dxa" w:w="1814"/>
          </w:tcPr>
          <w:p>
            <w:pPr>
              <w:spacing w:after="20"/>
            </w:pPr>
            <w:r/>
            <w:r>
              <w:rPr>
                <w:sz w:val="17"/>
              </w:rPr>
              <w:t>Healthy Life</w:t>
            </w:r>
          </w:p>
        </w:tc>
        <w:tc>
          <w:tcPr>
            <w:tcW w:type="dxa" w:w="5953"/>
          </w:tcPr>
          <w:p>
            <w:pPr>
              <w:spacing w:after="20"/>
            </w:pPr>
            <w:r/>
            <w:r>
              <w:rPr>
                <w:sz w:val="17"/>
              </w:rPr>
              <w:t>Past Simple (was/were), enough</w:t>
            </w:r>
          </w:p>
        </w:tc>
        <w:tc>
          <w:tcPr>
            <w:tcW w:type="dxa" w:w="4309"/>
          </w:tcPr>
          <w:p>
            <w:pPr>
              <w:spacing w:after="20"/>
            </w:pPr>
            <w:r/>
            <w:r>
              <w:rPr>
                <w:sz w:val="17"/>
              </w:rPr>
              <w:t>Healthy/unhealthy, main meals, games &amp; sports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sz w:val="17"/>
              </w:rPr>
              <w:t>26</w:t>
            </w:r>
          </w:p>
        </w:tc>
        <w:tc>
          <w:tcPr>
            <w:tcW w:type="dxa" w:w="1247"/>
          </w:tcPr>
          <w:p>
            <w:pPr>
              <w:spacing w:after="20"/>
            </w:pPr>
            <w:r/>
            <w:r>
              <w:rPr>
                <w:sz w:val="17"/>
              </w:rPr>
              <w:t>30 Mar-3 Nis</w:t>
            </w:r>
          </w:p>
        </w:tc>
        <w:tc>
          <w:tcPr>
            <w:tcW w:type="dxa" w:w="1474"/>
          </w:tcPr>
          <w:p>
            <w:pPr>
              <w:spacing w:after="20"/>
            </w:pPr>
            <w:r/>
            <w:r>
              <w:rPr>
                <w:sz w:val="17"/>
              </w:rPr>
              <w:t>Unit 8</w:t>
            </w:r>
          </w:p>
        </w:tc>
        <w:tc>
          <w:tcPr>
            <w:tcW w:type="dxa" w:w="1814"/>
          </w:tcPr>
          <w:p>
            <w:pPr>
              <w:spacing w:after="20"/>
            </w:pPr>
            <w:r/>
            <w:r>
              <w:rPr>
                <w:sz w:val="17"/>
              </w:rPr>
              <w:t>Healthy Life</w:t>
            </w:r>
          </w:p>
        </w:tc>
        <w:tc>
          <w:tcPr>
            <w:tcW w:type="dxa" w:w="5953"/>
          </w:tcPr>
          <w:p>
            <w:pPr>
              <w:spacing w:after="20"/>
            </w:pPr>
            <w:r/>
            <w:r>
              <w:rPr>
                <w:sz w:val="17"/>
              </w:rPr>
              <w:t>“I was tired yesterday.” / “I don’t get enough sleep.”</w:t>
            </w:r>
          </w:p>
        </w:tc>
        <w:tc>
          <w:tcPr>
            <w:tcW w:type="dxa" w:w="4309"/>
          </w:tcPr>
          <w:p>
            <w:pPr>
              <w:spacing w:after="20"/>
            </w:pPr>
            <w:r/>
            <w:r>
              <w:rPr>
                <w:sz w:val="17"/>
              </w:rPr>
              <w:t>calorie, exercise, breakfast, habits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sz w:val="17"/>
              </w:rPr>
              <w:t>27</w:t>
            </w:r>
          </w:p>
        </w:tc>
        <w:tc>
          <w:tcPr>
            <w:tcW w:type="dxa" w:w="1247"/>
          </w:tcPr>
          <w:p>
            <w:pPr>
              <w:spacing w:after="20"/>
            </w:pPr>
            <w:r/>
            <w:r>
              <w:rPr>
                <w:sz w:val="17"/>
              </w:rPr>
              <w:t>06-10 Nis</w:t>
            </w:r>
          </w:p>
        </w:tc>
        <w:tc>
          <w:tcPr>
            <w:tcW w:type="dxa" w:w="1474"/>
          </w:tcPr>
          <w:p>
            <w:pPr>
              <w:spacing w:after="20"/>
            </w:pPr>
            <w:r/>
            <w:r>
              <w:rPr>
                <w:sz w:val="17"/>
              </w:rPr>
              <w:t>Unit 8</w:t>
            </w:r>
          </w:p>
        </w:tc>
        <w:tc>
          <w:tcPr>
            <w:tcW w:type="dxa" w:w="1814"/>
          </w:tcPr>
          <w:p>
            <w:pPr>
              <w:spacing w:after="20"/>
            </w:pPr>
            <w:r/>
            <w:r>
              <w:rPr>
                <w:sz w:val="17"/>
              </w:rPr>
              <w:t>Healthy Life</w:t>
            </w:r>
          </w:p>
        </w:tc>
        <w:tc>
          <w:tcPr>
            <w:tcW w:type="dxa" w:w="5953"/>
          </w:tcPr>
          <w:p>
            <w:pPr>
              <w:spacing w:after="20"/>
            </w:pPr>
            <w:r/>
            <w:r>
              <w:rPr>
                <w:sz w:val="17"/>
              </w:rPr>
              <w:t>Sports vocabulary, pekiştirme: “Healthy Living Wheel”</w:t>
            </w:r>
          </w:p>
        </w:tc>
        <w:tc>
          <w:tcPr>
            <w:tcW w:type="dxa" w:w="4309"/>
          </w:tcPr>
          <w:p>
            <w:pPr>
              <w:spacing w:after="20"/>
            </w:pPr>
            <w:r/>
            <w:r>
              <w:rPr>
                <w:sz w:val="17"/>
              </w:rPr>
              <w:t>football, cycling, tennis, swimming, jogging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sz w:val="17"/>
              </w:rPr>
              <w:t>28</w:t>
            </w:r>
          </w:p>
        </w:tc>
        <w:tc>
          <w:tcPr>
            <w:tcW w:type="dxa" w:w="1247"/>
          </w:tcPr>
          <w:p>
            <w:pPr>
              <w:spacing w:after="20"/>
            </w:pPr>
            <w:r/>
            <w:r>
              <w:rPr>
                <w:sz w:val="17"/>
              </w:rPr>
              <w:t>13-17 Nis</w:t>
            </w:r>
          </w:p>
        </w:tc>
        <w:tc>
          <w:tcPr>
            <w:tcW w:type="dxa" w:w="1474"/>
          </w:tcPr>
          <w:p>
            <w:pPr>
              <w:spacing w:after="20"/>
            </w:pPr>
            <w:r/>
            <w:r>
              <w:rPr>
                <w:sz w:val="17"/>
              </w:rPr>
              <w:t>Unit 9</w:t>
            </w:r>
          </w:p>
        </w:tc>
        <w:tc>
          <w:tcPr>
            <w:tcW w:type="dxa" w:w="1814"/>
          </w:tcPr>
          <w:p>
            <w:pPr>
              <w:spacing w:after="20"/>
            </w:pPr>
            <w:r/>
            <w:r>
              <w:rPr>
                <w:sz w:val="17"/>
              </w:rPr>
              <w:t>Places to Visit</w:t>
            </w:r>
          </w:p>
        </w:tc>
        <w:tc>
          <w:tcPr>
            <w:tcW w:type="dxa" w:w="5953"/>
          </w:tcPr>
          <w:p>
            <w:pPr>
              <w:spacing w:after="20"/>
            </w:pPr>
            <w:r/>
            <w:r>
              <w:rPr>
                <w:sz w:val="17"/>
              </w:rPr>
              <w:t>Past Simple (regular &amp; irregular: went/saw/ate/had/was/got), linkers (and/but/or)</w:t>
            </w:r>
          </w:p>
        </w:tc>
        <w:tc>
          <w:tcPr>
            <w:tcW w:type="dxa" w:w="4309"/>
          </w:tcPr>
          <w:p>
            <w:pPr>
              <w:spacing w:after="20"/>
            </w:pPr>
            <w:r/>
            <w:r>
              <w:rPr>
                <w:sz w:val="17"/>
              </w:rPr>
              <w:t>Places, art vocabulary, countries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sz w:val="17"/>
              </w:rPr>
              <w:t>29</w:t>
            </w:r>
          </w:p>
        </w:tc>
        <w:tc>
          <w:tcPr>
            <w:tcW w:type="dxa" w:w="1247"/>
          </w:tcPr>
          <w:p>
            <w:pPr>
              <w:spacing w:after="20"/>
            </w:pPr>
            <w:r/>
            <w:r>
              <w:rPr>
                <w:sz w:val="17"/>
              </w:rPr>
              <w:t>20-24 Nis</w:t>
            </w:r>
          </w:p>
        </w:tc>
        <w:tc>
          <w:tcPr>
            <w:tcW w:type="dxa" w:w="1474"/>
          </w:tcPr>
          <w:p>
            <w:pPr>
              <w:spacing w:after="20"/>
            </w:pPr>
            <w:r/>
            <w:r>
              <w:rPr>
                <w:sz w:val="17"/>
              </w:rPr>
              <w:t>Unit 9</w:t>
            </w:r>
          </w:p>
        </w:tc>
        <w:tc>
          <w:tcPr>
            <w:tcW w:type="dxa" w:w="1814"/>
          </w:tcPr>
          <w:p>
            <w:pPr>
              <w:spacing w:after="20"/>
            </w:pPr>
            <w:r/>
            <w:r>
              <w:rPr>
                <w:sz w:val="17"/>
              </w:rPr>
              <w:t>Places to Visit</w:t>
            </w:r>
          </w:p>
        </w:tc>
        <w:tc>
          <w:tcPr>
            <w:tcW w:type="dxa" w:w="5953"/>
          </w:tcPr>
          <w:p>
            <w:pPr>
              <w:spacing w:after="20"/>
            </w:pPr>
            <w:r/>
            <w:r>
              <w:rPr>
                <w:sz w:val="17"/>
              </w:rPr>
              <w:t>“We went to the museum.” / “I saw a painting.”  ⚠️ 23 Nisan</w:t>
            </w:r>
          </w:p>
        </w:tc>
        <w:tc>
          <w:tcPr>
            <w:tcW w:type="dxa" w:w="4309"/>
          </w:tcPr>
          <w:p>
            <w:pPr>
              <w:spacing w:after="20"/>
            </w:pPr>
            <w:r/>
            <w:r>
              <w:rPr>
                <w:sz w:val="17"/>
              </w:rPr>
              <w:t>theatre, circus, zoo, library, museum, gallery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sz w:val="17"/>
              </w:rPr>
              <w:t>30</w:t>
            </w:r>
          </w:p>
        </w:tc>
        <w:tc>
          <w:tcPr>
            <w:tcW w:type="dxa" w:w="1247"/>
          </w:tcPr>
          <w:p>
            <w:pPr>
              <w:spacing w:after="20"/>
            </w:pPr>
            <w:r/>
            <w:r>
              <w:rPr>
                <w:sz w:val="17"/>
              </w:rPr>
              <w:t>27 Nis-1 May</w:t>
            </w:r>
          </w:p>
        </w:tc>
        <w:tc>
          <w:tcPr>
            <w:tcW w:type="dxa" w:w="1474"/>
          </w:tcPr>
          <w:p>
            <w:pPr>
              <w:spacing w:after="20"/>
            </w:pPr>
            <w:r/>
            <w:r>
              <w:rPr>
                <w:sz w:val="17"/>
              </w:rPr>
              <w:t>Quiz 4</w:t>
            </w:r>
          </w:p>
        </w:tc>
        <w:tc>
          <w:tcPr>
            <w:tcW w:type="dxa" w:w="1814"/>
          </w:tcPr>
          <w:p>
            <w:pPr>
              <w:spacing w:after="20"/>
            </w:pPr>
            <w:r/>
            <w:r>
              <w:rPr>
                <w:sz w:val="17"/>
              </w:rPr>
              <w:t>Unit 7-9</w:t>
            </w:r>
          </w:p>
        </w:tc>
        <w:tc>
          <w:tcPr>
            <w:tcW w:type="dxa" w:w="5953"/>
          </w:tcPr>
          <w:p>
            <w:pPr>
              <w:spacing w:after="20"/>
            </w:pPr>
            <w:r/>
            <w:r>
              <w:rPr>
                <w:sz w:val="17"/>
              </w:rPr>
              <w:t>Quiz 4 (Unit 7-9) + geri bildirim</w:t>
            </w:r>
          </w:p>
        </w:tc>
        <w:tc>
          <w:tcPr>
            <w:tcW w:type="dxa" w:w="4309"/>
          </w:tcPr>
          <w:p>
            <w:pPr>
              <w:spacing w:after="20"/>
            </w:pPr>
            <w:r/>
            <w:r>
              <w:rPr>
                <w:sz w:val="17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sz w:val="17"/>
              </w:rPr>
              <w:t>31</w:t>
            </w:r>
          </w:p>
        </w:tc>
        <w:tc>
          <w:tcPr>
            <w:tcW w:type="dxa" w:w="1247"/>
          </w:tcPr>
          <w:p>
            <w:pPr>
              <w:spacing w:after="20"/>
            </w:pPr>
            <w:r/>
            <w:r>
              <w:rPr>
                <w:sz w:val="17"/>
              </w:rPr>
              <w:t>04-08 May</w:t>
            </w:r>
          </w:p>
        </w:tc>
        <w:tc>
          <w:tcPr>
            <w:tcW w:type="dxa" w:w="1474"/>
          </w:tcPr>
          <w:p>
            <w:pPr>
              <w:spacing w:after="20"/>
            </w:pPr>
            <w:r/>
            <w:r>
              <w:rPr>
                <w:sz w:val="17"/>
              </w:rPr>
              <w:t>Review</w:t>
            </w:r>
          </w:p>
        </w:tc>
        <w:tc>
          <w:tcPr>
            <w:tcW w:type="dxa" w:w="1814"/>
          </w:tcPr>
          <w:p>
            <w:pPr>
              <w:spacing w:after="20"/>
            </w:pPr>
            <w:r/>
            <w:r>
              <w:rPr>
                <w:sz w:val="17"/>
              </w:rPr>
              <w:t>Unit 1-4</w:t>
            </w:r>
          </w:p>
        </w:tc>
        <w:tc>
          <w:tcPr>
            <w:tcW w:type="dxa" w:w="5953"/>
          </w:tcPr>
          <w:p>
            <w:pPr>
              <w:spacing w:after="20"/>
            </w:pPr>
            <w:r/>
            <w:r>
              <w:rPr>
                <w:sz w:val="17"/>
              </w:rPr>
              <w:t>Dönem 1 tekrarı (My Day, People &amp; Jobs, Works at Home, Animals)</w:t>
            </w:r>
          </w:p>
        </w:tc>
        <w:tc>
          <w:tcPr>
            <w:tcW w:type="dxa" w:w="4309"/>
          </w:tcPr>
          <w:p>
            <w:pPr>
              <w:spacing w:after="20"/>
            </w:pPr>
            <w:r/>
            <w:r>
              <w:rPr>
                <w:sz w:val="17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sz w:val="17"/>
              </w:rPr>
              <w:t>32</w:t>
            </w:r>
          </w:p>
        </w:tc>
        <w:tc>
          <w:tcPr>
            <w:tcW w:type="dxa" w:w="1247"/>
          </w:tcPr>
          <w:p>
            <w:pPr>
              <w:spacing w:after="20"/>
            </w:pPr>
            <w:r/>
            <w:r>
              <w:rPr>
                <w:sz w:val="17"/>
              </w:rPr>
              <w:t>11-15 May</w:t>
            </w:r>
          </w:p>
        </w:tc>
        <w:tc>
          <w:tcPr>
            <w:tcW w:type="dxa" w:w="1474"/>
          </w:tcPr>
          <w:p>
            <w:pPr>
              <w:spacing w:after="20"/>
            </w:pPr>
            <w:r/>
            <w:r>
              <w:rPr>
                <w:sz w:val="17"/>
              </w:rPr>
              <w:t>Review</w:t>
            </w:r>
          </w:p>
        </w:tc>
        <w:tc>
          <w:tcPr>
            <w:tcW w:type="dxa" w:w="1814"/>
          </w:tcPr>
          <w:p>
            <w:pPr>
              <w:spacing w:after="20"/>
            </w:pPr>
            <w:r/>
            <w:r>
              <w:rPr>
                <w:sz w:val="17"/>
              </w:rPr>
              <w:t>Unit 5-9</w:t>
            </w:r>
          </w:p>
        </w:tc>
        <w:tc>
          <w:tcPr>
            <w:tcW w:type="dxa" w:w="5953"/>
          </w:tcPr>
          <w:p>
            <w:pPr>
              <w:spacing w:after="20"/>
            </w:pPr>
            <w:r/>
            <w:r>
              <w:rPr>
                <w:sz w:val="17"/>
              </w:rPr>
              <w:t>Dönem 2 tekrarı (Weather, Senses, Eating Out, Healthy Life, Places)</w:t>
            </w:r>
          </w:p>
        </w:tc>
        <w:tc>
          <w:tcPr>
            <w:tcW w:type="dxa" w:w="4309"/>
          </w:tcPr>
          <w:p>
            <w:pPr>
              <w:spacing w:after="20"/>
            </w:pPr>
            <w:r/>
            <w:r>
              <w:rPr>
                <w:sz w:val="17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sz w:val="17"/>
              </w:rPr>
              <w:t>33</w:t>
            </w:r>
          </w:p>
        </w:tc>
        <w:tc>
          <w:tcPr>
            <w:tcW w:type="dxa" w:w="1247"/>
          </w:tcPr>
          <w:p>
            <w:pPr>
              <w:spacing w:after="20"/>
            </w:pPr>
            <w:r/>
            <w:r>
              <w:rPr>
                <w:sz w:val="17"/>
              </w:rPr>
              <w:t>18-22 May</w:t>
            </w:r>
          </w:p>
        </w:tc>
        <w:tc>
          <w:tcPr>
            <w:tcW w:type="dxa" w:w="1474"/>
          </w:tcPr>
          <w:p>
            <w:pPr>
              <w:spacing w:after="20"/>
            </w:pPr>
            <w:r/>
            <w:r>
              <w:rPr>
                <w:sz w:val="17"/>
              </w:rPr>
              <w:t>Review</w:t>
            </w:r>
          </w:p>
        </w:tc>
        <w:tc>
          <w:tcPr>
            <w:tcW w:type="dxa" w:w="1814"/>
          </w:tcPr>
          <w:p>
            <w:pPr>
              <w:spacing w:after="20"/>
            </w:pPr>
            <w:r/>
            <w:r>
              <w:rPr>
                <w:sz w:val="17"/>
              </w:rPr>
              <w:t>Tüm üniteler</w:t>
            </w:r>
          </w:p>
        </w:tc>
        <w:tc>
          <w:tcPr>
            <w:tcW w:type="dxa" w:w="5953"/>
          </w:tcPr>
          <w:p>
            <w:pPr>
              <w:spacing w:after="20"/>
            </w:pPr>
            <w:r/>
            <w:r>
              <w:rPr>
                <w:sz w:val="17"/>
              </w:rPr>
              <w:t>Sınav hazırlığı: tüm grammar + vocabulary  ⚠️ 19 Mayıs</w:t>
            </w:r>
          </w:p>
        </w:tc>
        <w:tc>
          <w:tcPr>
            <w:tcW w:type="dxa" w:w="4309"/>
          </w:tcPr>
          <w:p>
            <w:pPr>
              <w:spacing w:after="20"/>
            </w:pPr>
            <w:r/>
            <w:r>
              <w:rPr>
                <w:sz w:val="17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sz w:val="17"/>
              </w:rPr>
              <w:t>34</w:t>
            </w:r>
          </w:p>
        </w:tc>
        <w:tc>
          <w:tcPr>
            <w:tcW w:type="dxa" w:w="1247"/>
          </w:tcPr>
          <w:p>
            <w:pPr>
              <w:spacing w:after="20"/>
            </w:pPr>
            <w:r/>
            <w:r>
              <w:rPr>
                <w:sz w:val="17"/>
              </w:rPr>
              <w:t>25-29 May</w:t>
            </w:r>
          </w:p>
        </w:tc>
        <w:tc>
          <w:tcPr>
            <w:tcW w:type="dxa" w:w="1474"/>
          </w:tcPr>
          <w:p>
            <w:pPr>
              <w:spacing w:after="20"/>
            </w:pPr>
            <w:r/>
            <w:r>
              <w:rPr>
                <w:sz w:val="17"/>
              </w:rPr>
              <w:t>Yıl Sonu Sınavı</w:t>
            </w:r>
          </w:p>
        </w:tc>
        <w:tc>
          <w:tcPr>
            <w:tcW w:type="dxa" w:w="1814"/>
          </w:tcPr>
          <w:p>
            <w:pPr>
              <w:spacing w:after="20"/>
            </w:pPr>
            <w:r/>
            <w:r>
              <w:rPr>
                <w:sz w:val="17"/>
              </w:rPr>
              <w:t>Unit 1-9</w:t>
            </w:r>
          </w:p>
        </w:tc>
        <w:tc>
          <w:tcPr>
            <w:tcW w:type="dxa" w:w="5953"/>
          </w:tcPr>
          <w:p>
            <w:pPr>
              <w:spacing w:after="20"/>
            </w:pPr>
            <w:r/>
            <w:r>
              <w:rPr>
                <w:sz w:val="17"/>
              </w:rPr>
              <w:t>Yıl sonu sınavı (dört beceri)</w:t>
            </w:r>
          </w:p>
        </w:tc>
        <w:tc>
          <w:tcPr>
            <w:tcW w:type="dxa" w:w="4309"/>
          </w:tcPr>
          <w:p>
            <w:pPr>
              <w:spacing w:after="20"/>
            </w:pPr>
            <w:r/>
            <w:r>
              <w:rPr>
                <w:sz w:val="17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sz w:val="17"/>
              </w:rPr>
              <w:t>35</w:t>
            </w:r>
          </w:p>
        </w:tc>
        <w:tc>
          <w:tcPr>
            <w:tcW w:type="dxa" w:w="1247"/>
          </w:tcPr>
          <w:p>
            <w:pPr>
              <w:spacing w:after="20"/>
            </w:pPr>
            <w:r/>
            <w:r>
              <w:rPr>
                <w:sz w:val="17"/>
              </w:rPr>
              <w:t>01-05 Haz</w:t>
            </w:r>
          </w:p>
        </w:tc>
        <w:tc>
          <w:tcPr>
            <w:tcW w:type="dxa" w:w="1474"/>
          </w:tcPr>
          <w:p>
            <w:pPr>
              <w:spacing w:after="20"/>
            </w:pPr>
            <w:r/>
            <w:r>
              <w:rPr>
                <w:sz w:val="17"/>
              </w:rPr>
              <w:t>Portfolio</w:t>
            </w:r>
          </w:p>
        </w:tc>
        <w:tc>
          <w:tcPr>
            <w:tcW w:type="dxa" w:w="1814"/>
          </w:tcPr>
          <w:p>
            <w:pPr>
              <w:spacing w:after="20"/>
            </w:pPr>
            <w:r/>
            <w:r>
              <w:rPr>
                <w:sz w:val="17"/>
              </w:rPr>
              <w:t>—</w:t>
            </w:r>
          </w:p>
        </w:tc>
        <w:tc>
          <w:tcPr>
            <w:tcW w:type="dxa" w:w="5953"/>
          </w:tcPr>
          <w:p>
            <w:pPr>
              <w:spacing w:after="20"/>
            </w:pPr>
            <w:r/>
            <w:r>
              <w:rPr>
                <w:sz w:val="17"/>
              </w:rPr>
              <w:t>Portfolio sunumları + “My English Book”</w:t>
            </w:r>
          </w:p>
        </w:tc>
        <w:tc>
          <w:tcPr>
            <w:tcW w:type="dxa" w:w="4309"/>
          </w:tcPr>
          <w:p>
            <w:pPr>
              <w:spacing w:after="20"/>
            </w:pPr>
            <w:r/>
            <w:r>
              <w:rPr>
                <w:sz w:val="17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sz w:val="17"/>
              </w:rPr>
              <w:t>36</w:t>
            </w:r>
          </w:p>
        </w:tc>
        <w:tc>
          <w:tcPr>
            <w:tcW w:type="dxa" w:w="1247"/>
          </w:tcPr>
          <w:p>
            <w:pPr>
              <w:spacing w:after="20"/>
            </w:pPr>
            <w:r/>
            <w:r>
              <w:rPr>
                <w:sz w:val="17"/>
              </w:rPr>
              <w:t>08-12 Haz</w:t>
            </w:r>
          </w:p>
        </w:tc>
        <w:tc>
          <w:tcPr>
            <w:tcW w:type="dxa" w:w="1474"/>
          </w:tcPr>
          <w:p>
            <w:pPr>
              <w:spacing w:after="20"/>
            </w:pPr>
            <w:r/>
            <w:r>
              <w:rPr>
                <w:sz w:val="17"/>
              </w:rPr>
              <w:t>Portfolio</w:t>
            </w:r>
          </w:p>
        </w:tc>
        <w:tc>
          <w:tcPr>
            <w:tcW w:type="dxa" w:w="1814"/>
          </w:tcPr>
          <w:p>
            <w:pPr>
              <w:spacing w:after="20"/>
            </w:pPr>
            <w:r/>
            <w:r>
              <w:rPr>
                <w:sz w:val="17"/>
              </w:rPr>
              <w:t>—</w:t>
            </w:r>
          </w:p>
        </w:tc>
        <w:tc>
          <w:tcPr>
            <w:tcW w:type="dxa" w:w="5953"/>
          </w:tcPr>
          <w:p>
            <w:pPr>
              <w:spacing w:after="20"/>
            </w:pPr>
            <w:r/>
            <w:r>
              <w:rPr>
                <w:sz w:val="17"/>
              </w:rPr>
              <w:t>İngilizce oyunları, şarkılar, drama</w:t>
            </w:r>
          </w:p>
        </w:tc>
        <w:tc>
          <w:tcPr>
            <w:tcW w:type="dxa" w:w="4309"/>
          </w:tcPr>
          <w:p>
            <w:pPr>
              <w:spacing w:after="20"/>
            </w:pPr>
            <w:r/>
            <w:r>
              <w:rPr>
                <w:sz w:val="17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sz w:val="17"/>
              </w:rPr>
              <w:t>37</w:t>
            </w:r>
          </w:p>
        </w:tc>
        <w:tc>
          <w:tcPr>
            <w:tcW w:type="dxa" w:w="1247"/>
          </w:tcPr>
          <w:p>
            <w:pPr>
              <w:spacing w:after="20"/>
            </w:pPr>
            <w:r/>
            <w:r>
              <w:rPr>
                <w:sz w:val="17"/>
              </w:rPr>
              <w:t>15-19 Haz</w:t>
            </w:r>
          </w:p>
        </w:tc>
        <w:tc>
          <w:tcPr>
            <w:tcW w:type="dxa" w:w="1474"/>
          </w:tcPr>
          <w:p>
            <w:pPr>
              <w:spacing w:after="20"/>
            </w:pPr>
            <w:r/>
            <w:r>
              <w:rPr>
                <w:sz w:val="17"/>
              </w:rPr>
              <w:t>Wrap-up</w:t>
            </w:r>
          </w:p>
        </w:tc>
        <w:tc>
          <w:tcPr>
            <w:tcW w:type="dxa" w:w="1814"/>
          </w:tcPr>
          <w:p>
            <w:pPr>
              <w:spacing w:after="20"/>
            </w:pPr>
            <w:r/>
            <w:r>
              <w:rPr>
                <w:sz w:val="17"/>
              </w:rPr>
              <w:t>—</w:t>
            </w:r>
          </w:p>
        </w:tc>
        <w:tc>
          <w:tcPr>
            <w:tcW w:type="dxa" w:w="5953"/>
          </w:tcPr>
          <w:p>
            <w:pPr>
              <w:spacing w:after="20"/>
            </w:pPr>
            <w:r/>
            <w:r>
              <w:rPr>
                <w:sz w:val="17"/>
              </w:rPr>
              <w:t>Yıl sonu etkinlikleri, sınıf partisi</w:t>
            </w:r>
          </w:p>
        </w:tc>
        <w:tc>
          <w:tcPr>
            <w:tcW w:type="dxa" w:w="4309"/>
          </w:tcPr>
          <w:p>
            <w:pPr>
              <w:spacing w:after="20"/>
            </w:pPr>
            <w:r/>
            <w:r>
              <w:rPr>
                <w:sz w:val="17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sz w:val="17"/>
              </w:rPr>
              <w:t>38</w:t>
            </w:r>
          </w:p>
        </w:tc>
        <w:tc>
          <w:tcPr>
            <w:tcW w:type="dxa" w:w="1247"/>
          </w:tcPr>
          <w:p>
            <w:pPr>
              <w:spacing w:after="20"/>
            </w:pPr>
            <w:r/>
            <w:r>
              <w:rPr>
                <w:sz w:val="17"/>
              </w:rPr>
              <w:t>22-26 Haz</w:t>
            </w:r>
          </w:p>
        </w:tc>
        <w:tc>
          <w:tcPr>
            <w:tcW w:type="dxa" w:w="1474"/>
          </w:tcPr>
          <w:p>
            <w:pPr>
              <w:spacing w:after="20"/>
            </w:pPr>
            <w:r/>
            <w:r>
              <w:rPr>
                <w:sz w:val="17"/>
              </w:rPr>
              <w:t>Wrap-up</w:t>
            </w:r>
          </w:p>
        </w:tc>
        <w:tc>
          <w:tcPr>
            <w:tcW w:type="dxa" w:w="1814"/>
          </w:tcPr>
          <w:p>
            <w:pPr>
              <w:spacing w:after="20"/>
            </w:pPr>
            <w:r/>
            <w:r>
              <w:rPr>
                <w:sz w:val="17"/>
              </w:rPr>
              <w:t>—</w:t>
            </w:r>
          </w:p>
        </w:tc>
        <w:tc>
          <w:tcPr>
            <w:tcW w:type="dxa" w:w="5953"/>
          </w:tcPr>
          <w:p>
            <w:pPr>
              <w:spacing w:after="20"/>
            </w:pPr>
            <w:r/>
            <w:r>
              <w:rPr>
                <w:sz w:val="17"/>
              </w:rPr>
              <w:t>Son hafta: oyun günü, sertifika dağıtımı</w:t>
            </w:r>
          </w:p>
        </w:tc>
        <w:tc>
          <w:tcPr>
            <w:tcW w:type="dxa" w:w="4309"/>
          </w:tcPr>
          <w:p>
            <w:pPr>
              <w:spacing w:after="20"/>
            </w:pPr>
            <w:r/>
            <w:r>
              <w:rPr>
                <w:sz w:val="17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sz w:val="17"/>
              </w:rPr>
              <w:t>39</w:t>
            </w:r>
          </w:p>
        </w:tc>
        <w:tc>
          <w:tcPr>
            <w:tcW w:type="dxa" w:w="1247"/>
          </w:tcPr>
          <w:p>
            <w:pPr>
              <w:spacing w:after="20"/>
            </w:pPr>
            <w:r/>
            <w:r>
              <w:rPr>
                <w:sz w:val="17"/>
              </w:rPr>
              <w:t>29 Haz-3 Tem</w:t>
            </w:r>
          </w:p>
        </w:tc>
        <w:tc>
          <w:tcPr>
            <w:tcW w:type="dxa" w:w="1474"/>
          </w:tcPr>
          <w:p>
            <w:pPr>
              <w:spacing w:after="20"/>
            </w:pPr>
            <w:r/>
            <w:r>
              <w:rPr>
                <w:sz w:val="17"/>
              </w:rPr>
              <w:t>Wrap-up</w:t>
            </w:r>
          </w:p>
        </w:tc>
        <w:tc>
          <w:tcPr>
            <w:tcW w:type="dxa" w:w="1814"/>
          </w:tcPr>
          <w:p>
            <w:pPr>
              <w:spacing w:after="20"/>
            </w:pPr>
            <w:r/>
            <w:r>
              <w:rPr>
                <w:sz w:val="17"/>
              </w:rPr>
              <w:t>—</w:t>
            </w:r>
          </w:p>
        </w:tc>
        <w:tc>
          <w:tcPr>
            <w:tcW w:type="dxa" w:w="5953"/>
          </w:tcPr>
          <w:p>
            <w:pPr>
              <w:spacing w:after="20"/>
            </w:pPr>
            <w:r/>
            <w:r>
              <w:rPr>
                <w:sz w:val="17"/>
              </w:rPr>
              <w:t>Buffer / makeup günleri</w:t>
            </w:r>
          </w:p>
        </w:tc>
        <w:tc>
          <w:tcPr>
            <w:tcW w:type="dxa" w:w="4309"/>
          </w:tcPr>
          <w:p>
            <w:pPr>
              <w:spacing w:after="20"/>
            </w:pPr>
            <w:r/>
            <w:r>
              <w:rPr>
                <w:sz w:val="17"/>
              </w:rPr>
              <w:t>—</w:t>
            </w:r>
          </w:p>
        </w:tc>
      </w:tr>
    </w:tbl>
    <w:p>
      <w:pPr>
        <w:spacing w:before="240" w:after="80"/>
      </w:pPr>
      <w:r>
        <w:rPr>
          <w:b/>
          <w:color w:val="333333"/>
          <w:sz w:val="26"/>
        </w:rPr>
        <w:t>5. Sınıf — Ünite Detayları (Unit 1-9)</w:t>
      </w:r>
    </w:p>
    <w:p>
      <w:pPr>
        <w:spacing w:before="200" w:after="40"/>
      </w:pPr>
      <w:r>
        <w:rPr>
          <w:b/>
          <w:color w:val="333333"/>
          <w:sz w:val="25"/>
        </w:rPr>
        <w:t>Unit 1 — My Day</w:t>
      </w:r>
    </w:p>
    <w:p>
      <w:pPr>
        <w:spacing w:before="60" w:after="20"/>
      </w:pPr>
      <w:r>
        <w:rPr>
          <w:b/>
          <w:color w:val="E07856"/>
          <w:sz w:val="20"/>
        </w:rPr>
        <w:t>Grammar</w:t>
      </w:r>
    </w:p>
    <w:p>
      <w:pPr>
        <w:pStyle w:val="ListBullet"/>
        <w:spacing w:after="10"/>
      </w:pPr>
      <w:r>
        <w:rPr>
          <w:sz w:val="19"/>
        </w:rPr>
        <w:t>Present Simple — to be (am/is/are): olumlu, olumsuz, soru, kısa cevap</w:t>
      </w:r>
    </w:p>
    <w:p>
      <w:pPr>
        <w:pStyle w:val="ListBullet"/>
        <w:spacing w:after="10"/>
      </w:pPr>
      <w:r>
        <w:rPr>
          <w:sz w:val="19"/>
        </w:rPr>
        <w:t>Object pronouns: me, you, him, her, it, us, them</w:t>
      </w:r>
    </w:p>
    <w:p>
      <w:pPr>
        <w:pStyle w:val="ListBullet"/>
        <w:spacing w:after="10"/>
      </w:pPr>
      <w:r>
        <w:rPr>
          <w:sz w:val="19"/>
        </w:rPr>
        <w:t>Prepositions of time: at (saat), on (gün), in (ay/mevsim/yıl)</w:t>
      </w:r>
    </w:p>
    <w:p>
      <w:pPr>
        <w:pStyle w:val="ListBullet"/>
        <w:spacing w:after="10"/>
      </w:pPr>
      <w:r>
        <w:rPr>
          <w:sz w:val="19"/>
        </w:rPr>
        <w:t>Before / After</w:t>
      </w:r>
    </w:p>
    <w:p>
      <w:pPr>
        <w:spacing w:before="60" w:after="20"/>
      </w:pPr>
      <w:r>
        <w:rPr>
          <w:b/>
          <w:color w:val="E07856"/>
          <w:sz w:val="20"/>
        </w:rPr>
        <w:t>Lexis</w:t>
      </w:r>
    </w:p>
    <w:p>
      <w:pPr>
        <w:pStyle w:val="ListBullet"/>
        <w:spacing w:after="10"/>
      </w:pPr>
      <w:r>
        <w:rPr>
          <w:sz w:val="19"/>
        </w:rPr>
        <w:t>Daily routines: wake up, get up, brush teeth, wash face, have breakfast, go to school, have lunch, do homework, go to bed</w:t>
      </w:r>
    </w:p>
    <w:p>
      <w:pPr>
        <w:pStyle w:val="ListBullet"/>
        <w:spacing w:after="10"/>
      </w:pPr>
      <w:r>
        <w:rPr>
          <w:sz w:val="19"/>
        </w:rPr>
        <w:t>Times: o’clock, half past, quarter past, quarter to, a.m., p.m.</w:t>
      </w:r>
    </w:p>
    <w:p>
      <w:pPr>
        <w:pStyle w:val="ListBullet"/>
        <w:spacing w:after="10"/>
      </w:pPr>
      <w:r>
        <w:rPr>
          <w:sz w:val="19"/>
        </w:rPr>
        <w:t>Body parts: head, hair, face, eyes, ears, nose, mouth, teeth, arms, hands, legs, feet, shoulders, knees</w:t>
      </w:r>
    </w:p>
    <w:p>
      <w:pPr>
        <w:spacing w:before="200" w:after="40"/>
      </w:pPr>
      <w:r>
        <w:rPr>
          <w:b/>
          <w:color w:val="333333"/>
          <w:sz w:val="25"/>
        </w:rPr>
        <w:t>Unit 2 — People and Jobs</w:t>
      </w:r>
    </w:p>
    <w:p>
      <w:pPr>
        <w:spacing w:before="60" w:after="20"/>
      </w:pPr>
      <w:r>
        <w:rPr>
          <w:b/>
          <w:color w:val="E07856"/>
          <w:sz w:val="20"/>
        </w:rPr>
        <w:t>Grammar</w:t>
      </w:r>
    </w:p>
    <w:p>
      <w:pPr>
        <w:pStyle w:val="ListBullet"/>
        <w:spacing w:after="10"/>
      </w:pPr>
      <w:r>
        <w:rPr>
          <w:sz w:val="19"/>
        </w:rPr>
        <w:t>Present Simple — full verbs: olumlu (he/she/it + s), olumsuz (don’t/doesn’t + V1), soru (Do/Does + özne + V1)</w:t>
      </w:r>
    </w:p>
    <w:p>
      <w:pPr>
        <w:pStyle w:val="ListBullet"/>
        <w:spacing w:after="10"/>
      </w:pPr>
      <w:r>
        <w:rPr>
          <w:sz w:val="19"/>
        </w:rPr>
        <w:t>Prepositions of place: at, in, on</w:t>
      </w:r>
    </w:p>
    <w:p>
      <w:pPr>
        <w:pStyle w:val="ListBullet"/>
        <w:spacing w:after="10"/>
      </w:pPr>
      <w:r>
        <w:rPr>
          <w:sz w:val="19"/>
        </w:rPr>
        <w:t>Have to / Has to (zorunluluk)</w:t>
      </w:r>
    </w:p>
    <w:p>
      <w:pPr>
        <w:spacing w:before="60" w:after="20"/>
      </w:pPr>
      <w:r>
        <w:rPr>
          <w:b/>
          <w:color w:val="E07856"/>
          <w:sz w:val="20"/>
        </w:rPr>
        <w:t>Lexis</w:t>
      </w:r>
    </w:p>
    <w:p>
      <w:pPr>
        <w:pStyle w:val="ListBullet"/>
        <w:spacing w:after="10"/>
      </w:pPr>
      <w:r>
        <w:rPr>
          <w:sz w:val="19"/>
        </w:rPr>
        <w:t>Jobs: teacher, doctor, nurse, police officer, firefighter, engineer, chef, pilot, dentist, mechanic, vet, farmer</w:t>
      </w:r>
    </w:p>
    <w:p>
      <w:pPr>
        <w:pStyle w:val="ListBullet"/>
        <w:spacing w:after="10"/>
      </w:pPr>
      <w:r>
        <w:rPr>
          <w:sz w:val="19"/>
        </w:rPr>
        <w:t>Places: school, hospital, police station, fire station, restaurant, airport, farm, office, factory, garage</w:t>
      </w:r>
    </w:p>
    <w:p>
      <w:pPr>
        <w:pStyle w:val="ListBullet"/>
        <w:spacing w:after="10"/>
      </w:pPr>
      <w:r>
        <w:rPr>
          <w:sz w:val="19"/>
        </w:rPr>
        <w:t>Family members: father, mother, brother, sister, grandfather, grandmother, uncle, aunt, cousin, nephew, niece</w:t>
      </w:r>
    </w:p>
    <w:p>
      <w:pPr>
        <w:spacing w:before="200" w:after="40"/>
      </w:pPr>
      <w:r>
        <w:rPr>
          <w:b/>
          <w:color w:val="333333"/>
          <w:sz w:val="25"/>
        </w:rPr>
        <w:t>Unit 3 — Works at Home</w:t>
      </w:r>
    </w:p>
    <w:p>
      <w:pPr>
        <w:spacing w:before="60" w:after="20"/>
      </w:pPr>
      <w:r>
        <w:rPr>
          <w:b/>
          <w:color w:val="E07856"/>
          <w:sz w:val="20"/>
        </w:rPr>
        <w:t>Grammar</w:t>
      </w:r>
    </w:p>
    <w:p>
      <w:pPr>
        <w:pStyle w:val="ListBullet"/>
        <w:spacing w:after="10"/>
      </w:pPr>
      <w:r>
        <w:rPr>
          <w:sz w:val="19"/>
        </w:rPr>
        <w:t>Adverbs of frequency: always, usually, sometimes, rarely, never</w:t>
      </w:r>
    </w:p>
    <w:p>
      <w:pPr>
        <w:pStyle w:val="ListBullet"/>
        <w:spacing w:after="10"/>
      </w:pPr>
      <w:r>
        <w:rPr>
          <w:sz w:val="19"/>
        </w:rPr>
        <w:t>Adjective + noun combinations: a big house, a red car</w:t>
      </w:r>
    </w:p>
    <w:p>
      <w:pPr>
        <w:pStyle w:val="ListBullet"/>
        <w:spacing w:after="10"/>
      </w:pPr>
      <w:r>
        <w:rPr>
          <w:sz w:val="19"/>
        </w:rPr>
        <w:t>Wh-questions: What? When? Whose?</w:t>
      </w:r>
    </w:p>
    <w:p>
      <w:pPr>
        <w:pStyle w:val="ListBullet"/>
        <w:spacing w:after="10"/>
      </w:pPr>
      <w:r>
        <w:rPr>
          <w:sz w:val="19"/>
        </w:rPr>
        <w:t>Have to / Has to — pekiştirme</w:t>
      </w:r>
    </w:p>
    <w:p>
      <w:pPr>
        <w:spacing w:before="60" w:after="20"/>
      </w:pPr>
      <w:r>
        <w:rPr>
          <w:b/>
          <w:color w:val="E07856"/>
          <w:sz w:val="20"/>
        </w:rPr>
        <w:t>Lexis</w:t>
      </w:r>
    </w:p>
    <w:p>
      <w:pPr>
        <w:pStyle w:val="ListBullet"/>
        <w:spacing w:after="10"/>
      </w:pPr>
      <w:r>
        <w:rPr>
          <w:sz w:val="19"/>
        </w:rPr>
        <w:t>Chores: wash the dishes, make the bed, tidy the room, vacuum, iron, sweep</w:t>
      </w:r>
    </w:p>
    <w:p>
      <w:pPr>
        <w:pStyle w:val="ListBullet"/>
        <w:spacing w:after="10"/>
      </w:pPr>
      <w:r>
        <w:rPr>
          <w:sz w:val="19"/>
        </w:rPr>
        <w:t>Furniture: table, chair, sofa, bed, wardrobe, bookshelf, desk, lamp</w:t>
      </w:r>
    </w:p>
    <w:p>
      <w:pPr>
        <w:pStyle w:val="ListBullet"/>
        <w:spacing w:after="10"/>
      </w:pPr>
      <w:r>
        <w:rPr>
          <w:sz w:val="19"/>
        </w:rPr>
        <w:t>Days of week: Monday–Sunday</w:t>
      </w:r>
    </w:p>
    <w:p>
      <w:pPr>
        <w:pStyle w:val="ListBullet"/>
        <w:spacing w:after="10"/>
      </w:pPr>
      <w:r>
        <w:rPr>
          <w:sz w:val="19"/>
        </w:rPr>
        <w:t>Money: coin, note, pay, cost, change, price, expensive, cheap</w:t>
      </w:r>
    </w:p>
    <w:p>
      <w:pPr>
        <w:spacing w:before="200" w:after="40"/>
      </w:pPr>
      <w:r>
        <w:rPr>
          <w:b/>
          <w:color w:val="333333"/>
          <w:sz w:val="25"/>
        </w:rPr>
        <w:t>Unit 4 — Amazing Animals</w:t>
      </w:r>
    </w:p>
    <w:p>
      <w:pPr>
        <w:spacing w:before="60" w:after="20"/>
      </w:pPr>
      <w:r>
        <w:rPr>
          <w:b/>
          <w:color w:val="E07856"/>
          <w:sz w:val="20"/>
        </w:rPr>
        <w:t>Grammar</w:t>
      </w:r>
    </w:p>
    <w:p>
      <w:pPr>
        <w:pStyle w:val="ListBullet"/>
        <w:spacing w:after="10"/>
      </w:pPr>
      <w:r>
        <w:rPr>
          <w:sz w:val="19"/>
        </w:rPr>
        <w:t>Can / Can’t (yetenek): can + V1</w:t>
      </w:r>
    </w:p>
    <w:p>
      <w:pPr>
        <w:pStyle w:val="ListBullet"/>
        <w:spacing w:after="10"/>
      </w:pPr>
      <w:r>
        <w:rPr>
          <w:sz w:val="19"/>
        </w:rPr>
        <w:t>Wh-questions: Who? What? Which? How? Why? Where?</w:t>
      </w:r>
    </w:p>
    <w:p>
      <w:pPr>
        <w:pStyle w:val="ListBullet"/>
        <w:spacing w:after="10"/>
      </w:pPr>
      <w:r>
        <w:rPr>
          <w:sz w:val="19"/>
        </w:rPr>
        <w:t>Common &amp; irregular nouns: man→men, woman→women, child→children, foot→feet, tooth→teeth, mouse→mice</w:t>
      </w:r>
    </w:p>
    <w:p>
      <w:pPr>
        <w:pStyle w:val="ListBullet"/>
        <w:spacing w:after="10"/>
      </w:pPr>
      <w:r>
        <w:rPr>
          <w:sz w:val="19"/>
        </w:rPr>
        <w:t>Linker: because</w:t>
      </w:r>
    </w:p>
    <w:p>
      <w:pPr>
        <w:spacing w:before="60" w:after="20"/>
      </w:pPr>
      <w:r>
        <w:rPr>
          <w:b/>
          <w:color w:val="E07856"/>
          <w:sz w:val="20"/>
        </w:rPr>
        <w:t>Lexis</w:t>
      </w:r>
    </w:p>
    <w:p>
      <w:pPr>
        <w:pStyle w:val="ListBullet"/>
        <w:spacing w:after="10"/>
      </w:pPr>
      <w:r>
        <w:rPr>
          <w:sz w:val="19"/>
        </w:rPr>
        <w:t>Animals: lion, tiger, elephant, monkey, snake, bird, fish, bear, rabbit</w:t>
      </w:r>
    </w:p>
    <w:p>
      <w:pPr>
        <w:pStyle w:val="ListBullet"/>
        <w:spacing w:after="10"/>
      </w:pPr>
      <w:r>
        <w:rPr>
          <w:sz w:val="19"/>
        </w:rPr>
        <w:t>Habitats: forest, desert, ocean, mountain, jungle, river, polar region</w:t>
      </w:r>
    </w:p>
    <w:p>
      <w:pPr>
        <w:pStyle w:val="ListBullet"/>
        <w:spacing w:after="10"/>
      </w:pPr>
      <w:r>
        <w:rPr>
          <w:sz w:val="19"/>
        </w:rPr>
        <w:t>Landmarks: Eiffel Tower, Big Ben, Statue of Liberty, Pyramids, Colosseum</w:t>
      </w:r>
    </w:p>
    <w:p>
      <w:pPr>
        <w:pStyle w:val="ListBullet"/>
        <w:spacing w:after="10"/>
      </w:pPr>
      <w:r>
        <w:rPr>
          <w:sz w:val="19"/>
        </w:rPr>
        <w:t>Numbers 1-1000</w:t>
      </w:r>
    </w:p>
    <w:p>
      <w:pPr>
        <w:spacing w:before="200" w:after="40"/>
      </w:pPr>
      <w:r>
        <w:rPr>
          <w:b/>
          <w:color w:val="333333"/>
          <w:sz w:val="25"/>
        </w:rPr>
        <w:t>Unit 5 — Weather</w:t>
      </w:r>
    </w:p>
    <w:p>
      <w:pPr>
        <w:spacing w:before="60" w:after="20"/>
      </w:pPr>
      <w:r>
        <w:rPr>
          <w:b/>
          <w:color w:val="E07856"/>
          <w:sz w:val="20"/>
        </w:rPr>
        <w:t>Grammar</w:t>
      </w:r>
    </w:p>
    <w:p>
      <w:pPr>
        <w:pStyle w:val="ListBullet"/>
        <w:spacing w:after="10"/>
      </w:pPr>
      <w:r>
        <w:rPr>
          <w:sz w:val="19"/>
        </w:rPr>
        <w:t>Past Simple — to be (was/were): olumlu, olumsuz (wasn’t/weren’t), soru, kısa cevap</w:t>
      </w:r>
    </w:p>
    <w:p>
      <w:pPr>
        <w:pStyle w:val="ListBullet"/>
        <w:spacing w:after="10"/>
      </w:pPr>
      <w:r>
        <w:rPr>
          <w:sz w:val="19"/>
        </w:rPr>
        <w:t>Comparatives: tall→taller, big→bigger, hot→hotter; beautiful→more beautiful; good→better, bad→worse; … than</w:t>
      </w:r>
    </w:p>
    <w:p>
      <w:pPr>
        <w:spacing w:before="60" w:after="20"/>
      </w:pPr>
      <w:r>
        <w:rPr>
          <w:b/>
          <w:color w:val="E07856"/>
          <w:sz w:val="20"/>
        </w:rPr>
        <w:t>Lexis</w:t>
      </w:r>
    </w:p>
    <w:p>
      <w:pPr>
        <w:pStyle w:val="ListBullet"/>
        <w:spacing w:after="10"/>
      </w:pPr>
      <w:r>
        <w:rPr>
          <w:sz w:val="19"/>
        </w:rPr>
        <w:t>Months: January–December</w:t>
      </w:r>
    </w:p>
    <w:p>
      <w:pPr>
        <w:pStyle w:val="ListBullet"/>
        <w:spacing w:after="10"/>
      </w:pPr>
      <w:r>
        <w:rPr>
          <w:sz w:val="19"/>
        </w:rPr>
        <w:t>Seasons: spring, summer, autumn (fall), winter</w:t>
      </w:r>
    </w:p>
    <w:p>
      <w:pPr>
        <w:pStyle w:val="ListBullet"/>
        <w:spacing w:after="10"/>
      </w:pPr>
      <w:r>
        <w:rPr>
          <w:sz w:val="19"/>
        </w:rPr>
        <w:t>Clothes: shirt, trousers, dress, skirt, jacket, coat, hat, shoes, socks, gloves, scarf</w:t>
      </w:r>
    </w:p>
    <w:p>
      <w:pPr>
        <w:pStyle w:val="ListBullet"/>
        <w:spacing w:after="10"/>
      </w:pPr>
      <w:r>
        <w:rPr>
          <w:sz w:val="19"/>
        </w:rPr>
        <w:t>Points of the compass: north, south, east, west, northeast, northwest, southeast, southwest</w:t>
      </w:r>
    </w:p>
    <w:p>
      <w:pPr>
        <w:pStyle w:val="ListBullet"/>
        <w:spacing w:after="10"/>
      </w:pPr>
      <w:r>
        <w:rPr>
          <w:sz w:val="19"/>
        </w:rPr>
        <w:t>Weather: sunny, rainy, cloudy, snowy, windy, stormy, foggy, hot, cold, warm</w:t>
      </w:r>
    </w:p>
    <w:p>
      <w:pPr>
        <w:spacing w:before="200" w:after="40"/>
      </w:pPr>
      <w:r>
        <w:rPr>
          <w:b/>
          <w:color w:val="333333"/>
          <w:sz w:val="25"/>
        </w:rPr>
        <w:t>Unit 6 — Our Senses</w:t>
      </w:r>
    </w:p>
    <w:p>
      <w:pPr>
        <w:spacing w:before="60" w:after="20"/>
      </w:pPr>
      <w:r>
        <w:rPr>
          <w:b/>
          <w:color w:val="E07856"/>
          <w:sz w:val="20"/>
        </w:rPr>
        <w:t>Grammar</w:t>
      </w:r>
    </w:p>
    <w:p>
      <w:pPr>
        <w:pStyle w:val="ListBullet"/>
        <w:spacing w:after="10"/>
      </w:pPr>
      <w:r>
        <w:rPr>
          <w:sz w:val="19"/>
        </w:rPr>
        <w:t>How does it taste/smell/look/feel? — It tastes sweet.</w:t>
      </w:r>
    </w:p>
    <w:p>
      <w:pPr>
        <w:pStyle w:val="ListBullet"/>
        <w:spacing w:after="10"/>
      </w:pPr>
      <w:r>
        <w:rPr>
          <w:sz w:val="19"/>
        </w:rPr>
        <w:t>Adjectives of state: hungry, thirsty, tired, cold, sad, happy</w:t>
      </w:r>
    </w:p>
    <w:p>
      <w:pPr>
        <w:pStyle w:val="ListBullet"/>
        <w:spacing w:after="10"/>
      </w:pPr>
      <w:r>
        <w:rPr>
          <w:sz w:val="19"/>
        </w:rPr>
        <w:t>Like + Noun / Gerund: I like pizza. / I like swimming.</w:t>
      </w:r>
    </w:p>
    <w:p>
      <w:pPr>
        <w:pStyle w:val="ListBullet"/>
        <w:spacing w:after="10"/>
      </w:pPr>
      <w:r>
        <w:rPr>
          <w:sz w:val="19"/>
        </w:rPr>
        <w:t>Linkers: and, but, or</w:t>
      </w:r>
    </w:p>
    <w:p>
      <w:pPr>
        <w:spacing w:before="60" w:after="20"/>
      </w:pPr>
      <w:r>
        <w:rPr>
          <w:b/>
          <w:color w:val="E07856"/>
          <w:sz w:val="20"/>
        </w:rPr>
        <w:t>Lexis</w:t>
      </w:r>
    </w:p>
    <w:p>
      <w:pPr>
        <w:pStyle w:val="ListBullet"/>
        <w:spacing w:after="10"/>
      </w:pPr>
      <w:r>
        <w:rPr>
          <w:sz w:val="19"/>
        </w:rPr>
        <w:t>Senses (verbs): taste, smell, look, feel, sound, hear, see</w:t>
      </w:r>
    </w:p>
    <w:p>
      <w:pPr>
        <w:pStyle w:val="ListBullet"/>
        <w:spacing w:after="10"/>
      </w:pPr>
      <w:r>
        <w:rPr>
          <w:sz w:val="19"/>
        </w:rPr>
        <w:t>Food: bread, cheese, rice, pasta, meat, chicken, fish, egg, soup</w:t>
      </w:r>
    </w:p>
    <w:p>
      <w:pPr>
        <w:pStyle w:val="ListBullet"/>
        <w:spacing w:after="10"/>
      </w:pPr>
      <w:r>
        <w:rPr>
          <w:sz w:val="19"/>
        </w:rPr>
        <w:t>Vegetables: tomato, potato, carrot, onion, pepper, lettuce, cucumber</w:t>
      </w:r>
    </w:p>
    <w:p>
      <w:pPr>
        <w:pStyle w:val="ListBullet"/>
        <w:spacing w:after="10"/>
      </w:pPr>
      <w:r>
        <w:rPr>
          <w:sz w:val="19"/>
        </w:rPr>
        <w:t>Drinks: water, milk, juice, tea, coffee, lemonade</w:t>
      </w:r>
    </w:p>
    <w:p>
      <w:pPr>
        <w:pStyle w:val="ListBullet"/>
        <w:spacing w:after="10"/>
      </w:pPr>
      <w:r>
        <w:rPr>
          <w:sz w:val="19"/>
        </w:rPr>
        <w:t>State (adjectives): hungry, thirsty, tired, cold, sad, happy, angry, bored</w:t>
      </w:r>
    </w:p>
    <w:p>
      <w:pPr>
        <w:pStyle w:val="ListBullet"/>
        <w:spacing w:after="10"/>
      </w:pPr>
      <w:r>
        <w:rPr>
          <w:sz w:val="19"/>
        </w:rPr>
        <w:t>Telling prices: cost, pay, add</w:t>
      </w:r>
    </w:p>
    <w:p>
      <w:pPr>
        <w:spacing w:before="200" w:after="40"/>
      </w:pPr>
      <w:r>
        <w:rPr>
          <w:b/>
          <w:color w:val="333333"/>
          <w:sz w:val="25"/>
        </w:rPr>
        <w:t>Unit 7 — Eating Out</w:t>
      </w:r>
    </w:p>
    <w:p>
      <w:pPr>
        <w:spacing w:before="60" w:after="20"/>
      </w:pPr>
      <w:r>
        <w:rPr>
          <w:b/>
          <w:color w:val="E07856"/>
          <w:sz w:val="20"/>
        </w:rPr>
        <w:t>Grammar</w:t>
      </w:r>
    </w:p>
    <w:p>
      <w:pPr>
        <w:pStyle w:val="ListBullet"/>
        <w:spacing w:after="10"/>
      </w:pPr>
      <w:r>
        <w:rPr>
          <w:sz w:val="19"/>
        </w:rPr>
        <w:t>Expressing quantity: How much (uncountable) / How many (countable)</w:t>
      </w:r>
    </w:p>
    <w:p>
      <w:pPr>
        <w:pStyle w:val="ListBullet"/>
        <w:spacing w:after="10"/>
      </w:pPr>
      <w:r>
        <w:rPr>
          <w:sz w:val="19"/>
        </w:rPr>
        <w:t>There is / There are: tekil/çoğul; soru; olumsuz</w:t>
      </w:r>
    </w:p>
    <w:p>
      <w:pPr>
        <w:pStyle w:val="ListBullet"/>
        <w:spacing w:after="10"/>
      </w:pPr>
      <w:r>
        <w:rPr>
          <w:sz w:val="19"/>
        </w:rPr>
        <w:t>Some / any / a lot of</w:t>
      </w:r>
    </w:p>
    <w:p>
      <w:pPr>
        <w:pStyle w:val="ListBullet"/>
        <w:spacing w:after="10"/>
      </w:pPr>
      <w:r>
        <w:rPr>
          <w:sz w:val="19"/>
        </w:rPr>
        <w:t>Countable &amp; uncountable nouns</w:t>
      </w:r>
    </w:p>
    <w:p>
      <w:pPr>
        <w:spacing w:before="60" w:after="20"/>
      </w:pPr>
      <w:r>
        <w:rPr>
          <w:b/>
          <w:color w:val="E07856"/>
          <w:sz w:val="20"/>
        </w:rPr>
        <w:t>Lexis</w:t>
      </w:r>
    </w:p>
    <w:p>
      <w:pPr>
        <w:pStyle w:val="ListBullet"/>
        <w:spacing w:after="10"/>
      </w:pPr>
      <w:r>
        <w:rPr>
          <w:sz w:val="19"/>
        </w:rPr>
        <w:t>Food: bread, cheese, rice, pasta, meat, chicken, fish, soup, salad, sandwich</w:t>
      </w:r>
    </w:p>
    <w:p>
      <w:pPr>
        <w:pStyle w:val="ListBullet"/>
        <w:spacing w:after="10"/>
      </w:pPr>
      <w:r>
        <w:rPr>
          <w:sz w:val="19"/>
        </w:rPr>
        <w:t>Main meals: breakfast, lunch, dinner, supper, snack, dessert</w:t>
      </w:r>
    </w:p>
    <w:p>
      <w:pPr>
        <w:pStyle w:val="ListBullet"/>
        <w:spacing w:after="10"/>
      </w:pPr>
      <w:r>
        <w:rPr>
          <w:sz w:val="19"/>
        </w:rPr>
        <w:t>Quantities of food: a kilo of rice, a bottle of water, a piece of cake, a glass of milk</w:t>
      </w:r>
    </w:p>
    <w:p>
      <w:pPr>
        <w:spacing w:before="200" w:after="40"/>
      </w:pPr>
      <w:r>
        <w:rPr>
          <w:b/>
          <w:color w:val="333333"/>
          <w:sz w:val="25"/>
        </w:rPr>
        <w:t>Unit 8 — Healthy Life</w:t>
      </w:r>
    </w:p>
    <w:p>
      <w:pPr>
        <w:spacing w:before="60" w:after="20"/>
      </w:pPr>
      <w:r>
        <w:rPr>
          <w:b/>
          <w:color w:val="E07856"/>
          <w:sz w:val="20"/>
        </w:rPr>
        <w:t>Grammar</w:t>
      </w:r>
    </w:p>
    <w:p>
      <w:pPr>
        <w:pStyle w:val="ListBullet"/>
        <w:spacing w:after="10"/>
      </w:pPr>
      <w:r>
        <w:rPr>
          <w:sz w:val="19"/>
        </w:rPr>
        <w:t>Past Simple — to be (was/were) — pekiştirme</w:t>
      </w:r>
    </w:p>
    <w:p>
      <w:pPr>
        <w:pStyle w:val="ListBullet"/>
        <w:spacing w:after="10"/>
      </w:pPr>
      <w:r>
        <w:rPr>
          <w:sz w:val="19"/>
        </w:rPr>
        <w:t>Enough: adjective + enough / enough + noun</w:t>
      </w:r>
    </w:p>
    <w:p>
      <w:pPr>
        <w:spacing w:before="60" w:after="20"/>
      </w:pPr>
      <w:r>
        <w:rPr>
          <w:b/>
          <w:color w:val="E07856"/>
          <w:sz w:val="20"/>
        </w:rPr>
        <w:t>Lexis</w:t>
      </w:r>
    </w:p>
    <w:p>
      <w:pPr>
        <w:pStyle w:val="ListBullet"/>
        <w:spacing w:after="10"/>
      </w:pPr>
      <w:r>
        <w:rPr>
          <w:sz w:val="19"/>
        </w:rPr>
        <w:t>Meals: breakfast, lunch, dinner, supper</w:t>
      </w:r>
    </w:p>
    <w:p>
      <w:pPr>
        <w:pStyle w:val="ListBullet"/>
        <w:spacing w:after="10"/>
      </w:pPr>
      <w:r>
        <w:rPr>
          <w:sz w:val="19"/>
        </w:rPr>
        <w:t>Habits (verbs): brush teeth, make bed, wash face, comb hair, get dressed, have breakfast</w:t>
      </w:r>
    </w:p>
    <w:p>
      <w:pPr>
        <w:pStyle w:val="ListBullet"/>
        <w:spacing w:after="10"/>
      </w:pPr>
      <w:r>
        <w:rPr>
          <w:sz w:val="19"/>
        </w:rPr>
        <w:t>Games: chess, checkers, dominoes, cards, hide and seek, tag</w:t>
      </w:r>
    </w:p>
    <w:p>
      <w:pPr>
        <w:pStyle w:val="ListBullet"/>
        <w:spacing w:after="10"/>
      </w:pPr>
      <w:r>
        <w:rPr>
          <w:sz w:val="19"/>
        </w:rPr>
        <w:t>Sports: football, basketball, tennis, swimming, running, volleyball, cycling</w:t>
      </w:r>
    </w:p>
    <w:p>
      <w:pPr>
        <w:spacing w:before="200" w:after="40"/>
      </w:pPr>
      <w:r>
        <w:rPr>
          <w:b/>
          <w:color w:val="333333"/>
          <w:sz w:val="25"/>
        </w:rPr>
        <w:t>Unit 9 — Places to Visit</w:t>
      </w:r>
    </w:p>
    <w:p>
      <w:pPr>
        <w:spacing w:before="60" w:after="20"/>
      </w:pPr>
      <w:r>
        <w:rPr>
          <w:b/>
          <w:color w:val="E07856"/>
          <w:sz w:val="20"/>
        </w:rPr>
        <w:t>Grammar</w:t>
      </w:r>
    </w:p>
    <w:p>
      <w:pPr>
        <w:pStyle w:val="ListBullet"/>
        <w:spacing w:after="10"/>
      </w:pPr>
      <w:r>
        <w:rPr>
          <w:sz w:val="19"/>
        </w:rPr>
        <w:t>Past Simple — regular (+ed): walk→walked, play→played; stop→stopped, study→studied</w:t>
      </w:r>
    </w:p>
    <w:p>
      <w:pPr>
        <w:pStyle w:val="ListBullet"/>
        <w:spacing w:after="10"/>
      </w:pPr>
      <w:r>
        <w:rPr>
          <w:sz w:val="19"/>
        </w:rPr>
        <w:t>Past Simple — irregular: go→went, see→saw, eat→ate, have→had, be→was/were, get→got</w:t>
      </w:r>
    </w:p>
    <w:p>
      <w:pPr>
        <w:pStyle w:val="ListBullet"/>
        <w:spacing w:after="10"/>
      </w:pPr>
      <w:r>
        <w:rPr>
          <w:sz w:val="19"/>
        </w:rPr>
        <w:t>Olumsuz/soru: didn’t + V1 / Did + özne + V1</w:t>
      </w:r>
    </w:p>
    <w:p>
      <w:pPr>
        <w:pStyle w:val="ListBullet"/>
        <w:spacing w:after="10"/>
      </w:pPr>
      <w:r>
        <w:rPr>
          <w:sz w:val="19"/>
        </w:rPr>
        <w:t>Linkers: and, but, or (pekiştirme)</w:t>
      </w:r>
    </w:p>
    <w:p>
      <w:pPr>
        <w:spacing w:before="60" w:after="20"/>
      </w:pPr>
      <w:r>
        <w:rPr>
          <w:b/>
          <w:color w:val="E07856"/>
          <w:sz w:val="20"/>
        </w:rPr>
        <w:t>Lexis</w:t>
      </w:r>
    </w:p>
    <w:p>
      <w:pPr>
        <w:pStyle w:val="ListBullet"/>
        <w:spacing w:after="10"/>
      </w:pPr>
      <w:r>
        <w:rPr>
          <w:sz w:val="19"/>
        </w:rPr>
        <w:t>Places: park, museum, library, cinema, theatre, zoo, beach, market, hospital, school, restaurant</w:t>
      </w:r>
    </w:p>
    <w:p>
      <w:pPr>
        <w:pStyle w:val="ListBullet"/>
        <w:spacing w:after="10"/>
      </w:pPr>
      <w:r>
        <w:rPr>
          <w:sz w:val="19"/>
        </w:rPr>
        <w:t>Art: painting, drawing, sculpture, photograph</w:t>
      </w:r>
    </w:p>
    <w:p>
      <w:pPr>
        <w:pStyle w:val="ListBullet"/>
        <w:spacing w:after="10"/>
      </w:pPr>
      <w:r>
        <w:rPr>
          <w:sz w:val="19"/>
        </w:rPr>
        <w:t>Art adjectives: beautiful, boring, colourful, funny, interesting, scary, strange, ugly, amazing</w:t>
      </w:r>
    </w:p>
    <w:p>
      <w:r>
        <w:br w:type="page"/>
      </w:r>
    </w:p>
    <w:p>
      <w:pPr>
        <w:spacing w:before="40" w:after="80"/>
      </w:pPr>
      <w:r>
        <w:rPr>
          <w:b/>
          <w:color w:val="E07856"/>
          <w:sz w:val="30"/>
        </w:rPr>
        <w:t>Özet — Ünite / Hafta Dağılımı (Tüm Sınıflar)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050"/>
        <w:gridCol w:w="3050"/>
        <w:gridCol w:w="3050"/>
        <w:gridCol w:w="3050"/>
        <w:gridCol w:w="3050"/>
      </w:tblGrid>
      <w:tr>
        <w:trPr>
          <w:tblHeader w:val="true"/>
        </w:trPr>
        <w:tc>
          <w:tcPr>
            <w:tcW w:type="dxa" w:w="3628"/>
            <w:shd w:val="clear" w:fill="F7F3EC"/>
          </w:tcPr>
          <w:p>
            <w:pPr>
              <w:spacing w:after="20"/>
              <w:jc w:val="center"/>
            </w:pPr>
            <w:r/>
            <w:r>
              <w:rPr>
                <w:b/>
                <w:sz w:val="18"/>
              </w:rPr>
              <w:t>Bölüm</w:t>
            </w:r>
          </w:p>
        </w:tc>
        <w:tc>
          <w:tcPr>
            <w:tcW w:type="dxa" w:w="2891"/>
            <w:shd w:val="clear" w:fill="F7F3EC"/>
          </w:tcPr>
          <w:p>
            <w:pPr>
              <w:spacing w:after="20"/>
              <w:jc w:val="center"/>
            </w:pPr>
            <w:r/>
            <w:r>
              <w:rPr>
                <w:b/>
                <w:sz w:val="18"/>
              </w:rPr>
              <w:t>2. Sınıf</w:t>
            </w:r>
          </w:p>
        </w:tc>
        <w:tc>
          <w:tcPr>
            <w:tcW w:type="dxa" w:w="2891"/>
            <w:shd w:val="clear" w:fill="F7F3EC"/>
          </w:tcPr>
          <w:p>
            <w:pPr>
              <w:spacing w:after="20"/>
              <w:jc w:val="center"/>
            </w:pPr>
            <w:r/>
            <w:r>
              <w:rPr>
                <w:b/>
                <w:sz w:val="18"/>
              </w:rPr>
              <w:t>3. Sınıf</w:t>
            </w:r>
          </w:p>
        </w:tc>
        <w:tc>
          <w:tcPr>
            <w:tcW w:type="dxa" w:w="2891"/>
            <w:shd w:val="clear" w:fill="F7F3EC"/>
          </w:tcPr>
          <w:p>
            <w:pPr>
              <w:spacing w:after="20"/>
              <w:jc w:val="center"/>
            </w:pPr>
            <w:r/>
            <w:r>
              <w:rPr>
                <w:b/>
                <w:sz w:val="18"/>
              </w:rPr>
              <w:t>4. Sınıf</w:t>
            </w:r>
          </w:p>
        </w:tc>
        <w:tc>
          <w:tcPr>
            <w:tcW w:type="dxa" w:w="2891"/>
            <w:shd w:val="clear" w:fill="F7F3EC"/>
          </w:tcPr>
          <w:p>
            <w:pPr>
              <w:spacing w:after="20"/>
              <w:jc w:val="center"/>
            </w:pPr>
            <w:r/>
            <w:r>
              <w:rPr>
                <w:b/>
                <w:sz w:val="18"/>
              </w:rPr>
              <w:t>5. Sınıf</w:t>
            </w:r>
          </w:p>
        </w:tc>
      </w:tr>
      <w:tr>
        <w:tc>
          <w:tcPr>
            <w:tcW w:type="dxa" w:w="3628"/>
          </w:tcPr>
          <w:p>
            <w:pPr>
              <w:spacing w:after="20"/>
              <w:jc w:val="center"/>
            </w:pPr>
            <w:r/>
            <w:r>
              <w:rPr>
                <w:sz w:val="17"/>
              </w:rPr>
              <w:t>Unit 1</w:t>
            </w:r>
          </w:p>
        </w:tc>
        <w:tc>
          <w:tcPr>
            <w:tcW w:type="dxa" w:w="2891"/>
          </w:tcPr>
          <w:p>
            <w:pPr>
              <w:spacing w:after="20"/>
            </w:pPr>
            <w:r/>
            <w:r>
              <w:rPr>
                <w:sz w:val="17"/>
              </w:rPr>
              <w:t>Hafta 1-3</w:t>
            </w:r>
          </w:p>
        </w:tc>
        <w:tc>
          <w:tcPr>
            <w:tcW w:type="dxa" w:w="2891"/>
          </w:tcPr>
          <w:p>
            <w:pPr>
              <w:spacing w:after="20"/>
            </w:pPr>
            <w:r/>
            <w:r>
              <w:rPr>
                <w:sz w:val="17"/>
              </w:rPr>
              <w:t>Hafta 1-3</w:t>
            </w:r>
          </w:p>
        </w:tc>
        <w:tc>
          <w:tcPr>
            <w:tcW w:type="dxa" w:w="2891"/>
          </w:tcPr>
          <w:p>
            <w:pPr>
              <w:spacing w:after="20"/>
            </w:pPr>
            <w:r/>
            <w:r>
              <w:rPr>
                <w:sz w:val="17"/>
              </w:rPr>
              <w:t>Hafta 1-3</w:t>
            </w:r>
          </w:p>
        </w:tc>
        <w:tc>
          <w:tcPr>
            <w:tcW w:type="dxa" w:w="2891"/>
          </w:tcPr>
          <w:p>
            <w:pPr>
              <w:spacing w:after="20"/>
            </w:pPr>
            <w:r/>
            <w:r>
              <w:rPr>
                <w:sz w:val="17"/>
              </w:rPr>
              <w:t>Hafta 1-3</w:t>
            </w:r>
          </w:p>
        </w:tc>
      </w:tr>
      <w:tr>
        <w:tc>
          <w:tcPr>
            <w:tcW w:type="dxa" w:w="3628"/>
          </w:tcPr>
          <w:p>
            <w:pPr>
              <w:spacing w:after="20"/>
              <w:jc w:val="center"/>
            </w:pPr>
            <w:r/>
            <w:r>
              <w:rPr>
                <w:sz w:val="17"/>
              </w:rPr>
              <w:t>Quiz 1</w:t>
            </w:r>
          </w:p>
        </w:tc>
        <w:tc>
          <w:tcPr>
            <w:tcW w:type="dxa" w:w="2891"/>
          </w:tcPr>
          <w:p>
            <w:pPr>
              <w:spacing w:after="20"/>
            </w:pPr>
            <w:r/>
            <w:r>
              <w:rPr>
                <w:sz w:val="17"/>
              </w:rPr>
              <w:t>Hafta 7</w:t>
            </w:r>
          </w:p>
        </w:tc>
        <w:tc>
          <w:tcPr>
            <w:tcW w:type="dxa" w:w="2891"/>
          </w:tcPr>
          <w:p>
            <w:pPr>
              <w:spacing w:after="20"/>
            </w:pPr>
            <w:r/>
            <w:r>
              <w:rPr>
                <w:sz w:val="17"/>
              </w:rPr>
              <w:t>Hafta 7</w:t>
            </w:r>
          </w:p>
        </w:tc>
        <w:tc>
          <w:tcPr>
            <w:tcW w:type="dxa" w:w="2891"/>
          </w:tcPr>
          <w:p>
            <w:pPr>
              <w:spacing w:after="20"/>
            </w:pPr>
            <w:r/>
            <w:r>
              <w:rPr>
                <w:sz w:val="17"/>
              </w:rPr>
              <w:t>Hafta 7</w:t>
            </w:r>
          </w:p>
        </w:tc>
        <w:tc>
          <w:tcPr>
            <w:tcW w:type="dxa" w:w="2891"/>
          </w:tcPr>
          <w:p>
            <w:pPr>
              <w:spacing w:after="20"/>
            </w:pPr>
            <w:r/>
            <w:r>
              <w:rPr>
                <w:sz w:val="17"/>
              </w:rPr>
              <w:t>Hafta 7</w:t>
            </w:r>
          </w:p>
        </w:tc>
      </w:tr>
      <w:tr>
        <w:tc>
          <w:tcPr>
            <w:tcW w:type="dxa" w:w="3628"/>
          </w:tcPr>
          <w:p>
            <w:pPr>
              <w:spacing w:after="20"/>
              <w:jc w:val="center"/>
            </w:pPr>
            <w:r/>
            <w:r>
              <w:rPr>
                <w:sz w:val="17"/>
              </w:rPr>
              <w:t>Unit 2</w:t>
            </w:r>
          </w:p>
        </w:tc>
        <w:tc>
          <w:tcPr>
            <w:tcW w:type="dxa" w:w="2891"/>
          </w:tcPr>
          <w:p>
            <w:pPr>
              <w:spacing w:after="20"/>
            </w:pPr>
            <w:r/>
            <w:r>
              <w:rPr>
                <w:sz w:val="17"/>
              </w:rPr>
              <w:t>Hafta 4-6</w:t>
            </w:r>
          </w:p>
        </w:tc>
        <w:tc>
          <w:tcPr>
            <w:tcW w:type="dxa" w:w="2891"/>
          </w:tcPr>
          <w:p>
            <w:pPr>
              <w:spacing w:after="20"/>
            </w:pPr>
            <w:r/>
            <w:r>
              <w:rPr>
                <w:sz w:val="17"/>
              </w:rPr>
              <w:t>Hafta 4-6</w:t>
            </w:r>
          </w:p>
        </w:tc>
        <w:tc>
          <w:tcPr>
            <w:tcW w:type="dxa" w:w="2891"/>
          </w:tcPr>
          <w:p>
            <w:pPr>
              <w:spacing w:after="20"/>
            </w:pPr>
            <w:r/>
            <w:r>
              <w:rPr>
                <w:sz w:val="17"/>
              </w:rPr>
              <w:t>Hafta 4-6</w:t>
            </w:r>
          </w:p>
        </w:tc>
        <w:tc>
          <w:tcPr>
            <w:tcW w:type="dxa" w:w="2891"/>
          </w:tcPr>
          <w:p>
            <w:pPr>
              <w:spacing w:after="20"/>
            </w:pPr>
            <w:r/>
            <w:r>
              <w:rPr>
                <w:sz w:val="17"/>
              </w:rPr>
              <w:t>Hafta 4-6</w:t>
            </w:r>
          </w:p>
        </w:tc>
      </w:tr>
      <w:tr>
        <w:tc>
          <w:tcPr>
            <w:tcW w:type="dxa" w:w="3628"/>
          </w:tcPr>
          <w:p>
            <w:pPr>
              <w:spacing w:after="20"/>
              <w:jc w:val="center"/>
            </w:pPr>
            <w:r/>
            <w:r>
              <w:rPr>
                <w:sz w:val="17"/>
              </w:rPr>
              <w:t>Unit 3</w:t>
            </w:r>
          </w:p>
        </w:tc>
        <w:tc>
          <w:tcPr>
            <w:tcW w:type="dxa" w:w="2891"/>
          </w:tcPr>
          <w:p>
            <w:pPr>
              <w:spacing w:after="20"/>
            </w:pPr>
            <w:r/>
            <w:r>
              <w:rPr>
                <w:sz w:val="17"/>
              </w:rPr>
              <w:t>Hafta 8-10</w:t>
            </w:r>
          </w:p>
        </w:tc>
        <w:tc>
          <w:tcPr>
            <w:tcW w:type="dxa" w:w="2891"/>
          </w:tcPr>
          <w:p>
            <w:pPr>
              <w:spacing w:after="20"/>
            </w:pPr>
            <w:r/>
            <w:r>
              <w:rPr>
                <w:sz w:val="17"/>
              </w:rPr>
              <w:t>Hafta 8-10</w:t>
            </w:r>
          </w:p>
        </w:tc>
        <w:tc>
          <w:tcPr>
            <w:tcW w:type="dxa" w:w="2891"/>
          </w:tcPr>
          <w:p>
            <w:pPr>
              <w:spacing w:after="20"/>
            </w:pPr>
            <w:r/>
            <w:r>
              <w:rPr>
                <w:sz w:val="17"/>
              </w:rPr>
              <w:t>Hafta 8-10</w:t>
            </w:r>
          </w:p>
        </w:tc>
        <w:tc>
          <w:tcPr>
            <w:tcW w:type="dxa" w:w="2891"/>
          </w:tcPr>
          <w:p>
            <w:pPr>
              <w:spacing w:after="20"/>
            </w:pPr>
            <w:r/>
            <w:r>
              <w:rPr>
                <w:sz w:val="17"/>
              </w:rPr>
              <w:t>Hafta 8-10</w:t>
            </w:r>
          </w:p>
        </w:tc>
      </w:tr>
      <w:tr>
        <w:tc>
          <w:tcPr>
            <w:tcW w:type="dxa" w:w="3628"/>
          </w:tcPr>
          <w:p>
            <w:pPr>
              <w:spacing w:after="20"/>
              <w:jc w:val="center"/>
            </w:pPr>
            <w:r/>
            <w:r>
              <w:rPr>
                <w:sz w:val="17"/>
              </w:rPr>
              <w:t>Unit 4</w:t>
            </w:r>
          </w:p>
        </w:tc>
        <w:tc>
          <w:tcPr>
            <w:tcW w:type="dxa" w:w="2891"/>
          </w:tcPr>
          <w:p>
            <w:pPr>
              <w:spacing w:after="20"/>
            </w:pPr>
            <w:r/>
            <w:r>
              <w:rPr>
                <w:sz w:val="17"/>
              </w:rPr>
              <w:t>Hafta 11-13</w:t>
            </w:r>
          </w:p>
        </w:tc>
        <w:tc>
          <w:tcPr>
            <w:tcW w:type="dxa" w:w="2891"/>
          </w:tcPr>
          <w:p>
            <w:pPr>
              <w:spacing w:after="20"/>
            </w:pPr>
            <w:r/>
            <w:r>
              <w:rPr>
                <w:sz w:val="17"/>
              </w:rPr>
              <w:t>Hafta 11-13</w:t>
            </w:r>
          </w:p>
        </w:tc>
        <w:tc>
          <w:tcPr>
            <w:tcW w:type="dxa" w:w="2891"/>
          </w:tcPr>
          <w:p>
            <w:pPr>
              <w:spacing w:after="20"/>
            </w:pPr>
            <w:r/>
            <w:r>
              <w:rPr>
                <w:sz w:val="17"/>
              </w:rPr>
              <w:t>Hafta 11-13</w:t>
            </w:r>
          </w:p>
        </w:tc>
        <w:tc>
          <w:tcPr>
            <w:tcW w:type="dxa" w:w="2891"/>
          </w:tcPr>
          <w:p>
            <w:pPr>
              <w:spacing w:after="20"/>
            </w:pPr>
            <w:r/>
            <w:r>
              <w:rPr>
                <w:sz w:val="17"/>
              </w:rPr>
              <w:t>Hafta 11-13</w:t>
            </w:r>
          </w:p>
        </w:tc>
      </w:tr>
      <w:tr>
        <w:tc>
          <w:tcPr>
            <w:tcW w:type="dxa" w:w="3628"/>
          </w:tcPr>
          <w:p>
            <w:pPr>
              <w:spacing w:after="20"/>
              <w:jc w:val="center"/>
            </w:pPr>
            <w:r/>
            <w:r>
              <w:rPr>
                <w:sz w:val="17"/>
              </w:rPr>
              <w:t>Quiz 2 + Dönem Sonu</w:t>
            </w:r>
          </w:p>
        </w:tc>
        <w:tc>
          <w:tcPr>
            <w:tcW w:type="dxa" w:w="2891"/>
          </w:tcPr>
          <w:p>
            <w:pPr>
              <w:spacing w:after="20"/>
            </w:pPr>
            <w:r/>
            <w:r>
              <w:rPr>
                <w:sz w:val="17"/>
              </w:rPr>
              <w:t>Hafta 14</w:t>
            </w:r>
          </w:p>
        </w:tc>
        <w:tc>
          <w:tcPr>
            <w:tcW w:type="dxa" w:w="2891"/>
          </w:tcPr>
          <w:p>
            <w:pPr>
              <w:spacing w:after="20"/>
            </w:pPr>
            <w:r/>
            <w:r>
              <w:rPr>
                <w:sz w:val="17"/>
              </w:rPr>
              <w:t>Hafta 14</w:t>
            </w:r>
          </w:p>
        </w:tc>
        <w:tc>
          <w:tcPr>
            <w:tcW w:type="dxa" w:w="2891"/>
          </w:tcPr>
          <w:p>
            <w:pPr>
              <w:spacing w:after="20"/>
            </w:pPr>
            <w:r/>
            <w:r>
              <w:rPr>
                <w:sz w:val="17"/>
              </w:rPr>
              <w:t>Hafta 14</w:t>
            </w:r>
          </w:p>
        </w:tc>
        <w:tc>
          <w:tcPr>
            <w:tcW w:type="dxa" w:w="2891"/>
          </w:tcPr>
          <w:p>
            <w:pPr>
              <w:spacing w:after="20"/>
            </w:pPr>
            <w:r/>
            <w:r>
              <w:rPr>
                <w:sz w:val="17"/>
              </w:rPr>
              <w:t>Hafta 14</w:t>
            </w:r>
          </w:p>
        </w:tc>
      </w:tr>
      <w:tr>
        <w:tc>
          <w:tcPr>
            <w:tcW w:type="dxa" w:w="3628"/>
          </w:tcPr>
          <w:p>
            <w:pPr>
              <w:spacing w:after="20"/>
              <w:jc w:val="center"/>
            </w:pPr>
            <w:r/>
            <w:r>
              <w:rPr>
                <w:sz w:val="17"/>
              </w:rPr>
              <w:t>Unit 5</w:t>
            </w:r>
          </w:p>
        </w:tc>
        <w:tc>
          <w:tcPr>
            <w:tcW w:type="dxa" w:w="2891"/>
          </w:tcPr>
          <w:p>
            <w:pPr>
              <w:spacing w:after="20"/>
            </w:pPr>
            <w:r/>
            <w:r>
              <w:rPr>
                <w:sz w:val="17"/>
              </w:rPr>
              <w:t>Hafta 15-17</w:t>
            </w:r>
          </w:p>
        </w:tc>
        <w:tc>
          <w:tcPr>
            <w:tcW w:type="dxa" w:w="2891"/>
          </w:tcPr>
          <w:p>
            <w:pPr>
              <w:spacing w:after="20"/>
            </w:pPr>
            <w:r/>
            <w:r>
              <w:rPr>
                <w:sz w:val="17"/>
              </w:rPr>
              <w:t>Hafta 15-17</w:t>
            </w:r>
          </w:p>
        </w:tc>
        <w:tc>
          <w:tcPr>
            <w:tcW w:type="dxa" w:w="2891"/>
          </w:tcPr>
          <w:p>
            <w:pPr>
              <w:spacing w:after="20"/>
            </w:pPr>
            <w:r/>
            <w:r>
              <w:rPr>
                <w:sz w:val="17"/>
              </w:rPr>
              <w:t>Hafta 15-17</w:t>
            </w:r>
          </w:p>
        </w:tc>
        <w:tc>
          <w:tcPr>
            <w:tcW w:type="dxa" w:w="2891"/>
          </w:tcPr>
          <w:p>
            <w:pPr>
              <w:spacing w:after="20"/>
            </w:pPr>
            <w:r/>
            <w:r>
              <w:rPr>
                <w:sz w:val="17"/>
              </w:rPr>
              <w:t>Hafta 15-17</w:t>
            </w:r>
          </w:p>
        </w:tc>
      </w:tr>
      <w:tr>
        <w:tc>
          <w:tcPr>
            <w:tcW w:type="dxa" w:w="3628"/>
          </w:tcPr>
          <w:p>
            <w:pPr>
              <w:spacing w:after="20"/>
              <w:jc w:val="center"/>
            </w:pPr>
            <w:r/>
            <w:r>
              <w:rPr>
                <w:sz w:val="17"/>
              </w:rPr>
              <w:t>Unit 6</w:t>
            </w:r>
          </w:p>
        </w:tc>
        <w:tc>
          <w:tcPr>
            <w:tcW w:type="dxa" w:w="2891"/>
          </w:tcPr>
          <w:p>
            <w:pPr>
              <w:spacing w:after="20"/>
            </w:pPr>
            <w:r/>
            <w:r>
              <w:rPr>
                <w:sz w:val="17"/>
              </w:rPr>
              <w:t>Hafta 18-20</w:t>
            </w:r>
          </w:p>
        </w:tc>
        <w:tc>
          <w:tcPr>
            <w:tcW w:type="dxa" w:w="2891"/>
          </w:tcPr>
          <w:p>
            <w:pPr>
              <w:spacing w:after="20"/>
            </w:pPr>
            <w:r/>
            <w:r>
              <w:rPr>
                <w:sz w:val="17"/>
              </w:rPr>
              <w:t>Hafta 18-20</w:t>
            </w:r>
          </w:p>
        </w:tc>
        <w:tc>
          <w:tcPr>
            <w:tcW w:type="dxa" w:w="2891"/>
          </w:tcPr>
          <w:p>
            <w:pPr>
              <w:spacing w:after="20"/>
            </w:pPr>
            <w:r/>
            <w:r>
              <w:rPr>
                <w:sz w:val="17"/>
              </w:rPr>
              <w:t>Hafta 18-20</w:t>
            </w:r>
          </w:p>
        </w:tc>
        <w:tc>
          <w:tcPr>
            <w:tcW w:type="dxa" w:w="2891"/>
          </w:tcPr>
          <w:p>
            <w:pPr>
              <w:spacing w:after="20"/>
            </w:pPr>
            <w:r/>
            <w:r>
              <w:rPr>
                <w:sz w:val="17"/>
              </w:rPr>
              <w:t>Hafta 18-20</w:t>
            </w:r>
          </w:p>
        </w:tc>
      </w:tr>
      <w:tr>
        <w:tc>
          <w:tcPr>
            <w:tcW w:type="dxa" w:w="3628"/>
          </w:tcPr>
          <w:p>
            <w:pPr>
              <w:spacing w:after="20"/>
              <w:jc w:val="center"/>
            </w:pPr>
            <w:r/>
            <w:r>
              <w:rPr>
                <w:sz w:val="17"/>
              </w:rPr>
              <w:t>Unit 7</w:t>
            </w:r>
          </w:p>
        </w:tc>
        <w:tc>
          <w:tcPr>
            <w:tcW w:type="dxa" w:w="2891"/>
          </w:tcPr>
          <w:p>
            <w:pPr>
              <w:spacing w:after="20"/>
            </w:pPr>
            <w:r/>
            <w:r>
              <w:rPr>
                <w:sz w:val="17"/>
              </w:rPr>
              <w:t>Hafta 21-22</w:t>
            </w:r>
          </w:p>
        </w:tc>
        <w:tc>
          <w:tcPr>
            <w:tcW w:type="dxa" w:w="2891"/>
          </w:tcPr>
          <w:p>
            <w:pPr>
              <w:spacing w:after="20"/>
            </w:pPr>
            <w:r/>
            <w:r>
              <w:rPr>
                <w:sz w:val="17"/>
              </w:rPr>
              <w:t>Hafta 21-22, 24</w:t>
            </w:r>
          </w:p>
        </w:tc>
        <w:tc>
          <w:tcPr>
            <w:tcW w:type="dxa" w:w="2891"/>
          </w:tcPr>
          <w:p>
            <w:pPr>
              <w:spacing w:after="20"/>
            </w:pPr>
            <w:r/>
            <w:r>
              <w:rPr>
                <w:sz w:val="17"/>
              </w:rPr>
              <w:t>Hafta 21-22, 24</w:t>
            </w:r>
          </w:p>
        </w:tc>
        <w:tc>
          <w:tcPr>
            <w:tcW w:type="dxa" w:w="2891"/>
          </w:tcPr>
          <w:p>
            <w:pPr>
              <w:spacing w:after="20"/>
            </w:pPr>
            <w:r/>
            <w:r>
              <w:rPr>
                <w:sz w:val="17"/>
              </w:rPr>
              <w:t>Hafta 21-22, 24</w:t>
            </w:r>
          </w:p>
        </w:tc>
      </w:tr>
      <w:tr>
        <w:tc>
          <w:tcPr>
            <w:tcW w:type="dxa" w:w="3628"/>
          </w:tcPr>
          <w:p>
            <w:pPr>
              <w:spacing w:after="20"/>
              <w:jc w:val="center"/>
            </w:pPr>
            <w:r/>
            <w:r>
              <w:rPr>
                <w:sz w:val="17"/>
              </w:rPr>
              <w:t>Quiz 3</w:t>
            </w:r>
          </w:p>
        </w:tc>
        <w:tc>
          <w:tcPr>
            <w:tcW w:type="dxa" w:w="2891"/>
          </w:tcPr>
          <w:p>
            <w:pPr>
              <w:spacing w:after="20"/>
            </w:pPr>
            <w:r/>
            <w:r>
              <w:rPr>
                <w:sz w:val="17"/>
              </w:rPr>
              <w:t>Hafta 23</w:t>
            </w:r>
          </w:p>
        </w:tc>
        <w:tc>
          <w:tcPr>
            <w:tcW w:type="dxa" w:w="2891"/>
          </w:tcPr>
          <w:p>
            <w:pPr>
              <w:spacing w:after="20"/>
            </w:pPr>
            <w:r/>
            <w:r>
              <w:rPr>
                <w:sz w:val="17"/>
              </w:rPr>
              <w:t>Hafta 23</w:t>
            </w:r>
          </w:p>
        </w:tc>
        <w:tc>
          <w:tcPr>
            <w:tcW w:type="dxa" w:w="2891"/>
          </w:tcPr>
          <w:p>
            <w:pPr>
              <w:spacing w:after="20"/>
            </w:pPr>
            <w:r/>
            <w:r>
              <w:rPr>
                <w:sz w:val="17"/>
              </w:rPr>
              <w:t>Hafta 23</w:t>
            </w:r>
          </w:p>
        </w:tc>
        <w:tc>
          <w:tcPr>
            <w:tcW w:type="dxa" w:w="2891"/>
          </w:tcPr>
          <w:p>
            <w:pPr>
              <w:spacing w:after="20"/>
            </w:pPr>
            <w:r/>
            <w:r>
              <w:rPr>
                <w:sz w:val="17"/>
              </w:rPr>
              <w:t>Hafta 23</w:t>
            </w:r>
          </w:p>
        </w:tc>
      </w:tr>
      <w:tr>
        <w:tc>
          <w:tcPr>
            <w:tcW w:type="dxa" w:w="3628"/>
          </w:tcPr>
          <w:p>
            <w:pPr>
              <w:spacing w:after="20"/>
              <w:jc w:val="center"/>
            </w:pPr>
            <w:r/>
            <w:r>
              <w:rPr>
                <w:sz w:val="17"/>
              </w:rPr>
              <w:t>Unit 8</w:t>
            </w:r>
          </w:p>
        </w:tc>
        <w:tc>
          <w:tcPr>
            <w:tcW w:type="dxa" w:w="2891"/>
          </w:tcPr>
          <w:p>
            <w:pPr>
              <w:spacing w:after="20"/>
            </w:pPr>
            <w:r/>
            <w:r>
              <w:rPr>
                <w:sz w:val="17"/>
              </w:rPr>
              <w:t>Hafta 24-26</w:t>
            </w:r>
          </w:p>
        </w:tc>
        <w:tc>
          <w:tcPr>
            <w:tcW w:type="dxa" w:w="2891"/>
          </w:tcPr>
          <w:p>
            <w:pPr>
              <w:spacing w:after="20"/>
            </w:pPr>
            <w:r/>
            <w:r>
              <w:rPr>
                <w:sz w:val="17"/>
              </w:rPr>
              <w:t>Hafta 25-27</w:t>
            </w:r>
          </w:p>
        </w:tc>
        <w:tc>
          <w:tcPr>
            <w:tcW w:type="dxa" w:w="2891"/>
          </w:tcPr>
          <w:p>
            <w:pPr>
              <w:spacing w:after="20"/>
            </w:pPr>
            <w:r/>
            <w:r>
              <w:rPr>
                <w:sz w:val="17"/>
              </w:rPr>
              <w:t>Hafta 25-27</w:t>
            </w:r>
          </w:p>
        </w:tc>
        <w:tc>
          <w:tcPr>
            <w:tcW w:type="dxa" w:w="2891"/>
          </w:tcPr>
          <w:p>
            <w:pPr>
              <w:spacing w:after="20"/>
            </w:pPr>
            <w:r/>
            <w:r>
              <w:rPr>
                <w:sz w:val="17"/>
              </w:rPr>
              <w:t>Hafta 25-27</w:t>
            </w:r>
          </w:p>
        </w:tc>
      </w:tr>
      <w:tr>
        <w:tc>
          <w:tcPr>
            <w:tcW w:type="dxa" w:w="3628"/>
          </w:tcPr>
          <w:p>
            <w:pPr>
              <w:spacing w:after="20"/>
              <w:jc w:val="center"/>
            </w:pPr>
            <w:r/>
            <w:r>
              <w:rPr>
                <w:sz w:val="17"/>
              </w:rPr>
              <w:t>Unit 9</w:t>
            </w:r>
          </w:p>
        </w:tc>
        <w:tc>
          <w:tcPr>
            <w:tcW w:type="dxa" w:w="2891"/>
          </w:tcPr>
          <w:p>
            <w:pPr>
              <w:spacing w:after="20"/>
            </w:pPr>
            <w:r/>
            <w:r>
              <w:rPr>
                <w:sz w:val="17"/>
              </w:rPr>
              <w:t>Hafta 27-29</w:t>
            </w:r>
          </w:p>
        </w:tc>
        <w:tc>
          <w:tcPr>
            <w:tcW w:type="dxa" w:w="2891"/>
          </w:tcPr>
          <w:p>
            <w:pPr>
              <w:spacing w:after="20"/>
            </w:pPr>
            <w:r/>
            <w:r>
              <w:rPr>
                <w:sz w:val="17"/>
              </w:rPr>
              <w:t>Hafta 28-29</w:t>
            </w:r>
          </w:p>
        </w:tc>
        <w:tc>
          <w:tcPr>
            <w:tcW w:type="dxa" w:w="2891"/>
          </w:tcPr>
          <w:p>
            <w:pPr>
              <w:spacing w:after="20"/>
            </w:pPr>
            <w:r/>
            <w:r>
              <w:rPr>
                <w:sz w:val="17"/>
              </w:rPr>
              <w:t>Hafta 28-29</w:t>
            </w:r>
          </w:p>
        </w:tc>
        <w:tc>
          <w:tcPr>
            <w:tcW w:type="dxa" w:w="2891"/>
          </w:tcPr>
          <w:p>
            <w:pPr>
              <w:spacing w:after="20"/>
            </w:pPr>
            <w:r/>
            <w:r>
              <w:rPr>
                <w:sz w:val="17"/>
              </w:rPr>
              <w:t>Hafta 28-29</w:t>
            </w:r>
          </w:p>
        </w:tc>
      </w:tr>
      <w:tr>
        <w:tc>
          <w:tcPr>
            <w:tcW w:type="dxa" w:w="3628"/>
          </w:tcPr>
          <w:p>
            <w:pPr>
              <w:spacing w:after="20"/>
              <w:jc w:val="center"/>
            </w:pPr>
            <w:r/>
            <w:r>
              <w:rPr>
                <w:sz w:val="17"/>
              </w:rPr>
              <w:t>Quiz 4</w:t>
            </w:r>
          </w:p>
        </w:tc>
        <w:tc>
          <w:tcPr>
            <w:tcW w:type="dxa" w:w="2891"/>
          </w:tcPr>
          <w:p>
            <w:pPr>
              <w:spacing w:after="20"/>
            </w:pPr>
            <w:r/>
            <w:r>
              <w:rPr>
                <w:sz w:val="17"/>
              </w:rPr>
              <w:t>Hafta 30</w:t>
            </w:r>
          </w:p>
        </w:tc>
        <w:tc>
          <w:tcPr>
            <w:tcW w:type="dxa" w:w="2891"/>
          </w:tcPr>
          <w:p>
            <w:pPr>
              <w:spacing w:after="20"/>
            </w:pPr>
            <w:r/>
            <w:r>
              <w:rPr>
                <w:sz w:val="17"/>
              </w:rPr>
              <w:t>Hafta 30</w:t>
            </w:r>
          </w:p>
        </w:tc>
        <w:tc>
          <w:tcPr>
            <w:tcW w:type="dxa" w:w="2891"/>
          </w:tcPr>
          <w:p>
            <w:pPr>
              <w:spacing w:after="20"/>
            </w:pPr>
            <w:r/>
            <w:r>
              <w:rPr>
                <w:sz w:val="17"/>
              </w:rPr>
              <w:t>Hafta 30</w:t>
            </w:r>
          </w:p>
        </w:tc>
        <w:tc>
          <w:tcPr>
            <w:tcW w:type="dxa" w:w="2891"/>
          </w:tcPr>
          <w:p>
            <w:pPr>
              <w:spacing w:after="20"/>
            </w:pPr>
            <w:r/>
            <w:r>
              <w:rPr>
                <w:sz w:val="17"/>
              </w:rPr>
              <w:t>Hafta 30</w:t>
            </w:r>
          </w:p>
        </w:tc>
      </w:tr>
      <w:tr>
        <w:tc>
          <w:tcPr>
            <w:tcW w:type="dxa" w:w="3628"/>
          </w:tcPr>
          <w:p>
            <w:pPr>
              <w:spacing w:after="20"/>
              <w:jc w:val="center"/>
            </w:pPr>
            <w:r/>
            <w:r>
              <w:rPr>
                <w:sz w:val="17"/>
              </w:rPr>
              <w:t>Review</w:t>
            </w:r>
          </w:p>
        </w:tc>
        <w:tc>
          <w:tcPr>
            <w:tcW w:type="dxa" w:w="2891"/>
          </w:tcPr>
          <w:p>
            <w:pPr>
              <w:spacing w:after="20"/>
            </w:pPr>
            <w:r/>
            <w:r>
              <w:rPr>
                <w:sz w:val="17"/>
              </w:rPr>
              <w:t>Hafta 31-33</w:t>
            </w:r>
          </w:p>
        </w:tc>
        <w:tc>
          <w:tcPr>
            <w:tcW w:type="dxa" w:w="2891"/>
          </w:tcPr>
          <w:p>
            <w:pPr>
              <w:spacing w:after="20"/>
            </w:pPr>
            <w:r/>
            <w:r>
              <w:rPr>
                <w:sz w:val="17"/>
              </w:rPr>
              <w:t>Hafta 31-33</w:t>
            </w:r>
          </w:p>
        </w:tc>
        <w:tc>
          <w:tcPr>
            <w:tcW w:type="dxa" w:w="2891"/>
          </w:tcPr>
          <w:p>
            <w:pPr>
              <w:spacing w:after="20"/>
            </w:pPr>
            <w:r/>
            <w:r>
              <w:rPr>
                <w:sz w:val="17"/>
              </w:rPr>
              <w:t>Hafta 31-33</w:t>
            </w:r>
          </w:p>
        </w:tc>
        <w:tc>
          <w:tcPr>
            <w:tcW w:type="dxa" w:w="2891"/>
          </w:tcPr>
          <w:p>
            <w:pPr>
              <w:spacing w:after="20"/>
            </w:pPr>
            <w:r/>
            <w:r>
              <w:rPr>
                <w:sz w:val="17"/>
              </w:rPr>
              <w:t>Hafta 31-33</w:t>
            </w:r>
          </w:p>
        </w:tc>
      </w:tr>
      <w:tr>
        <w:tc>
          <w:tcPr>
            <w:tcW w:type="dxa" w:w="3628"/>
          </w:tcPr>
          <w:p>
            <w:pPr>
              <w:spacing w:after="20"/>
              <w:jc w:val="center"/>
            </w:pPr>
            <w:r/>
            <w:r>
              <w:rPr>
                <w:sz w:val="17"/>
              </w:rPr>
              <w:t>Yıl Sonu Sınavı</w:t>
            </w:r>
          </w:p>
        </w:tc>
        <w:tc>
          <w:tcPr>
            <w:tcW w:type="dxa" w:w="2891"/>
          </w:tcPr>
          <w:p>
            <w:pPr>
              <w:spacing w:after="20"/>
            </w:pPr>
            <w:r/>
            <w:r>
              <w:rPr>
                <w:sz w:val="17"/>
              </w:rPr>
              <w:t>Hafta 34</w:t>
            </w:r>
          </w:p>
        </w:tc>
        <w:tc>
          <w:tcPr>
            <w:tcW w:type="dxa" w:w="2891"/>
          </w:tcPr>
          <w:p>
            <w:pPr>
              <w:spacing w:after="20"/>
            </w:pPr>
            <w:r/>
            <w:r>
              <w:rPr>
                <w:sz w:val="17"/>
              </w:rPr>
              <w:t>Hafta 34</w:t>
            </w:r>
          </w:p>
        </w:tc>
        <w:tc>
          <w:tcPr>
            <w:tcW w:type="dxa" w:w="2891"/>
          </w:tcPr>
          <w:p>
            <w:pPr>
              <w:spacing w:after="20"/>
            </w:pPr>
            <w:r/>
            <w:r>
              <w:rPr>
                <w:sz w:val="17"/>
              </w:rPr>
              <w:t>Hafta 34</w:t>
            </w:r>
          </w:p>
        </w:tc>
        <w:tc>
          <w:tcPr>
            <w:tcW w:type="dxa" w:w="2891"/>
          </w:tcPr>
          <w:p>
            <w:pPr>
              <w:spacing w:after="20"/>
            </w:pPr>
            <w:r/>
            <w:r>
              <w:rPr>
                <w:sz w:val="17"/>
              </w:rPr>
              <w:t>Hafta 34</w:t>
            </w:r>
          </w:p>
        </w:tc>
      </w:tr>
      <w:tr>
        <w:tc>
          <w:tcPr>
            <w:tcW w:type="dxa" w:w="3628"/>
          </w:tcPr>
          <w:p>
            <w:pPr>
              <w:spacing w:after="20"/>
              <w:jc w:val="center"/>
            </w:pPr>
            <w:r/>
            <w:r>
              <w:rPr>
                <w:sz w:val="17"/>
              </w:rPr>
              <w:t>Portfolio + Wrap-up</w:t>
            </w:r>
          </w:p>
        </w:tc>
        <w:tc>
          <w:tcPr>
            <w:tcW w:type="dxa" w:w="2891"/>
          </w:tcPr>
          <w:p>
            <w:pPr>
              <w:spacing w:after="20"/>
            </w:pPr>
            <w:r/>
            <w:r>
              <w:rPr>
                <w:sz w:val="17"/>
              </w:rPr>
              <w:t>Hafta 35-39</w:t>
            </w:r>
          </w:p>
        </w:tc>
        <w:tc>
          <w:tcPr>
            <w:tcW w:type="dxa" w:w="2891"/>
          </w:tcPr>
          <w:p>
            <w:pPr>
              <w:spacing w:after="20"/>
            </w:pPr>
            <w:r/>
            <w:r>
              <w:rPr>
                <w:sz w:val="17"/>
              </w:rPr>
              <w:t>Hafta 35-39</w:t>
            </w:r>
          </w:p>
        </w:tc>
        <w:tc>
          <w:tcPr>
            <w:tcW w:type="dxa" w:w="2891"/>
          </w:tcPr>
          <w:p>
            <w:pPr>
              <w:spacing w:after="20"/>
            </w:pPr>
            <w:r/>
            <w:r>
              <w:rPr>
                <w:sz w:val="17"/>
              </w:rPr>
              <w:t>Hafta 35-39</w:t>
            </w:r>
          </w:p>
        </w:tc>
        <w:tc>
          <w:tcPr>
            <w:tcW w:type="dxa" w:w="2891"/>
          </w:tcPr>
          <w:p>
            <w:pPr>
              <w:spacing w:after="20"/>
            </w:pPr>
            <w:r/>
            <w:r>
              <w:rPr>
                <w:sz w:val="17"/>
              </w:rPr>
              <w:t>Hafta 35-39</w:t>
            </w:r>
          </w:p>
        </w:tc>
      </w:tr>
    </w:tbl>
    <w:p>
      <w:pPr>
        <w:spacing w:before="160" w:after="80"/>
      </w:pPr>
      <w:r>
        <w:rPr>
          <w:b/>
          <w:color w:val="333333"/>
          <w:sz w:val="26"/>
        </w:rPr>
        <w:t>Ünite İsimleri — Karşılaştırma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050"/>
        <w:gridCol w:w="3050"/>
        <w:gridCol w:w="3050"/>
        <w:gridCol w:w="3050"/>
        <w:gridCol w:w="3050"/>
      </w:tblGrid>
      <w:tr>
        <w:trPr>
          <w:tblHeader w:val="true"/>
        </w:trPr>
        <w:tc>
          <w:tcPr>
            <w:tcW w:type="dxa" w:w="680"/>
            <w:shd w:val="clear" w:fill="F7F3EC"/>
          </w:tcPr>
          <w:p>
            <w:pPr>
              <w:spacing w:after="20"/>
              <w:jc w:val="center"/>
            </w:pPr>
            <w:r/>
            <w:r>
              <w:rPr>
                <w:b/>
                <w:sz w:val="18"/>
              </w:rPr>
              <w:t>#</w:t>
            </w:r>
          </w:p>
        </w:tc>
        <w:tc>
          <w:tcPr>
            <w:tcW w:type="dxa" w:w="3458"/>
            <w:shd w:val="clear" w:fill="F7F3EC"/>
          </w:tcPr>
          <w:p>
            <w:pPr>
              <w:spacing w:after="20"/>
              <w:jc w:val="center"/>
            </w:pPr>
            <w:r/>
            <w:r>
              <w:rPr>
                <w:b/>
                <w:sz w:val="18"/>
              </w:rPr>
              <w:t>2. Sınıf (Pre-A1)</w:t>
            </w:r>
          </w:p>
        </w:tc>
        <w:tc>
          <w:tcPr>
            <w:tcW w:type="dxa" w:w="3458"/>
            <w:shd w:val="clear" w:fill="F7F3EC"/>
          </w:tcPr>
          <w:p>
            <w:pPr>
              <w:spacing w:after="20"/>
              <w:jc w:val="center"/>
            </w:pPr>
            <w:r/>
            <w:r>
              <w:rPr>
                <w:b/>
                <w:sz w:val="18"/>
              </w:rPr>
              <w:t>3. Sınıf (A1)</w:t>
            </w:r>
          </w:p>
        </w:tc>
        <w:tc>
          <w:tcPr>
            <w:tcW w:type="dxa" w:w="3458"/>
            <w:shd w:val="clear" w:fill="F7F3EC"/>
          </w:tcPr>
          <w:p>
            <w:pPr>
              <w:spacing w:after="20"/>
              <w:jc w:val="center"/>
            </w:pPr>
            <w:r/>
            <w:r>
              <w:rPr>
                <w:b/>
                <w:sz w:val="18"/>
              </w:rPr>
              <w:t>4. Sınıf (A1)</w:t>
            </w:r>
          </w:p>
        </w:tc>
        <w:tc>
          <w:tcPr>
            <w:tcW w:type="dxa" w:w="3458"/>
            <w:shd w:val="clear" w:fill="F7F3EC"/>
          </w:tcPr>
          <w:p>
            <w:pPr>
              <w:spacing w:after="20"/>
              <w:jc w:val="center"/>
            </w:pPr>
            <w:r/>
            <w:r>
              <w:rPr>
                <w:b/>
                <w:sz w:val="18"/>
              </w:rPr>
              <w:t>5. Sınıf (A1-A2)</w:t>
            </w:r>
          </w:p>
        </w:tc>
      </w:tr>
      <w:tr>
        <w:tc>
          <w:tcPr>
            <w:tcW w:type="dxa" w:w="680"/>
          </w:tcPr>
          <w:p>
            <w:pPr>
              <w:spacing w:after="20"/>
              <w:jc w:val="center"/>
            </w:pPr>
            <w:r/>
            <w:r>
              <w:rPr>
                <w:sz w:val="17"/>
              </w:rPr>
              <w:t>1</w:t>
            </w:r>
          </w:p>
        </w:tc>
        <w:tc>
          <w:tcPr>
            <w:tcW w:type="dxa" w:w="3458"/>
          </w:tcPr>
          <w:p>
            <w:pPr>
              <w:spacing w:after="20"/>
            </w:pPr>
            <w:r/>
            <w:r>
              <w:rPr>
                <w:sz w:val="17"/>
              </w:rPr>
              <w:t>Hello English!</w:t>
            </w:r>
          </w:p>
        </w:tc>
        <w:tc>
          <w:tcPr>
            <w:tcW w:type="dxa" w:w="3458"/>
          </w:tcPr>
          <w:p>
            <w:pPr>
              <w:spacing w:after="20"/>
            </w:pPr>
            <w:r/>
            <w:r>
              <w:rPr>
                <w:sz w:val="17"/>
              </w:rPr>
              <w:t>My Classroom</w:t>
            </w:r>
          </w:p>
        </w:tc>
        <w:tc>
          <w:tcPr>
            <w:tcW w:type="dxa" w:w="3458"/>
          </w:tcPr>
          <w:p>
            <w:pPr>
              <w:spacing w:after="20"/>
            </w:pPr>
            <w:r/>
            <w:r>
              <w:rPr>
                <w:sz w:val="17"/>
              </w:rPr>
              <w:t>My School</w:t>
            </w:r>
          </w:p>
        </w:tc>
        <w:tc>
          <w:tcPr>
            <w:tcW w:type="dxa" w:w="3458"/>
          </w:tcPr>
          <w:p>
            <w:pPr>
              <w:spacing w:after="20"/>
            </w:pPr>
            <w:r/>
            <w:r>
              <w:rPr>
                <w:sz w:val="17"/>
              </w:rPr>
              <w:t>My Day</w:t>
            </w:r>
          </w:p>
        </w:tc>
      </w:tr>
      <w:tr>
        <w:tc>
          <w:tcPr>
            <w:tcW w:type="dxa" w:w="680"/>
          </w:tcPr>
          <w:p>
            <w:pPr>
              <w:spacing w:after="20"/>
              <w:jc w:val="center"/>
            </w:pPr>
            <w:r/>
            <w:r>
              <w:rPr>
                <w:sz w:val="17"/>
              </w:rPr>
              <w:t>2</w:t>
            </w:r>
          </w:p>
        </w:tc>
        <w:tc>
          <w:tcPr>
            <w:tcW w:type="dxa" w:w="3458"/>
          </w:tcPr>
          <w:p>
            <w:pPr>
              <w:spacing w:after="20"/>
            </w:pPr>
            <w:r/>
            <w:r>
              <w:rPr>
                <w:sz w:val="17"/>
              </w:rPr>
              <w:t>My Classroom</w:t>
            </w:r>
          </w:p>
        </w:tc>
        <w:tc>
          <w:tcPr>
            <w:tcW w:type="dxa" w:w="3458"/>
          </w:tcPr>
          <w:p>
            <w:pPr>
              <w:spacing w:after="20"/>
            </w:pPr>
            <w:r/>
            <w:r>
              <w:rPr>
                <w:sz w:val="17"/>
              </w:rPr>
              <w:t>My Family and Friends</w:t>
            </w:r>
          </w:p>
        </w:tc>
        <w:tc>
          <w:tcPr>
            <w:tcW w:type="dxa" w:w="3458"/>
          </w:tcPr>
          <w:p>
            <w:pPr>
              <w:spacing w:after="20"/>
            </w:pPr>
            <w:r/>
            <w:r>
              <w:rPr>
                <w:sz w:val="17"/>
              </w:rPr>
              <w:t>Games and Sports</w:t>
            </w:r>
          </w:p>
        </w:tc>
        <w:tc>
          <w:tcPr>
            <w:tcW w:type="dxa" w:w="3458"/>
          </w:tcPr>
          <w:p>
            <w:pPr>
              <w:spacing w:after="20"/>
            </w:pPr>
            <w:r/>
            <w:r>
              <w:rPr>
                <w:sz w:val="17"/>
              </w:rPr>
              <w:t>People and Jobs</w:t>
            </w:r>
          </w:p>
        </w:tc>
      </w:tr>
      <w:tr>
        <w:tc>
          <w:tcPr>
            <w:tcW w:type="dxa" w:w="680"/>
          </w:tcPr>
          <w:p>
            <w:pPr>
              <w:spacing w:after="20"/>
              <w:jc w:val="center"/>
            </w:pPr>
            <w:r/>
            <w:r>
              <w:rPr>
                <w:sz w:val="17"/>
              </w:rPr>
              <w:t>3</w:t>
            </w:r>
          </w:p>
        </w:tc>
        <w:tc>
          <w:tcPr>
            <w:tcW w:type="dxa" w:w="3458"/>
          </w:tcPr>
          <w:p>
            <w:pPr>
              <w:spacing w:after="20"/>
            </w:pPr>
            <w:r/>
            <w:r>
              <w:rPr>
                <w:sz w:val="17"/>
              </w:rPr>
              <w:t>My Family</w:t>
            </w:r>
          </w:p>
        </w:tc>
        <w:tc>
          <w:tcPr>
            <w:tcW w:type="dxa" w:w="3458"/>
          </w:tcPr>
          <w:p>
            <w:pPr>
              <w:spacing w:after="20"/>
            </w:pPr>
            <w:r/>
            <w:r>
              <w:rPr>
                <w:sz w:val="17"/>
              </w:rPr>
              <w:t>Body and Appearance</w:t>
            </w:r>
          </w:p>
        </w:tc>
        <w:tc>
          <w:tcPr>
            <w:tcW w:type="dxa" w:w="3458"/>
          </w:tcPr>
          <w:p>
            <w:pPr>
              <w:spacing w:after="20"/>
            </w:pPr>
            <w:r/>
            <w:r>
              <w:rPr>
                <w:sz w:val="17"/>
              </w:rPr>
              <w:t>My House</w:t>
            </w:r>
          </w:p>
        </w:tc>
        <w:tc>
          <w:tcPr>
            <w:tcW w:type="dxa" w:w="3458"/>
          </w:tcPr>
          <w:p>
            <w:pPr>
              <w:spacing w:after="20"/>
            </w:pPr>
            <w:r/>
            <w:r>
              <w:rPr>
                <w:sz w:val="17"/>
              </w:rPr>
              <w:t>Works at Home</w:t>
            </w:r>
          </w:p>
        </w:tc>
      </w:tr>
      <w:tr>
        <w:tc>
          <w:tcPr>
            <w:tcW w:type="dxa" w:w="680"/>
          </w:tcPr>
          <w:p>
            <w:pPr>
              <w:spacing w:after="20"/>
              <w:jc w:val="center"/>
            </w:pPr>
            <w:r/>
            <w:r>
              <w:rPr>
                <w:sz w:val="17"/>
              </w:rPr>
              <w:t>4</w:t>
            </w:r>
          </w:p>
        </w:tc>
        <w:tc>
          <w:tcPr>
            <w:tcW w:type="dxa" w:w="3458"/>
          </w:tcPr>
          <w:p>
            <w:pPr>
              <w:spacing w:after="20"/>
            </w:pPr>
            <w:r/>
            <w:r>
              <w:rPr>
                <w:sz w:val="17"/>
              </w:rPr>
              <w:t>My Body</w:t>
            </w:r>
          </w:p>
        </w:tc>
        <w:tc>
          <w:tcPr>
            <w:tcW w:type="dxa" w:w="3458"/>
          </w:tcPr>
          <w:p>
            <w:pPr>
              <w:spacing w:after="20"/>
            </w:pPr>
            <w:r/>
            <w:r>
              <w:rPr>
                <w:sz w:val="17"/>
              </w:rPr>
              <w:t>Colours and Clothes</w:t>
            </w:r>
          </w:p>
        </w:tc>
        <w:tc>
          <w:tcPr>
            <w:tcW w:type="dxa" w:w="3458"/>
          </w:tcPr>
          <w:p>
            <w:pPr>
              <w:spacing w:after="20"/>
            </w:pPr>
            <w:r/>
            <w:r>
              <w:rPr>
                <w:sz w:val="17"/>
              </w:rPr>
              <w:t>My Hometown</w:t>
            </w:r>
          </w:p>
        </w:tc>
        <w:tc>
          <w:tcPr>
            <w:tcW w:type="dxa" w:w="3458"/>
          </w:tcPr>
          <w:p>
            <w:pPr>
              <w:spacing w:after="20"/>
            </w:pPr>
            <w:r/>
            <w:r>
              <w:rPr>
                <w:sz w:val="17"/>
              </w:rPr>
              <w:t>Amazing Animals</w:t>
            </w:r>
          </w:p>
        </w:tc>
      </w:tr>
      <w:tr>
        <w:tc>
          <w:tcPr>
            <w:tcW w:type="dxa" w:w="680"/>
          </w:tcPr>
          <w:p>
            <w:pPr>
              <w:spacing w:after="20"/>
              <w:jc w:val="center"/>
            </w:pPr>
            <w:r/>
            <w:r>
              <w:rPr>
                <w:sz w:val="17"/>
              </w:rPr>
              <w:t>5</w:t>
            </w:r>
          </w:p>
        </w:tc>
        <w:tc>
          <w:tcPr>
            <w:tcW w:type="dxa" w:w="3458"/>
          </w:tcPr>
          <w:p>
            <w:pPr>
              <w:spacing w:after="20"/>
            </w:pPr>
            <w:r/>
            <w:r>
              <w:rPr>
                <w:sz w:val="17"/>
              </w:rPr>
              <w:t>Colours &amp; Clothes</w:t>
            </w:r>
          </w:p>
        </w:tc>
        <w:tc>
          <w:tcPr>
            <w:tcW w:type="dxa" w:w="3458"/>
          </w:tcPr>
          <w:p>
            <w:pPr>
              <w:spacing w:after="20"/>
            </w:pPr>
            <w:r/>
            <w:r>
              <w:rPr>
                <w:sz w:val="17"/>
              </w:rPr>
              <w:t>My Home</w:t>
            </w:r>
          </w:p>
        </w:tc>
        <w:tc>
          <w:tcPr>
            <w:tcW w:type="dxa" w:w="3458"/>
          </w:tcPr>
          <w:p>
            <w:pPr>
              <w:spacing w:after="20"/>
            </w:pPr>
            <w:r/>
            <w:r>
              <w:rPr>
                <w:sz w:val="17"/>
              </w:rPr>
              <w:t>Jobs and Occupations</w:t>
            </w:r>
          </w:p>
        </w:tc>
        <w:tc>
          <w:tcPr>
            <w:tcW w:type="dxa" w:w="3458"/>
          </w:tcPr>
          <w:p>
            <w:pPr>
              <w:spacing w:after="20"/>
            </w:pPr>
            <w:r/>
            <w:r>
              <w:rPr>
                <w:sz w:val="17"/>
              </w:rPr>
              <w:t>Weather</w:t>
            </w:r>
          </w:p>
        </w:tc>
      </w:tr>
      <w:tr>
        <w:tc>
          <w:tcPr>
            <w:tcW w:type="dxa" w:w="680"/>
          </w:tcPr>
          <w:p>
            <w:pPr>
              <w:spacing w:after="20"/>
              <w:jc w:val="center"/>
            </w:pPr>
            <w:r/>
            <w:r>
              <w:rPr>
                <w:sz w:val="17"/>
              </w:rPr>
              <w:t>6</w:t>
            </w:r>
          </w:p>
        </w:tc>
        <w:tc>
          <w:tcPr>
            <w:tcW w:type="dxa" w:w="3458"/>
          </w:tcPr>
          <w:p>
            <w:pPr>
              <w:spacing w:after="20"/>
            </w:pPr>
            <w:r/>
            <w:r>
              <w:rPr>
                <w:sz w:val="17"/>
              </w:rPr>
              <w:t>My Home</w:t>
            </w:r>
          </w:p>
        </w:tc>
        <w:tc>
          <w:tcPr>
            <w:tcW w:type="dxa" w:w="3458"/>
          </w:tcPr>
          <w:p>
            <w:pPr>
              <w:spacing w:after="20"/>
            </w:pPr>
            <w:r/>
            <w:r>
              <w:rPr>
                <w:sz w:val="17"/>
              </w:rPr>
              <w:t>Animals</w:t>
            </w:r>
          </w:p>
        </w:tc>
        <w:tc>
          <w:tcPr>
            <w:tcW w:type="dxa" w:w="3458"/>
          </w:tcPr>
          <w:p>
            <w:pPr>
              <w:spacing w:after="20"/>
            </w:pPr>
            <w:r/>
            <w:r>
              <w:rPr>
                <w:sz w:val="17"/>
              </w:rPr>
              <w:t>Daily Life</w:t>
            </w:r>
          </w:p>
        </w:tc>
        <w:tc>
          <w:tcPr>
            <w:tcW w:type="dxa" w:w="3458"/>
          </w:tcPr>
          <w:p>
            <w:pPr>
              <w:spacing w:after="20"/>
            </w:pPr>
            <w:r/>
            <w:r>
              <w:rPr>
                <w:sz w:val="17"/>
              </w:rPr>
              <w:t>Our Senses</w:t>
            </w:r>
          </w:p>
        </w:tc>
      </w:tr>
      <w:tr>
        <w:tc>
          <w:tcPr>
            <w:tcW w:type="dxa" w:w="680"/>
          </w:tcPr>
          <w:p>
            <w:pPr>
              <w:spacing w:after="20"/>
              <w:jc w:val="center"/>
            </w:pPr>
            <w:r/>
            <w:r>
              <w:rPr>
                <w:sz w:val="17"/>
              </w:rPr>
              <w:t>7</w:t>
            </w:r>
          </w:p>
        </w:tc>
        <w:tc>
          <w:tcPr>
            <w:tcW w:type="dxa" w:w="3458"/>
          </w:tcPr>
          <w:p>
            <w:pPr>
              <w:spacing w:after="20"/>
            </w:pPr>
            <w:r/>
            <w:r>
              <w:rPr>
                <w:sz w:val="17"/>
              </w:rPr>
              <w:t>Animals</w:t>
            </w:r>
          </w:p>
        </w:tc>
        <w:tc>
          <w:tcPr>
            <w:tcW w:type="dxa" w:w="3458"/>
          </w:tcPr>
          <w:p>
            <w:pPr>
              <w:spacing w:after="20"/>
            </w:pPr>
            <w:r/>
            <w:r>
              <w:rPr>
                <w:sz w:val="17"/>
              </w:rPr>
              <w:t>Food</w:t>
            </w:r>
          </w:p>
        </w:tc>
        <w:tc>
          <w:tcPr>
            <w:tcW w:type="dxa" w:w="3458"/>
          </w:tcPr>
          <w:p>
            <w:pPr>
              <w:spacing w:after="20"/>
            </w:pPr>
            <w:r/>
            <w:r>
              <w:rPr>
                <w:sz w:val="17"/>
              </w:rPr>
              <w:t>Food and Meals</w:t>
            </w:r>
          </w:p>
        </w:tc>
        <w:tc>
          <w:tcPr>
            <w:tcW w:type="dxa" w:w="3458"/>
          </w:tcPr>
          <w:p>
            <w:pPr>
              <w:spacing w:after="20"/>
            </w:pPr>
            <w:r/>
            <w:r>
              <w:rPr>
                <w:sz w:val="17"/>
              </w:rPr>
              <w:t>Eating Out</w:t>
            </w:r>
          </w:p>
        </w:tc>
      </w:tr>
      <w:tr>
        <w:tc>
          <w:tcPr>
            <w:tcW w:type="dxa" w:w="680"/>
          </w:tcPr>
          <w:p>
            <w:pPr>
              <w:spacing w:after="20"/>
              <w:jc w:val="center"/>
            </w:pPr>
            <w:r/>
            <w:r>
              <w:rPr>
                <w:sz w:val="17"/>
              </w:rPr>
              <w:t>8</w:t>
            </w:r>
          </w:p>
        </w:tc>
        <w:tc>
          <w:tcPr>
            <w:tcW w:type="dxa" w:w="3458"/>
          </w:tcPr>
          <w:p>
            <w:pPr>
              <w:spacing w:after="20"/>
            </w:pPr>
            <w:r/>
            <w:r>
              <w:rPr>
                <w:sz w:val="17"/>
              </w:rPr>
              <w:t>Food</w:t>
            </w:r>
          </w:p>
        </w:tc>
        <w:tc>
          <w:tcPr>
            <w:tcW w:type="dxa" w:w="3458"/>
          </w:tcPr>
          <w:p>
            <w:pPr>
              <w:spacing w:after="20"/>
            </w:pPr>
            <w:r/>
            <w:r>
              <w:rPr>
                <w:sz w:val="17"/>
              </w:rPr>
              <w:t>My Friends</w:t>
            </w:r>
          </w:p>
        </w:tc>
        <w:tc>
          <w:tcPr>
            <w:tcW w:type="dxa" w:w="3458"/>
          </w:tcPr>
          <w:p>
            <w:pPr>
              <w:spacing w:after="20"/>
            </w:pPr>
            <w:r/>
            <w:r>
              <w:rPr>
                <w:sz w:val="17"/>
              </w:rPr>
              <w:t>Animals</w:t>
            </w:r>
          </w:p>
        </w:tc>
        <w:tc>
          <w:tcPr>
            <w:tcW w:type="dxa" w:w="3458"/>
          </w:tcPr>
          <w:p>
            <w:pPr>
              <w:spacing w:after="20"/>
            </w:pPr>
            <w:r/>
            <w:r>
              <w:rPr>
                <w:sz w:val="17"/>
              </w:rPr>
              <w:t>Healthy Life</w:t>
            </w:r>
          </w:p>
        </w:tc>
      </w:tr>
      <w:tr>
        <w:tc>
          <w:tcPr>
            <w:tcW w:type="dxa" w:w="680"/>
          </w:tcPr>
          <w:p>
            <w:pPr>
              <w:spacing w:after="20"/>
              <w:jc w:val="center"/>
            </w:pPr>
            <w:r/>
            <w:r>
              <w:rPr>
                <w:sz w:val="17"/>
              </w:rPr>
              <w:t>9</w:t>
            </w:r>
          </w:p>
        </w:tc>
        <w:tc>
          <w:tcPr>
            <w:tcW w:type="dxa" w:w="3458"/>
          </w:tcPr>
          <w:p>
            <w:pPr>
              <w:spacing w:after="20"/>
            </w:pPr>
            <w:r/>
            <w:r>
              <w:rPr>
                <w:sz w:val="17"/>
              </w:rPr>
              <w:t>Toys &amp; Games</w:t>
            </w:r>
          </w:p>
        </w:tc>
        <w:tc>
          <w:tcPr>
            <w:tcW w:type="dxa" w:w="3458"/>
          </w:tcPr>
          <w:p>
            <w:pPr>
              <w:spacing w:after="20"/>
            </w:pPr>
            <w:r/>
            <w:r>
              <w:rPr>
                <w:sz w:val="17"/>
              </w:rPr>
              <w:t>My Favourites</w:t>
            </w:r>
          </w:p>
        </w:tc>
        <w:tc>
          <w:tcPr>
            <w:tcW w:type="dxa" w:w="3458"/>
          </w:tcPr>
          <w:p>
            <w:pPr>
              <w:spacing w:after="20"/>
            </w:pPr>
            <w:r/>
            <w:r>
              <w:rPr>
                <w:sz w:val="17"/>
              </w:rPr>
              <w:t>Festivals and Celebrations</w:t>
            </w:r>
          </w:p>
        </w:tc>
        <w:tc>
          <w:tcPr>
            <w:tcW w:type="dxa" w:w="3458"/>
          </w:tcPr>
          <w:p>
            <w:pPr>
              <w:spacing w:after="20"/>
            </w:pPr>
            <w:r/>
            <w:r>
              <w:rPr>
                <w:sz w:val="17"/>
              </w:rPr>
              <w:t>Places to Visit</w:t>
            </w:r>
          </w:p>
        </w:tc>
      </w:tr>
    </w:tbl>
    <w:p>
      <w:pPr>
        <w:spacing w:before="160" w:after="80"/>
      </w:pPr>
      <w:r>
        <w:rPr>
          <w:b/>
          <w:color w:val="333333"/>
          <w:sz w:val="26"/>
        </w:rPr>
        <w:t>Notlar</w:t>
      </w:r>
    </w:p>
    <w:p>
      <w:pPr>
        <w:pStyle w:val="ListBullet"/>
        <w:spacing w:after="20"/>
      </w:pPr>
      <w:r>
        <w:rPr>
          <w:sz w:val="19"/>
        </w:rPr>
        <w:t>Her ünite ~3 hafta: ilk haftalar yeni içerik, son hafta pekiştirme.</w:t>
      </w:r>
    </w:p>
    <w:p>
      <w:pPr>
        <w:pStyle w:val="ListBullet"/>
        <w:spacing w:after="20"/>
      </w:pPr>
      <w:r>
        <w:rPr>
          <w:sz w:val="19"/>
        </w:rPr>
        <w:t>Quiz 1 (Unit 1-2), Quiz 2 (Unit 3-4), Quiz 3 (Unit 5-7), Quiz 4 (Unit 7-9).</w:t>
      </w:r>
    </w:p>
    <w:p>
      <w:pPr>
        <w:pStyle w:val="ListBullet"/>
        <w:spacing w:after="20"/>
      </w:pPr>
      <w:r>
        <w:rPr>
          <w:sz w:val="19"/>
        </w:rPr>
        <w:t>Dönem Sonu Sınavı: Hafta 14 (Unit 1-4) — dört beceri (listening/reading/speaking/writing).</w:t>
      </w:r>
    </w:p>
    <w:p>
      <w:pPr>
        <w:pStyle w:val="ListBullet"/>
        <w:spacing w:after="20"/>
      </w:pPr>
      <w:r>
        <w:rPr>
          <w:sz w:val="19"/>
        </w:rPr>
        <w:t>Yıl Sonu Sınavı: Hafta 34 (Unit 1-9) — dört beceri.</w:t>
      </w:r>
    </w:p>
    <w:p>
      <w:pPr>
        <w:pStyle w:val="ListBullet"/>
        <w:spacing w:after="20"/>
      </w:pPr>
      <w:r>
        <w:rPr>
          <w:sz w:val="19"/>
        </w:rPr>
        <w:t>Portfolio Dossier: MEB programında her ünite için önerilir.</w:t>
      </w:r>
    </w:p>
    <w:p>
      <w:pPr>
        <w:pStyle w:val="ListBullet"/>
        <w:spacing w:after="20"/>
      </w:pPr>
      <w:r>
        <w:rPr>
          <w:sz w:val="19"/>
        </w:rPr>
        <w:t>29 Ekim, 23 Nisan, 19 Mayıs haftaları 4 gün eğitim; quiz/pekiştirme haftasına denk getirildi.</w:t>
      </w:r>
    </w:p>
    <w:p>
      <w:pPr>
        <w:pStyle w:val="ListBullet"/>
        <w:spacing w:after="20"/>
      </w:pPr>
      <w:r>
        <w:rPr>
          <w:sz w:val="19"/>
        </w:rPr>
        <w:t>Hafta 35-39: Portfolio sunumları, drama, şarkı, oyun — sınav stresi sonrası rahatlatma.</w:t>
      </w:r>
    </w:p>
    <w:p>
      <w:pPr>
        <w:pStyle w:val="ListBullet"/>
        <w:spacing w:after="20"/>
      </w:pPr>
      <w:r>
        <w:rPr>
          <w:sz w:val="19"/>
        </w:rPr>
        <w:t>2. sınıf: MEB PDF'inde yok; Year 3 “Preliminary Work” + A0/Pre-A1 supplementary olarak hazırlanmıştır.</w:t>
      </w:r>
    </w:p>
    <w:p>
      <w:pPr>
        <w:spacing w:before="80"/>
      </w:pPr>
      <w:r>
        <w:rPr>
          <w:i/>
          <w:color w:val="777777"/>
          <w:sz w:val="18"/>
        </w:rPr>
        <w:t>* Kaynak: KKTC MEB Temel Eğitim İngilizce Dersi Öğretim Programı · Hazırlık: Serdarlı İlkokulu · Niyazi Çoban</w:t>
      </w:r>
    </w:p>
    <w:sectPr w:rsidR="00FC693F" w:rsidRPr="0006063C" w:rsidSect="00034616">
      <w:pgSz w:w="16838" w:h="11906" w:orient="landscape"/>
      <w:pgMar w:top="794" w:right="794" w:bottom="794" w:left="79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/>
    </w:pPr>
    <w:rPr>
      <w:rFonts w:ascii="Arial" w:hAnsi="Arial" w:eastAsia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