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E07856"/>
          <w:sz w:val="36"/>
        </w:rPr>
        <w:t>KKTC İngilizce Dersi — Haftalık Plan</w:t>
      </w:r>
    </w:p>
    <w:p>
      <w:pPr>
        <w:jc w:val="center"/>
      </w:pPr>
      <w:r>
        <w:rPr>
          <w:b/>
          <w:color w:val="333333"/>
          <w:sz w:val="28"/>
        </w:rPr>
        <w:t>Hafta 1 — 14-18 Eylül 2026</w:t>
      </w:r>
    </w:p>
    <w:p>
      <w:pPr>
        <w:jc w:val="center"/>
      </w:pPr>
      <w:r>
        <w:rPr>
          <w:i/>
          <w:color w:val="888888"/>
          <w:sz w:val="18"/>
        </w:rPr>
        <w:t>Grammar sıralaması MEB Temel Eğitim İngilizce Dersi Öğretim Programı PDF'ine birebir uygundur.</w:t>
      </w:r>
    </w:p>
    <w:p/>
    <w:p>
      <w:pPr>
        <w:jc w:val="center"/>
        <w:shd w:val="clear" w:color="auto" w:fill="2D9A5A"/>
      </w:pPr>
      <w:r>
        <w:rPr>
          <w:b/>
          <w:color w:val="FFFFFF"/>
          <w:sz w:val="28"/>
        </w:rPr>
        <w:t>🟢 2. SINIF — Unit 1: My Classroom (Hafifletilmiş)</w:t>
      </w:r>
    </w:p>
    <w:p>
      <w:pPr>
        <w:shd w:val="clear" w:color="auto" w:fill="F5E6D3"/>
      </w:pPr>
      <w:r>
        <w:rPr>
          <w:b/>
          <w:color w:val="333333"/>
          <w:sz w:val="24"/>
        </w:rPr>
        <w:t>Grammar (MEB sıralaması — bu hafta)</w:t>
      </w:r>
    </w:p>
    <w:p>
      <w:pPr>
        <w:pStyle w:val="ListBullet"/>
      </w:pPr>
      <w:r>
        <w:rPr>
          <w:sz w:val="22"/>
        </w:rPr>
        <w:t>Pronouns: I, you</w:t>
      </w:r>
    </w:p>
    <w:p>
      <w:pPr>
        <w:pStyle w:val="ListBullet"/>
      </w:pPr>
      <w:r>
        <w:rPr>
          <w:sz w:val="22"/>
        </w:rPr>
        <w:t>Verb to be (affirmative — am/is/are)</w:t>
      </w:r>
    </w:p>
    <w:p>
      <w:pPr>
        <w:shd w:val="clear" w:color="auto" w:fill="F5E6D3"/>
      </w:pPr>
      <w:r>
        <w:rPr>
          <w:b/>
          <w:color w:val="333333"/>
          <w:sz w:val="24"/>
        </w:rPr>
        <w:t>Kelimeler (Lexis)</w:t>
      </w:r>
    </w:p>
    <w:p>
      <w:pPr>
        <w:pStyle w:val="ListBullet"/>
      </w:pPr>
      <w:r>
        <w:rPr>
          <w:sz w:val="22"/>
        </w:rPr>
        <w:t>School (temel eşyalar: door, board, table, chair)</w:t>
      </w:r>
    </w:p>
    <w:p>
      <w:pPr>
        <w:pStyle w:val="ListBullet"/>
      </w:pPr>
      <w:r>
        <w:rPr>
          <w:sz w:val="22"/>
        </w:rPr>
        <w:t>Numbers 1-10</w:t>
      </w:r>
    </w:p>
    <w:p>
      <w:pPr>
        <w:shd w:val="clear" w:color="auto" w:fill="F5E6D3"/>
      </w:pPr>
      <w:r>
        <w:rPr>
          <w:b/>
          <w:color w:val="333333"/>
          <w:sz w:val="24"/>
        </w:rPr>
        <w:t>Etkinlikler</w:t>
      </w:r>
    </w:p>
    <w:p>
      <w:pPr>
        <w:pStyle w:val="ListBullet"/>
      </w:pPr>
      <w:r>
        <w:rPr>
          <w:sz w:val="22"/>
        </w:rPr>
        <w:t>Self-introduction: 'I am ___', 'You are ___'</w:t>
      </w:r>
    </w:p>
    <w:p>
      <w:pPr>
        <w:pStyle w:val="ListBullet"/>
      </w:pPr>
      <w:r>
        <w:rPr>
          <w:sz w:val="22"/>
        </w:rPr>
        <w:t>Classroom objects introduction (pointing + naming)</w:t>
      </w:r>
    </w:p>
    <w:p>
      <w:pPr>
        <w:pStyle w:val="ListBullet"/>
      </w:pPr>
      <w:r>
        <w:rPr>
          <w:sz w:val="22"/>
        </w:rPr>
        <w:t>Number counting 1-10 with flashcards</w:t>
      </w:r>
    </w:p>
    <w:p>
      <w:pPr>
        <w:pStyle w:val="ListBullet"/>
      </w:pPr>
      <w:r>
        <w:rPr>
          <w:sz w:val="22"/>
        </w:rPr>
        <w:t>Name plate craft (IW)</w:t>
      </w:r>
    </w:p>
    <w:p>
      <w:pPr>
        <w:shd w:val="clear" w:color="auto" w:fill="F5E6D3"/>
      </w:pPr>
      <w:r>
        <w:rPr>
          <w:b/>
          <w:color w:val="333333"/>
          <w:sz w:val="24"/>
        </w:rPr>
        <w:t>Ünite Grammar Tam Listesi (3 haftalık)</w:t>
      </w:r>
    </w:p>
    <w:p>
      <w:pPr>
        <w:pStyle w:val="ListBullet"/>
      </w:pPr>
      <w:r>
        <w:rPr>
          <w:sz w:val="22"/>
        </w:rPr>
        <w:t>1. Pronouns: I, you</w:t>
      </w:r>
    </w:p>
    <w:p>
      <w:pPr>
        <w:pStyle w:val="ListBullet"/>
      </w:pPr>
      <w:r>
        <w:rPr>
          <w:sz w:val="22"/>
        </w:rPr>
        <w:t>2. Verb to be (affirmative only — am/is/are)</w:t>
      </w:r>
    </w:p>
    <w:p>
      <w:pPr>
        <w:pStyle w:val="ListBullet"/>
      </w:pPr>
      <w:r>
        <w:rPr>
          <w:sz w:val="22"/>
        </w:rPr>
        <w:t>3. Question word: What</w:t>
      </w:r>
    </w:p>
    <w:p>
      <w:pPr>
        <w:pStyle w:val="ListBullet"/>
      </w:pPr>
      <w:r>
        <w:rPr>
          <w:sz w:val="22"/>
        </w:rPr>
        <w:t>4. Demonstratives: this/that</w:t>
      </w:r>
    </w:p>
    <w:p>
      <w:pPr>
        <w:pStyle w:val="ListBullet"/>
      </w:pPr>
      <w:r>
        <w:rPr>
          <w:sz w:val="22"/>
        </w:rPr>
        <w:t>5. I have got… (affirmative only)</w:t>
      </w:r>
    </w:p>
    <w:p>
      <w:r>
        <w:br w:type="page"/>
      </w:r>
    </w:p>
    <w:p>
      <w:pPr>
        <w:jc w:val="center"/>
        <w:shd w:val="clear" w:color="auto" w:fill="0077B6"/>
      </w:pPr>
      <w:r>
        <w:rPr>
          <w:b/>
          <w:color w:val="FFFFFF"/>
          <w:sz w:val="28"/>
        </w:rPr>
        <w:t>🔵 3. SINIF — Unit 1: My Classroom</w:t>
      </w:r>
    </w:p>
    <w:p>
      <w:pPr>
        <w:shd w:val="clear" w:color="auto" w:fill="F5E6D3"/>
      </w:pPr>
      <w:r>
        <w:rPr>
          <w:b/>
          <w:color w:val="333333"/>
          <w:sz w:val="24"/>
        </w:rPr>
        <w:t>Grammar (MEB PDF sıralaması — bu hafta)</w:t>
      </w:r>
    </w:p>
    <w:p>
      <w:pPr>
        <w:pStyle w:val="ListBullet"/>
      </w:pPr>
      <w:r>
        <w:rPr>
          <w:sz w:val="22"/>
        </w:rPr>
        <w:t>Pronouns: I, you, it, they</w:t>
      </w:r>
    </w:p>
    <w:p>
      <w:pPr>
        <w:pStyle w:val="ListBullet"/>
      </w:pPr>
      <w:r>
        <w:rPr>
          <w:sz w:val="22"/>
        </w:rPr>
        <w:t>Verb to be (inverted questions and short answers)</w:t>
      </w:r>
    </w:p>
    <w:p>
      <w:pPr>
        <w:shd w:val="clear" w:color="auto" w:fill="F5E6D3"/>
      </w:pPr>
      <w:r>
        <w:rPr>
          <w:b/>
          <w:color w:val="333333"/>
          <w:sz w:val="24"/>
        </w:rPr>
        <w:t>Kelimeler (Lexis)</w:t>
      </w:r>
    </w:p>
    <w:p>
      <w:pPr>
        <w:pStyle w:val="ListBullet"/>
      </w:pPr>
      <w:r>
        <w:rPr>
          <w:sz w:val="22"/>
        </w:rPr>
        <w:t>School (classroom objects)</w:t>
      </w:r>
    </w:p>
    <w:p>
      <w:pPr>
        <w:pStyle w:val="ListBullet"/>
      </w:pPr>
      <w:r>
        <w:rPr>
          <w:sz w:val="22"/>
        </w:rPr>
        <w:t>Numbers (1-20) — introduction</w:t>
      </w:r>
    </w:p>
    <w:p>
      <w:pPr>
        <w:shd w:val="clear" w:color="auto" w:fill="F5E6D3"/>
      </w:pPr>
      <w:r>
        <w:rPr>
          <w:b/>
          <w:color w:val="333333"/>
          <w:sz w:val="24"/>
        </w:rPr>
        <w:t>Etkinlikler</w:t>
      </w:r>
    </w:p>
    <w:p>
      <w:pPr>
        <w:pStyle w:val="ListBullet"/>
      </w:pPr>
      <w:r>
        <w:rPr>
          <w:sz w:val="22"/>
        </w:rPr>
        <w:t>Self-introduction using pronouns (I/you/it/they)</w:t>
      </w:r>
    </w:p>
    <w:p>
      <w:pPr>
        <w:pStyle w:val="ListBullet"/>
      </w:pPr>
      <w:r>
        <w:rPr>
          <w:sz w:val="22"/>
        </w:rPr>
        <w:t>Inverted questions: 'Are you ___?' / 'Is it ___?' / short answers</w:t>
      </w:r>
    </w:p>
    <w:p>
      <w:pPr>
        <w:pStyle w:val="ListBullet"/>
      </w:pPr>
      <w:r>
        <w:rPr>
          <w:sz w:val="22"/>
        </w:rPr>
        <w:t>Classroom objects flashcards (door, board, table, chair, pencil, bag)</w:t>
      </w:r>
    </w:p>
    <w:p>
      <w:pPr>
        <w:pStyle w:val="ListBullet"/>
      </w:pPr>
      <w:r>
        <w:rPr>
          <w:sz w:val="22"/>
        </w:rPr>
        <w:t>Spelling Bee game (WCA)</w:t>
      </w:r>
    </w:p>
    <w:p>
      <w:pPr>
        <w:pStyle w:val="ListBullet"/>
      </w:pPr>
      <w:r>
        <w:rPr>
          <w:sz w:val="22"/>
        </w:rPr>
        <w:t>Simon Says game (WCA — classroom instructions)</w:t>
      </w:r>
    </w:p>
    <w:p>
      <w:pPr>
        <w:pStyle w:val="ListBullet"/>
      </w:pPr>
      <w:r>
        <w:rPr>
          <w:sz w:val="22"/>
        </w:rPr>
        <w:t>Name plate craft (IW)</w:t>
      </w:r>
    </w:p>
    <w:p>
      <w:pPr>
        <w:shd w:val="clear" w:color="auto" w:fill="F5E6D3"/>
      </w:pPr>
      <w:r>
        <w:rPr>
          <w:b/>
          <w:color w:val="333333"/>
          <w:sz w:val="24"/>
        </w:rPr>
        <w:t>Ünite Grammar Tam Listesi (3 haftalık — MEB PDF sırası)</w:t>
      </w:r>
    </w:p>
    <w:p>
      <w:pPr>
        <w:pStyle w:val="ListBullet"/>
      </w:pPr>
      <w:r>
        <w:rPr>
          <w:sz w:val="22"/>
        </w:rPr>
        <w:t>1. Pronouns: I, you, it, they</w:t>
      </w:r>
    </w:p>
    <w:p>
      <w:pPr>
        <w:pStyle w:val="ListBullet"/>
      </w:pPr>
      <w:r>
        <w:rPr>
          <w:sz w:val="22"/>
        </w:rPr>
        <w:t>2. Verb to be (inverted questions and short answers)</w:t>
      </w:r>
    </w:p>
    <w:p>
      <w:pPr>
        <w:pStyle w:val="ListBullet"/>
      </w:pPr>
      <w:r>
        <w:rPr>
          <w:sz w:val="22"/>
        </w:rPr>
        <w:t>3. Question words: What, How many</w:t>
      </w:r>
    </w:p>
    <w:p>
      <w:pPr>
        <w:pStyle w:val="ListBullet"/>
      </w:pPr>
      <w:r>
        <w:rPr>
          <w:sz w:val="22"/>
        </w:rPr>
        <w:t>4. Demonstratives: this/that</w:t>
      </w:r>
    </w:p>
    <w:p>
      <w:pPr>
        <w:pStyle w:val="ListBullet"/>
      </w:pPr>
      <w:r>
        <w:rPr>
          <w:sz w:val="22"/>
        </w:rPr>
        <w:t>5. I have got…</w:t>
      </w:r>
    </w:p>
    <w:p>
      <w:r>
        <w:br w:type="page"/>
      </w:r>
    </w:p>
    <w:p>
      <w:pPr>
        <w:jc w:val="center"/>
        <w:shd w:val="clear" w:color="auto" w:fill="E07856"/>
      </w:pPr>
      <w:r>
        <w:rPr>
          <w:b/>
          <w:color w:val="FFFFFF"/>
          <w:sz w:val="28"/>
        </w:rPr>
        <w:t>🟠 4. SINIF — Unit 1: My School</w:t>
      </w:r>
    </w:p>
    <w:p>
      <w:pPr>
        <w:shd w:val="clear" w:color="auto" w:fill="F5E6D3"/>
      </w:pPr>
      <w:r>
        <w:rPr>
          <w:b/>
          <w:color w:val="333333"/>
          <w:sz w:val="24"/>
        </w:rPr>
        <w:t>Grammar (MEB PDF sıralaması — bu hafta)</w:t>
      </w:r>
    </w:p>
    <w:p>
      <w:pPr>
        <w:pStyle w:val="ListBullet"/>
      </w:pPr>
      <w:r>
        <w:rPr>
          <w:sz w:val="22"/>
        </w:rPr>
        <w:t>Present Continuous Tense (affirmative/interrogative) — introduction</w:t>
      </w:r>
    </w:p>
    <w:p>
      <w:pPr>
        <w:pStyle w:val="ListBullet"/>
      </w:pPr>
      <w:r>
        <w:rPr>
          <w:sz w:val="22"/>
        </w:rPr>
        <w:t>Wh-questions: What is she doing? (intro)</w:t>
      </w:r>
    </w:p>
    <w:p>
      <w:pPr>
        <w:shd w:val="clear" w:color="auto" w:fill="F5E6D3"/>
      </w:pPr>
      <w:r>
        <w:rPr>
          <w:b/>
          <w:color w:val="333333"/>
          <w:sz w:val="24"/>
        </w:rPr>
        <w:t>Kelimeler (Lexis)</w:t>
      </w:r>
    </w:p>
    <w:p>
      <w:pPr>
        <w:pStyle w:val="ListBullet"/>
      </w:pPr>
      <w:r>
        <w:rPr>
          <w:sz w:val="22"/>
        </w:rPr>
        <w:t>School places (introduction)</w:t>
      </w:r>
    </w:p>
    <w:p>
      <w:pPr>
        <w:pStyle w:val="ListBullet"/>
      </w:pPr>
      <w:r>
        <w:rPr>
          <w:sz w:val="22"/>
        </w:rPr>
        <w:t>Classroom objects (review + new)</w:t>
      </w:r>
    </w:p>
    <w:p>
      <w:pPr>
        <w:pStyle w:val="ListBullet"/>
      </w:pPr>
      <w:r>
        <w:rPr>
          <w:sz w:val="22"/>
        </w:rPr>
        <w:t>Week days</w:t>
      </w:r>
    </w:p>
    <w:p>
      <w:pPr>
        <w:shd w:val="clear" w:color="auto" w:fill="F5E6D3"/>
      </w:pPr>
      <w:r>
        <w:rPr>
          <w:b/>
          <w:color w:val="333333"/>
          <w:sz w:val="24"/>
        </w:rPr>
        <w:t>Etkinlikler</w:t>
      </w:r>
    </w:p>
    <w:p>
      <w:pPr>
        <w:pStyle w:val="ListBullet"/>
      </w:pPr>
      <w:r>
        <w:rPr>
          <w:sz w:val="22"/>
        </w:rPr>
        <w:t>Present Continuous introduction: 'I am reading', 'She is writing' (affirmative)</w:t>
      </w:r>
    </w:p>
    <w:p>
      <w:pPr>
        <w:pStyle w:val="ListBullet"/>
      </w:pPr>
      <w:r>
        <w:rPr>
          <w:sz w:val="22"/>
        </w:rPr>
        <w:t>Interrogative: 'What is she doing?' — pair work (SI)</w:t>
      </w:r>
    </w:p>
    <w:p>
      <w:pPr>
        <w:pStyle w:val="ListBullet"/>
      </w:pPr>
      <w:r>
        <w:rPr>
          <w:sz w:val="22"/>
        </w:rPr>
        <w:t>Classroom activities song (listening + singing)</w:t>
      </w:r>
    </w:p>
    <w:p>
      <w:pPr>
        <w:pStyle w:val="ListBullet"/>
      </w:pPr>
      <w:r>
        <w:rPr>
          <w:sz w:val="22"/>
        </w:rPr>
        <w:t>School places flashcards (library, canteen, garden, etc.)</w:t>
      </w:r>
    </w:p>
    <w:p>
      <w:pPr>
        <w:pStyle w:val="ListBullet"/>
      </w:pPr>
      <w:r>
        <w:rPr>
          <w:sz w:val="22"/>
        </w:rPr>
        <w:t>Week days introduction + timetable reading</w:t>
      </w:r>
    </w:p>
    <w:p>
      <w:pPr>
        <w:pStyle w:val="ListBullet"/>
      </w:pPr>
      <w:r>
        <w:rPr>
          <w:sz w:val="22"/>
        </w:rPr>
        <w:t>Group work: School Day Activities — learners present what others are doing (GW)</w:t>
      </w:r>
    </w:p>
    <w:p>
      <w:pPr>
        <w:shd w:val="clear" w:color="auto" w:fill="F5E6D3"/>
      </w:pPr>
      <w:r>
        <w:rPr>
          <w:b/>
          <w:color w:val="333333"/>
          <w:sz w:val="24"/>
        </w:rPr>
        <w:t>Ünite Grammar Tam Listesi (3 haftalık — MEB PDF sırası)</w:t>
      </w:r>
    </w:p>
    <w:p>
      <w:pPr>
        <w:pStyle w:val="ListBullet"/>
      </w:pPr>
      <w:r>
        <w:rPr>
          <w:sz w:val="22"/>
        </w:rPr>
        <w:t>1. Present Continuous Tense (affirmative/interrogative)</w:t>
      </w:r>
    </w:p>
    <w:p>
      <w:pPr>
        <w:pStyle w:val="ListBullet"/>
      </w:pPr>
      <w:r>
        <w:rPr>
          <w:sz w:val="22"/>
        </w:rPr>
        <w:t>2. Wh-questions (What is she doing? / Can I…, please? / May I…? — asking for permission)</w:t>
      </w:r>
    </w:p>
    <w:p>
      <w:pPr>
        <w:pStyle w:val="ListBullet"/>
      </w:pPr>
      <w:r>
        <w:rPr>
          <w:sz w:val="22"/>
        </w:rPr>
        <w:t>3. Singular/Plural nouns</w:t>
      </w:r>
    </w:p>
    <w:p>
      <w:pPr>
        <w:pStyle w:val="ListBullet"/>
      </w:pPr>
      <w:r>
        <w:rPr>
          <w:sz w:val="22"/>
        </w:rPr>
        <w:t>4. There is/are (affirmative, interrogative)</w:t>
      </w:r>
    </w:p>
    <w:p>
      <w:pPr>
        <w:pStyle w:val="ListBullet"/>
      </w:pPr>
      <w:r>
        <w:rPr>
          <w:sz w:val="22"/>
        </w:rPr>
        <w:t>5. Preposition of time: on</w:t>
      </w:r>
    </w:p>
    <w:p>
      <w:pPr>
        <w:pStyle w:val="ListBullet"/>
      </w:pPr>
      <w:r>
        <w:rPr>
          <w:sz w:val="22"/>
        </w:rPr>
        <w:t>6. Personal pronouns: I, you, we, they, he, she, it</w:t>
      </w:r>
    </w:p>
    <w:p>
      <w:pPr>
        <w:pStyle w:val="ListBullet"/>
      </w:pPr>
      <w:r>
        <w:rPr>
          <w:sz w:val="22"/>
        </w:rPr>
        <w:t>7. Possessive adjectives: My, your, his, her, our, their, its</w:t>
      </w:r>
    </w:p>
    <w:p>
      <w:pPr>
        <w:pStyle w:val="ListBullet"/>
      </w:pPr>
      <w:r>
        <w:rPr>
          <w:sz w:val="22"/>
        </w:rPr>
        <w:t>8. Possessive 's</w:t>
      </w:r>
    </w:p>
    <w:p>
      <w:pPr>
        <w:pStyle w:val="ListBullet"/>
      </w:pPr>
      <w:r>
        <w:rPr>
          <w:sz w:val="22"/>
        </w:rPr>
        <w:t>9. Wh-questions: What, Whose, How many</w:t>
      </w:r>
    </w:p>
    <w:p>
      <w:r>
        <w:br w:type="page"/>
      </w:r>
    </w:p>
    <w:p>
      <w:pPr>
        <w:jc w:val="center"/>
        <w:shd w:val="clear" w:color="auto" w:fill="6A4C93"/>
      </w:pPr>
      <w:r>
        <w:rPr>
          <w:b/>
          <w:color w:val="FFFFFF"/>
          <w:sz w:val="28"/>
        </w:rPr>
        <w:t>🟣 5. SINIF — Unit 1: My Day</w:t>
      </w:r>
    </w:p>
    <w:p>
      <w:pPr>
        <w:shd w:val="clear" w:color="auto" w:fill="F5E6D3"/>
      </w:pPr>
      <w:r>
        <w:rPr>
          <w:b/>
          <w:color w:val="333333"/>
          <w:sz w:val="24"/>
        </w:rPr>
        <w:t>Grammar (MEB PDF sıralaması — bu hafta)</w:t>
      </w:r>
    </w:p>
    <w:p>
      <w:pPr>
        <w:pStyle w:val="ListBullet"/>
      </w:pPr>
      <w:r>
        <w:rPr>
          <w:sz w:val="22"/>
        </w:rPr>
        <w:t>Present Simple Tense to be (affirmative, negative, interrogative, yes/no questions) — introduction</w:t>
      </w:r>
    </w:p>
    <w:p>
      <w:pPr>
        <w:pStyle w:val="ListBullet"/>
      </w:pPr>
      <w:r>
        <w:rPr>
          <w:sz w:val="22"/>
        </w:rPr>
        <w:t>Object pronouns: me, you, him, her (introduction)</w:t>
      </w:r>
    </w:p>
    <w:p>
      <w:pPr>
        <w:shd w:val="clear" w:color="auto" w:fill="F5E6D3"/>
      </w:pPr>
      <w:r>
        <w:rPr>
          <w:b/>
          <w:color w:val="333333"/>
          <w:sz w:val="24"/>
        </w:rPr>
        <w:t>Kelimeler (Lexis)</w:t>
      </w:r>
    </w:p>
    <w:p>
      <w:pPr>
        <w:pStyle w:val="ListBullet"/>
      </w:pPr>
      <w:r>
        <w:rPr>
          <w:sz w:val="22"/>
        </w:rPr>
        <w:t>Daily routines (introduction)</w:t>
      </w:r>
    </w:p>
    <w:p>
      <w:pPr>
        <w:pStyle w:val="ListBullet"/>
      </w:pPr>
      <w:r>
        <w:rPr>
          <w:sz w:val="22"/>
        </w:rPr>
        <w:t>Times (o'clock, half past)</w:t>
      </w:r>
    </w:p>
    <w:p>
      <w:pPr>
        <w:shd w:val="clear" w:color="auto" w:fill="F5E6D3"/>
      </w:pPr>
      <w:r>
        <w:rPr>
          <w:b/>
          <w:color w:val="333333"/>
          <w:sz w:val="24"/>
        </w:rPr>
        <w:t>Etkinlikler</w:t>
      </w:r>
    </w:p>
    <w:p>
      <w:pPr>
        <w:pStyle w:val="ListBullet"/>
      </w:pPr>
      <w:r>
        <w:rPr>
          <w:sz w:val="22"/>
        </w:rPr>
        <w:t>Daily routines vocabulary: get up, have breakfast, go to school, etc.</w:t>
      </w:r>
    </w:p>
    <w:p>
      <w:pPr>
        <w:pStyle w:val="ListBullet"/>
      </w:pPr>
      <w:r>
        <w:rPr>
          <w:sz w:val="22"/>
        </w:rPr>
        <w:t>Present Simple to be: 'I am at school', 'She is happy' (affirmative)</w:t>
      </w:r>
    </w:p>
    <w:p>
      <w:pPr>
        <w:pStyle w:val="ListBullet"/>
      </w:pPr>
      <w:r>
        <w:rPr>
          <w:sz w:val="22"/>
        </w:rPr>
        <w:t>Negative + interrogative: 'I am not tired', 'Are you ready?' / short answers</w:t>
      </w:r>
    </w:p>
    <w:p>
      <w:pPr>
        <w:pStyle w:val="ListBullet"/>
      </w:pPr>
      <w:r>
        <w:rPr>
          <w:sz w:val="22"/>
        </w:rPr>
        <w:t>Object pronouns intro: 'Tell me', 'Help him', 'Ask her'</w:t>
      </w:r>
    </w:p>
    <w:p>
      <w:pPr>
        <w:pStyle w:val="ListBullet"/>
      </w:pPr>
      <w:r>
        <w:rPr>
          <w:sz w:val="22"/>
        </w:rPr>
        <w:t>Time expressions: o'clock, half past — pair work asking/responding (SI)</w:t>
      </w:r>
    </w:p>
    <w:p>
      <w:pPr>
        <w:pStyle w:val="ListBullet"/>
      </w:pPr>
      <w:r>
        <w:rPr>
          <w:sz w:val="22"/>
        </w:rPr>
        <w:t>Writing: short text about daily activities (IW — letter about daily life)</w:t>
      </w:r>
    </w:p>
    <w:p>
      <w:pPr>
        <w:shd w:val="clear" w:color="auto" w:fill="F5E6D3"/>
      </w:pPr>
      <w:r>
        <w:rPr>
          <w:b/>
          <w:color w:val="333333"/>
          <w:sz w:val="24"/>
        </w:rPr>
        <w:t>Ünite Grammar Tam Listesi (3 haftalık — MEB PDF sırası)</w:t>
      </w:r>
    </w:p>
    <w:p>
      <w:pPr>
        <w:pStyle w:val="ListBullet"/>
      </w:pPr>
      <w:r>
        <w:rPr>
          <w:sz w:val="22"/>
        </w:rPr>
        <w:t>1. Present Simple Tense to be (affirmative, negative, interrogative, yes/no questions)</w:t>
      </w:r>
    </w:p>
    <w:p>
      <w:pPr>
        <w:pStyle w:val="ListBullet"/>
      </w:pPr>
      <w:r>
        <w:rPr>
          <w:sz w:val="22"/>
        </w:rPr>
        <w:t>2. Object pronouns: me, you, him, her</w:t>
      </w:r>
    </w:p>
    <w:p>
      <w:pPr>
        <w:pStyle w:val="ListBullet"/>
      </w:pPr>
      <w:r>
        <w:rPr>
          <w:sz w:val="22"/>
        </w:rPr>
        <w:t>3. Prepositions of time</w:t>
      </w:r>
    </w:p>
    <w:p>
      <w:pPr>
        <w:pStyle w:val="ListBullet"/>
      </w:pPr>
      <w:r>
        <w:rPr>
          <w:sz w:val="22"/>
        </w:rPr>
        <w:t>4. Before school / after dinner</w:t>
      </w:r>
    </w:p>
    <w:p>
      <w:r>
        <w:br w:type="page"/>
      </w:r>
    </w:p>
    <w:p>
      <w:pPr>
        <w:jc w:val="center"/>
        <w:shd w:val="clear" w:color="auto" w:fill="333333"/>
      </w:pPr>
      <w:r>
        <w:rPr>
          <w:b/>
          <w:color w:val="FFFFFF"/>
          <w:sz w:val="28"/>
        </w:rPr>
        <w:t>📋 Özet — Hafta 1 (14-18 Eylül)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  <w:shd w:val="clear" w:color="auto" w:fill="E07856"/>
          </w:tcPr>
          <w:p>
            <w:r>
              <w:rPr>
                <w:b/>
                <w:color w:val="FFFFFF"/>
                <w:sz w:val="20"/>
              </w:rPr>
              <w:t>Sınıf</w:t>
            </w:r>
          </w:p>
        </w:tc>
        <w:tc>
          <w:tcPr>
            <w:tcW w:type="dxa" w:w="3230"/>
            <w:shd w:val="clear" w:color="auto" w:fill="E07856"/>
          </w:tcPr>
          <w:p>
            <w:r>
              <w:rPr>
                <w:b/>
                <w:color w:val="FFFFFF"/>
                <w:sz w:val="20"/>
              </w:rPr>
              <w:t>Ünite</w:t>
            </w:r>
          </w:p>
        </w:tc>
        <w:tc>
          <w:tcPr>
            <w:tcW w:type="dxa" w:w="3230"/>
            <w:shd w:val="clear" w:color="auto" w:fill="E07856"/>
          </w:tcPr>
          <w:p>
            <w:r>
              <w:rPr>
                <w:b/>
                <w:color w:val="FFFFFF"/>
                <w:sz w:val="20"/>
              </w:rPr>
              <w:t>Bu Hafta Grammar (MEB sırası)</w:t>
            </w:r>
          </w:p>
        </w:tc>
      </w:tr>
      <w:tr>
        <w:tc>
          <w:tcPr>
            <w:tcW w:type="dxa" w:w="3230"/>
          </w:tcPr>
          <w:p>
            <w:r>
              <w:rPr>
                <w:sz w:val="20"/>
              </w:rPr>
              <w:t>2. Sınıf</w:t>
            </w:r>
          </w:p>
        </w:tc>
        <w:tc>
          <w:tcPr>
            <w:tcW w:type="dxa" w:w="3230"/>
          </w:tcPr>
          <w:p>
            <w:r>
              <w:rPr>
                <w:sz w:val="20"/>
              </w:rPr>
              <w:t>My Classroom</w:t>
            </w:r>
          </w:p>
        </w:tc>
        <w:tc>
          <w:tcPr>
            <w:tcW w:type="dxa" w:w="3230"/>
          </w:tcPr>
          <w:p>
            <w:r>
              <w:rPr>
                <w:sz w:val="20"/>
              </w:rPr>
              <w:t>Pronouns: I, you → Verb to be (affirmative)</w:t>
            </w:r>
          </w:p>
        </w:tc>
      </w:tr>
      <w:tr>
        <w:tc>
          <w:tcPr>
            <w:tcW w:type="dxa" w:w="3230"/>
          </w:tcPr>
          <w:p>
            <w:r>
              <w:rPr>
                <w:sz w:val="20"/>
              </w:rPr>
              <w:t>3. Sınıf</w:t>
            </w:r>
          </w:p>
        </w:tc>
        <w:tc>
          <w:tcPr>
            <w:tcW w:type="dxa" w:w="3230"/>
          </w:tcPr>
          <w:p>
            <w:r>
              <w:rPr>
                <w:sz w:val="20"/>
              </w:rPr>
              <w:t>My Classroom</w:t>
            </w:r>
          </w:p>
        </w:tc>
        <w:tc>
          <w:tcPr>
            <w:tcW w:type="dxa" w:w="3230"/>
          </w:tcPr>
          <w:p>
            <w:r>
              <w:rPr>
                <w:sz w:val="20"/>
              </w:rPr>
              <w:t>Pronouns: I, you, it, they → Verb to be (inverted Q &amp; short answers)</w:t>
            </w:r>
          </w:p>
        </w:tc>
      </w:tr>
      <w:tr>
        <w:tc>
          <w:tcPr>
            <w:tcW w:type="dxa" w:w="3230"/>
          </w:tcPr>
          <w:p>
            <w:r>
              <w:rPr>
                <w:sz w:val="20"/>
              </w:rPr>
              <w:t>4. Sınıf</w:t>
            </w:r>
          </w:p>
        </w:tc>
        <w:tc>
          <w:tcPr>
            <w:tcW w:type="dxa" w:w="3230"/>
          </w:tcPr>
          <w:p>
            <w:r>
              <w:rPr>
                <w:sz w:val="20"/>
              </w:rPr>
              <w:t>My School</w:t>
            </w:r>
          </w:p>
        </w:tc>
        <w:tc>
          <w:tcPr>
            <w:tcW w:type="dxa" w:w="3230"/>
          </w:tcPr>
          <w:p>
            <w:r>
              <w:rPr>
                <w:sz w:val="20"/>
              </w:rPr>
              <w:t>Present Continuous (affirmative/interrogative) → Wh-questions (What is she doing?)</w:t>
            </w:r>
          </w:p>
        </w:tc>
      </w:tr>
      <w:tr>
        <w:tc>
          <w:tcPr>
            <w:tcW w:type="dxa" w:w="3230"/>
          </w:tcPr>
          <w:p>
            <w:r>
              <w:rPr>
                <w:sz w:val="20"/>
              </w:rPr>
              <w:t>5. Sınıf</w:t>
            </w:r>
          </w:p>
        </w:tc>
        <w:tc>
          <w:tcPr>
            <w:tcW w:type="dxa" w:w="3230"/>
          </w:tcPr>
          <w:p>
            <w:r>
              <w:rPr>
                <w:sz w:val="20"/>
              </w:rPr>
              <w:t>My Day</w:t>
            </w:r>
          </w:p>
        </w:tc>
        <w:tc>
          <w:tcPr>
            <w:tcW w:type="dxa" w:w="3230"/>
          </w:tcPr>
          <w:p>
            <w:r>
              <w:rPr>
                <w:sz w:val="20"/>
              </w:rPr>
              <w:t>Present Simple to be (all forms) → Object pronouns: me, you, him, her</w:t>
            </w:r>
          </w:p>
        </w:tc>
      </w:tr>
    </w:tbl>
    <w:p/>
    <w:p>
      <w:pPr>
        <w:jc w:val="center"/>
      </w:pPr>
      <w:r>
        <w:rPr>
          <w:i/>
          <w:color w:val="888888"/>
          <w:sz w:val="18"/>
        </w:rPr>
        <w:t>Hazırlayan: Kuzgun 🦅 | MEB KKTC Temel Eğitim İngilizce Dersi Öğretim Programı'na uyumludur.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