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Subject and Object Pronouns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______ is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My brother is tall. ______ is a basketball player.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Sara is my teacher. ______ is very nice.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The students are in the classroom. ______ are very nice.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My father and I are at home. ______ are watching TV.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This is my dog. ______ is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______ am a student at this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Can you see the birds? ______ are flying.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My mother is a nurse. ______ works at the hospital.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Tom and Ali are my friends. ______ play football on Saturday.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The cat is sleeping. ______ is on the sofa.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______ are my new shoes.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My sister is very nice.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Ali is my friend. I help ______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The books are on the table. Can you carry ______,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My father and I are in the garden. Please look at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I have a new bike. I ride ______ to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Sara and Leyla are my cousins. I visit ______ in summer.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You are my friend. I always help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My sister is talking. Please listen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Look at ______! She is my sister.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It is Ali's birthday. This present is for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him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My grandmother is very nice. She helps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us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The dog is hungry. Give some food to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My friends are in the park. I play with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Sit with ______, please.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me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Is this letter for ______?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you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She is my friend. I always talk to ______ about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her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Look at him.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 like her.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She is my friend.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We are students.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Please give me a book.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They are playing with us.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Please help them.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It is a beautiful day.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They are my friends.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Choose the correct sentence.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Can you help us?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Look at he.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I like 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Her is my sister.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The teacher helps us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Them are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This present is for you.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Can you help I,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The teacher is watching them.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2→D, 3→B, 4→E, 5→A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2→A, 3→D, 4→C, 5→E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I like my new shoes.  -&gt;  I like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them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Sara is watching Ali.  -&gt;  ______ is watching ______.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She is watching him.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