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  <w:u w:val="none"/>
        </w:rPr>
        <w:t>Unit 1 — Vocabulary Test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  <w:u w:val="none"/>
        </w:rPr>
        <w:t>Grade 5 — Unit 1 "My Day" | All Unit Words | 146 Questions | Daily Routines · Times · Body Parts · Verbs · Extra</w:t>
      </w:r>
    </w:p>
    <w:p>
      <w:pPr>
        <w:spacing w:after="200"/>
      </w:pPr>
      <w:r>
        <w:rPr>
          <w:b/>
          <w:i w:val="0"/>
          <w:sz w:val="20"/>
          <w:u w:val="none"/>
        </w:rPr>
        <w:t xml:space="preserve">Name: </w:t>
      </w:r>
      <w:r>
        <w:rPr>
          <w:b w:val="0"/>
          <w:i w:val="0"/>
          <w:color w:val="666666"/>
          <w:sz w:val="20"/>
          <w:u w:val="none"/>
        </w:rPr>
        <w:t xml:space="preserve">..............................   </w:t>
      </w:r>
      <w:r>
        <w:rPr>
          <w:b/>
          <w:i w:val="0"/>
          <w:sz w:val="20"/>
          <w:u w:val="none"/>
        </w:rPr>
        <w:t xml:space="preserve">(Score: ____/100)   </w:t>
      </w:r>
      <w:r>
        <w:rPr>
          <w:b/>
          <w:i w:val="0"/>
          <w:sz w:val="20"/>
          <w:u w:val="none"/>
        </w:rPr>
        <w:t>Class: .....</w:t>
      </w:r>
      <w:r>
        <w:rPr>
          <w:b/>
          <w:i w:val="0"/>
          <w:sz w:val="20"/>
          <w:u w:val="none"/>
        </w:rPr>
        <w:t xml:space="preserve">  No: ....</w:t>
      </w:r>
      <w:r>
        <w:rPr>
          <w:b/>
          <w:i w:val="0"/>
          <w:sz w:val="20"/>
          <w:u w:val="none"/>
        </w:rPr>
        <w:t xml:space="preserve">  Date: ..........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A — Daily Routines (Günlük Rutinler)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Turkish meaning.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u w:val="none"/>
        </w:rPr>
        <w:t>wake up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saç taramak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kahvaltı yapmak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uyanmak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akşam yemeği yemek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u w:val="none"/>
        </w:rPr>
        <w:t>get up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uyumaya gitmek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yataktan kalkmak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giyinmek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okulun başlaması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u w:val="none"/>
        </w:rPr>
        <w:t>have breakfast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TV izlemek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kahvaltı yapmak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müzik dinlemek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odayı toplamak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u w:val="none"/>
        </w:rPr>
        <w:t>have lunch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yataktan kalkmak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egzersiz yapmak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öğle yemeği yemek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TV izlemek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u w:val="none"/>
        </w:rPr>
        <w:t>have dinner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akşam yemeği yemek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TV izlemek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egzersiz yapmak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yataktan kalkmak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u w:val="none"/>
        </w:rPr>
        <w:t>brush teeth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okulun başlaması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diş fırçalamak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öğle yemeği yemek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dinlenmek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u w:val="none"/>
        </w:rPr>
        <w:t>wash face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okulun bitmesi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yataktan kalkmak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kitap okumak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yüz yıkamak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u w:val="none"/>
        </w:rPr>
        <w:t>wash hands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kahvaltı yapmak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yataktan kalkmak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el yıkamak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okulun bitmesi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u w:val="none"/>
        </w:rPr>
        <w:t>get dressed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odayı toplamak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kitap okumak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yatağa gitmek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giyinmek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u w:val="none"/>
        </w:rPr>
        <w:t>go to school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uyumaya gitmek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giyinmek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arkadaşlarla oynamak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okula gitmek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u w:val="none"/>
        </w:rPr>
        <w:t>go to bed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yataktan kalkmak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yatağa gitmek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öğle yemeği yemek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arkadaşlarla oynamak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u w:val="none"/>
        </w:rPr>
        <w:t>come home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el yıkamak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eve gelmek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öğle yemeği yemek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banyo yapmak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u w:val="none"/>
        </w:rPr>
        <w:t>do homework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ödev yapmak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eve gelmek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yüz yıkamak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diş fırçalamak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u w:val="none"/>
        </w:rPr>
        <w:t>watch TV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öğle yemeği yemek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diş fırçalamak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TV izlemek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odayı toplamak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u w:val="none"/>
        </w:rPr>
        <w:t>take a shower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duş almak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egzersiz yapmak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kitap okumak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arkadaşlarla oynamak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u w:val="none"/>
        </w:rPr>
        <w:t>take a bath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banyo yapmak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uyumaya gitmek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okulun başlaması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kitap okumak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u w:val="none"/>
        </w:rPr>
        <w:t>read a book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kitap okumak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TV izlemek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öğle yemeği yemek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odayı toplamak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u w:val="none"/>
        </w:rPr>
        <w:t>listen to music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egzersiz yapmak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müzik dinlemek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odayı toplamak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kitap okumak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u w:val="none"/>
        </w:rPr>
        <w:t>play with friends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müzik dinlemek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TV izlemek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eve gelmek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arkadaşlarla oynamak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u w:val="none"/>
        </w:rPr>
        <w:t>go to sleep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eve gelmek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diş fırçalamak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müzik dinlemek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uyumaya gitmek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u w:val="none"/>
        </w:rPr>
        <w:t>have a rest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ödev yapmak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saç taramak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müzik dinlemek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dinlenmek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u w:val="none"/>
        </w:rPr>
        <w:t>feed the pet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kahvaltı yapmak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giyinmek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el yıkamak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evcil hayvanı beslemek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u w:val="none"/>
        </w:rPr>
        <w:t>tidy the room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okulun başlaması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odayı toplamak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evden çıkmak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kahvaltı yapmak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u w:val="none"/>
        </w:rPr>
        <w:t>comb hair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ödev yapmak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saç taramak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kahvaltı yapmak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eve gelmek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u w:val="none"/>
        </w:rPr>
        <w:t>leave home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evden çıkmak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arkadaşlarla oynamak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dinlenmek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odayı toplamak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u w:val="none"/>
        </w:rPr>
        <w:t>start school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okula gitmek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saç taramak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TV izlemek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okulun başlaması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u w:val="none"/>
        </w:rPr>
        <w:t>finish school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okulun bitmesi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banyo yapmak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saç taramak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okulun başlaması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u w:val="none"/>
        </w:rPr>
        <w:t>do exercise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diş fırçalamak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evden çıkmak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egzersiz yapmak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yatağa gitmek</w:t>
            </w:r>
          </w:p>
        </w:tc>
      </w:tr>
    </w:tbl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B — Times (Zaman)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Turkish meaning.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u w:val="none"/>
        </w:rPr>
        <w:t>o'clock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erken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çeyrek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geçe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saat (tam)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u w:val="none"/>
        </w:rPr>
        <w:t>half past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buçuk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kala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gece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öğle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u w:val="none"/>
        </w:rPr>
        <w:t>quarter past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çeyrek geçe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tam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öğleden sonra (günün bölümü)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öğleden sonra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u w:val="none"/>
        </w:rPr>
        <w:t>quarter to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saat (tam)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çeyrek kala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sabah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öğleden sonra (günün bölümü)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u w:val="none"/>
        </w:rPr>
        <w:t>a.m.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çeyrek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sabah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öğleden önce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öğleden sonra (günün bölümü)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u w:val="none"/>
        </w:rPr>
        <w:t>p.m.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çeyrek geçe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öğleden sonra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öğleden önce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tam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u w:val="none"/>
        </w:rPr>
        <w:t>noon / midday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öğle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sabah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geç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yarım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u w:val="none"/>
        </w:rPr>
        <w:t>midnight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akşam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öğleden sonra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gece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gece yarısı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u w:val="none"/>
        </w:rPr>
        <w:t>morning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çeyrek geçe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saat (tam)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öğleden önce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sabah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u w:val="none"/>
        </w:rPr>
        <w:t>afternoon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sabah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öğleden sonra (günün bölümü)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çeyrek geçe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saat (tam)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u w:val="none"/>
        </w:rPr>
        <w:t>evening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çeyrek geçe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öğle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akşam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saat (tam)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u w:val="none"/>
        </w:rPr>
        <w:t>night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öğleden sonra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geçe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yarım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gece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u w:val="none"/>
        </w:rPr>
        <w:t>early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erken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geç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öğle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akşam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u w:val="none"/>
        </w:rPr>
        <w:t>late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sabah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geç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erken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öğle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u w:val="none"/>
        </w:rPr>
        <w:t>exactly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gece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tam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öğleden önce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saat (tam)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u w:val="none"/>
        </w:rPr>
        <w:t>half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çeyrek geçe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öğleden önce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kala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yarım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u w:val="none"/>
        </w:rPr>
        <w:t>quarter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buçuk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öğleden önce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çeyrek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öğle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u w:val="none"/>
        </w:rPr>
        <w:t>past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geçe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sabah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yarım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erken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u w:val="none"/>
        </w:rPr>
        <w:t>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sabah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kala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öğleden önce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öğleden sonra</w:t>
            </w:r>
          </w:p>
        </w:tc>
      </w:tr>
    </w:tbl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C — Body Parts (Vücut Bölümleri)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Turkish meaning.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u w:val="none"/>
        </w:rPr>
        <w:t>head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kafa / baş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saç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el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ağız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u w:val="none"/>
        </w:rPr>
        <w:t>eyes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gözler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deri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kemik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burun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u w:val="none"/>
        </w:rPr>
        <w:t>nose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burun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karın / mide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beyin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omuz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51) </w:t>
      </w:r>
      <w:r>
        <w:rPr>
          <w:b w:val="0"/>
          <w:i w:val="0"/>
          <w:u w:val="none"/>
        </w:rPr>
        <w:t>mouth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kaslar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dil (organ)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ağız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kulak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52) </w:t>
      </w:r>
      <w:r>
        <w:rPr>
          <w:b w:val="0"/>
          <w:i w:val="0"/>
          <w:u w:val="none"/>
        </w:rPr>
        <w:t>ear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ayak / ayaklar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gözler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kulak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sırt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53) </w:t>
      </w:r>
      <w:r>
        <w:rPr>
          <w:b w:val="0"/>
          <w:i w:val="0"/>
          <w:u w:val="none"/>
        </w:rPr>
        <w:t>hair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diş / dişler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ayak parmağı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dirsek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saç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54) </w:t>
      </w:r>
      <w:r>
        <w:rPr>
          <w:b w:val="0"/>
          <w:i w:val="0"/>
          <w:u w:val="none"/>
        </w:rPr>
        <w:t>face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yüz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boyun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diz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kemik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55) </w:t>
      </w:r>
      <w:r>
        <w:rPr>
          <w:b w:val="0"/>
          <w:i w:val="0"/>
          <w:u w:val="none"/>
        </w:rPr>
        <w:t>tooth / teeth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diş / dişler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boyun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ayak parmağı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kulak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56) </w:t>
      </w:r>
      <w:r>
        <w:rPr>
          <w:b w:val="0"/>
          <w:i w:val="0"/>
          <w:u w:val="none"/>
        </w:rPr>
        <w:t>arm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karın / mide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kulak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kol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kan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57) </w:t>
      </w:r>
      <w:r>
        <w:rPr>
          <w:b w:val="0"/>
          <w:i w:val="0"/>
          <w:u w:val="none"/>
        </w:rPr>
        <w:t>shoulder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ayak parmağı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parmak (el)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omuz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dirsek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58) </w:t>
      </w:r>
      <w:r>
        <w:rPr>
          <w:b w:val="0"/>
          <w:i w:val="0"/>
          <w:u w:val="none"/>
        </w:rPr>
        <w:t>leg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ağız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bacak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el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saç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59) </w:t>
      </w:r>
      <w:r>
        <w:rPr>
          <w:b w:val="0"/>
          <w:i w:val="0"/>
          <w:u w:val="none"/>
        </w:rPr>
        <w:t>finger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diş / dişler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sırt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saç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parmak (el)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60) </w:t>
      </w:r>
      <w:r>
        <w:rPr>
          <w:b w:val="0"/>
          <w:i w:val="0"/>
          <w:u w:val="none"/>
        </w:rPr>
        <w:t>hand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beyin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el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burun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gözler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61) </w:t>
      </w:r>
      <w:r>
        <w:rPr>
          <w:b w:val="0"/>
          <w:i w:val="0"/>
          <w:u w:val="none"/>
        </w:rPr>
        <w:t>toe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kaslar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ayak parmağı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karın / mide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kemik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62) </w:t>
      </w:r>
      <w:r>
        <w:rPr>
          <w:b w:val="0"/>
          <w:i w:val="0"/>
          <w:u w:val="none"/>
        </w:rPr>
        <w:t>foot / feet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ayak / ayaklar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kulak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burun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kaslar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63) </w:t>
      </w:r>
      <w:r>
        <w:rPr>
          <w:b w:val="0"/>
          <w:i w:val="0"/>
          <w:u w:val="none"/>
        </w:rPr>
        <w:t>knee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diz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deri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bacak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yüz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64) </w:t>
      </w:r>
      <w:r>
        <w:rPr>
          <w:b w:val="0"/>
          <w:i w:val="0"/>
          <w:u w:val="none"/>
        </w:rPr>
        <w:t>elbow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dil (organ)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kaslar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dirsek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kafa / baş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65) </w:t>
      </w:r>
      <w:r>
        <w:rPr>
          <w:b w:val="0"/>
          <w:i w:val="0"/>
          <w:u w:val="none"/>
        </w:rPr>
        <w:t>back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saç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kemik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kan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sırt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66) </w:t>
      </w:r>
      <w:r>
        <w:rPr>
          <w:b w:val="0"/>
          <w:i w:val="0"/>
          <w:u w:val="none"/>
        </w:rPr>
        <w:t>neck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dil (organ)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sırt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boyun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parmak (el)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67) </w:t>
      </w:r>
      <w:r>
        <w:rPr>
          <w:b w:val="0"/>
          <w:i w:val="0"/>
          <w:u w:val="none"/>
        </w:rPr>
        <w:t>brain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beyin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omuz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parmak (el)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karın / mide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68) </w:t>
      </w:r>
      <w:r>
        <w:rPr>
          <w:b w:val="0"/>
          <w:i w:val="0"/>
          <w:u w:val="none"/>
        </w:rPr>
        <w:t>bone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omuz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kemik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boyun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diş / dişler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69) </w:t>
      </w:r>
      <w:r>
        <w:rPr>
          <w:b w:val="0"/>
          <w:i w:val="0"/>
          <w:u w:val="none"/>
        </w:rPr>
        <w:t>muscles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kulak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saç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diz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kaslar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70) </w:t>
      </w:r>
      <w:r>
        <w:rPr>
          <w:b w:val="0"/>
          <w:i w:val="0"/>
          <w:u w:val="none"/>
        </w:rPr>
        <w:t>skin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deri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gözler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kan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ağız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71) </w:t>
      </w:r>
      <w:r>
        <w:rPr>
          <w:b w:val="0"/>
          <w:i w:val="0"/>
          <w:u w:val="none"/>
        </w:rPr>
        <w:t>tongue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boyun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ağız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bacak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dil (organ)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72) </w:t>
      </w:r>
      <w:r>
        <w:rPr>
          <w:b w:val="0"/>
          <w:i w:val="0"/>
          <w:u w:val="none"/>
        </w:rPr>
        <w:t>blood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kan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burun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sırt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dirsek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73) </w:t>
      </w:r>
      <w:r>
        <w:rPr>
          <w:b w:val="0"/>
          <w:i w:val="0"/>
          <w:u w:val="none"/>
        </w:rPr>
        <w:t>stomach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yüz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saç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karın / mide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omuz</w:t>
            </w:r>
          </w:p>
        </w:tc>
      </w:tr>
    </w:tbl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D — Verbs (Fiiller)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Turkish meaning.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74) </w:t>
      </w:r>
      <w:r>
        <w:rPr>
          <w:b w:val="0"/>
          <w:i w:val="0"/>
          <w:u w:val="none"/>
        </w:rPr>
        <w:t>play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yazmak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dans etmek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üretmek / yapmak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oynamak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75) </w:t>
      </w:r>
      <w:r>
        <w:rPr>
          <w:b w:val="0"/>
          <w:i w:val="0"/>
          <w:u w:val="none"/>
        </w:rPr>
        <w:t>speak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almak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oturmak (emir)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konuşmak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gelmek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76) </w:t>
      </w:r>
      <w:r>
        <w:rPr>
          <w:b w:val="0"/>
          <w:i w:val="0"/>
          <w:u w:val="none"/>
        </w:rPr>
        <w:t>jump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vermek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okumak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çalışmak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zıplamak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77) </w:t>
      </w:r>
      <w:r>
        <w:rPr>
          <w:b w:val="0"/>
          <w:i w:val="0"/>
          <w:u w:val="none"/>
        </w:rPr>
        <w:t>fly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uçmak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okumak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tırmanmak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dinlemek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78) </w:t>
      </w:r>
      <w:r>
        <w:rPr>
          <w:b w:val="0"/>
          <w:i w:val="0"/>
          <w:u w:val="none"/>
        </w:rPr>
        <w:t>swim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dans etmek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okumak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yüzmek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uyumak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79) </w:t>
      </w:r>
      <w:r>
        <w:rPr>
          <w:b w:val="0"/>
          <w:i w:val="0"/>
          <w:u w:val="none"/>
        </w:rPr>
        <w:t>climb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eşleştirmek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koşmak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tırmanmak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binmek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80) </w:t>
      </w:r>
      <w:r>
        <w:rPr>
          <w:b w:val="0"/>
          <w:i w:val="0"/>
          <w:u w:val="none"/>
        </w:rPr>
        <w:t>talk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sohbet etmek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binmek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çizmek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izlemek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81) </w:t>
      </w:r>
      <w:r>
        <w:rPr>
          <w:b w:val="0"/>
          <w:i w:val="0"/>
          <w:u w:val="none"/>
        </w:rPr>
        <w:t>read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gülmek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açmak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sohbet etmek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okumak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82) </w:t>
      </w:r>
      <w:r>
        <w:rPr>
          <w:b w:val="0"/>
          <w:i w:val="0"/>
          <w:u w:val="none"/>
        </w:rPr>
        <w:t>write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yazmak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uyumak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tırmanmak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koşmak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83) </w:t>
      </w:r>
      <w:r>
        <w:rPr>
          <w:b w:val="0"/>
          <w:i w:val="0"/>
          <w:u w:val="none"/>
        </w:rPr>
        <w:t>eat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binmek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oturmak (emir)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tırmanmak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yemek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84) </w:t>
      </w:r>
      <w:r>
        <w:rPr>
          <w:b w:val="0"/>
          <w:i w:val="0"/>
          <w:u w:val="none"/>
        </w:rPr>
        <w:t>drink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içmek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şarkı söylemek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okumak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oturmak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85) </w:t>
      </w:r>
      <w:r>
        <w:rPr>
          <w:b w:val="0"/>
          <w:i w:val="0"/>
          <w:u w:val="none"/>
        </w:rPr>
        <w:t>go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sohbet etmek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şarkı söylemek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çalışmak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gitmek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86) </w:t>
      </w:r>
      <w:r>
        <w:rPr>
          <w:b w:val="0"/>
          <w:i w:val="0"/>
          <w:u w:val="none"/>
        </w:rPr>
        <w:t>come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yürümek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çalışmak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gelmek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üretmek / yapmak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87) </w:t>
      </w:r>
      <w:r>
        <w:rPr>
          <w:b w:val="0"/>
          <w:i w:val="0"/>
          <w:u w:val="none"/>
        </w:rPr>
        <w:t>watch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konuşmak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dinlemek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taşımak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izlemek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88) </w:t>
      </w:r>
      <w:r>
        <w:rPr>
          <w:b w:val="0"/>
          <w:i w:val="0"/>
          <w:u w:val="none"/>
        </w:rPr>
        <w:t>wash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dans etmek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yıkamak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boyamak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çalışmak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89) </w:t>
      </w:r>
      <w:r>
        <w:rPr>
          <w:b w:val="0"/>
          <w:i w:val="0"/>
          <w:u w:val="none"/>
        </w:rPr>
        <w:t>clean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temizlemek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eşleştirmek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taşımak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yazmak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90) </w:t>
      </w:r>
      <w:r>
        <w:rPr>
          <w:b w:val="0"/>
          <w:i w:val="0"/>
          <w:u w:val="none"/>
        </w:rPr>
        <w:t>buy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satın almak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izlemek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şarkı söylemek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eşleştirmek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91) </w:t>
      </w:r>
      <w:r>
        <w:rPr>
          <w:b w:val="0"/>
          <w:i w:val="0"/>
          <w:u w:val="none"/>
        </w:rPr>
        <w:t>sleep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üstüne giymek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koşmak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uyumak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içmek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92) </w:t>
      </w:r>
      <w:r>
        <w:rPr>
          <w:b w:val="0"/>
          <w:i w:val="0"/>
          <w:u w:val="none"/>
        </w:rPr>
        <w:t>do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yıkamak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oturmak (emir)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yapmak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üstüne giymek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93) </w:t>
      </w:r>
      <w:r>
        <w:rPr>
          <w:b w:val="0"/>
          <w:i w:val="0"/>
          <w:u w:val="none"/>
        </w:rPr>
        <w:t>have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yıkamak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almak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zıplamak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sahip olmak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94) </w:t>
      </w:r>
      <w:r>
        <w:rPr>
          <w:b w:val="0"/>
          <w:i w:val="0"/>
          <w:u w:val="none"/>
        </w:rPr>
        <w:t>make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konuşmak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şarkı söylemek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üstüne giymek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üretmek / yapmak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95) </w:t>
      </w:r>
      <w:r>
        <w:rPr>
          <w:b w:val="0"/>
          <w:i w:val="0"/>
          <w:u w:val="none"/>
        </w:rPr>
        <w:t>sit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içmek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oturmak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oynamak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çalışmak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96) </w:t>
      </w:r>
      <w:r>
        <w:rPr>
          <w:b w:val="0"/>
          <w:i w:val="0"/>
          <w:u w:val="none"/>
        </w:rPr>
        <w:t>laugh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almak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sahip olmak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gülmek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çizmek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97) </w:t>
      </w:r>
      <w:r>
        <w:rPr>
          <w:b w:val="0"/>
          <w:i w:val="0"/>
          <w:u w:val="none"/>
        </w:rPr>
        <w:t>drive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boyamak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yürümek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içmek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araç sürmek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98) </w:t>
      </w:r>
      <w:r>
        <w:rPr>
          <w:b w:val="0"/>
          <w:i w:val="0"/>
          <w:u w:val="none"/>
        </w:rPr>
        <w:t>brush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yüzmek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fırçalamak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koşmak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bakmak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99) </w:t>
      </w:r>
      <w:r>
        <w:rPr>
          <w:b w:val="0"/>
          <w:i w:val="0"/>
          <w:u w:val="none"/>
        </w:rPr>
        <w:t>wear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giymek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oturmak (emir)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dans etmek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kapatmak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100) </w:t>
      </w:r>
      <w:r>
        <w:rPr>
          <w:b w:val="0"/>
          <w:i w:val="0"/>
          <w:u w:val="none"/>
        </w:rPr>
        <w:t>put on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oturmak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dinlemek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sohbet etmek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üstüne giymek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101) </w:t>
      </w:r>
      <w:r>
        <w:rPr>
          <w:b w:val="0"/>
          <w:i w:val="0"/>
          <w:u w:val="none"/>
        </w:rPr>
        <w:t>listen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oynamak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oturmak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dinlemek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yıkamak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102) </w:t>
      </w:r>
      <w:r>
        <w:rPr>
          <w:b w:val="0"/>
          <w:i w:val="0"/>
          <w:u w:val="none"/>
        </w:rPr>
        <w:t>wait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üretmek / yapmak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açmak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taşımak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beklemek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103) </w:t>
      </w:r>
      <w:r>
        <w:rPr>
          <w:b w:val="0"/>
          <w:i w:val="0"/>
          <w:u w:val="none"/>
        </w:rPr>
        <w:t>look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bakmak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temizlemek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oynamak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sohbet etmek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104) </w:t>
      </w:r>
      <w:r>
        <w:rPr>
          <w:b w:val="0"/>
          <w:i w:val="0"/>
          <w:u w:val="none"/>
        </w:rPr>
        <w:t>carry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içmek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şarkı söylemek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almak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taşımak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105) </w:t>
      </w:r>
      <w:r>
        <w:rPr>
          <w:b w:val="0"/>
          <w:i w:val="0"/>
          <w:u w:val="none"/>
        </w:rPr>
        <w:t>work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tırmanmak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çalışmak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üstüne giymek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izlemek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106) </w:t>
      </w:r>
      <w:r>
        <w:rPr>
          <w:b w:val="0"/>
          <w:i w:val="0"/>
          <w:u w:val="none"/>
        </w:rPr>
        <w:t>walk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uyumak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yürümek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boyamak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uçmak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107) </w:t>
      </w:r>
      <w:r>
        <w:rPr>
          <w:b w:val="0"/>
          <w:i w:val="0"/>
          <w:u w:val="none"/>
        </w:rPr>
        <w:t>run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oynamak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koşmak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araç sürmek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dans etmek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108) </w:t>
      </w:r>
      <w:r>
        <w:rPr>
          <w:b w:val="0"/>
          <w:i w:val="0"/>
          <w:u w:val="none"/>
        </w:rPr>
        <w:t>dance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şarkı söylemek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dans etmek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uçmak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üretmek / yapmak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109) </w:t>
      </w:r>
      <w:r>
        <w:rPr>
          <w:b w:val="0"/>
          <w:i w:val="0"/>
          <w:u w:val="none"/>
        </w:rPr>
        <w:t>sing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oturmak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fırçalamak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şarkı söylemek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zıplamak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110) </w:t>
      </w:r>
      <w:r>
        <w:rPr>
          <w:b w:val="0"/>
          <w:i w:val="0"/>
          <w:u w:val="none"/>
        </w:rPr>
        <w:t>open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vermek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açmak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dans etmek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yıkamak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111) </w:t>
      </w:r>
      <w:r>
        <w:rPr>
          <w:b w:val="0"/>
          <w:i w:val="0"/>
          <w:u w:val="none"/>
        </w:rPr>
        <w:t>close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zıplamak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uyumak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içmek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kapatmak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112) </w:t>
      </w:r>
      <w:r>
        <w:rPr>
          <w:b w:val="0"/>
          <w:i w:val="0"/>
          <w:u w:val="none"/>
        </w:rPr>
        <w:t>stand up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oturmak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ayağa kalkmak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bakmak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sahip olmak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113) </w:t>
      </w:r>
      <w:r>
        <w:rPr>
          <w:b w:val="0"/>
          <w:i w:val="0"/>
          <w:u w:val="none"/>
        </w:rPr>
        <w:t>sit down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tırmanmak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binmek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oturmak (emir)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aksırmak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114) </w:t>
      </w:r>
      <w:r>
        <w:rPr>
          <w:b w:val="0"/>
          <w:i w:val="0"/>
          <w:u w:val="none"/>
        </w:rPr>
        <w:t>give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eşleştirmek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temizlemek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vermek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bakmak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115) </w:t>
      </w:r>
      <w:r>
        <w:rPr>
          <w:b w:val="0"/>
          <w:i w:val="0"/>
          <w:u w:val="none"/>
        </w:rPr>
        <w:t>take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açmak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yapmak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almak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izlemek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116) </w:t>
      </w:r>
      <w:r>
        <w:rPr>
          <w:b w:val="0"/>
          <w:i w:val="0"/>
          <w:u w:val="none"/>
        </w:rPr>
        <w:t>colour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içmek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gelmek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boyamak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yemek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117) </w:t>
      </w:r>
      <w:r>
        <w:rPr>
          <w:b w:val="0"/>
          <w:i w:val="0"/>
          <w:u w:val="none"/>
        </w:rPr>
        <w:t>draw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zıplamak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çizmek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yıkamak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gülmek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118) </w:t>
      </w:r>
      <w:r>
        <w:rPr>
          <w:b w:val="0"/>
          <w:i w:val="0"/>
          <w:u w:val="none"/>
        </w:rPr>
        <w:t>come in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giymek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taşımak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içeri girmek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uyumak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119) </w:t>
      </w:r>
      <w:r>
        <w:rPr>
          <w:b w:val="0"/>
          <w:i w:val="0"/>
          <w:u w:val="none"/>
        </w:rPr>
        <w:t>match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yüzmek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koşmak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eşleştirmek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tırmanmak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120) </w:t>
      </w:r>
      <w:r>
        <w:rPr>
          <w:b w:val="0"/>
          <w:i w:val="0"/>
          <w:u w:val="none"/>
        </w:rPr>
        <w:t>ride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binmek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yapmak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temizlemek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çalışmak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121) </w:t>
      </w:r>
      <w:r>
        <w:rPr>
          <w:b w:val="0"/>
          <w:i w:val="0"/>
          <w:u w:val="none"/>
        </w:rPr>
        <w:t>sneeze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aksırmak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satın almak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ayağa kalkmak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yemek</w:t>
            </w:r>
          </w:p>
        </w:tc>
      </w:tr>
    </w:tbl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E — Extra Vocabulary (Ek Kelimeler)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Turkish meaning.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122) </w:t>
      </w:r>
      <w:r>
        <w:rPr>
          <w:b w:val="0"/>
          <w:i w:val="0"/>
          <w:u w:val="none"/>
        </w:rPr>
        <w:t>ready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hazır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kitap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çanta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masa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123) </w:t>
      </w:r>
      <w:r>
        <w:rPr>
          <w:b w:val="0"/>
          <w:i w:val="0"/>
          <w:u w:val="none"/>
        </w:rPr>
        <w:t>kind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kapı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nazik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masa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birlikte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124) </w:t>
      </w:r>
      <w:r>
        <w:rPr>
          <w:b w:val="0"/>
          <w:i w:val="0"/>
          <w:u w:val="none"/>
        </w:rPr>
        <w:t>best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ders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çanta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nazik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en iyi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125) </w:t>
      </w:r>
      <w:r>
        <w:rPr>
          <w:b w:val="0"/>
          <w:i w:val="0"/>
          <w:u w:val="none"/>
        </w:rPr>
        <w:t>same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aynı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birlikte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sessiz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masa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126) </w:t>
      </w:r>
      <w:r>
        <w:rPr>
          <w:b w:val="0"/>
          <w:i w:val="0"/>
          <w:u w:val="none"/>
        </w:rPr>
        <w:t>together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ev (bina)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birlikte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palto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dışarı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127) </w:t>
      </w:r>
      <w:r>
        <w:rPr>
          <w:b w:val="0"/>
          <w:i w:val="0"/>
          <w:u w:val="none"/>
        </w:rPr>
        <w:t>story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gürültü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sınıf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kitap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hikâye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128) </w:t>
      </w:r>
      <w:r>
        <w:rPr>
          <w:b w:val="0"/>
          <w:i w:val="0"/>
          <w:u w:val="none"/>
        </w:rPr>
        <w:t>noise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gürültü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birlikte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hikâye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sessiz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129) </w:t>
      </w:r>
      <w:r>
        <w:rPr>
          <w:b w:val="0"/>
          <w:i w:val="0"/>
          <w:u w:val="none"/>
        </w:rPr>
        <w:t>quiet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okul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sıra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yatak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sessiz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130) </w:t>
      </w:r>
      <w:r>
        <w:rPr>
          <w:b w:val="0"/>
          <w:i w:val="0"/>
          <w:u w:val="none"/>
        </w:rPr>
        <w:t>outside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palto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dışarı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gürültü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masa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131) </w:t>
      </w:r>
      <w:r>
        <w:rPr>
          <w:b w:val="0"/>
          <w:i w:val="0"/>
          <w:u w:val="none"/>
        </w:rPr>
        <w:t>inside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nazik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içeride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çanta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palto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132) </w:t>
      </w:r>
      <w:r>
        <w:rPr>
          <w:b w:val="0"/>
          <w:i w:val="0"/>
          <w:u w:val="none"/>
        </w:rPr>
        <w:t>coat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yatak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içeride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birlikte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palto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133) </w:t>
      </w:r>
      <w:r>
        <w:rPr>
          <w:b w:val="0"/>
          <w:i w:val="0"/>
          <w:u w:val="none"/>
        </w:rPr>
        <w:t>bag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kitap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sıra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yatak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çanta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134) </w:t>
      </w:r>
      <w:r>
        <w:rPr>
          <w:b w:val="0"/>
          <w:i w:val="0"/>
          <w:u w:val="none"/>
        </w:rPr>
        <w:t>book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hazır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içeride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kitap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okul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135) </w:t>
      </w:r>
      <w:r>
        <w:rPr>
          <w:b w:val="0"/>
          <w:i w:val="0"/>
          <w:u w:val="none"/>
        </w:rPr>
        <w:t>desk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içeride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sıra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nazik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yatak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136) </w:t>
      </w:r>
      <w:r>
        <w:rPr>
          <w:b w:val="0"/>
          <w:i w:val="0"/>
          <w:u w:val="none"/>
        </w:rPr>
        <w:t>lesson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hikâye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otobüs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ders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pencere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137) </w:t>
      </w:r>
      <w:r>
        <w:rPr>
          <w:b w:val="0"/>
          <w:i w:val="0"/>
          <w:u w:val="none"/>
        </w:rPr>
        <w:t>class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ev (bina)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sınıf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ders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hikâye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138) </w:t>
      </w:r>
      <w:r>
        <w:rPr>
          <w:b w:val="0"/>
          <w:i w:val="0"/>
          <w:u w:val="none"/>
        </w:rPr>
        <w:t>school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ev (bina)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içeride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okul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ders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139) </w:t>
      </w:r>
      <w:r>
        <w:rPr>
          <w:b w:val="0"/>
          <w:i w:val="0"/>
          <w:u w:val="none"/>
        </w:rPr>
        <w:t>home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en iyi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ev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pencere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ev (bina)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140) </w:t>
      </w:r>
      <w:r>
        <w:rPr>
          <w:b w:val="0"/>
          <w:i w:val="0"/>
          <w:u w:val="none"/>
        </w:rPr>
        <w:t>house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ev (bina)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sessiz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otobüs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kitap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141) </w:t>
      </w:r>
      <w:r>
        <w:rPr>
          <w:b w:val="0"/>
          <w:i w:val="0"/>
          <w:u w:val="none"/>
        </w:rPr>
        <w:t>room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kitap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oda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birlikte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hazır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142) </w:t>
      </w:r>
      <w:r>
        <w:rPr>
          <w:b w:val="0"/>
          <w:i w:val="0"/>
          <w:u w:val="none"/>
        </w:rPr>
        <w:t>table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kitap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çanta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masa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hikâye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143) </w:t>
      </w:r>
      <w:r>
        <w:rPr>
          <w:b w:val="0"/>
          <w:i w:val="0"/>
          <w:u w:val="none"/>
        </w:rPr>
        <w:t>bed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yatak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palto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gürültü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sessiz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144) </w:t>
      </w:r>
      <w:r>
        <w:rPr>
          <w:b w:val="0"/>
          <w:i w:val="0"/>
          <w:u w:val="none"/>
        </w:rPr>
        <w:t>door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hikâye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kapı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nazik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yatak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145) </w:t>
      </w:r>
      <w:r>
        <w:rPr>
          <w:b w:val="0"/>
          <w:i w:val="0"/>
          <w:u w:val="none"/>
        </w:rPr>
        <w:t>window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ders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kapı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pencere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nazik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146) </w:t>
      </w:r>
      <w:r>
        <w:rPr>
          <w:b w:val="0"/>
          <w:i w:val="0"/>
          <w:u w:val="none"/>
        </w:rPr>
        <w:t>bus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hikâye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aynı</w:t>
            </w:r>
          </w:p>
        </w:tc>
      </w:tr>
      <w:tr>
        <w:trPr>
          <w:cantSplit/>
        </w:trPr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otobüs</w:t>
            </w:r>
          </w:p>
        </w:tc>
        <w:tc>
          <w:tcPr>
            <w:tcW w:type="dxa" w:w="4876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hazır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94" w:right="1077" w:bottom="79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  <w:u w:val="none"/>
      </w:rPr>
      <w:t xml:space="preserve">Unit 1 'My Day' — Vocabulary Test   —   </w:t>
    </w:r>
    <w:r>
      <w:rPr>
        <w:b w:val="0"/>
        <w:i w:val="0"/>
        <w:color w:val="666666"/>
        <w:sz w:val="18"/>
        <w:u w:val="none"/>
      </w:rPr>
      <w:t xml:space="preserve">Page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  <w:u w:val="none"/>
      </w:rP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751" w:val="right"/>
      </w:tabs>
      <w:pBdr>
        <w:bottom w:val="single" w:sz="6" w:color="CCCCCC" w:space="4"/>
      </w:pBdr>
    </w:pPr>
    <w:r/>
    <w:r>
      <w:rPr>
        <w:b w:val="0"/>
        <w:i w:val="0"/>
        <w:color w:val="666666"/>
        <w:sz w:val="18"/>
        <w:u w:val="none"/>
      </w:rPr>
      <w:t>Serdarli Primary School</w:t>
    </w:r>
    <w:r>
      <w:rPr>
        <w:b w:val="0"/>
        <w:i w:val="0"/>
        <w:color w:val="666666"/>
        <w:sz w:val="18"/>
        <w:u w:val="none"/>
      </w:rPr>
      <w:tab/>
      <w:t>English — Grade 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