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</w:rPr>
        <w:t>My Day — Cevap Anahtarı</w:t>
      </w:r>
    </w:p>
    <w:p>
      <w:pPr>
        <w:spacing w:after="40"/>
      </w:pPr>
      <w:r>
        <w:rPr>
          <w:b/>
          <w:i w:val="0"/>
          <w:color w:val="2E5E8C"/>
        </w:rPr>
        <w:t xml:space="preserve">1) </w:t>
      </w:r>
      <w:r>
        <w:rPr>
          <w:b w:val="0"/>
          <w:i w:val="0"/>
          <w:color w:val="666666"/>
          <w:sz w:val="18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</w:rPr>
        <w:t>1→C, 2→F, 3→B, 4→E, 5→A, 6→D</w:t>
      </w:r>
    </w:p>
    <w:p>
      <w:pPr>
        <w:spacing w:after="40"/>
      </w:pPr>
      <w:r>
        <w:rPr>
          <w:b/>
          <w:i w:val="0"/>
          <w:color w:val="2E5E8C"/>
        </w:rPr>
        <w:t xml:space="preserve">2) </w:t>
      </w:r>
      <w:r>
        <w:rPr>
          <w:b w:val="0"/>
          <w:i w:val="0"/>
          <w:color w:val="666666"/>
          <w:sz w:val="18"/>
        </w:rPr>
        <w:t>1. I ___ a student. 2. She ___ my friend. 3. We ___ in the c</w:t>
      </w:r>
    </w:p>
    <w:p>
      <w:pPr>
        <w:spacing w:after="80"/>
        <w:ind w:left="340"/>
      </w:pPr>
      <w:r>
        <w:rPr>
          <w:b w:val="0"/>
          <w:i w:val="0"/>
        </w:rPr>
        <w:t>am, is, are, is, are, are, is, are</w:t>
      </w:r>
    </w:p>
    <w:p>
      <w:pPr>
        <w:spacing w:after="40"/>
      </w:pPr>
      <w:r>
        <w:rPr>
          <w:b/>
          <w:i w:val="0"/>
          <w:color w:val="2E5E8C"/>
        </w:rPr>
        <w:t xml:space="preserve">3) </w:t>
      </w:r>
      <w:r>
        <w:rPr>
          <w:b w:val="0"/>
          <w:i w:val="0"/>
          <w:color w:val="666666"/>
          <w:sz w:val="18"/>
        </w:rPr>
        <w:t xml:space="preserve">1. I call **Ali** every night. → I call ___ every night. 2. </w:t>
      </w:r>
    </w:p>
    <w:p>
      <w:pPr>
        <w:spacing w:after="80"/>
        <w:ind w:left="340"/>
      </w:pPr>
      <w:r>
        <w:rPr>
          <w:b w:val="0"/>
          <w:i w:val="0"/>
        </w:rPr>
        <w:t>him, me, her, him, her</w:t>
      </w:r>
    </w:p>
    <w:p>
      <w:pPr>
        <w:spacing w:after="40"/>
      </w:pPr>
      <w:r>
        <w:rPr>
          <w:b/>
          <w:i w:val="0"/>
          <w:color w:val="2E5E8C"/>
        </w:rPr>
        <w:t xml:space="preserve">4) </w:t>
      </w:r>
      <w:r>
        <w:rPr>
          <w:b w:val="0"/>
          <w:i w:val="0"/>
          <w:color w:val="666666"/>
          <w:sz w:val="18"/>
        </w:rPr>
        <w:t>1. I wake up ___ I go to school. 2. I have breakfast ___ I w</w:t>
      </w:r>
    </w:p>
    <w:p>
      <w:pPr>
        <w:spacing w:after="80"/>
        <w:ind w:left="340"/>
      </w:pPr>
      <w:r>
        <w:rPr>
          <w:b w:val="0"/>
          <w:i w:val="0"/>
        </w:rPr>
        <w:t>before, after, after, after, after, before</w:t>
      </w:r>
    </w:p>
    <w:p>
      <w:pPr>
        <w:spacing w:after="4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  <w:color w:val="666666"/>
          <w:sz w:val="18"/>
        </w:rPr>
        <w:t>1. I see with my ___. 2. I hear with my ___. 3. I smell with</w:t>
      </w:r>
    </w:p>
    <w:p>
      <w:pPr>
        <w:spacing w:after="80"/>
        <w:ind w:left="340"/>
      </w:pPr>
      <w:r>
        <w:rPr>
          <w:b w:val="0"/>
          <w:i w:val="0"/>
        </w:rPr>
        <w:t>eyes, ears, nose, mouth, legs, hand, brain, teeth</w:t>
      </w:r>
    </w:p>
    <w:p>
      <w:pPr>
        <w:spacing w:after="4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  <w:color w:val="666666"/>
          <w:sz w:val="18"/>
        </w:rPr>
        <w:t>What time do you wake up? — I wake up ___ 7 o'clock.</w:t>
      </w:r>
    </w:p>
    <w:p>
      <w:pPr>
        <w:spacing w:after="80"/>
        <w:ind w:left="340"/>
      </w:pPr>
      <w:r>
        <w:rPr>
          <w:b w:val="0"/>
          <w:i w:val="0"/>
        </w:rPr>
        <w:t>C) at</w:t>
      </w:r>
    </w:p>
    <w:p>
      <w:pPr>
        <w:spacing w:after="4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  <w:color w:val="666666"/>
          <w:sz w:val="18"/>
        </w:rPr>
        <w:t>She is a doctor. ___ helps sick people.</w:t>
      </w:r>
    </w:p>
    <w:p>
      <w:pPr>
        <w:spacing w:after="80"/>
        <w:ind w:left="340"/>
      </w:pPr>
      <w:r>
        <w:rPr>
          <w:b w:val="0"/>
          <w:i w:val="0"/>
        </w:rPr>
        <w:t>B) She</w:t>
      </w:r>
    </w:p>
    <w:p>
      <w:pPr>
        <w:spacing w:after="4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  <w:color w:val="666666"/>
          <w:sz w:val="18"/>
        </w:rPr>
        <w:t>I have breakfast ___ school.</w:t>
      </w:r>
    </w:p>
    <w:p>
      <w:pPr>
        <w:spacing w:after="80"/>
        <w:ind w:left="340"/>
      </w:pPr>
      <w:r>
        <w:rPr>
          <w:b w:val="0"/>
          <w:i w:val="0"/>
        </w:rPr>
        <w:t>A) before</w:t>
      </w:r>
    </w:p>
    <w:p>
      <w:pPr>
        <w:spacing w:after="4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  <w:color w:val="666666"/>
          <w:sz w:val="18"/>
        </w:rPr>
        <w:t>We play football. Can you play with ___?</w:t>
      </w:r>
    </w:p>
    <w:p>
      <w:pPr>
        <w:spacing w:after="80"/>
        <w:ind w:left="340"/>
      </w:pPr>
      <w:r>
        <w:rPr>
          <w:b w:val="0"/>
          <w:i w:val="0"/>
        </w:rPr>
        <w:t>B) us</w:t>
      </w:r>
    </w:p>
    <w:p>
      <w:pPr>
        <w:spacing w:after="4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  <w:color w:val="666666"/>
          <w:sz w:val="18"/>
        </w:rPr>
        <w:t>___ are students. We are in class 5.</w:t>
      </w:r>
    </w:p>
    <w:p>
      <w:pPr>
        <w:spacing w:after="80"/>
        <w:ind w:left="340"/>
      </w:pPr>
      <w:r>
        <w:rPr>
          <w:b w:val="0"/>
          <w:i w:val="0"/>
        </w:rPr>
        <w:t>C) We</w:t>
      </w:r>
    </w:p>
    <w:p>
      <w:pPr>
        <w:spacing w:after="4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  <w:color w:val="666666"/>
          <w:sz w:val="18"/>
        </w:rPr>
        <w:t>I brush my ___ every morning.</w:t>
      </w:r>
    </w:p>
    <w:p>
      <w:pPr>
        <w:spacing w:after="80"/>
        <w:ind w:left="340"/>
      </w:pPr>
      <w:r>
        <w:rPr>
          <w:b w:val="0"/>
          <w:i w:val="0"/>
        </w:rPr>
        <w:t>B) teeth</w:t>
      </w:r>
    </w:p>
    <w:p>
      <w:pPr>
        <w:spacing w:after="4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  <w:color w:val="666666"/>
          <w:sz w:val="18"/>
        </w:rPr>
        <w:t>I wake up after I go to bed.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  <w:color w:val="666666"/>
          <w:sz w:val="18"/>
        </w:rPr>
        <w:t>We use 'him' for a boy/man.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  <w:color w:val="666666"/>
          <w:sz w:val="18"/>
        </w:rPr>
        <w:t>'They are' is the negative form.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  <w:color w:val="666666"/>
          <w:sz w:val="18"/>
        </w:rPr>
        <w:t>I have breakfast before I go to school.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  <w:color w:val="666666"/>
          <w:sz w:val="18"/>
        </w:rPr>
        <w:t>We smell with our ears.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  <w:color w:val="666666"/>
          <w:sz w:val="18"/>
        </w:rPr>
        <w:t>Write about your daily routine. What do you do in the mornin</w:t>
      </w:r>
    </w:p>
    <w:p>
      <w:pPr>
        <w:spacing w:after="80"/>
        <w:ind w:left="340"/>
      </w:pPr>
      <w:r>
        <w:rPr>
          <w:b w:val="0"/>
          <w:i w:val="0"/>
        </w:rPr>
        <w:t>Student's own answer. Check for: Present Simple (to be), before/after, daily routine vocabulary, correct word order.</w:t>
      </w:r>
    </w:p>
    <w:p>
      <w:pPr>
        <w:spacing w:after="4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  <w:color w:val="666666"/>
          <w:sz w:val="18"/>
        </w:rPr>
        <w:t>What time does Ali wake up?</w:t>
      </w:r>
    </w:p>
    <w:p>
      <w:pPr>
        <w:spacing w:after="80"/>
        <w:ind w:left="340"/>
      </w:pPr>
      <w:r>
        <w:rPr>
          <w:b w:val="0"/>
          <w:i w:val="0"/>
        </w:rPr>
        <w:t>He wakes up at 7 o'clock.</w:t>
      </w:r>
    </w:p>
    <w:p>
      <w:pPr>
        <w:spacing w:after="4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  <w:color w:val="666666"/>
          <w:sz w:val="18"/>
        </w:rPr>
        <w:t>What does Ali do before school?</w:t>
      </w:r>
    </w:p>
    <w:p>
      <w:pPr>
        <w:spacing w:after="80"/>
        <w:ind w:left="340"/>
      </w:pPr>
      <w:r>
        <w:rPr>
          <w:b w:val="0"/>
          <w:i w:val="0"/>
        </w:rPr>
        <w:t>He has breakfast, brushes his teeth and gets dressed.</w:t>
      </w:r>
    </w:p>
    <w:p>
      <w:pPr>
        <w:spacing w:after="40"/>
      </w:pPr>
      <w:r>
        <w:rPr>
          <w:b/>
          <w:i w:val="0"/>
          <w:color w:val="2E5E8C"/>
        </w:rPr>
        <w:t xml:space="preserve">20) </w:t>
      </w:r>
      <w:r>
        <w:rPr>
          <w:b w:val="0"/>
          <w:i w:val="0"/>
          <w:color w:val="666666"/>
          <w:sz w:val="18"/>
        </w:rPr>
        <w:t>What does Ali do after dinner?</w:t>
      </w:r>
    </w:p>
    <w:p>
      <w:pPr>
        <w:spacing w:after="80"/>
        <w:ind w:left="340"/>
      </w:pPr>
      <w:r>
        <w:rPr>
          <w:b w:val="0"/>
          <w:i w:val="0"/>
        </w:rPr>
        <w:t>He reads a book.</w:t>
      </w:r>
    </w:p>
    <w:p>
      <w:pPr>
        <w:spacing w:after="40"/>
      </w:pPr>
      <w:r>
        <w:rPr>
          <w:b/>
          <w:i w:val="0"/>
          <w:color w:val="2E5E8C"/>
        </w:rPr>
        <w:t xml:space="preserve">21) </w:t>
      </w:r>
      <w:r>
        <w:rPr>
          <w:b w:val="0"/>
          <w:i w:val="0"/>
          <w:color w:val="666666"/>
          <w:sz w:val="18"/>
        </w:rPr>
        <w:t>What is Ali's favourite subject?</w:t>
      </w:r>
    </w:p>
    <w:p>
      <w:pPr>
        <w:spacing w:after="80"/>
        <w:ind w:left="340"/>
      </w:pPr>
      <w:r>
        <w:rPr>
          <w:b w:val="0"/>
          <w:i w:val="0"/>
        </w:rPr>
        <w:t>English.</w:t>
      </w:r>
    </w:p>
    <w:p>
      <w:pPr>
        <w:spacing w:after="40"/>
      </w:pPr>
      <w:r>
        <w:rPr>
          <w:b/>
          <w:i w:val="0"/>
          <w:color w:val="2E5E8C"/>
        </w:rPr>
        <w:t xml:space="preserve">22) </w:t>
      </w:r>
      <w:r>
        <w:rPr>
          <w:b w:val="0"/>
          <w:i w:val="0"/>
          <w:color w:val="666666"/>
          <w:sz w:val="18"/>
        </w:rPr>
        <w:t>What time does Ali go to bed?</w:t>
      </w:r>
    </w:p>
    <w:p>
      <w:pPr>
        <w:spacing w:after="80"/>
        <w:ind w:left="340"/>
      </w:pPr>
      <w:r>
        <w:rPr>
          <w:b w:val="0"/>
          <w:i w:val="0"/>
        </w:rPr>
        <w:t>C) 9 o'clock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