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olor w:val="2E5E8C"/>
          <w:sz w:val="34"/>
        </w:rPr>
        <w:t>My Day</w:t>
      </w:r>
    </w:p>
    <w:p>
      <w:pPr>
        <w:spacing w:after="160"/>
        <w:jc w:val="center"/>
      </w:pPr>
      <w:r>
        <w:rPr>
          <w:b w:val="0"/>
          <w:i/>
          <w:color w:val="666666"/>
          <w:sz w:val="22"/>
        </w:rPr>
        <w:t>5. Sınıf İngilizce — Unit 1 Çalışma Kağıdı</w:t>
      </w:r>
    </w:p>
    <w:p>
      <w:pPr>
        <w:spacing w:after="200"/>
      </w:pPr>
      <w:r>
        <w:rPr>
          <w:b/>
          <w:i w:val="0"/>
          <w:sz w:val="20"/>
        </w:rPr>
        <w:t xml:space="preserve">Ad Soyad: </w:t>
      </w:r>
      <w:r>
        <w:rPr>
          <w:b w:val="0"/>
          <w:i w:val="0"/>
          <w:color w:val="666666"/>
          <w:sz w:val="20"/>
        </w:rPr>
        <w:t xml:space="preserve">..............................   </w:t>
      </w:r>
      <w:r>
        <w:rPr>
          <w:b/>
          <w:i w:val="0"/>
          <w:sz w:val="20"/>
        </w:rPr>
        <w:t xml:space="preserve">(Puan: ____/100)   </w:t>
      </w:r>
      <w:r>
        <w:rPr>
          <w:b/>
          <w:i w:val="0"/>
          <w:sz w:val="20"/>
        </w:rPr>
        <w:t>Sınıf: .....</w:t>
      </w:r>
      <w:r>
        <w:rPr>
          <w:b/>
          <w:i w:val="0"/>
          <w:sz w:val="20"/>
        </w:rPr>
        <w:t xml:space="preserve">  No: ....</w:t>
      </w:r>
      <w:r>
        <w:rPr>
          <w:b/>
          <w:i w:val="0"/>
          <w:sz w:val="20"/>
        </w:rPr>
        <w:t xml:space="preserve">  Tarih: ..........</w:t>
      </w:r>
    </w:p>
    <w:p>
      <w:pPr>
        <w:keepNext/>
        <w:spacing w:before="240" w:after="80"/>
        <w:pBdr>
          <w:bottom w:val="single" w:sz="10" w:color="2E5E8C" w:space="4"/>
        </w:pBdr>
      </w:pPr>
      <w:r>
        <w:rPr>
          <w:b/>
          <w:i w:val="0"/>
          <w:color w:val="2E5E8C"/>
          <w:sz w:val="26"/>
        </w:rPr>
        <w:t>A. Vocabulary — Daily Routines</w:t>
      </w:r>
    </w:p>
    <w:p>
      <w:pPr>
        <w:spacing w:after="120"/>
      </w:pPr>
      <w:r>
        <w:rPr>
          <w:b w:val="0"/>
          <w:i w:val="0"/>
          <w:color w:val="2E5E8C"/>
          <w:sz w:val="20"/>
        </w:rPr>
        <w:t xml:space="preserve">▶ </w:t>
      </w:r>
      <w:r>
        <w:rPr>
          <w:b w:val="0"/>
          <w:i/>
          <w:color w:val="666666"/>
          <w:sz w:val="20"/>
        </w:rPr>
        <w:t>Match the daily routine verbs with their meanings.</w:t>
      </w:r>
    </w:p>
    <w:p>
      <w:pPr>
        <w:keepNext/>
      </w:pPr>
      <w:r>
        <w:rPr>
          <w:b/>
          <w:i w:val="0"/>
          <w:color w:val="2E5E8C"/>
        </w:rPr>
        <w:t xml:space="preserve">1) </w:t>
      </w:r>
      <w:r>
        <w:rPr>
          <w:b w:val="0"/>
          <w:i/>
          <w:color w:val="666666"/>
          <w:sz w:val="20"/>
        </w:rPr>
        <w:t>Eşleştirin:</w:t>
      </w:r>
    </w:p>
    <w:tbl>
      <w:tblPr>
        <w:tblW w:type="auto" w:w="0"/>
        <w:tblLayout w:type="fixed"/>
        <w:tblLook w:firstColumn="1" w:firstRow="1" w:lastColumn="0" w:lastRow="0" w:noHBand="0" w:noVBand="1" w:val="04A0"/>
        <w:tblBorders>
          <w:top w:val="none" w:sz="0"/>
          <w:left w:val="none" w:sz="0"/>
          <w:bottom w:val="none" w:sz="0"/>
          <w:right w:val="none" w:sz="0"/>
          <w:insideH w:val="none" w:sz="0"/>
          <w:insideV w:val="none" w:sz="0"/>
        </w:tblBorders>
      </w:tblPr>
      <w:tblGrid>
        <w:gridCol w:w="3213"/>
        <w:gridCol w:w="3213"/>
        <w:gridCol w:w="3213"/>
      </w:tblGrid>
      <w:tr>
        <w:trPr>
          <w:cantSplit/>
        </w:trPr>
        <w:tc>
          <w:tcPr>
            <w:tcW w:type="dxa" w:w="3662"/>
          </w:tcPr>
          <w:p>
            <w:r>
              <w:rPr>
                <w:b/>
                <w:i w:val="0"/>
                <w:color w:val="2E5E8C"/>
              </w:rPr>
              <w:t xml:space="preserve">1. </w:t>
            </w:r>
            <w:r>
              <w:rPr>
                <w:b w:val="0"/>
                <w:i w:val="0"/>
              </w:rPr>
              <w:t>wake up</w:t>
            </w:r>
          </w:p>
        </w:tc>
        <w:tc>
          <w:tcPr>
            <w:tcW w:type="dxa" w:w="964"/>
          </w:tcPr>
          <w:p>
            <w:r>
              <w:rPr>
                <w:b w:val="0"/>
                <w:i w:val="0"/>
                <w:color w:val="666666"/>
              </w:rPr>
              <w:t>(     )</w:t>
            </w:r>
          </w:p>
        </w:tc>
        <w:tc>
          <w:tcPr>
            <w:tcW w:type="dxa" w:w="5012"/>
          </w:tcPr>
          <w:p>
            <w:r>
              <w:rPr>
                <w:b/>
                <w:i w:val="0"/>
                <w:color w:val="2E5E8C"/>
              </w:rPr>
              <w:t xml:space="preserve">A) </w:t>
            </w:r>
            <w:r>
              <w:rPr>
                <w:b w:val="0"/>
                <w:i w:val="0"/>
              </w:rPr>
              <w:t>ödev yap</w:t>
            </w:r>
          </w:p>
        </w:tc>
      </w:tr>
      <w:tr>
        <w:trPr>
          <w:cantSplit/>
        </w:trPr>
        <w:tc>
          <w:tcPr>
            <w:tcW w:type="dxa" w:w="3662"/>
          </w:tcPr>
          <w:p>
            <w:r>
              <w:rPr>
                <w:b/>
                <w:i w:val="0"/>
                <w:color w:val="2E5E8C"/>
              </w:rPr>
              <w:t xml:space="preserve">2. </w:t>
            </w:r>
            <w:r>
              <w:rPr>
                <w:b w:val="0"/>
                <w:i w:val="0"/>
              </w:rPr>
              <w:t>get dressed</w:t>
            </w:r>
          </w:p>
        </w:tc>
        <w:tc>
          <w:tcPr>
            <w:tcW w:type="dxa" w:w="964"/>
          </w:tcPr>
          <w:p>
            <w:r>
              <w:rPr>
                <w:b w:val="0"/>
                <w:i w:val="0"/>
                <w:color w:val="666666"/>
              </w:rPr>
              <w:t>(     )</w:t>
            </w:r>
          </w:p>
        </w:tc>
        <w:tc>
          <w:tcPr>
            <w:tcW w:type="dxa" w:w="5012"/>
          </w:tcPr>
          <w:p>
            <w:r>
              <w:rPr>
                <w:b/>
                <w:i w:val="0"/>
                <w:color w:val="2E5E8C"/>
              </w:rPr>
              <w:t xml:space="preserve">B) </w:t>
            </w:r>
            <w:r>
              <w:rPr>
                <w:b w:val="0"/>
                <w:i w:val="0"/>
              </w:rPr>
              <w:t>kahvaltı yap</w:t>
            </w:r>
          </w:p>
        </w:tc>
      </w:tr>
      <w:tr>
        <w:trPr>
          <w:cantSplit/>
        </w:trPr>
        <w:tc>
          <w:tcPr>
            <w:tcW w:type="dxa" w:w="3662"/>
          </w:tcPr>
          <w:p>
            <w:r>
              <w:rPr>
                <w:b/>
                <w:i w:val="0"/>
                <w:color w:val="2E5E8C"/>
              </w:rPr>
              <w:t xml:space="preserve">3. </w:t>
            </w:r>
            <w:r>
              <w:rPr>
                <w:b w:val="0"/>
                <w:i w:val="0"/>
              </w:rPr>
              <w:t>have breakfast</w:t>
            </w:r>
          </w:p>
        </w:tc>
        <w:tc>
          <w:tcPr>
            <w:tcW w:type="dxa" w:w="964"/>
          </w:tcPr>
          <w:p>
            <w:r>
              <w:rPr>
                <w:b w:val="0"/>
                <w:i w:val="0"/>
                <w:color w:val="666666"/>
              </w:rPr>
              <w:t>(     )</w:t>
            </w:r>
          </w:p>
        </w:tc>
        <w:tc>
          <w:tcPr>
            <w:tcW w:type="dxa" w:w="5012"/>
          </w:tcPr>
          <w:p>
            <w:r>
              <w:rPr>
                <w:b/>
                <w:i w:val="0"/>
                <w:color w:val="2E5E8C"/>
              </w:rPr>
              <w:t xml:space="preserve">C) </w:t>
            </w:r>
            <w:r>
              <w:rPr>
                <w:b w:val="0"/>
                <w:i w:val="0"/>
              </w:rPr>
              <w:t>uyan</w:t>
            </w:r>
          </w:p>
        </w:tc>
      </w:tr>
      <w:tr>
        <w:trPr>
          <w:cantSplit/>
        </w:trPr>
        <w:tc>
          <w:tcPr>
            <w:tcW w:type="dxa" w:w="3662"/>
          </w:tcPr>
          <w:p>
            <w:r>
              <w:rPr>
                <w:b/>
                <w:i w:val="0"/>
                <w:color w:val="2E5E8C"/>
              </w:rPr>
              <w:t xml:space="preserve">4. </w:t>
            </w:r>
            <w:r>
              <w:rPr>
                <w:b w:val="0"/>
                <w:i w:val="0"/>
              </w:rPr>
              <w:t>go to school</w:t>
            </w:r>
          </w:p>
        </w:tc>
        <w:tc>
          <w:tcPr>
            <w:tcW w:type="dxa" w:w="964"/>
          </w:tcPr>
          <w:p>
            <w:r>
              <w:rPr>
                <w:b w:val="0"/>
                <w:i w:val="0"/>
                <w:color w:val="666666"/>
              </w:rPr>
              <w:t>(     )</w:t>
            </w:r>
          </w:p>
        </w:tc>
        <w:tc>
          <w:tcPr>
            <w:tcW w:type="dxa" w:w="5012"/>
          </w:tcPr>
          <w:p>
            <w:r>
              <w:rPr>
                <w:b/>
                <w:i w:val="0"/>
                <w:color w:val="2E5E8C"/>
              </w:rPr>
              <w:t xml:space="preserve">D) </w:t>
            </w:r>
            <w:r>
              <w:rPr>
                <w:b w:val="0"/>
                <w:i w:val="0"/>
              </w:rPr>
              <w:t>uyu (yatağa gir)</w:t>
            </w:r>
          </w:p>
        </w:tc>
      </w:tr>
      <w:tr>
        <w:trPr>
          <w:cantSplit/>
        </w:trPr>
        <w:tc>
          <w:tcPr>
            <w:tcW w:type="dxa" w:w="3662"/>
          </w:tcPr>
          <w:p>
            <w:r>
              <w:rPr>
                <w:b/>
                <w:i w:val="0"/>
                <w:color w:val="2E5E8C"/>
              </w:rPr>
              <w:t xml:space="preserve">5. </w:t>
            </w:r>
            <w:r>
              <w:rPr>
                <w:b w:val="0"/>
                <w:i w:val="0"/>
              </w:rPr>
              <w:t>do homework</w:t>
            </w:r>
          </w:p>
        </w:tc>
        <w:tc>
          <w:tcPr>
            <w:tcW w:type="dxa" w:w="964"/>
          </w:tcPr>
          <w:p>
            <w:r>
              <w:rPr>
                <w:b w:val="0"/>
                <w:i w:val="0"/>
                <w:color w:val="666666"/>
              </w:rPr>
              <w:t>(     )</w:t>
            </w:r>
          </w:p>
        </w:tc>
        <w:tc>
          <w:tcPr>
            <w:tcW w:type="dxa" w:w="5012"/>
          </w:tcPr>
          <w:p>
            <w:r>
              <w:rPr>
                <w:b/>
                <w:i w:val="0"/>
                <w:color w:val="2E5E8C"/>
              </w:rPr>
              <w:t xml:space="preserve">E) </w:t>
            </w:r>
            <w:r>
              <w:rPr>
                <w:b w:val="0"/>
                <w:i w:val="0"/>
              </w:rPr>
              <w:t>okula git</w:t>
            </w:r>
          </w:p>
        </w:tc>
      </w:tr>
      <w:tr>
        <w:trPr>
          <w:cantSplit/>
        </w:trPr>
        <w:tc>
          <w:tcPr>
            <w:tcW w:type="dxa" w:w="3662"/>
          </w:tcPr>
          <w:p>
            <w:r>
              <w:rPr>
                <w:b/>
                <w:i w:val="0"/>
                <w:color w:val="2E5E8C"/>
              </w:rPr>
              <w:t xml:space="preserve">6. </w:t>
            </w:r>
            <w:r>
              <w:rPr>
                <w:b w:val="0"/>
                <w:i w:val="0"/>
              </w:rPr>
              <w:t>go to bed</w:t>
            </w:r>
          </w:p>
        </w:tc>
        <w:tc>
          <w:tcPr>
            <w:tcW w:type="dxa" w:w="964"/>
          </w:tcPr>
          <w:p>
            <w:r>
              <w:rPr>
                <w:b w:val="0"/>
                <w:i w:val="0"/>
                <w:color w:val="666666"/>
              </w:rPr>
              <w:t>(     )</w:t>
            </w:r>
          </w:p>
        </w:tc>
        <w:tc>
          <w:tcPr>
            <w:tcW w:type="dxa" w:w="5012"/>
          </w:tcPr>
          <w:p>
            <w:r>
              <w:rPr>
                <w:b/>
                <w:i w:val="0"/>
                <w:color w:val="2E5E8C"/>
              </w:rPr>
              <w:t xml:space="preserve">F) </w:t>
            </w:r>
            <w:r>
              <w:rPr>
                <w:b w:val="0"/>
                <w:i w:val="0"/>
              </w:rPr>
              <w:t>giyin</w:t>
            </w:r>
          </w:p>
        </w:tc>
      </w:tr>
    </w:tbl>
    <w:p>
      <w:pPr>
        <w:spacing w:after="0"/>
      </w:pPr>
      <w:r>
        <w:rPr>
          <w:b w:val="0"/>
          <w:i w:val="0"/>
          <w:sz w:val="12"/>
        </w:rPr>
      </w:r>
    </w:p>
    <w:p>
      <w:pPr>
        <w:keepNext/>
        <w:spacing w:before="240" w:after="80"/>
        <w:pBdr>
          <w:bottom w:val="single" w:sz="10" w:color="2E5E8C" w:space="4"/>
        </w:pBdr>
      </w:pPr>
      <w:r>
        <w:rPr>
          <w:b/>
          <w:i w:val="0"/>
          <w:color w:val="2E5E8C"/>
          <w:sz w:val="26"/>
        </w:rPr>
        <w:t>B. Telling the Time</w:t>
      </w:r>
    </w:p>
    <w:p>
      <w:pPr>
        <w:spacing w:after="120"/>
      </w:pPr>
      <w:r>
        <w:rPr>
          <w:b w:val="0"/>
          <w:i w:val="0"/>
          <w:color w:val="2E5E8C"/>
          <w:sz w:val="20"/>
        </w:rPr>
        <w:t xml:space="preserve">▶ </w:t>
      </w:r>
      <w:r>
        <w:rPr>
          <w:b w:val="0"/>
          <w:i/>
          <w:color w:val="666666"/>
          <w:sz w:val="20"/>
        </w:rPr>
        <w:t>Write the times in English. Look at the clocks.</w:t>
      </w:r>
    </w:p>
    <w:tbl>
      <w:tblPr>
        <w:tblStyle w:val="TableGrid"/>
        <w:tblW w:type="auto" w:w="0"/>
        <w:jc w:val="center"/>
        <w:tblLayout w:type="fixed"/>
        <w:tblLook w:firstColumn="1" w:firstRow="1" w:lastColumn="0" w:lastRow="0" w:noHBand="0" w:noVBand="1" w:val="04A0"/>
      </w:tblPr>
      <w:tblGrid>
        <w:gridCol w:w="4819"/>
        <w:gridCol w:w="4819"/>
      </w:tblGrid>
      <w:tr>
        <w:trPr>
          <w:cantSplit/>
        </w:trPr>
        <w:tc>
          <w:tcPr>
            <w:tcW w:type="dxa" w:w="2835"/>
            <w:shd w:val="clear" w:fill="E8EEF7"/>
          </w:tcPr>
          <w:p>
            <w:pPr>
              <w:jc w:val="center"/>
            </w:pPr>
            <w:r>
              <w:rPr>
                <w:b/>
                <w:i w:val="0"/>
                <w:sz w:val="22"/>
              </w:rPr>
              <w:t>Clock</w:t>
            </w:r>
          </w:p>
        </w:tc>
        <w:tc>
          <w:tcPr>
            <w:tcW w:type="dxa" w:w="5669"/>
            <w:shd w:val="clear" w:fill="E8EEF7"/>
          </w:tcPr>
          <w:p>
            <w:pPr>
              <w:jc w:val="center"/>
            </w:pPr>
            <w:r>
              <w:rPr>
                <w:b/>
                <w:i w:val="0"/>
                <w:sz w:val="22"/>
              </w:rPr>
              <w:t>Time (English)</w:t>
            </w:r>
          </w:p>
        </w:tc>
      </w:tr>
      <w:tr>
        <w:trPr>
          <w:cantSplit/>
        </w:trPr>
        <w:tc>
          <w:tcPr>
            <w:tcW w:type="dxa" w:w="2835"/>
          </w:tcPr>
          <w:p>
            <w:pPr>
              <w:jc w:val="center"/>
            </w:pPr>
            <w:r>
              <w:rPr>
                <w:b w:val="0"/>
                <w:i w:val="0"/>
                <w:sz w:val="22"/>
              </w:rPr>
              <w:t>7:00</w:t>
            </w:r>
          </w:p>
        </w:tc>
        <w:tc>
          <w:tcPr>
            <w:tcW w:type="dxa" w:w="5669"/>
          </w:tcPr>
          <w:p>
            <w:pPr>
              <w:jc w:val="left"/>
            </w:pPr>
            <w:r>
              <w:rPr>
                <w:b w:val="0"/>
                <w:i w:val="0"/>
                <w:sz w:val="22"/>
              </w:rPr>
              <w:t>__________</w:t>
            </w:r>
          </w:p>
        </w:tc>
      </w:tr>
      <w:tr>
        <w:trPr>
          <w:cantSplit/>
        </w:trPr>
        <w:tc>
          <w:tcPr>
            <w:tcW w:type="dxa" w:w="2835"/>
          </w:tcPr>
          <w:p>
            <w:pPr>
              <w:jc w:val="center"/>
            </w:pPr>
            <w:r>
              <w:rPr>
                <w:b w:val="0"/>
                <w:i w:val="0"/>
                <w:sz w:val="22"/>
              </w:rPr>
              <w:t>7:30</w:t>
            </w:r>
          </w:p>
        </w:tc>
        <w:tc>
          <w:tcPr>
            <w:tcW w:type="dxa" w:w="5669"/>
          </w:tcPr>
          <w:p>
            <w:pPr>
              <w:jc w:val="left"/>
            </w:pPr>
            <w:r>
              <w:rPr>
                <w:b w:val="0"/>
                <w:i w:val="0"/>
                <w:sz w:val="22"/>
              </w:rPr>
              <w:t>__________</w:t>
            </w:r>
          </w:p>
        </w:tc>
      </w:tr>
      <w:tr>
        <w:trPr>
          <w:cantSplit/>
        </w:trPr>
        <w:tc>
          <w:tcPr>
            <w:tcW w:type="dxa" w:w="2835"/>
          </w:tcPr>
          <w:p>
            <w:pPr>
              <w:jc w:val="center"/>
            </w:pPr>
            <w:r>
              <w:rPr>
                <w:b w:val="0"/>
                <w:i w:val="0"/>
                <w:sz w:val="22"/>
              </w:rPr>
              <w:t>8:15</w:t>
            </w:r>
          </w:p>
        </w:tc>
        <w:tc>
          <w:tcPr>
            <w:tcW w:type="dxa" w:w="5669"/>
          </w:tcPr>
          <w:p>
            <w:pPr>
              <w:jc w:val="left"/>
            </w:pPr>
            <w:r>
              <w:rPr>
                <w:b w:val="0"/>
                <w:i w:val="0"/>
                <w:sz w:val="22"/>
              </w:rPr>
              <w:t>__________</w:t>
            </w:r>
          </w:p>
        </w:tc>
      </w:tr>
      <w:tr>
        <w:trPr>
          <w:cantSplit/>
        </w:trPr>
        <w:tc>
          <w:tcPr>
            <w:tcW w:type="dxa" w:w="2835"/>
          </w:tcPr>
          <w:p>
            <w:pPr>
              <w:jc w:val="center"/>
            </w:pPr>
            <w:r>
              <w:rPr>
                <w:b w:val="0"/>
                <w:i w:val="0"/>
                <w:sz w:val="22"/>
              </w:rPr>
              <w:t>9:45</w:t>
            </w:r>
          </w:p>
        </w:tc>
        <w:tc>
          <w:tcPr>
            <w:tcW w:type="dxa" w:w="5669"/>
          </w:tcPr>
          <w:p>
            <w:pPr>
              <w:jc w:val="left"/>
            </w:pPr>
            <w:r>
              <w:rPr>
                <w:b w:val="0"/>
                <w:i w:val="0"/>
                <w:sz w:val="22"/>
              </w:rPr>
              <w:t>__________</w:t>
            </w:r>
          </w:p>
        </w:tc>
      </w:tr>
      <w:tr>
        <w:trPr>
          <w:cantSplit/>
        </w:trPr>
        <w:tc>
          <w:tcPr>
            <w:tcW w:type="dxa" w:w="2835"/>
          </w:tcPr>
          <w:p>
            <w:pPr>
              <w:jc w:val="center"/>
            </w:pPr>
            <w:r>
              <w:rPr>
                <w:b w:val="0"/>
                <w:i w:val="0"/>
                <w:sz w:val="22"/>
              </w:rPr>
              <w:t>12:00</w:t>
            </w:r>
          </w:p>
        </w:tc>
        <w:tc>
          <w:tcPr>
            <w:tcW w:type="dxa" w:w="5669"/>
          </w:tcPr>
          <w:p>
            <w:pPr>
              <w:jc w:val="left"/>
            </w:pPr>
            <w:r>
              <w:rPr>
                <w:b w:val="0"/>
                <w:i w:val="0"/>
                <w:sz w:val="22"/>
              </w:rPr>
              <w:t>__________</w:t>
            </w:r>
          </w:p>
        </w:tc>
      </w:tr>
      <w:tr>
        <w:trPr>
          <w:cantSplit/>
        </w:trPr>
        <w:tc>
          <w:tcPr>
            <w:tcW w:type="dxa" w:w="2835"/>
          </w:tcPr>
          <w:p>
            <w:pPr>
              <w:jc w:val="center"/>
            </w:pPr>
            <w:r>
              <w:rPr>
                <w:b w:val="0"/>
                <w:i w:val="0"/>
                <w:sz w:val="22"/>
              </w:rPr>
              <w:t>6:30</w:t>
            </w:r>
          </w:p>
        </w:tc>
        <w:tc>
          <w:tcPr>
            <w:tcW w:type="dxa" w:w="5669"/>
          </w:tcPr>
          <w:p>
            <w:pPr>
              <w:jc w:val="left"/>
            </w:pPr>
            <w:r>
              <w:rPr>
                <w:b w:val="0"/>
                <w:i w:val="0"/>
                <w:sz w:val="22"/>
              </w:rPr>
              <w:t>__________</w:t>
            </w:r>
          </w:p>
        </w:tc>
      </w:tr>
    </w:tbl>
    <w:p>
      <w:pPr>
        <w:spacing w:after="0"/>
      </w:pPr>
    </w:p>
    <w:tbl>
      <w:tblPr>
        <w:tblW w:type="auto" w:w="0"/>
        <w:jc w:val="center"/>
        <w:tblLook w:firstColumn="1" w:firstRow="1" w:lastColumn="0" w:lastRow="0" w:noHBand="0" w:noVBand="1" w:val="04A0"/>
      </w:tblPr>
      <w:tblGrid>
        <w:gridCol w:w="9638"/>
      </w:tblGrid>
      <w:tr>
        <w:trPr>
          <w:cantSplit/>
        </w:trPr>
        <w:tc>
          <w:tcPr>
            <w:tcW w:type="dxa" w:w="9638"/>
            <w:shd w:val="clear" w:fill="FDF3E3"/>
            <w:tcBorders>
              <w:top w:val="single" w:sz="8" w:color="E8DCC8"/>
              <w:bottom w:val="single" w:sz="8" w:color="E8DCC8"/>
              <w:right w:val="single" w:sz="8" w:color="E8DCC8"/>
            </w:tcBorders>
            <w:tcBorders>
              <w:left w:val="single" w:sz="20" w:color="2E5E8C"/>
            </w:tcBorders>
          </w:tcPr>
          <w:p>
            <w:pPr>
              <w:spacing w:before="40" w:after="40"/>
            </w:pPr>
            <w:r>
              <w:rPr>
                <w:b/>
                <w:i w:val="0"/>
                <w:color w:val="2E5E8C"/>
              </w:rPr>
              <w:t xml:space="preserve">REMEMBER: </w:t>
            </w:r>
            <w:r>
              <w:rPr>
                <w:b/>
                <w:i w:val="0"/>
              </w:rPr>
              <w:t>o'clock</w:t>
            </w:r>
            <w:r>
              <w:rPr>
                <w:b w:val="0"/>
                <w:i w:val="0"/>
              </w:rPr>
              <w:t xml:space="preserve"> = tam saat | </w:t>
            </w:r>
            <w:r>
              <w:rPr>
                <w:b/>
                <w:i w:val="0"/>
              </w:rPr>
              <w:t>half past</w:t>
            </w:r>
            <w:r>
              <w:rPr>
                <w:b w:val="0"/>
                <w:i w:val="0"/>
              </w:rPr>
              <w:t xml:space="preserve"> = buçuk | </w:t>
            </w:r>
            <w:r>
              <w:rPr>
                <w:b/>
                <w:i w:val="0"/>
              </w:rPr>
              <w:t>quarter past</w:t>
            </w:r>
            <w:r>
              <w:rPr>
                <w:b w:val="0"/>
                <w:i w:val="0"/>
              </w:rPr>
              <w:t xml:space="preserve"> = çeyrek geçe | </w:t>
            </w:r>
            <w:r>
              <w:rPr>
                <w:b/>
                <w:i w:val="0"/>
              </w:rPr>
              <w:t>quarter to</w:t>
            </w:r>
            <w:r>
              <w:rPr>
                <w:b w:val="0"/>
                <w:i w:val="0"/>
              </w:rPr>
              <w:t xml:space="preserve"> = çeyrek kala</w:t>
            </w:r>
          </w:p>
        </w:tc>
      </w:tr>
    </w:tbl>
    <w:p>
      <w:pPr>
        <w:spacing w:after="0"/>
      </w:pPr>
    </w:p>
    <w:p>
      <w:pPr>
        <w:spacing w:after="0"/>
      </w:pPr>
      <w:r>
        <w:rPr>
          <w:b w:val="0"/>
          <w:i w:val="0"/>
          <w:sz w:val="12"/>
        </w:rPr>
      </w:r>
    </w:p>
    <w:p>
      <w:pPr>
        <w:spacing w:after="0"/>
      </w:pPr>
      <w:r>
        <w:br w:type="page"/>
      </w:r>
    </w:p>
    <w:p>
      <w:pPr>
        <w:keepNext/>
        <w:spacing w:before="240" w:after="80"/>
        <w:pBdr>
          <w:bottom w:val="single" w:sz="10" w:color="2E5E8C" w:space="4"/>
        </w:pBdr>
      </w:pPr>
      <w:r>
        <w:rPr>
          <w:b/>
          <w:i w:val="0"/>
          <w:color w:val="2E5E8C"/>
          <w:sz w:val="26"/>
        </w:rPr>
        <w:t>C. Present Simple — Verb 'to be'</w:t>
      </w:r>
    </w:p>
    <w:p>
      <w:pPr>
        <w:jc w:val="both"/>
      </w:pPr>
      <w:r>
        <w:rPr>
          <w:b w:val="0"/>
          <w:i w:val="0"/>
        </w:rPr>
        <w:t xml:space="preserve">Present Simple (to be): </w:t>
      </w:r>
      <w:r>
        <w:rPr>
          <w:b/>
          <w:i w:val="0"/>
        </w:rPr>
        <w:t>I am</w:t>
      </w:r>
      <w:r>
        <w:rPr>
          <w:b w:val="0"/>
          <w:i w:val="0"/>
        </w:rPr>
        <w:t xml:space="preserve">, </w:t>
      </w:r>
      <w:r>
        <w:rPr>
          <w:b/>
          <w:i w:val="0"/>
        </w:rPr>
        <w:t>you are</w:t>
      </w:r>
      <w:r>
        <w:rPr>
          <w:b w:val="0"/>
          <w:i w:val="0"/>
        </w:rPr>
        <w:t xml:space="preserve">, </w:t>
      </w:r>
      <w:r>
        <w:rPr>
          <w:b/>
          <w:i w:val="0"/>
        </w:rPr>
        <w:t>he/she/it is</w:t>
      </w:r>
      <w:r>
        <w:rPr>
          <w:b w:val="0"/>
          <w:i w:val="0"/>
        </w:rPr>
        <w:t xml:space="preserve">, </w:t>
      </w:r>
      <w:r>
        <w:rPr>
          <w:b/>
          <w:i w:val="0"/>
        </w:rPr>
        <w:t>we/they are</w:t>
      </w:r>
      <w:r>
        <w:rPr>
          <w:b w:val="0"/>
          <w:i w:val="0"/>
        </w:rPr>
        <w:t xml:space="preserve">. Negative: </w:t>
      </w:r>
      <w:r>
        <w:rPr>
          <w:b/>
          <w:i w:val="0"/>
        </w:rPr>
        <w:t>I am not</w:t>
      </w:r>
      <w:r>
        <w:rPr>
          <w:b w:val="0"/>
          <w:i w:val="0"/>
        </w:rPr>
        <w:t xml:space="preserve">, </w:t>
      </w:r>
      <w:r>
        <w:rPr>
          <w:b/>
          <w:i w:val="0"/>
        </w:rPr>
        <w:t>she is not (isn't)</w:t>
      </w:r>
      <w:r>
        <w:rPr>
          <w:b w:val="0"/>
          <w:i w:val="0"/>
        </w:rPr>
        <w:t xml:space="preserve">. Question: </w:t>
      </w:r>
      <w:r>
        <w:rPr>
          <w:b/>
          <w:i w:val="0"/>
        </w:rPr>
        <w:t>Am I?</w:t>
      </w:r>
      <w:r>
        <w:rPr>
          <w:b w:val="0"/>
          <w:i w:val="0"/>
        </w:rPr>
        <w:t xml:space="preserve">, </w:t>
      </w:r>
      <w:r>
        <w:rPr>
          <w:b/>
          <w:i w:val="0"/>
        </w:rPr>
        <w:t>Is she?</w:t>
      </w:r>
      <w:r>
        <w:rPr>
          <w:b w:val="0"/>
          <w:i w:val="0"/>
        </w:rPr>
        <w:t xml:space="preserve">, </w:t>
      </w:r>
      <w:r>
        <w:rPr>
          <w:b/>
          <w:i w:val="0"/>
        </w:rPr>
        <w:t>Are they?</w:t>
      </w:r>
      <w:r>
        <w:rPr>
          <w:b w:val="0"/>
          <w:i w:val="0"/>
        </w:rPr>
        <w:t xml:space="preserve"> Short answers: </w:t>
      </w:r>
      <w:r>
        <w:rPr>
          <w:b/>
          <w:i w:val="0"/>
        </w:rPr>
        <w:t>Yes, I am. / No, I'm not.</w:t>
      </w:r>
    </w:p>
    <w:tbl>
      <w:tblPr>
        <w:tblW w:type="auto" w:w="0"/>
        <w:jc w:val="center"/>
        <w:tblLook w:firstColumn="1" w:firstRow="1" w:lastColumn="0" w:lastRow="0" w:noHBand="0" w:noVBand="1" w:val="04A0"/>
      </w:tblPr>
      <w:tblGrid>
        <w:gridCol w:w="9638"/>
      </w:tblGrid>
      <w:tr>
        <w:trPr>
          <w:cantSplit/>
        </w:trPr>
        <w:tc>
          <w:tcPr>
            <w:tcW w:type="dxa" w:w="9638"/>
            <w:shd w:val="clear" w:fill="F0F6EF"/>
            <w:tcBorders>
              <w:top w:val="single" w:sz="8" w:color="C9DBC7"/>
              <w:bottom w:val="single" w:sz="8" w:color="C9DBC7"/>
              <w:right w:val="single" w:sz="8" w:color="C9DBC7"/>
            </w:tcBorders>
            <w:tcBorders>
              <w:left w:val="single" w:sz="20" w:color="4F7942"/>
            </w:tcBorders>
          </w:tcPr>
          <w:p>
            <w:pPr>
              <w:spacing w:before="40"/>
            </w:pPr>
            <w:r>
              <w:rPr>
                <w:b/>
                <w:i w:val="0"/>
                <w:color w:val="4F7942"/>
                <w:sz w:val="18"/>
              </w:rPr>
              <w:t>EXAMPLE</w:t>
            </w:r>
          </w:p>
          <w:p>
            <w:r>
              <w:rPr>
                <w:b w:val="0"/>
                <w:i w:val="0"/>
              </w:rPr>
              <w:t>Fill in the blank: She ___ a student.</w:t>
            </w:r>
          </w:p>
          <w:p>
            <w:r>
              <w:rPr>
                <w:b w:val="0"/>
                <w:i/>
                <w:color w:val="666666"/>
                <w:sz w:val="20"/>
              </w:rPr>
              <w:t>Çözüm:</w:t>
            </w:r>
          </w:p>
          <w:p>
            <w:pPr>
              <w:spacing w:after="40"/>
              <w:ind w:left="227"/>
            </w:pPr>
            <w:r>
              <w:rPr>
                <w:b/>
                <w:i w:val="0"/>
                <w:color w:val="4F7942"/>
                <w:sz w:val="20"/>
              </w:rPr>
              <w:t xml:space="preserve">1. </w:t>
            </w:r>
            <w:r>
              <w:rPr>
                <w:b w:val="0"/>
                <w:i w:val="0"/>
              </w:rPr>
              <w:t xml:space="preserve">She </w:t>
            </w:r>
            <w:r>
              <w:rPr>
                <w:b/>
                <w:i w:val="0"/>
              </w:rPr>
              <w:t>is</w:t>
            </w:r>
            <w:r>
              <w:rPr>
                <w:b w:val="0"/>
                <w:i w:val="0"/>
              </w:rPr>
              <w:t xml:space="preserve"> a student.</w:t>
            </w:r>
          </w:p>
        </w:tc>
      </w:tr>
    </w:tbl>
    <w:p>
      <w:pPr>
        <w:spacing w:after="0"/>
      </w:pPr>
    </w:p>
    <w:p>
      <w:pPr>
        <w:spacing w:after="120"/>
      </w:pPr>
      <w:r>
        <w:rPr>
          <w:b w:val="0"/>
          <w:i w:val="0"/>
          <w:color w:val="2E5E8C"/>
          <w:sz w:val="20"/>
        </w:rPr>
        <w:t xml:space="preserve">▶ </w:t>
      </w:r>
      <w:r>
        <w:rPr>
          <w:b w:val="0"/>
          <w:i/>
          <w:color w:val="666666"/>
          <w:sz w:val="20"/>
        </w:rPr>
        <w:t>Fill in the blanks with am / is / are.</w:t>
      </w:r>
    </w:p>
    <w:p>
      <w:r>
        <w:rPr>
          <w:b/>
          <w:i w:val="0"/>
          <w:color w:val="2E5E8C"/>
        </w:rPr>
        <w:t xml:space="preserve">2) </w:t>
      </w:r>
      <w:r>
        <w:rPr>
          <w:b w:val="0"/>
          <w:i w:val="0"/>
        </w:rPr>
        <w:t xml:space="preserve">1. I </w:t>
      </w:r>
      <w:r>
        <w:rPr>
          <w:b w:val="0"/>
          <w:i w:val="0"/>
          <w:color w:val="666666"/>
        </w:rPr>
        <w:t>________</w:t>
      </w:r>
      <w:r>
        <w:rPr>
          <w:b w:val="0"/>
          <w:i w:val="0"/>
        </w:rPr>
        <w:t xml:space="preserve"> a student. 2. She </w:t>
      </w:r>
      <w:r>
        <w:rPr>
          <w:b w:val="0"/>
          <w:i w:val="0"/>
          <w:color w:val="666666"/>
        </w:rPr>
        <w:t>________</w:t>
      </w:r>
      <w:r>
        <w:rPr>
          <w:b w:val="0"/>
          <w:i w:val="0"/>
        </w:rPr>
        <w:t xml:space="preserve"> my friend. 3. We </w:t>
      </w:r>
      <w:r>
        <w:rPr>
          <w:b w:val="0"/>
          <w:i w:val="0"/>
          <w:color w:val="666666"/>
        </w:rPr>
        <w:t>__________</w:t>
      </w:r>
      <w:r>
        <w:rPr>
          <w:b w:val="0"/>
          <w:i w:val="0"/>
        </w:rPr>
        <w:t xml:space="preserve"> in the classroom. 4. He </w:t>
      </w:r>
      <w:r>
        <w:rPr>
          <w:b w:val="0"/>
          <w:i w:val="0"/>
          <w:color w:val="666666"/>
        </w:rPr>
        <w:t>________</w:t>
      </w:r>
      <w:r>
        <w:rPr>
          <w:b w:val="0"/>
          <w:i w:val="0"/>
        </w:rPr>
        <w:t xml:space="preserve"> tall. 5. They </w:t>
      </w:r>
      <w:r>
        <w:rPr>
          <w:b w:val="0"/>
          <w:i w:val="0"/>
          <w:color w:val="666666"/>
        </w:rPr>
        <w:t>__________</w:t>
      </w:r>
      <w:r>
        <w:rPr>
          <w:b w:val="0"/>
          <w:i w:val="0"/>
        </w:rPr>
        <w:t xml:space="preserve"> happy. 6. You </w:t>
      </w:r>
      <w:r>
        <w:rPr>
          <w:b w:val="0"/>
          <w:i w:val="0"/>
          <w:color w:val="666666"/>
        </w:rPr>
        <w:t>__________</w:t>
      </w:r>
      <w:r>
        <w:rPr>
          <w:b w:val="0"/>
          <w:i w:val="0"/>
        </w:rPr>
        <w:t xml:space="preserve"> my teacher. 7. It </w:t>
      </w:r>
      <w:r>
        <w:rPr>
          <w:b w:val="0"/>
          <w:i w:val="0"/>
          <w:color w:val="666666"/>
        </w:rPr>
        <w:t>________</w:t>
      </w:r>
      <w:r>
        <w:rPr>
          <w:b w:val="0"/>
          <w:i w:val="0"/>
        </w:rPr>
        <w:t xml:space="preserve"> a pencil. 8. Ali and Ayşe </w:t>
      </w:r>
      <w:r>
        <w:rPr>
          <w:b w:val="0"/>
          <w:i w:val="0"/>
          <w:color w:val="666666"/>
        </w:rPr>
        <w:t>__________</w:t>
      </w:r>
      <w:r>
        <w:rPr>
          <w:b w:val="0"/>
          <w:i w:val="0"/>
        </w:rPr>
        <w:t xml:space="preserve"> twins.</w:t>
      </w:r>
    </w:p>
    <w:p>
      <w:pPr>
        <w:spacing w:after="0"/>
      </w:pPr>
      <w:r>
        <w:rPr>
          <w:b w:val="0"/>
          <w:i w:val="0"/>
          <w:sz w:val="12"/>
        </w:rPr>
      </w:r>
    </w:p>
    <w:p>
      <w:pPr>
        <w:keepNext/>
        <w:spacing w:before="240" w:after="80"/>
        <w:pBdr>
          <w:bottom w:val="single" w:sz="10" w:color="2E5E8C" w:space="4"/>
        </w:pBdr>
      </w:pPr>
      <w:r>
        <w:rPr>
          <w:b/>
          <w:i w:val="0"/>
          <w:color w:val="2E5E8C"/>
          <w:sz w:val="26"/>
        </w:rPr>
        <w:t>D. Make it Negative and Question</w:t>
      </w:r>
    </w:p>
    <w:p>
      <w:pPr>
        <w:spacing w:after="120"/>
      </w:pPr>
      <w:r>
        <w:rPr>
          <w:b w:val="0"/>
          <w:i w:val="0"/>
          <w:color w:val="2E5E8C"/>
          <w:sz w:val="20"/>
        </w:rPr>
        <w:t xml:space="preserve">▶ </w:t>
      </w:r>
      <w:r>
        <w:rPr>
          <w:b w:val="0"/>
          <w:i/>
          <w:color w:val="666666"/>
          <w:sz w:val="20"/>
        </w:rPr>
        <w:t>Rewrite the sentences. First negative, then question.</w:t>
      </w:r>
    </w:p>
    <w:tbl>
      <w:tblPr>
        <w:tblStyle w:val="TableGrid"/>
        <w:tblW w:type="auto" w:w="0"/>
        <w:jc w:val="center"/>
        <w:tblLayout w:type="fixed"/>
        <w:tblLook w:firstColumn="1" w:firstRow="1" w:lastColumn="0" w:lastRow="0" w:noHBand="0" w:noVBand="1" w:val="04A0"/>
      </w:tblPr>
      <w:tblGrid>
        <w:gridCol w:w="3213"/>
        <w:gridCol w:w="3213"/>
        <w:gridCol w:w="3213"/>
      </w:tblGrid>
      <w:tr>
        <w:trPr>
          <w:cantSplit/>
        </w:trPr>
        <w:tc>
          <w:tcPr>
            <w:tcW w:type="dxa" w:w="3118"/>
            <w:shd w:val="clear" w:fill="E8EEF7"/>
          </w:tcPr>
          <w:p>
            <w:pPr>
              <w:jc w:val="center"/>
            </w:pPr>
            <w:r>
              <w:rPr>
                <w:b/>
                <w:i w:val="0"/>
                <w:sz w:val="22"/>
              </w:rPr>
              <w:t>Sentence</w:t>
            </w:r>
          </w:p>
        </w:tc>
        <w:tc>
          <w:tcPr>
            <w:tcW w:type="dxa" w:w="3118"/>
            <w:shd w:val="clear" w:fill="E8EEF7"/>
          </w:tcPr>
          <w:p>
            <w:pPr>
              <w:jc w:val="center"/>
            </w:pPr>
            <w:r>
              <w:rPr>
                <w:b/>
                <w:i w:val="0"/>
                <w:sz w:val="22"/>
              </w:rPr>
              <w:t>Negative (—)</w:t>
            </w:r>
          </w:p>
        </w:tc>
        <w:tc>
          <w:tcPr>
            <w:tcW w:type="dxa" w:w="3118"/>
            <w:shd w:val="clear" w:fill="E8EEF7"/>
          </w:tcPr>
          <w:p>
            <w:pPr>
              <w:jc w:val="center"/>
            </w:pPr>
            <w:r>
              <w:rPr>
                <w:b/>
                <w:i w:val="0"/>
                <w:sz w:val="22"/>
              </w:rPr>
              <w:t>Question (?)</w:t>
            </w:r>
          </w:p>
        </w:tc>
      </w:tr>
      <w:tr>
        <w:trPr>
          <w:cantSplit/>
        </w:trPr>
        <w:tc>
          <w:tcPr>
            <w:tcW w:type="dxa" w:w="3118"/>
          </w:tcPr>
          <w:p>
            <w:pPr>
              <w:jc w:val="left"/>
            </w:pPr>
            <w:r>
              <w:rPr>
                <w:b w:val="0"/>
                <w:i w:val="0"/>
                <w:sz w:val="22"/>
              </w:rPr>
              <w:t>She is a doctor.</w:t>
            </w:r>
          </w:p>
        </w:tc>
        <w:tc>
          <w:tcPr>
            <w:tcW w:type="dxa" w:w="3118"/>
          </w:tcPr>
          <w:p>
            <w:pPr>
              <w:jc w:val="left"/>
            </w:pPr>
            <w:r>
              <w:rPr>
                <w:b w:val="0"/>
                <w:i w:val="0"/>
                <w:sz w:val="22"/>
              </w:rPr>
              <w:t>She ___ a doctor.</w:t>
            </w:r>
          </w:p>
        </w:tc>
        <w:tc>
          <w:tcPr>
            <w:tcW w:type="dxa" w:w="3118"/>
          </w:tcPr>
          <w:p>
            <w:pPr>
              <w:jc w:val="left"/>
            </w:pPr>
            <w:r>
              <w:rPr>
                <w:b w:val="0"/>
                <w:i w:val="0"/>
                <w:sz w:val="22"/>
              </w:rPr>
              <w:t>___ she a doctor?</w:t>
            </w:r>
          </w:p>
        </w:tc>
      </w:tr>
      <w:tr>
        <w:trPr>
          <w:cantSplit/>
        </w:trPr>
        <w:tc>
          <w:tcPr>
            <w:tcW w:type="dxa" w:w="3118"/>
          </w:tcPr>
          <w:p>
            <w:pPr>
              <w:jc w:val="left"/>
            </w:pPr>
            <w:r>
              <w:rPr>
                <w:b w:val="0"/>
                <w:i w:val="0"/>
                <w:sz w:val="22"/>
              </w:rPr>
              <w:t>They are happy.</w:t>
            </w:r>
          </w:p>
        </w:tc>
        <w:tc>
          <w:tcPr>
            <w:tcW w:type="dxa" w:w="3118"/>
          </w:tcPr>
          <w:p>
            <w:pPr>
              <w:jc w:val="left"/>
            </w:pPr>
            <w:r>
              <w:rPr>
                <w:b w:val="0"/>
                <w:i w:val="0"/>
                <w:sz w:val="22"/>
              </w:rPr>
              <w:t>They ___ happy.</w:t>
            </w:r>
          </w:p>
        </w:tc>
        <w:tc>
          <w:tcPr>
            <w:tcW w:type="dxa" w:w="3118"/>
          </w:tcPr>
          <w:p>
            <w:pPr>
              <w:jc w:val="left"/>
            </w:pPr>
            <w:r>
              <w:rPr>
                <w:b w:val="0"/>
                <w:i w:val="0"/>
                <w:sz w:val="22"/>
              </w:rPr>
              <w:t>___ they happy?</w:t>
            </w:r>
          </w:p>
        </w:tc>
      </w:tr>
      <w:tr>
        <w:trPr>
          <w:cantSplit/>
        </w:trPr>
        <w:tc>
          <w:tcPr>
            <w:tcW w:type="dxa" w:w="3118"/>
          </w:tcPr>
          <w:p>
            <w:pPr>
              <w:jc w:val="left"/>
            </w:pPr>
            <w:r>
              <w:rPr>
                <w:b w:val="0"/>
                <w:i w:val="0"/>
                <w:sz w:val="22"/>
              </w:rPr>
              <w:t>I am a teacher.</w:t>
            </w:r>
          </w:p>
        </w:tc>
        <w:tc>
          <w:tcPr>
            <w:tcW w:type="dxa" w:w="3118"/>
          </w:tcPr>
          <w:p>
            <w:pPr>
              <w:jc w:val="left"/>
            </w:pPr>
            <w:r>
              <w:rPr>
                <w:b w:val="0"/>
                <w:i w:val="0"/>
                <w:sz w:val="22"/>
              </w:rPr>
              <w:t>I ___ a teacher.</w:t>
            </w:r>
          </w:p>
        </w:tc>
        <w:tc>
          <w:tcPr>
            <w:tcW w:type="dxa" w:w="3118"/>
          </w:tcPr>
          <w:p>
            <w:pPr>
              <w:jc w:val="left"/>
            </w:pPr>
            <w:r>
              <w:rPr>
                <w:b w:val="0"/>
                <w:i w:val="0"/>
                <w:sz w:val="22"/>
              </w:rPr>
              <w:t>___ I a teacher?</w:t>
            </w:r>
          </w:p>
        </w:tc>
      </w:tr>
      <w:tr>
        <w:trPr>
          <w:cantSplit/>
        </w:trPr>
        <w:tc>
          <w:tcPr>
            <w:tcW w:type="dxa" w:w="3118"/>
          </w:tcPr>
          <w:p>
            <w:pPr>
              <w:jc w:val="left"/>
            </w:pPr>
            <w:r>
              <w:rPr>
                <w:b w:val="0"/>
                <w:i w:val="0"/>
                <w:sz w:val="22"/>
              </w:rPr>
              <w:t>He is my friend.</w:t>
            </w:r>
          </w:p>
        </w:tc>
        <w:tc>
          <w:tcPr>
            <w:tcW w:type="dxa" w:w="3118"/>
          </w:tcPr>
          <w:p>
            <w:pPr>
              <w:jc w:val="left"/>
            </w:pPr>
            <w:r>
              <w:rPr>
                <w:b w:val="0"/>
                <w:i w:val="0"/>
                <w:sz w:val="22"/>
              </w:rPr>
              <w:t>He ___ my friend.</w:t>
            </w:r>
          </w:p>
        </w:tc>
        <w:tc>
          <w:tcPr>
            <w:tcW w:type="dxa" w:w="3118"/>
          </w:tcPr>
          <w:p>
            <w:pPr>
              <w:jc w:val="left"/>
            </w:pPr>
            <w:r>
              <w:rPr>
                <w:b w:val="0"/>
                <w:i w:val="0"/>
                <w:sz w:val="22"/>
              </w:rPr>
              <w:t>___ he my friend?</w:t>
            </w:r>
          </w:p>
        </w:tc>
      </w:tr>
    </w:tbl>
    <w:p>
      <w:pPr>
        <w:spacing w:after="0"/>
      </w:pPr>
    </w:p>
    <w:p>
      <w:pPr>
        <w:spacing w:after="0"/>
      </w:pPr>
      <w:r>
        <w:rPr>
          <w:b w:val="0"/>
          <w:i w:val="0"/>
          <w:sz w:val="12"/>
        </w:rPr>
      </w:r>
    </w:p>
    <w:p>
      <w:pPr>
        <w:spacing w:after="0"/>
      </w:pPr>
      <w:r>
        <w:br w:type="page"/>
      </w:r>
    </w:p>
    <w:p>
      <w:pPr>
        <w:keepNext/>
        <w:spacing w:before="240" w:after="80"/>
        <w:pBdr>
          <w:bottom w:val="single" w:sz="10" w:color="2E5E8C" w:space="4"/>
        </w:pBdr>
      </w:pPr>
      <w:r>
        <w:rPr>
          <w:b/>
          <w:i w:val="0"/>
          <w:color w:val="2E5E8C"/>
          <w:sz w:val="26"/>
        </w:rPr>
        <w:t>E. Object Pronouns (me / you / him / her)</w:t>
      </w:r>
    </w:p>
    <w:p>
      <w:pPr>
        <w:jc w:val="both"/>
      </w:pPr>
      <w:r>
        <w:rPr>
          <w:b w:val="0"/>
          <w:i w:val="0"/>
        </w:rPr>
        <w:t xml:space="preserve">Subject pronouns → Object pronouns: </w:t>
      </w:r>
      <w:r>
        <w:rPr>
          <w:b/>
          <w:i w:val="0"/>
        </w:rPr>
        <w:t>I → me</w:t>
      </w:r>
      <w:r>
        <w:rPr>
          <w:b w:val="0"/>
          <w:i w:val="0"/>
        </w:rPr>
        <w:t xml:space="preserve">, </w:t>
      </w:r>
      <w:r>
        <w:rPr>
          <w:b/>
          <w:i w:val="0"/>
        </w:rPr>
        <w:t>you → you</w:t>
      </w:r>
      <w:r>
        <w:rPr>
          <w:b w:val="0"/>
          <w:i w:val="0"/>
        </w:rPr>
        <w:t xml:space="preserve">, </w:t>
      </w:r>
      <w:r>
        <w:rPr>
          <w:b/>
          <w:i w:val="0"/>
        </w:rPr>
        <w:t>he → him</w:t>
      </w:r>
      <w:r>
        <w:rPr>
          <w:b w:val="0"/>
          <w:i w:val="0"/>
        </w:rPr>
        <w:t xml:space="preserve">, </w:t>
      </w:r>
      <w:r>
        <w:rPr>
          <w:b/>
          <w:i w:val="0"/>
        </w:rPr>
        <w:t>she → her</w:t>
      </w:r>
      <w:r>
        <w:rPr>
          <w:b w:val="0"/>
          <w:i w:val="0"/>
        </w:rPr>
        <w:t xml:space="preserve">. We use object pronouns after verbs: 'She helps </w:t>
      </w:r>
      <w:r>
        <w:rPr>
          <w:b/>
          <w:i w:val="0"/>
        </w:rPr>
        <w:t>me</w:t>
      </w:r>
      <w:r>
        <w:rPr>
          <w:b w:val="0"/>
          <w:i w:val="0"/>
        </w:rPr>
        <w:t xml:space="preserve">.' 'I call </w:t>
      </w:r>
      <w:r>
        <w:rPr>
          <w:b/>
          <w:i w:val="0"/>
        </w:rPr>
        <w:t>him</w:t>
      </w:r>
      <w:r>
        <w:rPr>
          <w:b w:val="0"/>
          <w:i w:val="0"/>
        </w:rPr>
        <w:t>.'</w:t>
      </w:r>
    </w:p>
    <w:tbl>
      <w:tblPr>
        <w:tblW w:type="auto" w:w="0"/>
        <w:jc w:val="center"/>
        <w:tblLook w:firstColumn="1" w:firstRow="1" w:lastColumn="0" w:lastRow="0" w:noHBand="0" w:noVBand="1" w:val="04A0"/>
      </w:tblPr>
      <w:tblGrid>
        <w:gridCol w:w="9638"/>
      </w:tblGrid>
      <w:tr>
        <w:trPr>
          <w:cantSplit/>
        </w:trPr>
        <w:tc>
          <w:tcPr>
            <w:tcW w:type="dxa" w:w="9638"/>
            <w:shd w:val="clear" w:fill="F0F6EF"/>
            <w:tcBorders>
              <w:top w:val="single" w:sz="8" w:color="C9DBC7"/>
              <w:bottom w:val="single" w:sz="8" w:color="C9DBC7"/>
              <w:right w:val="single" w:sz="8" w:color="C9DBC7"/>
            </w:tcBorders>
            <w:tcBorders>
              <w:left w:val="single" w:sz="20" w:color="4F7942"/>
            </w:tcBorders>
          </w:tcPr>
          <w:p>
            <w:pPr>
              <w:spacing w:before="40"/>
            </w:pPr>
            <w:r>
              <w:rPr>
                <w:b/>
                <w:i w:val="0"/>
                <w:color w:val="4F7942"/>
                <w:sz w:val="18"/>
              </w:rPr>
              <w:t>EXAMPLE</w:t>
            </w:r>
          </w:p>
          <w:p>
            <w:r>
              <w:rPr>
                <w:b w:val="0"/>
                <w:i w:val="0"/>
              </w:rPr>
              <w:t xml:space="preserve">Replace the underlined word: I help </w:t>
            </w:r>
            <w:r>
              <w:rPr>
                <w:b/>
                <w:i w:val="0"/>
              </w:rPr>
              <w:t>Ayşe</w:t>
            </w:r>
            <w:r>
              <w:rPr>
                <w:b w:val="0"/>
                <w:i w:val="0"/>
              </w:rPr>
              <w:t xml:space="preserve"> every day.</w:t>
            </w:r>
          </w:p>
          <w:p>
            <w:r>
              <w:rPr>
                <w:b w:val="0"/>
                <w:i/>
                <w:color w:val="666666"/>
                <w:sz w:val="20"/>
              </w:rPr>
              <w:t>Çözüm:</w:t>
            </w:r>
          </w:p>
          <w:p>
            <w:pPr>
              <w:spacing w:after="40"/>
              <w:ind w:left="227"/>
            </w:pPr>
            <w:r>
              <w:rPr>
                <w:b/>
                <w:i w:val="0"/>
                <w:color w:val="4F7942"/>
                <w:sz w:val="20"/>
              </w:rPr>
              <w:t xml:space="preserve">1. </w:t>
            </w:r>
            <w:r>
              <w:rPr>
                <w:b w:val="0"/>
                <w:i w:val="0"/>
              </w:rPr>
              <w:t xml:space="preserve">I help </w:t>
            </w:r>
            <w:r>
              <w:rPr>
                <w:b/>
                <w:i w:val="0"/>
              </w:rPr>
              <w:t>her</w:t>
            </w:r>
            <w:r>
              <w:rPr>
                <w:b w:val="0"/>
                <w:i w:val="0"/>
              </w:rPr>
              <w:t xml:space="preserve"> every day.</w:t>
            </w:r>
          </w:p>
        </w:tc>
      </w:tr>
    </w:tbl>
    <w:p>
      <w:pPr>
        <w:spacing w:after="0"/>
      </w:pPr>
    </w:p>
    <w:p>
      <w:pPr>
        <w:spacing w:after="120"/>
      </w:pPr>
      <w:r>
        <w:rPr>
          <w:b w:val="0"/>
          <w:i w:val="0"/>
          <w:color w:val="2E5E8C"/>
          <w:sz w:val="20"/>
        </w:rPr>
        <w:t xml:space="preserve">▶ </w:t>
      </w:r>
      <w:r>
        <w:rPr>
          <w:b w:val="0"/>
          <w:i/>
          <w:color w:val="666666"/>
          <w:sz w:val="20"/>
        </w:rPr>
        <w:t>Replace the underlined words with object pronouns (me / you / him / her).</w:t>
      </w:r>
    </w:p>
    <w:p>
      <w:r>
        <w:rPr>
          <w:b/>
          <w:i w:val="0"/>
          <w:color w:val="2E5E8C"/>
        </w:rPr>
        <w:t xml:space="preserve">3) </w:t>
      </w:r>
      <w:r>
        <w:rPr>
          <w:b w:val="0"/>
          <w:i w:val="0"/>
        </w:rPr>
        <w:t xml:space="preserve">1. I call </w:t>
      </w:r>
      <w:r>
        <w:rPr>
          <w:b/>
          <w:i w:val="0"/>
        </w:rPr>
        <w:t>Ali</w:t>
      </w:r>
      <w:r>
        <w:rPr>
          <w:b w:val="0"/>
          <w:i w:val="0"/>
        </w:rPr>
        <w:t xml:space="preserve"> every night. → I call </w:t>
      </w:r>
      <w:r>
        <w:rPr>
          <w:b w:val="0"/>
          <w:i w:val="0"/>
          <w:color w:val="666666"/>
        </w:rPr>
        <w:t>__________</w:t>
      </w:r>
      <w:r>
        <w:rPr>
          <w:b w:val="0"/>
          <w:i w:val="0"/>
        </w:rPr>
        <w:t xml:space="preserve"> every night. 2. She helps </w:t>
      </w:r>
      <w:r>
        <w:rPr>
          <w:b/>
          <w:i w:val="0"/>
        </w:rPr>
        <w:t>me</w:t>
      </w:r>
      <w:r>
        <w:rPr>
          <w:b w:val="0"/>
          <w:i w:val="0"/>
        </w:rPr>
        <w:t xml:space="preserve"> with homework. → She helps </w:t>
      </w:r>
      <w:r>
        <w:rPr>
          <w:b w:val="0"/>
          <w:i w:val="0"/>
          <w:color w:val="666666"/>
        </w:rPr>
        <w:t>________</w:t>
      </w:r>
      <w:r>
        <w:rPr>
          <w:b w:val="0"/>
          <w:i w:val="0"/>
        </w:rPr>
        <w:t xml:space="preserve"> with homework. 3. We visit </w:t>
      </w:r>
      <w:r>
        <w:rPr>
          <w:b/>
          <w:i w:val="0"/>
        </w:rPr>
        <w:t>grandma</w:t>
      </w:r>
      <w:r>
        <w:rPr>
          <w:b w:val="0"/>
          <w:i w:val="0"/>
        </w:rPr>
        <w:t xml:space="preserve"> on Sunday. → We visit </w:t>
      </w:r>
      <w:r>
        <w:rPr>
          <w:b w:val="0"/>
          <w:i w:val="0"/>
          <w:color w:val="666666"/>
        </w:rPr>
        <w:t>__________</w:t>
      </w:r>
      <w:r>
        <w:rPr>
          <w:b w:val="0"/>
          <w:i w:val="0"/>
        </w:rPr>
        <w:t xml:space="preserve"> on Sunday. 4. Do you know </w:t>
      </w:r>
      <w:r>
        <w:rPr>
          <w:b/>
          <w:i w:val="0"/>
        </w:rPr>
        <w:t>Can</w:t>
      </w:r>
      <w:r>
        <w:rPr>
          <w:b w:val="0"/>
          <w:i w:val="0"/>
        </w:rPr>
        <w:t xml:space="preserve">? → Do you know </w:t>
      </w:r>
      <w:r>
        <w:rPr>
          <w:b w:val="0"/>
          <w:i w:val="0"/>
          <w:color w:val="666666"/>
        </w:rPr>
        <w:t>__________</w:t>
      </w:r>
      <w:r>
        <w:rPr>
          <w:b w:val="0"/>
          <w:i w:val="0"/>
        </w:rPr>
        <w:t xml:space="preserve">? 5. </w:t>
      </w:r>
      <w:r>
        <w:rPr>
          <w:b/>
          <w:i w:val="0"/>
        </w:rPr>
        <w:t>They</w:t>
      </w:r>
      <w:r>
        <w:rPr>
          <w:b w:val="0"/>
          <w:i w:val="0"/>
        </w:rPr>
        <w:t xml:space="preserve"> like </w:t>
      </w:r>
      <w:r>
        <w:rPr>
          <w:b/>
          <w:i w:val="0"/>
        </w:rPr>
        <w:t>Ayşe</w:t>
      </w:r>
      <w:r>
        <w:rPr>
          <w:b w:val="0"/>
          <w:i w:val="0"/>
        </w:rPr>
        <w:t xml:space="preserve">. → They like </w:t>
      </w:r>
      <w:r>
        <w:rPr>
          <w:b w:val="0"/>
          <w:i w:val="0"/>
          <w:color w:val="666666"/>
        </w:rPr>
        <w:t>__________</w:t>
      </w:r>
      <w:r>
        <w:rPr>
          <w:b w:val="0"/>
          <w:i w:val="0"/>
        </w:rPr>
        <w:t>.</w:t>
      </w:r>
    </w:p>
    <w:p>
      <w:pPr>
        <w:spacing w:after="0"/>
      </w:pPr>
      <w:r>
        <w:rPr>
          <w:b w:val="0"/>
          <w:i w:val="0"/>
          <w:sz w:val="12"/>
        </w:rPr>
      </w:r>
    </w:p>
    <w:p>
      <w:pPr>
        <w:keepNext/>
        <w:spacing w:before="240" w:after="80"/>
        <w:pBdr>
          <w:bottom w:val="single" w:sz="10" w:color="2E5E8C" w:space="4"/>
        </w:pBdr>
      </w:pPr>
      <w:r>
        <w:rPr>
          <w:b/>
          <w:i w:val="0"/>
          <w:color w:val="2E5E8C"/>
          <w:sz w:val="26"/>
        </w:rPr>
        <w:t>F. Before / After</w:t>
      </w:r>
    </w:p>
    <w:p>
      <w:pPr>
        <w:jc w:val="both"/>
      </w:pPr>
      <w:r>
        <w:rPr>
          <w:b/>
          <w:i w:val="0"/>
        </w:rPr>
        <w:t>before</w:t>
      </w:r>
      <w:r>
        <w:rPr>
          <w:b w:val="0"/>
          <w:i w:val="0"/>
        </w:rPr>
        <w:t xml:space="preserve"> = önce | </w:t>
      </w:r>
      <w:r>
        <w:rPr>
          <w:b/>
          <w:i w:val="0"/>
        </w:rPr>
        <w:t>after</w:t>
      </w:r>
      <w:r>
        <w:rPr>
          <w:b w:val="0"/>
          <w:i w:val="0"/>
        </w:rPr>
        <w:t xml:space="preserve"> = sonra. 'I brush my teeth </w:t>
      </w:r>
      <w:r>
        <w:rPr>
          <w:b/>
          <w:i w:val="0"/>
        </w:rPr>
        <w:t>before</w:t>
      </w:r>
      <w:r>
        <w:rPr>
          <w:b w:val="0"/>
          <w:i w:val="0"/>
        </w:rPr>
        <w:t xml:space="preserve"> breakfast.' 'I do my homework </w:t>
      </w:r>
      <w:r>
        <w:rPr>
          <w:b/>
          <w:i w:val="0"/>
        </w:rPr>
        <w:t>after</w:t>
      </w:r>
      <w:r>
        <w:rPr>
          <w:b w:val="0"/>
          <w:i w:val="0"/>
        </w:rPr>
        <w:t xml:space="preserve"> dinner.'</w:t>
      </w:r>
    </w:p>
    <w:p>
      <w:pPr>
        <w:spacing w:after="120"/>
      </w:pPr>
      <w:r>
        <w:rPr>
          <w:b w:val="0"/>
          <w:i w:val="0"/>
          <w:color w:val="2E5E8C"/>
          <w:sz w:val="20"/>
        </w:rPr>
        <w:t xml:space="preserve">▶ </w:t>
      </w:r>
      <w:r>
        <w:rPr>
          <w:b w:val="0"/>
          <w:i/>
          <w:color w:val="666666"/>
          <w:sz w:val="20"/>
        </w:rPr>
        <w:t>Fill in the blanks with 'before' or 'after'.</w:t>
      </w:r>
    </w:p>
    <w:p>
      <w:r>
        <w:rPr>
          <w:b/>
          <w:i w:val="0"/>
          <w:color w:val="2E5E8C"/>
        </w:rPr>
        <w:t xml:space="preserve">4) </w:t>
      </w:r>
      <w:r>
        <w:rPr>
          <w:b w:val="0"/>
          <w:i w:val="0"/>
        </w:rPr>
        <w:t xml:space="preserve">1. I wake up </w:t>
      </w:r>
      <w:r>
        <w:rPr>
          <w:b w:val="0"/>
          <w:i w:val="0"/>
          <w:color w:val="666666"/>
        </w:rPr>
        <w:t>________________</w:t>
      </w:r>
      <w:r>
        <w:rPr>
          <w:b w:val="0"/>
          <w:i w:val="0"/>
        </w:rPr>
        <w:t xml:space="preserve"> I go to school. 2. I have breakfast </w:t>
      </w:r>
      <w:r>
        <w:rPr>
          <w:b w:val="0"/>
          <w:i w:val="0"/>
          <w:color w:val="666666"/>
        </w:rPr>
        <w:t>______________</w:t>
      </w:r>
      <w:r>
        <w:rPr>
          <w:b w:val="0"/>
          <w:i w:val="0"/>
        </w:rPr>
        <w:t xml:space="preserve"> I wake up. 3. I do my homework </w:t>
      </w:r>
      <w:r>
        <w:rPr>
          <w:b w:val="0"/>
          <w:i w:val="0"/>
          <w:color w:val="666666"/>
        </w:rPr>
        <w:t>______________</w:t>
      </w:r>
      <w:r>
        <w:rPr>
          <w:b w:val="0"/>
          <w:i w:val="0"/>
        </w:rPr>
        <w:t xml:space="preserve"> dinner. 4. I go to bed </w:t>
      </w:r>
      <w:r>
        <w:rPr>
          <w:b w:val="0"/>
          <w:i w:val="0"/>
          <w:color w:val="666666"/>
        </w:rPr>
        <w:t>______________</w:t>
      </w:r>
      <w:r>
        <w:rPr>
          <w:b w:val="0"/>
          <w:i w:val="0"/>
        </w:rPr>
        <w:t xml:space="preserve"> I finish my homework. 5. </w:t>
      </w:r>
      <w:r>
        <w:rPr>
          <w:b w:val="0"/>
          <w:i w:val="0"/>
          <w:color w:val="666666"/>
        </w:rPr>
        <w:t>______________</w:t>
      </w:r>
      <w:r>
        <w:rPr>
          <w:b w:val="0"/>
          <w:i w:val="0"/>
        </w:rPr>
        <w:t xml:space="preserve"> school, I play with my friends. 6. I wash my face </w:t>
      </w:r>
      <w:r>
        <w:rPr>
          <w:b w:val="0"/>
          <w:i w:val="0"/>
          <w:color w:val="666666"/>
        </w:rPr>
        <w:t>________________</w:t>
      </w:r>
      <w:r>
        <w:rPr>
          <w:b w:val="0"/>
          <w:i w:val="0"/>
        </w:rPr>
        <w:t xml:space="preserve"> breakfast.</w:t>
      </w:r>
    </w:p>
    <w:p>
      <w:pPr>
        <w:spacing w:after="0"/>
      </w:pPr>
      <w:r>
        <w:rPr>
          <w:b w:val="0"/>
          <w:i w:val="0"/>
          <w:sz w:val="12"/>
        </w:rPr>
      </w:r>
    </w:p>
    <w:p>
      <w:pPr>
        <w:spacing w:after="0"/>
      </w:pPr>
      <w:r>
        <w:br w:type="page"/>
      </w:r>
    </w:p>
    <w:p>
      <w:pPr>
        <w:keepNext/>
        <w:spacing w:before="240" w:after="80"/>
        <w:pBdr>
          <w:bottom w:val="single" w:sz="10" w:color="2E5E8C" w:space="4"/>
        </w:pBdr>
      </w:pPr>
      <w:r>
        <w:rPr>
          <w:b/>
          <w:i w:val="0"/>
          <w:color w:val="2E5E8C"/>
          <w:sz w:val="26"/>
        </w:rPr>
        <w:t>G. Body Parts</w:t>
      </w:r>
    </w:p>
    <w:p>
      <w:pPr>
        <w:spacing w:after="120"/>
      </w:pPr>
      <w:r>
        <w:rPr>
          <w:b w:val="0"/>
          <w:i w:val="0"/>
          <w:color w:val="2E5E8C"/>
          <w:sz w:val="20"/>
        </w:rPr>
        <w:t xml:space="preserve">▶ </w:t>
      </w:r>
      <w:r>
        <w:rPr>
          <w:b w:val="0"/>
          <w:i/>
          <w:color w:val="666666"/>
          <w:sz w:val="20"/>
        </w:rPr>
        <w:t>Label the body parts. Choose from the word bank.</w:t>
      </w:r>
    </w:p>
    <w:p>
      <w:r>
        <w:rPr>
          <w:b/>
          <w:i w:val="0"/>
          <w:color w:val="2E5E8C"/>
        </w:rPr>
        <w:t xml:space="preserve">5) </w:t>
      </w:r>
      <w:r>
        <w:rPr>
          <w:b w:val="0"/>
          <w:i w:val="0"/>
        </w:rPr>
        <w:t xml:space="preserve">1. I see with my </w:t>
      </w:r>
      <w:r>
        <w:rPr>
          <w:b w:val="0"/>
          <w:i w:val="0"/>
          <w:color w:val="666666"/>
        </w:rPr>
        <w:t>____________</w:t>
      </w:r>
      <w:r>
        <w:rPr>
          <w:b w:val="0"/>
          <w:i w:val="0"/>
        </w:rPr>
        <w:t xml:space="preserve">. 2. I hear with my </w:t>
      </w:r>
      <w:r>
        <w:rPr>
          <w:b w:val="0"/>
          <w:i w:val="0"/>
          <w:color w:val="666666"/>
        </w:rPr>
        <w:t>____________</w:t>
      </w:r>
      <w:r>
        <w:rPr>
          <w:b w:val="0"/>
          <w:i w:val="0"/>
        </w:rPr>
        <w:t xml:space="preserve">. 3. I smell with my </w:t>
      </w:r>
      <w:r>
        <w:rPr>
          <w:b w:val="0"/>
          <w:i w:val="0"/>
          <w:color w:val="666666"/>
        </w:rPr>
        <w:t>____________</w:t>
      </w:r>
      <w:r>
        <w:rPr>
          <w:b w:val="0"/>
          <w:i w:val="0"/>
        </w:rPr>
        <w:t xml:space="preserve">. 4. I eat with my </w:t>
      </w:r>
      <w:r>
        <w:rPr>
          <w:b w:val="0"/>
          <w:i w:val="0"/>
          <w:color w:val="666666"/>
        </w:rPr>
        <w:t>______________</w:t>
      </w:r>
      <w:r>
        <w:rPr>
          <w:b w:val="0"/>
          <w:i w:val="0"/>
        </w:rPr>
        <w:t xml:space="preserve">. 5. I walk with my </w:t>
      </w:r>
      <w:r>
        <w:rPr>
          <w:b w:val="0"/>
          <w:i w:val="0"/>
          <w:color w:val="666666"/>
        </w:rPr>
        <w:t>____________</w:t>
      </w:r>
      <w:r>
        <w:rPr>
          <w:b w:val="0"/>
          <w:i w:val="0"/>
        </w:rPr>
        <w:t xml:space="preserve">. 6. I write with my </w:t>
      </w:r>
      <w:r>
        <w:rPr>
          <w:b w:val="0"/>
          <w:i w:val="0"/>
          <w:color w:val="666666"/>
        </w:rPr>
        <w:t>____________</w:t>
      </w:r>
      <w:r>
        <w:rPr>
          <w:b w:val="0"/>
          <w:i w:val="0"/>
        </w:rPr>
        <w:t xml:space="preserve">. 7. I think with my </w:t>
      </w:r>
      <w:r>
        <w:rPr>
          <w:b w:val="0"/>
          <w:i w:val="0"/>
          <w:color w:val="666666"/>
        </w:rPr>
        <w:t>______________</w:t>
      </w:r>
      <w:r>
        <w:rPr>
          <w:b w:val="0"/>
          <w:i w:val="0"/>
        </w:rPr>
        <w:t xml:space="preserve">. 8. I brush my </w:t>
      </w:r>
      <w:r>
        <w:rPr>
          <w:b w:val="0"/>
          <w:i w:val="0"/>
          <w:color w:val="666666"/>
        </w:rPr>
        <w:t>______________</w:t>
      </w:r>
      <w:r>
        <w:rPr>
          <w:b w:val="0"/>
          <w:i w:val="0"/>
        </w:rPr>
        <w:t xml:space="preserve"> every morning.</w:t>
      </w:r>
    </w:p>
    <w:p>
      <w:pPr>
        <w:spacing w:before="80"/>
      </w:pPr>
      <w:r>
        <w:rPr>
          <w:b/>
          <w:i w:val="0"/>
          <w:color w:val="2E5E8C"/>
          <w:sz w:val="20"/>
        </w:rPr>
        <w:t xml:space="preserve">Kelime bankası: </w:t>
      </w:r>
      <w:r>
        <w:rPr>
          <w:b w:val="0"/>
          <w:i/>
          <w:sz w:val="20"/>
        </w:rPr>
        <w:t>teeth  |  mouth  |  nose  |  arms  |  hand  |  brain  |  neck  |  legs  |  eyes  |  ears</w:t>
      </w:r>
    </w:p>
    <w:p>
      <w:pPr>
        <w:spacing w:after="0"/>
      </w:pPr>
      <w:r>
        <w:rPr>
          <w:b w:val="0"/>
          <w:i w:val="0"/>
          <w:sz w:val="12"/>
        </w:rPr>
      </w:r>
    </w:p>
    <w:p>
      <w:pPr>
        <w:keepNext/>
        <w:spacing w:before="240" w:after="80"/>
        <w:pBdr>
          <w:bottom w:val="single" w:sz="10" w:color="2E5E8C" w:space="4"/>
        </w:pBdr>
      </w:pPr>
      <w:r>
        <w:rPr>
          <w:b/>
          <w:i w:val="0"/>
          <w:color w:val="2E5E8C"/>
          <w:sz w:val="26"/>
        </w:rPr>
        <w:t>H. Multiple Choice</w:t>
      </w:r>
    </w:p>
    <w:p>
      <w:pPr>
        <w:spacing w:after="120"/>
      </w:pPr>
      <w:r>
        <w:rPr>
          <w:b w:val="0"/>
          <w:i w:val="0"/>
          <w:color w:val="2E5E8C"/>
          <w:sz w:val="20"/>
        </w:rPr>
        <w:t xml:space="preserve">▶ </w:t>
      </w:r>
      <w:r>
        <w:rPr>
          <w:b w:val="0"/>
          <w:i/>
          <w:color w:val="666666"/>
          <w:sz w:val="20"/>
        </w:rPr>
        <w:t>Choose the correct answer.</w:t>
      </w:r>
    </w:p>
    <w:p>
      <w:pPr>
        <w:keepNext/>
        <w:spacing w:before="80"/>
      </w:pPr>
      <w:r>
        <w:rPr>
          <w:b/>
          <w:i w:val="0"/>
          <w:color w:val="2E5E8C"/>
        </w:rPr>
        <w:t xml:space="preserve">6) </w:t>
      </w:r>
      <w:r>
        <w:rPr>
          <w:b w:val="0"/>
          <w:i w:val="0"/>
        </w:rPr>
        <w:t>What time do you wake up? — I wake up ___ 7 o'clock.</w:t>
      </w:r>
      <w:r>
        <w:rPr>
          <w:b w:val="0"/>
          <w:i/>
          <w:color w:val="666666"/>
          <w:sz w:val="18"/>
        </w:rPr>
        <w:t xml:space="preserve">  (5 puan)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rPr>
          <w:cantSplit/>
        </w:trPr>
        <w:tc>
          <w:tcPr>
            <w:tcW w:type="dxa" w:w="2409"/>
          </w:tcPr>
          <w:p>
            <w:r>
              <w:rPr>
                <w:b/>
                <w:i w:val="0"/>
                <w:color w:val="2E5E8C"/>
              </w:rPr>
              <w:t xml:space="preserve">A) </w:t>
            </w:r>
            <w:r>
              <w:rPr>
                <w:b w:val="0"/>
                <w:i w:val="0"/>
              </w:rPr>
              <w:t>in</w:t>
            </w:r>
          </w:p>
        </w:tc>
        <w:tc>
          <w:tcPr>
            <w:tcW w:type="dxa" w:w="2409"/>
          </w:tcPr>
          <w:p>
            <w:r>
              <w:rPr>
                <w:b/>
                <w:i w:val="0"/>
                <w:color w:val="2E5E8C"/>
              </w:rPr>
              <w:t xml:space="preserve">B) </w:t>
            </w:r>
            <w:r>
              <w:rPr>
                <w:b w:val="0"/>
                <w:i w:val="0"/>
              </w:rPr>
              <w:t>on</w:t>
            </w:r>
          </w:p>
        </w:tc>
        <w:tc>
          <w:tcPr>
            <w:tcW w:type="dxa" w:w="2409"/>
          </w:tcPr>
          <w:p>
            <w:r>
              <w:rPr>
                <w:b/>
                <w:i w:val="0"/>
                <w:color w:val="2E5E8C"/>
              </w:rPr>
              <w:t xml:space="preserve">C) </w:t>
            </w:r>
            <w:r>
              <w:rPr>
                <w:b w:val="0"/>
                <w:i w:val="0"/>
              </w:rPr>
              <w:t>at</w:t>
            </w:r>
          </w:p>
        </w:tc>
        <w:tc>
          <w:tcPr>
            <w:tcW w:type="dxa" w:w="2409"/>
          </w:tcPr>
          <w:p>
            <w:r>
              <w:rPr>
                <w:b/>
                <w:i w:val="0"/>
                <w:color w:val="2E5E8C"/>
              </w:rPr>
              <w:t xml:space="preserve">D) </w:t>
            </w:r>
            <w:r>
              <w:rPr>
                <w:b w:val="0"/>
                <w:i w:val="0"/>
              </w:rPr>
              <w:t>to</w:t>
            </w:r>
          </w:p>
        </w:tc>
      </w:tr>
    </w:tbl>
    <w:p>
      <w:pPr>
        <w:keepNext/>
        <w:spacing w:before="80"/>
      </w:pPr>
      <w:r>
        <w:rPr>
          <w:b/>
          <w:i w:val="0"/>
          <w:color w:val="2E5E8C"/>
        </w:rPr>
        <w:t xml:space="preserve">7) </w:t>
      </w:r>
      <w:r>
        <w:rPr>
          <w:b w:val="0"/>
          <w:i w:val="0"/>
        </w:rPr>
        <w:t>She is a doctor. ___ helps sick people.</w:t>
      </w:r>
      <w:r>
        <w:rPr>
          <w:b w:val="0"/>
          <w:i/>
          <w:color w:val="666666"/>
          <w:sz w:val="18"/>
        </w:rPr>
        <w:t xml:space="preserve">  (5 puan)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rPr>
          <w:cantSplit/>
        </w:trPr>
        <w:tc>
          <w:tcPr>
            <w:tcW w:type="dxa" w:w="2409"/>
          </w:tcPr>
          <w:p>
            <w:r>
              <w:rPr>
                <w:b/>
                <w:i w:val="0"/>
                <w:color w:val="2E5E8C"/>
              </w:rPr>
              <w:t xml:space="preserve">A) </w:t>
            </w:r>
            <w:r>
              <w:rPr>
                <w:b w:val="0"/>
                <w:i w:val="0"/>
              </w:rPr>
              <w:t>He</w:t>
            </w:r>
          </w:p>
        </w:tc>
        <w:tc>
          <w:tcPr>
            <w:tcW w:type="dxa" w:w="2409"/>
          </w:tcPr>
          <w:p>
            <w:r>
              <w:rPr>
                <w:b/>
                <w:i w:val="0"/>
                <w:color w:val="2E5E8C"/>
              </w:rPr>
              <w:t xml:space="preserve">B) </w:t>
            </w:r>
            <w:r>
              <w:rPr>
                <w:b w:val="0"/>
                <w:i w:val="0"/>
              </w:rPr>
              <w:t>She</w:t>
            </w:r>
          </w:p>
        </w:tc>
        <w:tc>
          <w:tcPr>
            <w:tcW w:type="dxa" w:w="2409"/>
          </w:tcPr>
          <w:p>
            <w:r>
              <w:rPr>
                <w:b/>
                <w:i w:val="0"/>
                <w:color w:val="2E5E8C"/>
              </w:rPr>
              <w:t xml:space="preserve">C) </w:t>
            </w:r>
            <w:r>
              <w:rPr>
                <w:b w:val="0"/>
                <w:i w:val="0"/>
              </w:rPr>
              <w:t>It</w:t>
            </w:r>
          </w:p>
        </w:tc>
        <w:tc>
          <w:tcPr>
            <w:tcW w:type="dxa" w:w="2409"/>
          </w:tcPr>
          <w:p>
            <w:r>
              <w:rPr>
                <w:b/>
                <w:i w:val="0"/>
                <w:color w:val="2E5E8C"/>
              </w:rPr>
              <w:t xml:space="preserve">D) </w:t>
            </w:r>
            <w:r>
              <w:rPr>
                <w:b w:val="0"/>
                <w:i w:val="0"/>
              </w:rPr>
              <w:t>They</w:t>
            </w:r>
          </w:p>
        </w:tc>
      </w:tr>
    </w:tbl>
    <w:p>
      <w:pPr>
        <w:keepNext/>
        <w:spacing w:before="80"/>
      </w:pPr>
      <w:r>
        <w:rPr>
          <w:b/>
          <w:i w:val="0"/>
          <w:color w:val="2E5E8C"/>
        </w:rPr>
        <w:t xml:space="preserve">8) </w:t>
      </w:r>
      <w:r>
        <w:rPr>
          <w:b w:val="0"/>
          <w:i w:val="0"/>
        </w:rPr>
        <w:t>I have breakfast ___ school.</w:t>
      </w:r>
      <w:r>
        <w:rPr>
          <w:b w:val="0"/>
          <w:i/>
          <w:color w:val="666666"/>
          <w:sz w:val="18"/>
        </w:rPr>
        <w:t xml:space="preserve">  (5 puan)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rPr>
          <w:cantSplit/>
        </w:trPr>
        <w:tc>
          <w:tcPr>
            <w:tcW w:type="dxa" w:w="2409"/>
          </w:tcPr>
          <w:p>
            <w:r>
              <w:rPr>
                <w:b/>
                <w:i w:val="0"/>
                <w:color w:val="2E5E8C"/>
              </w:rPr>
              <w:t xml:space="preserve">A) </w:t>
            </w:r>
            <w:r>
              <w:rPr>
                <w:b w:val="0"/>
                <w:i w:val="0"/>
              </w:rPr>
              <w:t>before</w:t>
            </w:r>
          </w:p>
        </w:tc>
        <w:tc>
          <w:tcPr>
            <w:tcW w:type="dxa" w:w="2409"/>
          </w:tcPr>
          <w:p>
            <w:r>
              <w:rPr>
                <w:b/>
                <w:i w:val="0"/>
                <w:color w:val="2E5E8C"/>
              </w:rPr>
              <w:t xml:space="preserve">B) </w:t>
            </w:r>
            <w:r>
              <w:rPr>
                <w:b w:val="0"/>
                <w:i w:val="0"/>
              </w:rPr>
              <w:t>after</w:t>
            </w:r>
          </w:p>
        </w:tc>
        <w:tc>
          <w:tcPr>
            <w:tcW w:type="dxa" w:w="2409"/>
          </w:tcPr>
          <w:p>
            <w:r>
              <w:rPr>
                <w:b/>
                <w:i w:val="0"/>
                <w:color w:val="2E5E8C"/>
              </w:rPr>
              <w:t xml:space="preserve">C) </w:t>
            </w:r>
            <w:r>
              <w:rPr>
                <w:b w:val="0"/>
                <w:i w:val="0"/>
              </w:rPr>
              <w:t>at</w:t>
            </w:r>
          </w:p>
        </w:tc>
        <w:tc>
          <w:tcPr>
            <w:tcW w:type="dxa" w:w="2409"/>
          </w:tcPr>
          <w:p>
            <w:r>
              <w:rPr>
                <w:b/>
                <w:i w:val="0"/>
                <w:color w:val="2E5E8C"/>
              </w:rPr>
              <w:t xml:space="preserve">D) </w:t>
            </w:r>
            <w:r>
              <w:rPr>
                <w:b w:val="0"/>
                <w:i w:val="0"/>
              </w:rPr>
              <w:t>on</w:t>
            </w:r>
          </w:p>
        </w:tc>
      </w:tr>
    </w:tbl>
    <w:p>
      <w:pPr>
        <w:keepNext/>
        <w:spacing w:before="80"/>
      </w:pPr>
      <w:r>
        <w:rPr>
          <w:b/>
          <w:i w:val="0"/>
          <w:color w:val="2E5E8C"/>
        </w:rPr>
        <w:t xml:space="preserve">9) </w:t>
      </w:r>
      <w:r>
        <w:rPr>
          <w:b w:val="0"/>
          <w:i w:val="0"/>
        </w:rPr>
        <w:t>We play football. Can you play with ___?</w:t>
      </w:r>
      <w:r>
        <w:rPr>
          <w:b w:val="0"/>
          <w:i/>
          <w:color w:val="666666"/>
          <w:sz w:val="18"/>
        </w:rPr>
        <w:t xml:space="preserve">  (5 puan)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rPr>
          <w:cantSplit/>
        </w:trPr>
        <w:tc>
          <w:tcPr>
            <w:tcW w:type="dxa" w:w="2409"/>
          </w:tcPr>
          <w:p>
            <w:r>
              <w:rPr>
                <w:b/>
                <w:i w:val="0"/>
                <w:color w:val="2E5E8C"/>
              </w:rPr>
              <w:t xml:space="preserve">A) </w:t>
            </w:r>
            <w:r>
              <w:rPr>
                <w:b w:val="0"/>
                <w:i w:val="0"/>
              </w:rPr>
              <w:t>we</w:t>
            </w:r>
          </w:p>
        </w:tc>
        <w:tc>
          <w:tcPr>
            <w:tcW w:type="dxa" w:w="2409"/>
          </w:tcPr>
          <w:p>
            <w:r>
              <w:rPr>
                <w:b/>
                <w:i w:val="0"/>
                <w:color w:val="2E5E8C"/>
              </w:rPr>
              <w:t xml:space="preserve">B) </w:t>
            </w:r>
            <w:r>
              <w:rPr>
                <w:b w:val="0"/>
                <w:i w:val="0"/>
              </w:rPr>
              <w:t>us</w:t>
            </w:r>
          </w:p>
        </w:tc>
        <w:tc>
          <w:tcPr>
            <w:tcW w:type="dxa" w:w="2409"/>
          </w:tcPr>
          <w:p>
            <w:r>
              <w:rPr>
                <w:b/>
                <w:i w:val="0"/>
                <w:color w:val="2E5E8C"/>
              </w:rPr>
              <w:t xml:space="preserve">C) </w:t>
            </w:r>
            <w:r>
              <w:rPr>
                <w:b w:val="0"/>
                <w:i w:val="0"/>
              </w:rPr>
              <w:t>our</w:t>
            </w:r>
          </w:p>
        </w:tc>
        <w:tc>
          <w:tcPr>
            <w:tcW w:type="dxa" w:w="2409"/>
          </w:tcPr>
          <w:p>
            <w:r>
              <w:rPr>
                <w:b/>
                <w:i w:val="0"/>
                <w:color w:val="2E5E8C"/>
              </w:rPr>
              <w:t xml:space="preserve">D) </w:t>
            </w:r>
            <w:r>
              <w:rPr>
                <w:b w:val="0"/>
                <w:i w:val="0"/>
              </w:rPr>
              <w:t>they</w:t>
            </w:r>
          </w:p>
        </w:tc>
      </w:tr>
    </w:tbl>
    <w:p>
      <w:pPr>
        <w:keepNext/>
        <w:spacing w:before="80"/>
      </w:pPr>
      <w:r>
        <w:rPr>
          <w:b/>
          <w:i w:val="0"/>
          <w:color w:val="2E5E8C"/>
        </w:rPr>
        <w:t xml:space="preserve">10) </w:t>
      </w:r>
      <w:r>
        <w:rPr>
          <w:b w:val="0"/>
          <w:i w:val="0"/>
        </w:rPr>
        <w:t>___ are students. We are in class 5.</w:t>
      </w:r>
      <w:r>
        <w:rPr>
          <w:b w:val="0"/>
          <w:i/>
          <w:color w:val="666666"/>
          <w:sz w:val="18"/>
        </w:rPr>
        <w:t xml:space="preserve">  (5 puan)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rPr>
          <w:cantSplit/>
        </w:trPr>
        <w:tc>
          <w:tcPr>
            <w:tcW w:type="dxa" w:w="2409"/>
          </w:tcPr>
          <w:p>
            <w:r>
              <w:rPr>
                <w:b/>
                <w:i w:val="0"/>
                <w:color w:val="2E5E8C"/>
              </w:rPr>
              <w:t xml:space="preserve">A) </w:t>
            </w:r>
            <w:r>
              <w:rPr>
                <w:b w:val="0"/>
                <w:i w:val="0"/>
              </w:rPr>
              <w:t>I</w:t>
            </w:r>
          </w:p>
        </w:tc>
        <w:tc>
          <w:tcPr>
            <w:tcW w:type="dxa" w:w="2409"/>
          </w:tcPr>
          <w:p>
            <w:r>
              <w:rPr>
                <w:b/>
                <w:i w:val="0"/>
                <w:color w:val="2E5E8C"/>
              </w:rPr>
              <w:t xml:space="preserve">B) </w:t>
            </w:r>
            <w:r>
              <w:rPr>
                <w:b w:val="0"/>
                <w:i w:val="0"/>
              </w:rPr>
              <w:t>He</w:t>
            </w:r>
          </w:p>
        </w:tc>
        <w:tc>
          <w:tcPr>
            <w:tcW w:type="dxa" w:w="2409"/>
          </w:tcPr>
          <w:p>
            <w:r>
              <w:rPr>
                <w:b/>
                <w:i w:val="0"/>
                <w:color w:val="2E5E8C"/>
              </w:rPr>
              <w:t xml:space="preserve">C) </w:t>
            </w:r>
            <w:r>
              <w:rPr>
                <w:b w:val="0"/>
                <w:i w:val="0"/>
              </w:rPr>
              <w:t>We</w:t>
            </w:r>
          </w:p>
        </w:tc>
        <w:tc>
          <w:tcPr>
            <w:tcW w:type="dxa" w:w="2409"/>
          </w:tcPr>
          <w:p>
            <w:r>
              <w:rPr>
                <w:b/>
                <w:i w:val="0"/>
                <w:color w:val="2E5E8C"/>
              </w:rPr>
              <w:t xml:space="preserve">D) </w:t>
            </w:r>
            <w:r>
              <w:rPr>
                <w:b w:val="0"/>
                <w:i w:val="0"/>
              </w:rPr>
              <w:t>She</w:t>
            </w:r>
          </w:p>
        </w:tc>
      </w:tr>
    </w:tbl>
    <w:p>
      <w:pPr>
        <w:keepNext/>
        <w:spacing w:before="80"/>
      </w:pPr>
      <w:r>
        <w:rPr>
          <w:b/>
          <w:i w:val="0"/>
          <w:color w:val="2E5E8C"/>
        </w:rPr>
        <w:t xml:space="preserve">11) </w:t>
      </w:r>
      <w:r>
        <w:rPr>
          <w:b w:val="0"/>
          <w:i w:val="0"/>
        </w:rPr>
        <w:t>I brush my ___ every morning.</w:t>
      </w:r>
      <w:r>
        <w:rPr>
          <w:b w:val="0"/>
          <w:i/>
          <w:color w:val="666666"/>
          <w:sz w:val="18"/>
        </w:rPr>
        <w:t xml:space="preserve">  (5 puan)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19"/>
        <w:gridCol w:w="4819"/>
      </w:tblGrid>
      <w:tr>
        <w:trPr>
          <w:cantSplit/>
        </w:trPr>
        <w:tc>
          <w:tcPr>
            <w:tcW w:type="dxa" w:w="4819"/>
          </w:tcPr>
          <w:p>
            <w:r>
              <w:rPr>
                <w:b/>
                <w:i w:val="0"/>
                <w:color w:val="2E5E8C"/>
              </w:rPr>
              <w:t xml:space="preserve">A) </w:t>
            </w:r>
            <w:r>
              <w:rPr>
                <w:b w:val="0"/>
                <w:i w:val="0"/>
              </w:rPr>
              <w:t>tooth</w:t>
            </w:r>
          </w:p>
        </w:tc>
        <w:tc>
          <w:tcPr>
            <w:tcW w:type="dxa" w:w="4819"/>
          </w:tcPr>
          <w:p>
            <w:r>
              <w:rPr>
                <w:b/>
                <w:i w:val="0"/>
                <w:color w:val="2E5E8C"/>
              </w:rPr>
              <w:t xml:space="preserve">B) </w:t>
            </w:r>
            <w:r>
              <w:rPr>
                <w:b w:val="0"/>
                <w:i w:val="0"/>
              </w:rPr>
              <w:t>teeth</w:t>
            </w:r>
          </w:p>
        </w:tc>
      </w:tr>
      <w:tr>
        <w:trPr>
          <w:cantSplit/>
        </w:trPr>
        <w:tc>
          <w:tcPr>
            <w:tcW w:type="dxa" w:w="4819"/>
          </w:tcPr>
          <w:p>
            <w:r>
              <w:rPr>
                <w:b/>
                <w:i w:val="0"/>
                <w:color w:val="2E5E8C"/>
              </w:rPr>
              <w:t xml:space="preserve">C) </w:t>
            </w:r>
            <w:r>
              <w:rPr>
                <w:b w:val="0"/>
                <w:i w:val="0"/>
              </w:rPr>
              <w:t>toothes</w:t>
            </w:r>
          </w:p>
        </w:tc>
        <w:tc>
          <w:tcPr>
            <w:tcW w:type="dxa" w:w="4819"/>
          </w:tcPr>
          <w:p>
            <w:r>
              <w:rPr>
                <w:b/>
                <w:i w:val="0"/>
                <w:color w:val="2E5E8C"/>
              </w:rPr>
              <w:t xml:space="preserve">D) </w:t>
            </w:r>
            <w:r>
              <w:rPr>
                <w:b w:val="0"/>
                <w:i w:val="0"/>
              </w:rPr>
              <w:t>toothes</w:t>
            </w:r>
          </w:p>
        </w:tc>
      </w:tr>
    </w:tbl>
    <w:p>
      <w:pPr>
        <w:spacing w:after="0"/>
      </w:pPr>
      <w:r>
        <w:rPr>
          <w:b w:val="0"/>
          <w:i w:val="0"/>
          <w:sz w:val="12"/>
        </w:rPr>
      </w:r>
    </w:p>
    <w:p>
      <w:pPr>
        <w:spacing w:after="0"/>
      </w:pPr>
      <w:r>
        <w:br w:type="page"/>
      </w:r>
    </w:p>
    <w:p>
      <w:pPr>
        <w:keepNext/>
        <w:spacing w:before="240" w:after="80"/>
        <w:pBdr>
          <w:bottom w:val="single" w:sz="10" w:color="2E5E8C" w:space="4"/>
        </w:pBdr>
      </w:pPr>
      <w:r>
        <w:rPr>
          <w:b/>
          <w:i w:val="0"/>
          <w:color w:val="2E5E8C"/>
          <w:sz w:val="26"/>
        </w:rPr>
        <w:t>I. True / False</w:t>
      </w:r>
    </w:p>
    <w:p>
      <w:pPr>
        <w:spacing w:after="120"/>
      </w:pPr>
      <w:r>
        <w:rPr>
          <w:b w:val="0"/>
          <w:i w:val="0"/>
          <w:color w:val="2E5E8C"/>
          <w:sz w:val="20"/>
        </w:rPr>
        <w:t xml:space="preserve">▶ </w:t>
      </w:r>
      <w:r>
        <w:rPr>
          <w:b w:val="0"/>
          <w:i/>
          <w:color w:val="666666"/>
          <w:sz w:val="20"/>
        </w:rPr>
        <w:t>Read the sentences. Mark True (✓) or False (✗).</w:t>
      </w:r>
    </w:p>
    <w:p>
      <w:pPr>
        <w:keepNext/>
        <w:spacing w:before="80"/>
      </w:pPr>
      <w:r>
        <w:rPr>
          <w:b/>
          <w:i w:val="0"/>
          <w:color w:val="2E5E8C"/>
        </w:rPr>
        <w:t xml:space="preserve">12) </w:t>
      </w:r>
      <w:r>
        <w:rPr>
          <w:b w:val="0"/>
          <w:i w:val="0"/>
        </w:rPr>
        <w:t>I wake up after I go to bed.</w:t>
      </w:r>
      <w:r>
        <w:rPr>
          <w:b w:val="0"/>
          <w:i/>
          <w:color w:val="666666"/>
          <w:sz w:val="18"/>
        </w:rPr>
        <w:t xml:space="preserve">  (5 puan)</w:t>
      </w:r>
    </w:p>
    <w:p>
      <w:pPr>
        <w:ind w:left="340"/>
      </w:pPr>
      <w:r>
        <w:rPr>
          <w:b w:val="0"/>
          <w:i w:val="0"/>
          <w:sz w:val="20"/>
        </w:rPr>
        <w:t>(     ) Doğru      (     ) Yanlış</w:t>
      </w:r>
    </w:p>
    <w:p>
      <w:pPr>
        <w:keepNext/>
        <w:spacing w:before="80"/>
      </w:pPr>
      <w:r>
        <w:rPr>
          <w:b/>
          <w:i w:val="0"/>
          <w:color w:val="2E5E8C"/>
        </w:rPr>
        <w:t xml:space="preserve">13) </w:t>
      </w:r>
      <w:r>
        <w:rPr>
          <w:b w:val="0"/>
          <w:i w:val="0"/>
        </w:rPr>
        <w:t>We use 'him' for a boy/man.</w:t>
      </w:r>
      <w:r>
        <w:rPr>
          <w:b w:val="0"/>
          <w:i/>
          <w:color w:val="666666"/>
          <w:sz w:val="18"/>
        </w:rPr>
        <w:t xml:space="preserve">  (5 puan)</w:t>
      </w:r>
    </w:p>
    <w:p>
      <w:pPr>
        <w:ind w:left="340"/>
      </w:pPr>
      <w:r>
        <w:rPr>
          <w:b w:val="0"/>
          <w:i w:val="0"/>
          <w:sz w:val="20"/>
        </w:rPr>
        <w:t>(     ) Doğru      (     ) Yanlış</w:t>
      </w:r>
    </w:p>
    <w:p>
      <w:pPr>
        <w:keepNext/>
        <w:spacing w:before="80"/>
      </w:pPr>
      <w:r>
        <w:rPr>
          <w:b/>
          <w:i w:val="0"/>
          <w:color w:val="2E5E8C"/>
        </w:rPr>
        <w:t xml:space="preserve">14) </w:t>
      </w:r>
      <w:r>
        <w:rPr>
          <w:b w:val="0"/>
          <w:i w:val="0"/>
        </w:rPr>
        <w:t>'They are' is the negative form.</w:t>
      </w:r>
      <w:r>
        <w:rPr>
          <w:b w:val="0"/>
          <w:i/>
          <w:color w:val="666666"/>
          <w:sz w:val="18"/>
        </w:rPr>
        <w:t xml:space="preserve">  (5 puan)</w:t>
      </w:r>
    </w:p>
    <w:p>
      <w:pPr>
        <w:ind w:left="340"/>
      </w:pPr>
      <w:r>
        <w:rPr>
          <w:b w:val="0"/>
          <w:i w:val="0"/>
          <w:sz w:val="20"/>
        </w:rPr>
        <w:t>(     ) Doğru      (     ) Yanlış</w:t>
      </w:r>
    </w:p>
    <w:p>
      <w:pPr>
        <w:keepNext/>
        <w:spacing w:before="80"/>
      </w:pPr>
      <w:r>
        <w:rPr>
          <w:b/>
          <w:i w:val="0"/>
          <w:color w:val="2E5E8C"/>
        </w:rPr>
        <w:t xml:space="preserve">15) </w:t>
      </w:r>
      <w:r>
        <w:rPr>
          <w:b w:val="0"/>
          <w:i w:val="0"/>
        </w:rPr>
        <w:t>I have breakfast before I go to school.</w:t>
      </w:r>
      <w:r>
        <w:rPr>
          <w:b w:val="0"/>
          <w:i/>
          <w:color w:val="666666"/>
          <w:sz w:val="18"/>
        </w:rPr>
        <w:t xml:space="preserve">  (5 puan)</w:t>
      </w:r>
    </w:p>
    <w:p>
      <w:pPr>
        <w:ind w:left="340"/>
      </w:pPr>
      <w:r>
        <w:rPr>
          <w:b w:val="0"/>
          <w:i w:val="0"/>
          <w:sz w:val="20"/>
        </w:rPr>
        <w:t>(     ) Doğru      (     ) Yanlış</w:t>
      </w:r>
    </w:p>
    <w:p>
      <w:pPr>
        <w:keepNext/>
        <w:spacing w:before="80"/>
      </w:pPr>
      <w:r>
        <w:rPr>
          <w:b/>
          <w:i w:val="0"/>
          <w:color w:val="2E5E8C"/>
        </w:rPr>
        <w:t xml:space="preserve">16) </w:t>
      </w:r>
      <w:r>
        <w:rPr>
          <w:b w:val="0"/>
          <w:i w:val="0"/>
        </w:rPr>
        <w:t>We smell with our ears.</w:t>
      </w:r>
      <w:r>
        <w:rPr>
          <w:b w:val="0"/>
          <w:i/>
          <w:color w:val="666666"/>
          <w:sz w:val="18"/>
        </w:rPr>
        <w:t xml:space="preserve">  (5 puan)</w:t>
      </w:r>
    </w:p>
    <w:p>
      <w:pPr>
        <w:ind w:left="340"/>
      </w:pPr>
      <w:r>
        <w:rPr>
          <w:b w:val="0"/>
          <w:i w:val="0"/>
          <w:sz w:val="20"/>
        </w:rPr>
        <w:t>(     ) Doğru      (     ) Yanlış</w:t>
      </w:r>
    </w:p>
    <w:p>
      <w:pPr>
        <w:spacing w:after="0"/>
      </w:pPr>
      <w:r>
        <w:rPr>
          <w:b w:val="0"/>
          <w:i w:val="0"/>
          <w:sz w:val="12"/>
        </w:rPr>
      </w:r>
    </w:p>
    <w:p>
      <w:pPr>
        <w:keepNext/>
        <w:spacing w:before="240" w:after="80"/>
        <w:pBdr>
          <w:bottom w:val="single" w:sz="10" w:color="2E5E8C" w:space="4"/>
        </w:pBdr>
      </w:pPr>
      <w:r>
        <w:rPr>
          <w:b/>
          <w:i w:val="0"/>
          <w:color w:val="2E5E8C"/>
          <w:sz w:val="26"/>
        </w:rPr>
        <w:t>J. Writing — My Day</w:t>
      </w:r>
    </w:p>
    <w:p>
      <w:pPr>
        <w:spacing w:after="120"/>
      </w:pPr>
      <w:r>
        <w:rPr>
          <w:b w:val="0"/>
          <w:i w:val="0"/>
          <w:color w:val="2E5E8C"/>
          <w:sz w:val="20"/>
        </w:rPr>
        <w:t xml:space="preserve">▶ </w:t>
      </w:r>
      <w:r>
        <w:rPr>
          <w:b w:val="0"/>
          <w:i/>
          <w:color w:val="666666"/>
          <w:sz w:val="20"/>
        </w:rPr>
        <w:t>Write about your day. Use 'before' and 'after'. Write at least 5 sentences.</w:t>
      </w:r>
    </w:p>
    <w:p>
      <w:pPr>
        <w:keepNext/>
        <w:spacing w:before="80"/>
      </w:pPr>
      <w:r>
        <w:rPr>
          <w:b/>
          <w:i w:val="0"/>
          <w:color w:val="2E5E8C"/>
        </w:rPr>
        <w:t xml:space="preserve">17) </w:t>
      </w:r>
      <w:r>
        <w:rPr>
          <w:b w:val="0"/>
          <w:i w:val="0"/>
        </w:rPr>
        <w:t>Write about your daily routine. What do you do in the morning? What do you do after school? What do you do before bed?</w:t>
      </w:r>
      <w:r>
        <w:rPr>
          <w:b w:val="0"/>
          <w:i/>
          <w:color w:val="666666"/>
          <w:sz w:val="18"/>
        </w:rPr>
        <w:t xml:space="preserve">  (20 puan)</w:t>
      </w:r>
    </w:p>
    <w:p>
      <w:pPr>
        <w:spacing w:after="200"/>
      </w:pPr>
      <w:r>
        <w:rPr>
          <w:b w:val="0"/>
          <w:i w:val="0"/>
          <w:color w:val="666666"/>
          <w:sz w:val="20"/>
        </w:rPr>
        <w:t>___________________________________________________________________________________________</w:t>
      </w:r>
    </w:p>
    <w:p>
      <w:pPr>
        <w:spacing w:after="200"/>
      </w:pPr>
      <w:r>
        <w:rPr>
          <w:b w:val="0"/>
          <w:i w:val="0"/>
          <w:color w:val="666666"/>
          <w:sz w:val="20"/>
        </w:rPr>
        <w:t>___________________________________________________________________________________________</w:t>
      </w:r>
    </w:p>
    <w:p>
      <w:pPr>
        <w:spacing w:after="200"/>
      </w:pPr>
      <w:r>
        <w:rPr>
          <w:b w:val="0"/>
          <w:i w:val="0"/>
          <w:color w:val="666666"/>
          <w:sz w:val="20"/>
        </w:rPr>
        <w:t>___________________________________________________________________________________________</w:t>
      </w:r>
    </w:p>
    <w:p>
      <w:pPr>
        <w:spacing w:after="200"/>
      </w:pPr>
      <w:r>
        <w:rPr>
          <w:b w:val="0"/>
          <w:i w:val="0"/>
          <w:color w:val="666666"/>
          <w:sz w:val="20"/>
        </w:rPr>
        <w:t>___________________________________________________________________________________________</w:t>
      </w:r>
    </w:p>
    <w:p>
      <w:pPr>
        <w:spacing w:after="200"/>
      </w:pPr>
      <w:r>
        <w:rPr>
          <w:b w:val="0"/>
          <w:i w:val="0"/>
          <w:color w:val="666666"/>
          <w:sz w:val="20"/>
        </w:rPr>
        <w:t>___________________________________________________________________________________________</w:t>
      </w:r>
    </w:p>
    <w:p>
      <w:pPr>
        <w:spacing w:after="200"/>
      </w:pPr>
      <w:r>
        <w:rPr>
          <w:b w:val="0"/>
          <w:i w:val="0"/>
          <w:color w:val="666666"/>
          <w:sz w:val="20"/>
        </w:rPr>
        <w:t>___________________________________________________________________________________________</w:t>
      </w:r>
    </w:p>
    <w:p>
      <w:pPr>
        <w:spacing w:after="200"/>
      </w:pPr>
      <w:r>
        <w:rPr>
          <w:b w:val="0"/>
          <w:i w:val="0"/>
          <w:color w:val="666666"/>
          <w:sz w:val="20"/>
        </w:rPr>
        <w:t>___________________________________________________________________________________________</w:t>
      </w:r>
    </w:p>
    <w:p>
      <w:pPr>
        <w:spacing w:after="200"/>
      </w:pPr>
      <w:r>
        <w:rPr>
          <w:b w:val="0"/>
          <w:i w:val="0"/>
          <w:color w:val="666666"/>
          <w:sz w:val="20"/>
        </w:rPr>
        <w:t>___________________________________________________________________________________________</w:t>
      </w:r>
    </w:p>
    <w:p>
      <w:pPr>
        <w:spacing w:after="0"/>
      </w:pPr>
      <w:r>
        <w:rPr>
          <w:b w:val="0"/>
          <w:i w:val="0"/>
          <w:sz w:val="12"/>
        </w:rPr>
      </w:r>
    </w:p>
    <w:p>
      <w:pPr>
        <w:keepNext/>
        <w:spacing w:before="240" w:after="80"/>
        <w:pBdr>
          <w:bottom w:val="single" w:sz="10" w:color="2E5E8C" w:space="4"/>
        </w:pBdr>
      </w:pPr>
      <w:r>
        <w:rPr>
          <w:b/>
          <w:i w:val="0"/>
          <w:color w:val="2E5E8C"/>
          <w:sz w:val="26"/>
        </w:rPr>
        <w:t>K. Reading Comprehension</w:t>
      </w:r>
    </w:p>
    <w:p>
      <w:pPr>
        <w:jc w:val="both"/>
      </w:pPr>
      <w:r>
        <w:rPr>
          <w:b/>
          <w:i w:val="0"/>
        </w:rPr>
        <w:t>Ali's Day</w:t>
      </w:r>
      <w:r>
        <w:rPr>
          <w:b w:val="0"/>
          <w:i w:val="0"/>
        </w:rPr>
        <w:br/>
        <w:br/>
        <w:t>Ali is a student at Serdarlı Primary School. He wakes up at 7 o'clock every morning. Before school, he has breakfast with his family. He eats eggs and bread. He drinks tea. After breakfast, he brushes his teeth and gets dressed. He goes to school at 8 o'clock.</w:t>
        <w:br/>
        <w:br/>
        <w:t>At school, Ali has English, Maths and Science. His favourite subject is English. After school, he does his homework. Then he plays football with his friends. After dinner, he reads a book. He goes to bed at 9 o'clock.</w:t>
        <w:br/>
        <w:br/>
        <w:t>Ali is a happy student. He likes his school and his friends.</w:t>
      </w:r>
    </w:p>
    <w:p>
      <w:pPr>
        <w:spacing w:after="120"/>
      </w:pPr>
      <w:r>
        <w:rPr>
          <w:b w:val="0"/>
          <w:i w:val="0"/>
          <w:color w:val="2E5E8C"/>
          <w:sz w:val="20"/>
        </w:rPr>
        <w:t xml:space="preserve">▶ </w:t>
      </w:r>
      <w:r>
        <w:rPr>
          <w:b w:val="0"/>
          <w:i/>
          <w:color w:val="666666"/>
          <w:sz w:val="20"/>
        </w:rPr>
        <w:t>Answer the questions about Ali's day.</w:t>
      </w:r>
    </w:p>
    <w:p>
      <w:pPr>
        <w:keepNext/>
        <w:spacing w:before="80"/>
      </w:pPr>
      <w:r>
        <w:rPr>
          <w:b/>
          <w:i w:val="0"/>
          <w:color w:val="2E5E8C"/>
        </w:rPr>
        <w:t xml:space="preserve">18) </w:t>
      </w:r>
      <w:r>
        <w:rPr>
          <w:b w:val="0"/>
          <w:i w:val="0"/>
        </w:rPr>
        <w:t>What time does Ali wake up?</w:t>
      </w:r>
      <w:r>
        <w:rPr>
          <w:b w:val="0"/>
          <w:i/>
          <w:color w:val="666666"/>
          <w:sz w:val="18"/>
        </w:rPr>
        <w:t xml:space="preserve">  (5 puan)</w:t>
      </w:r>
    </w:p>
    <w:p>
      <w:pPr>
        <w:spacing w:after="200"/>
      </w:pPr>
      <w:r>
        <w:rPr>
          <w:b w:val="0"/>
          <w:i w:val="0"/>
          <w:color w:val="666666"/>
          <w:sz w:val="20"/>
        </w:rPr>
        <w:t>___________________________________________________________________________________________</w:t>
      </w:r>
    </w:p>
    <w:p>
      <w:pPr>
        <w:keepNext/>
        <w:spacing w:before="80"/>
      </w:pPr>
      <w:r>
        <w:rPr>
          <w:b/>
          <w:i w:val="0"/>
          <w:color w:val="2E5E8C"/>
        </w:rPr>
        <w:t xml:space="preserve">19) </w:t>
      </w:r>
      <w:r>
        <w:rPr>
          <w:b w:val="0"/>
          <w:i w:val="0"/>
        </w:rPr>
        <w:t>What does Ali do before school?</w:t>
      </w:r>
      <w:r>
        <w:rPr>
          <w:b w:val="0"/>
          <w:i/>
          <w:color w:val="666666"/>
          <w:sz w:val="18"/>
        </w:rPr>
        <w:t xml:space="preserve">  (5 puan)</w:t>
      </w:r>
    </w:p>
    <w:p>
      <w:pPr>
        <w:spacing w:after="200"/>
      </w:pPr>
      <w:r>
        <w:rPr>
          <w:b w:val="0"/>
          <w:i w:val="0"/>
          <w:color w:val="666666"/>
          <w:sz w:val="20"/>
        </w:rPr>
        <w:t>___________________________________________________________________________________________</w:t>
      </w:r>
    </w:p>
    <w:p>
      <w:pPr>
        <w:spacing w:after="200"/>
      </w:pPr>
      <w:r>
        <w:rPr>
          <w:b w:val="0"/>
          <w:i w:val="0"/>
          <w:color w:val="666666"/>
          <w:sz w:val="20"/>
        </w:rPr>
        <w:t>___________________________________________________________________________________________</w:t>
      </w:r>
    </w:p>
    <w:p>
      <w:pPr>
        <w:keepNext/>
        <w:spacing w:before="80"/>
      </w:pPr>
      <w:r>
        <w:rPr>
          <w:b/>
          <w:i w:val="0"/>
          <w:color w:val="2E5E8C"/>
        </w:rPr>
        <w:t xml:space="preserve">20) </w:t>
      </w:r>
      <w:r>
        <w:rPr>
          <w:b w:val="0"/>
          <w:i w:val="0"/>
        </w:rPr>
        <w:t>What does Ali do after dinner?</w:t>
      </w:r>
      <w:r>
        <w:rPr>
          <w:b w:val="0"/>
          <w:i/>
          <w:color w:val="666666"/>
          <w:sz w:val="18"/>
        </w:rPr>
        <w:t xml:space="preserve">  (5 puan)</w:t>
      </w:r>
    </w:p>
    <w:p>
      <w:pPr>
        <w:spacing w:after="200"/>
      </w:pPr>
      <w:r>
        <w:rPr>
          <w:b w:val="0"/>
          <w:i w:val="0"/>
          <w:color w:val="666666"/>
          <w:sz w:val="20"/>
        </w:rPr>
        <w:t>___________________________________________________________________________________________</w:t>
      </w:r>
    </w:p>
    <w:p>
      <w:pPr>
        <w:keepNext/>
        <w:spacing w:before="80"/>
      </w:pPr>
      <w:r>
        <w:rPr>
          <w:b/>
          <w:i w:val="0"/>
          <w:color w:val="2E5E8C"/>
        </w:rPr>
        <w:t xml:space="preserve">21) </w:t>
      </w:r>
      <w:r>
        <w:rPr>
          <w:b w:val="0"/>
          <w:i w:val="0"/>
        </w:rPr>
        <w:t>What is Ali's favourite subject?</w:t>
      </w:r>
      <w:r>
        <w:rPr>
          <w:b w:val="0"/>
          <w:i/>
          <w:color w:val="666666"/>
          <w:sz w:val="18"/>
        </w:rPr>
        <w:t xml:space="preserve">  (5 puan)</w:t>
      </w:r>
    </w:p>
    <w:p>
      <w:pPr>
        <w:spacing w:after="200"/>
      </w:pPr>
      <w:r>
        <w:rPr>
          <w:b w:val="0"/>
          <w:i w:val="0"/>
          <w:color w:val="666666"/>
          <w:sz w:val="20"/>
        </w:rPr>
        <w:t>___________________________________________________________________________________________</w:t>
      </w:r>
    </w:p>
    <w:p>
      <w:pPr>
        <w:keepNext/>
        <w:spacing w:before="80"/>
      </w:pPr>
      <w:r>
        <w:rPr>
          <w:b/>
          <w:i w:val="0"/>
          <w:color w:val="2E5E8C"/>
        </w:rPr>
        <w:t xml:space="preserve">22) </w:t>
      </w:r>
      <w:r>
        <w:rPr>
          <w:b w:val="0"/>
          <w:i w:val="0"/>
        </w:rPr>
        <w:t>What time does Ali go to bed?</w:t>
      </w:r>
      <w:r>
        <w:rPr>
          <w:b w:val="0"/>
          <w:i/>
          <w:color w:val="666666"/>
          <w:sz w:val="18"/>
        </w:rPr>
        <w:t xml:space="preserve">  (5 puan)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rPr>
          <w:cantSplit/>
        </w:trPr>
        <w:tc>
          <w:tcPr>
            <w:tcW w:type="dxa" w:w="2409"/>
          </w:tcPr>
          <w:p>
            <w:r>
              <w:rPr>
                <w:b/>
                <w:i w:val="0"/>
                <w:color w:val="2E5E8C"/>
              </w:rPr>
              <w:t xml:space="preserve">A) </w:t>
            </w:r>
            <w:r>
              <w:rPr>
                <w:b w:val="0"/>
                <w:i w:val="0"/>
              </w:rPr>
              <w:t>7 o'clock</w:t>
            </w:r>
          </w:p>
        </w:tc>
        <w:tc>
          <w:tcPr>
            <w:tcW w:type="dxa" w:w="2409"/>
          </w:tcPr>
          <w:p>
            <w:r>
              <w:rPr>
                <w:b/>
                <w:i w:val="0"/>
                <w:color w:val="2E5E8C"/>
              </w:rPr>
              <w:t xml:space="preserve">B) </w:t>
            </w:r>
            <w:r>
              <w:rPr>
                <w:b w:val="0"/>
                <w:i w:val="0"/>
              </w:rPr>
              <w:t>8 o'clock</w:t>
            </w:r>
          </w:p>
        </w:tc>
        <w:tc>
          <w:tcPr>
            <w:tcW w:type="dxa" w:w="2409"/>
          </w:tcPr>
          <w:p>
            <w:r>
              <w:rPr>
                <w:b/>
                <w:i w:val="0"/>
                <w:color w:val="2E5E8C"/>
              </w:rPr>
              <w:t xml:space="preserve">C) </w:t>
            </w:r>
            <w:r>
              <w:rPr>
                <w:b w:val="0"/>
                <w:i w:val="0"/>
              </w:rPr>
              <w:t>9 o'clock</w:t>
            </w:r>
          </w:p>
        </w:tc>
        <w:tc>
          <w:tcPr>
            <w:tcW w:type="dxa" w:w="2409"/>
          </w:tcPr>
          <w:p>
            <w:r>
              <w:rPr>
                <w:b/>
                <w:i w:val="0"/>
                <w:color w:val="2E5E8C"/>
              </w:rPr>
              <w:t xml:space="preserve">D) </w:t>
            </w:r>
            <w:r>
              <w:rPr>
                <w:b w:val="0"/>
                <w:i w:val="0"/>
              </w:rPr>
              <w:t>10 o'clock</w:t>
            </w:r>
          </w:p>
        </w:tc>
      </w:tr>
    </w:tbl>
    <w:p>
      <w:pPr>
        <w:spacing w:after="0"/>
      </w:pPr>
      <w:r>
        <w:rPr>
          <w:b w:val="0"/>
          <w:i w:val="0"/>
          <w:sz w:val="12"/>
        </w:rPr>
      </w:r>
    </w:p>
    <w:p>
      <w:pPr>
        <w:tabs>
          <w:tab w:pos="9638" w:val="right" w:leader="dot"/>
        </w:tabs>
      </w:pPr>
      <w:r>
        <w:rPr>
          <w:b w:val="0"/>
          <w:i w:val="0"/>
        </w:rPr>
        <w:tab/>
      </w:r>
      <w:r>
        <w:rPr>
          <w:b w:val="0"/>
          <w:i w:val="0"/>
        </w:rPr>
        <w:t>Total: 100 points</w:t>
      </w:r>
    </w:p>
    <w:sectPr w:rsidR="00FC693F" w:rsidRPr="0006063C" w:rsidSect="00034616">
      <w:headerReference w:type="default" r:id="rId9"/>
      <w:footerReference w:type="default" r:id="rId10"/>
      <w:pgSz w:w="11906" w:h="16838"/>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b w:val="0"/>
        <w:i w:val="0"/>
        <w:color w:val="666666"/>
        <w:sz w:val="18"/>
      </w:rPr>
      <w:t xml:space="preserve">5. Sınıf — Unit 1: My Day   —   </w:t>
    </w:r>
    <w:r>
      <w:rPr>
        <w:b w:val="0"/>
        <w:i w:val="0"/>
        <w:color w:val="666666"/>
        <w:sz w:val="18"/>
      </w:rPr>
      <w:t xml:space="preserve">Sayfa </w:t>
    </w:r>
    <w:r>
      <w:fldChar w:fldCharType="begin"/>
      <w:instrText xml:space="preserve">PAGE</w:instrText>
      <w:fldChar w:fldCharType="end"/>
    </w:r>
    <w:r>
      <w:rPr>
        <w:b w:val="0"/>
        <w:i w:val="0"/>
        <w:color w:val="666666"/>
        <w:sz w:val="18"/>
      </w:rP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6" w:color="CCCCCC" w:space="4"/>
      </w:pBdr>
    </w:pPr>
    <w:r/>
    <w:r>
      <w:rPr>
        <w:b w:val="0"/>
        <w:i w:val="0"/>
        <w:color w:val="666666"/>
        <w:sz w:val="18"/>
      </w:rPr>
      <w:t>İngilizce</w:t>
    </w:r>
    <w:r>
      <w:rPr>
        <w:b w:val="0"/>
        <w:i w:val="0"/>
        <w:color w:val="666666"/>
        <w:sz w:val="18"/>
      </w:rPr>
      <w:tab/>
      <w:t>Serdarlı İlkokulu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color w:val="333333"/>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