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5. Sinif Ingilizce - Present Simple (to be)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I ___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My mother ___ a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Tom and Ali ___ my friends.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The cat ___ in the garden.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We ___ at home today.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You ___ a good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He ___ ten years old.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She ___ from Cyprus.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It ___ a big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My father and I ___ in the garden.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The books ___ on the table.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I ___ happy today.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My sister ___ very nice.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They ___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The weather ___ sunny today.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My friends ___ at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Our teacher ___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I ___ hungry.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You and Ali ___ late today.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The children ___ in the park.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I ___ tired.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am not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She ___ at home now.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They ___ in the garden.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He ___ my brother.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We ___ ready.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It ___ cold today.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My friends ___ at school today.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You ___ late.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My mother ___ a nurse.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The books ___ new.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___ you a student?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___ she your sister?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___ they from Cyprus?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___ I late?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___ he in the classroom?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___ we ready?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___ it a big school?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___ your friends at home?</w:t>
      </w:r>
    </w:p>
    <w:p>
      <w:pPr>
        <w:spacing w:after="80"/>
        <w:ind w:left="340"/>
      </w:pPr>
      <w:r>
        <w:rPr>
          <w:b w:val="0"/>
          <w:i w:val="0"/>
          <w:u w:val="none"/>
        </w:rPr>
        <w:t>A)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___ this your bag?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___ you and Ali happy?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Are you a student? Yes, I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Is she your friend? No, she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Are they at school? Yes, they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Is he ten years old? No, 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Are we ready? Yes, we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Is it cold? No, it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Am I late? No, you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___ your mother a teacher?</w:t>
      </w:r>
    </w:p>
    <w:p>
      <w:pPr>
        <w:spacing w:after="80"/>
        <w:ind w:left="340"/>
      </w:pPr>
      <w:r>
        <w:rPr>
          <w:b w:val="0"/>
          <w:i w:val="0"/>
          <w:u w:val="none"/>
        </w:rPr>
        <w:t>D)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The children ___ happy today.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I ___ ten years old.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am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