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5. Sinif Ingilizce - Object Pronouns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>I like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her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>Look at ______! He is my brother.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him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>Can you help ______, please?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me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>We like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them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>Give the ball to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me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>This present is for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you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>I see ______ in the morning.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him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My mother likes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us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Take ______ to the park.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She sits with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me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The teacher talks to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us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I don't like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them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Please wait for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her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Ali is my friend. I play with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him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Can I come with ______?</w:t>
      </w:r>
    </w:p>
    <w:p>
      <w:pPr>
        <w:spacing w:after="80"/>
        <w:ind w:left="340"/>
      </w:pPr>
      <w:r>
        <w:rPr>
          <w:b w:val="0"/>
          <w:i w:val="0"/>
          <w:u w:val="none"/>
        </w:rPr>
        <w:t>D) you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color w:val="666666"/>
          <w:sz w:val="18"/>
          <w:u w:val="none"/>
        </w:rPr>
        <w:t>The dog is hungry. Give food to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color w:val="666666"/>
          <w:sz w:val="18"/>
          <w:u w:val="none"/>
        </w:rPr>
        <w:t>She is my sister. I like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her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color w:val="666666"/>
          <w:sz w:val="18"/>
          <w:u w:val="none"/>
        </w:rPr>
        <w:t>We are students. The teacher helps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us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color w:val="666666"/>
          <w:sz w:val="18"/>
          <w:u w:val="none"/>
        </w:rPr>
        <w:t>I buy flowers for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her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color w:val="666666"/>
          <w:sz w:val="18"/>
          <w:u w:val="none"/>
        </w:rPr>
        <w:t>Do you see ______?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them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color w:val="666666"/>
          <w:sz w:val="18"/>
          <w:u w:val="none"/>
        </w:rPr>
        <w:t>He looks at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me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color w:val="666666"/>
          <w:sz w:val="18"/>
          <w:u w:val="none"/>
        </w:rPr>
        <w:t>My father teaches ______ English.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us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color w:val="666666"/>
          <w:sz w:val="18"/>
          <w:u w:val="none"/>
        </w:rPr>
        <w:t>I give ______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him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color w:val="666666"/>
          <w:sz w:val="18"/>
          <w:u w:val="none"/>
        </w:rPr>
        <w:t>This ice cream is for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me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color w:val="666666"/>
          <w:sz w:val="18"/>
          <w:u w:val="none"/>
        </w:rPr>
        <w:t>She always helps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them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color w:val="666666"/>
          <w:sz w:val="18"/>
          <w:u w:val="none"/>
        </w:rPr>
        <w:t>Look at the cat. It looks at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us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color w:val="666666"/>
          <w:sz w:val="18"/>
          <w:u w:val="none"/>
        </w:rPr>
        <w:t>I meet ______ at the party.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her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color w:val="666666"/>
          <w:sz w:val="18"/>
          <w:u w:val="none"/>
        </w:rPr>
        <w:t>Can you see ______?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color w:val="666666"/>
          <w:sz w:val="18"/>
          <w:u w:val="none"/>
        </w:rPr>
        <w:t>Tom and Ali are my friends. I like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them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color w:val="666666"/>
          <w:sz w:val="18"/>
          <w:u w:val="none"/>
        </w:rPr>
        <w:t>My grandmother likes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me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color w:val="666666"/>
          <w:sz w:val="18"/>
          <w:u w:val="none"/>
        </w:rPr>
        <w:t>Is this letter for ______?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you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color w:val="666666"/>
          <w:sz w:val="18"/>
          <w:u w:val="none"/>
        </w:rPr>
        <w:t>We wait for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him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color w:val="666666"/>
          <w:sz w:val="18"/>
          <w:u w:val="none"/>
        </w:rPr>
        <w:t>The teacher asks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me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color w:val="666666"/>
          <w:sz w:val="18"/>
          <w:u w:val="none"/>
        </w:rPr>
        <w:t>I help ______ with the homework.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her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color w:val="666666"/>
          <w:sz w:val="18"/>
          <w:u w:val="none"/>
        </w:rPr>
        <w:t>The children are playing. Watch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them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color w:val="666666"/>
          <w:sz w:val="18"/>
          <w:u w:val="none"/>
        </w:rPr>
        <w:t>The teacher sits with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us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color w:val="666666"/>
          <w:sz w:val="18"/>
          <w:u w:val="none"/>
        </w:rPr>
        <w:t>My pen is here. Can you see ______?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me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color w:val="666666"/>
          <w:sz w:val="18"/>
          <w:u w:val="none"/>
        </w:rPr>
        <w:t>This is my dog. I like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color w:val="666666"/>
          <w:sz w:val="18"/>
          <w:u w:val="none"/>
        </w:rPr>
        <w:t>He talks to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her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color w:val="666666"/>
          <w:sz w:val="18"/>
          <w:u w:val="none"/>
        </w:rPr>
        <w:t>My friends visit ______ on Sunday.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us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color w:val="666666"/>
          <w:sz w:val="18"/>
          <w:u w:val="none"/>
        </w:rPr>
        <w:t>I don't see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him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color w:val="666666"/>
          <w:sz w:val="18"/>
          <w:u w:val="none"/>
        </w:rPr>
        <w:t>Please give ______ some water.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them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color w:val="666666"/>
          <w:sz w:val="18"/>
          <w:u w:val="none"/>
        </w:rPr>
        <w:t>Come and sit with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me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color w:val="666666"/>
          <w:sz w:val="18"/>
          <w:u w:val="none"/>
        </w:rPr>
        <w:t>She buys a book for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you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color w:val="666666"/>
          <w:sz w:val="18"/>
          <w:u w:val="none"/>
        </w:rPr>
        <w:t>The cat is under the table. Can you see ______?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color w:val="666666"/>
          <w:sz w:val="18"/>
          <w:u w:val="none"/>
        </w:rPr>
        <w:t>We take ______ to our party.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him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color w:val="666666"/>
          <w:sz w:val="18"/>
          <w:u w:val="none"/>
        </w:rPr>
        <w:t>My brother likes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us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color w:val="666666"/>
          <w:sz w:val="18"/>
          <w:u w:val="none"/>
        </w:rPr>
        <w:t>I like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you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color w:val="666666"/>
          <w:sz w:val="18"/>
          <w:u w:val="none"/>
        </w:rPr>
        <w:t>My friends are here. Look at ______!</w:t>
      </w:r>
    </w:p>
    <w:p>
      <w:pPr>
        <w:spacing w:after="80"/>
        <w:ind w:left="340"/>
      </w:pPr>
      <w:r>
        <w:rPr>
          <w:b w:val="0"/>
          <w:i w:val="0"/>
          <w:u w:val="none"/>
        </w:rPr>
        <w:t>B) them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color w:val="666666"/>
          <w:sz w:val="18"/>
          <w:u w:val="none"/>
        </w:rPr>
        <w:t>She is my friend. I like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her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