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5. Sinif Ingilizce - Before / After + At / In / On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I get up ___ seven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My mother makes breakfast ___ the morning.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We go to school ___ Monday.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I brush my teeth ___ breakfast.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after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I wash my face ___ I get up.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after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My father comes home ___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after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I do my homework ___ dinner.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before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We have lunch ___ twelve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My sister reads a book ___ the night.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We play football ___ Sunday.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She watches TV ___ dinner.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after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I go to bed ___ ten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Ali gets up ___ six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We have breakfast ___ the morning.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The lesson starts ___ nine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I come home ___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after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He washes his hands ___ lunch.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before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My mother works ___ Monday.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I play games ___ dinner.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after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We watch TV ___ the night.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She gets dressed ___ breakfast.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before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The lesson finishes ___ three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My friends visit me ___ Saturday.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I make my bed ___ I get up.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after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We have dinner ___ seven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We have dinner ___ the night.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School starts ___ Monday morning.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My grandmother comes ___ Tuesday.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I brush my teeth ___ the morning and at night.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We have lunch ___ one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My father reads a book ___ the night.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The children play in the garden ___ Sunday.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I get dressed ___ eight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We go to school ___ the morning.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She does her homework ___ Friday.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My mother makes dinner ___ the night.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I wash my face ___ seven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We visit our grandmother ___ Saturday.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He sleeps ___ the night.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The lesson starts ___ ten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My sister plays games ___ Wednesday.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I read a book ___ the afternoon.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We have breakfast ___ eight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They have a lesson ___ Thursday.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My father comes home ___ the night.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I go to bed ___ eleven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We play football ___ Saturday afternoon.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on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She reads a book ___ the morning.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My mother comes home ___ six o'clock.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We have a lesson ___ Tuesday morning.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on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