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</w:rPr>
        <w:t>5. Sınıf İngilizce — Unit 1: My Day — Cevap Anahtarı</w:t>
      </w:r>
    </w:p>
    <w:p>
      <w:pPr>
        <w:spacing w:after="40"/>
      </w:pPr>
      <w:r>
        <w:rPr>
          <w:b/>
          <w:i w:val="0"/>
          <w:color w:val="2E5E8C"/>
        </w:rPr>
        <w:t xml:space="preserve">1) </w:t>
      </w:r>
      <w:r>
        <w:rPr>
          <w:b w:val="0"/>
          <w:i w:val="0"/>
          <w:color w:val="666666"/>
          <w:sz w:val="18"/>
        </w:rPr>
        <w:t>Eşleştirme (8 çift)</w:t>
      </w:r>
    </w:p>
    <w:p>
      <w:pPr>
        <w:spacing w:after="80"/>
        <w:ind w:left="340"/>
      </w:pPr>
      <w:r>
        <w:rPr>
          <w:b w:val="0"/>
          <w:i w:val="0"/>
        </w:rPr>
        <w:t>1→E, 2→H, 3→C, 4→B, 5→D, 6→G, 7→F, 8→A</w:t>
      </w:r>
    </w:p>
    <w:p>
      <w:pPr>
        <w:spacing w:after="40"/>
      </w:pPr>
      <w:r>
        <w:rPr>
          <w:b/>
          <w:i w:val="0"/>
          <w:color w:val="2E5E8C"/>
        </w:rPr>
        <w:t xml:space="preserve">2) </w:t>
      </w:r>
      <w:r>
        <w:rPr>
          <w:b w:val="0"/>
          <w:i w:val="0"/>
          <w:color w:val="666666"/>
          <w:sz w:val="18"/>
        </w:rPr>
        <w:t>I ___ at 7 o'clock every morning.</w:t>
      </w:r>
    </w:p>
    <w:p>
      <w:pPr>
        <w:spacing w:after="80"/>
        <w:ind w:left="340"/>
      </w:pPr>
      <w:r>
        <w:rPr>
          <w:b w:val="0"/>
          <w:i w:val="0"/>
        </w:rPr>
        <w:t>wake up</w:t>
      </w:r>
    </w:p>
    <w:p>
      <w:pPr>
        <w:spacing w:after="40"/>
      </w:pPr>
      <w:r>
        <w:rPr>
          <w:b/>
          <w:i w:val="0"/>
          <w:color w:val="2E5E8C"/>
        </w:rPr>
        <w:t xml:space="preserve">3) </w:t>
      </w:r>
      <w:r>
        <w:rPr>
          <w:b w:val="0"/>
          <w:i w:val="0"/>
          <w:color w:val="666666"/>
          <w:sz w:val="18"/>
        </w:rPr>
        <w:t>After I wake up, I ___ from my bed.</w:t>
      </w:r>
    </w:p>
    <w:p>
      <w:pPr>
        <w:spacing w:after="80"/>
        <w:ind w:left="340"/>
      </w:pPr>
      <w:r>
        <w:rPr>
          <w:b w:val="0"/>
          <w:i w:val="0"/>
        </w:rPr>
        <w:t>get up</w:t>
      </w:r>
    </w:p>
    <w:p>
      <w:pPr>
        <w:spacing w:after="4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  <w:color w:val="666666"/>
          <w:sz w:val="18"/>
        </w:rPr>
        <w:t>I ___ before I go to school.</w:t>
      </w:r>
    </w:p>
    <w:p>
      <w:pPr>
        <w:spacing w:after="80"/>
        <w:ind w:left="340"/>
      </w:pPr>
      <w:r>
        <w:rPr>
          <w:b w:val="0"/>
          <w:i w:val="0"/>
        </w:rPr>
        <w:t>have breakfast</w:t>
      </w:r>
    </w:p>
    <w:p>
      <w:pPr>
        <w:spacing w:after="4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  <w:color w:val="666666"/>
          <w:sz w:val="18"/>
        </w:rPr>
        <w:t>I ___ at 8 o'clock. My teacher is Mr. Smith.</w:t>
      </w:r>
    </w:p>
    <w:p>
      <w:pPr>
        <w:spacing w:after="80"/>
        <w:ind w:left="340"/>
      </w:pPr>
      <w:r>
        <w:rPr>
          <w:b w:val="0"/>
          <w:i w:val="0"/>
        </w:rPr>
        <w:t>go to school</w:t>
      </w:r>
    </w:p>
    <w:p>
      <w:pPr>
        <w:spacing w:after="4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  <w:color w:val="666666"/>
          <w:sz w:val="18"/>
        </w:rPr>
        <w:t>In the evening, I ___ for my classes.</w:t>
      </w:r>
    </w:p>
    <w:p>
      <w:pPr>
        <w:spacing w:after="80"/>
        <w:ind w:left="340"/>
      </w:pPr>
      <w:r>
        <w:rPr>
          <w:b w:val="0"/>
          <w:i w:val="0"/>
        </w:rPr>
        <w:t>do homework</w:t>
      </w:r>
    </w:p>
    <w:p>
      <w:pPr>
        <w:spacing w:after="40"/>
      </w:pPr>
      <w:r>
        <w:rPr>
          <w:b/>
          <w:i w:val="0"/>
          <w:color w:val="2E5E8C"/>
        </w:rPr>
        <w:t xml:space="preserve">7) </w:t>
      </w:r>
      <w:r>
        <w:rPr>
          <w:b w:val="0"/>
          <w:i w:val="0"/>
          <w:color w:val="666666"/>
          <w:sz w:val="18"/>
        </w:rPr>
        <w:t>I ___ at 9 o'clock every night.</w:t>
      </w:r>
    </w:p>
    <w:p>
      <w:pPr>
        <w:spacing w:after="80"/>
        <w:ind w:left="340"/>
      </w:pPr>
      <w:r>
        <w:rPr>
          <w:b w:val="0"/>
          <w:i w:val="0"/>
        </w:rPr>
        <w:t>go to bed</w:t>
      </w:r>
    </w:p>
    <w:p>
      <w:pPr>
        <w:spacing w:after="4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  <w:color w:val="666666"/>
          <w:sz w:val="18"/>
        </w:rPr>
        <w:t>I ___ after I get up. My teeth are clean!</w:t>
      </w:r>
    </w:p>
    <w:p>
      <w:pPr>
        <w:spacing w:after="80"/>
        <w:ind w:left="340"/>
      </w:pPr>
      <w:r>
        <w:rPr>
          <w:b w:val="0"/>
          <w:i w:val="0"/>
        </w:rPr>
        <w:t>brush teeth</w:t>
      </w:r>
    </w:p>
    <w:p>
      <w:pPr>
        <w:spacing w:after="4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  <w:color w:val="666666"/>
          <w:sz w:val="18"/>
        </w:rPr>
        <w:t>I ___ with water and soap.</w:t>
      </w:r>
    </w:p>
    <w:p>
      <w:pPr>
        <w:spacing w:after="80"/>
        <w:ind w:left="340"/>
      </w:pPr>
      <w:r>
        <w:rPr>
          <w:b w:val="0"/>
          <w:i w:val="0"/>
        </w:rPr>
        <w:t>wash face</w:t>
      </w:r>
    </w:p>
    <w:p>
      <w:pPr>
        <w:spacing w:after="4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  <w:color w:val="666666"/>
          <w:sz w:val="18"/>
        </w:rPr>
        <w:t>Eşleştirme (10 çift)</w:t>
      </w:r>
    </w:p>
    <w:p>
      <w:pPr>
        <w:spacing w:after="80"/>
        <w:ind w:left="340"/>
      </w:pPr>
      <w:r>
        <w:rPr>
          <w:b w:val="0"/>
          <w:i w:val="0"/>
        </w:rPr>
        <w:t>1→J, 2→C, 3→G, 4→H, 5→D, 6→I, 7→A, 8→F, 9→B, 10→E</w:t>
      </w:r>
    </w:p>
    <w:p>
      <w:pPr>
        <w:spacing w:after="4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  <w:color w:val="666666"/>
          <w:sz w:val="18"/>
        </w:rPr>
        <w:t>I see with my ___.</w:t>
      </w:r>
    </w:p>
    <w:p>
      <w:pPr>
        <w:spacing w:after="80"/>
        <w:ind w:left="340"/>
      </w:pPr>
      <w:r>
        <w:rPr>
          <w:b w:val="0"/>
          <w:i w:val="0"/>
        </w:rPr>
        <w:t>B) eyes</w:t>
      </w:r>
    </w:p>
    <w:p>
      <w:pPr>
        <w:spacing w:after="4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  <w:color w:val="666666"/>
          <w:sz w:val="18"/>
        </w:rPr>
        <w:t>I hear with my ___.</w:t>
      </w:r>
    </w:p>
    <w:p>
      <w:pPr>
        <w:spacing w:after="80"/>
        <w:ind w:left="340"/>
      </w:pPr>
      <w:r>
        <w:rPr>
          <w:b w:val="0"/>
          <w:i w:val="0"/>
        </w:rPr>
        <w:t>C) ears</w:t>
      </w:r>
    </w:p>
    <w:p>
      <w:pPr>
        <w:spacing w:after="4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  <w:color w:val="666666"/>
          <w:sz w:val="18"/>
        </w:rPr>
        <w:t>I eat with my ___.</w:t>
      </w:r>
    </w:p>
    <w:p>
      <w:pPr>
        <w:spacing w:after="80"/>
        <w:ind w:left="340"/>
      </w:pPr>
      <w:r>
        <w:rPr>
          <w:b w:val="0"/>
          <w:i w:val="0"/>
        </w:rPr>
        <w:t>A) mouth</w:t>
      </w:r>
    </w:p>
    <w:p>
      <w:pPr>
        <w:spacing w:after="4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  <w:color w:val="666666"/>
          <w:sz w:val="18"/>
        </w:rPr>
        <w:t>I brush my ___ every morning.</w:t>
      </w:r>
    </w:p>
    <w:p>
      <w:pPr>
        <w:spacing w:after="80"/>
        <w:ind w:left="340"/>
      </w:pPr>
      <w:r>
        <w:rPr>
          <w:b w:val="0"/>
          <w:i w:val="0"/>
        </w:rPr>
        <w:t>C) teeth</w:t>
      </w:r>
    </w:p>
    <w:p>
      <w:pPr>
        <w:spacing w:after="4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  <w:color w:val="666666"/>
          <w:sz w:val="18"/>
        </w:rPr>
        <w:t>I walk with my ___.</w:t>
      </w:r>
    </w:p>
    <w:p>
      <w:pPr>
        <w:spacing w:after="80"/>
        <w:ind w:left="340"/>
      </w:pPr>
      <w:r>
        <w:rPr>
          <w:b w:val="0"/>
          <w:i w:val="0"/>
        </w:rPr>
        <w:t>B) legs</w:t>
      </w:r>
    </w:p>
    <w:p>
      <w:pPr>
        <w:spacing w:after="4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  <w:color w:val="666666"/>
          <w:sz w:val="18"/>
        </w:rPr>
        <w:t>I carry my bag with my ___.</w:t>
      </w:r>
    </w:p>
    <w:p>
      <w:pPr>
        <w:spacing w:after="80"/>
        <w:ind w:left="340"/>
      </w:pPr>
      <w:r>
        <w:rPr>
          <w:b w:val="0"/>
          <w:i w:val="0"/>
        </w:rPr>
        <w:t>C) hands</w:t>
      </w:r>
    </w:p>
    <w:p>
      <w:pPr>
        <w:spacing w:after="4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  <w:color w:val="666666"/>
          <w:sz w:val="18"/>
        </w:rPr>
        <w:t>My ___ is on top of my body. I think with it.</w:t>
      </w:r>
    </w:p>
    <w:p>
      <w:pPr>
        <w:spacing w:after="80"/>
        <w:ind w:left="340"/>
      </w:pPr>
      <w:r>
        <w:rPr>
          <w:b w:val="0"/>
          <w:i w:val="0"/>
        </w:rPr>
        <w:t>A) head</w:t>
      </w:r>
    </w:p>
    <w:p>
      <w:pPr>
        <w:spacing w:after="4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  <w:color w:val="666666"/>
          <w:sz w:val="18"/>
        </w:rPr>
        <w:t>I smell flowers with my ___.</w:t>
      </w:r>
    </w:p>
    <w:p>
      <w:pPr>
        <w:spacing w:after="80"/>
        <w:ind w:left="340"/>
      </w:pPr>
      <w:r>
        <w:rPr>
          <w:b w:val="0"/>
          <w:i w:val="0"/>
        </w:rPr>
        <w:t>B) nose</w:t>
      </w:r>
    </w:p>
    <w:p>
      <w:pPr>
        <w:spacing w:after="4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  <w:color w:val="666666"/>
          <w:sz w:val="18"/>
        </w:rPr>
        <w:t>I wash my ___ with soap every morning. (face/hands)</w:t>
      </w:r>
    </w:p>
    <w:p>
      <w:pPr>
        <w:spacing w:after="80"/>
        <w:ind w:left="340"/>
      </w:pPr>
      <w:r>
        <w:rPr>
          <w:b w:val="0"/>
          <w:i w:val="0"/>
        </w:rPr>
        <w:t>face (or hands)</w:t>
      </w:r>
    </w:p>
    <w:p>
      <w:pPr>
        <w:spacing w:after="40"/>
      </w:pPr>
      <w:r>
        <w:rPr>
          <w:b/>
          <w:i w:val="0"/>
          <w:color w:val="2E5E8C"/>
        </w:rPr>
        <w:t xml:space="preserve">20) </w:t>
      </w:r>
      <w:r>
        <w:rPr>
          <w:b w:val="0"/>
          <w:i w:val="0"/>
          <w:color w:val="666666"/>
          <w:sz w:val="18"/>
        </w:rPr>
        <w:t>I have lunch at ___ o'clock. (write a time)</w:t>
      </w:r>
    </w:p>
    <w:p>
      <w:pPr>
        <w:spacing w:after="80"/>
        <w:ind w:left="340"/>
      </w:pPr>
      <w:r>
        <w:rPr>
          <w:b w:val="0"/>
          <w:i w:val="0"/>
        </w:rPr>
        <w:t>any reasonable time, e.g. 12</w:t>
      </w:r>
    </w:p>
    <w:p>
      <w:pPr>
        <w:spacing w:after="40"/>
      </w:pPr>
      <w:r>
        <w:rPr>
          <w:b/>
          <w:i w:val="0"/>
          <w:color w:val="2E5E8C"/>
        </w:rPr>
        <w:t xml:space="preserve">21) </w:t>
      </w:r>
      <w:r>
        <w:rPr>
          <w:b w:val="0"/>
          <w:i w:val="0"/>
          <w:color w:val="666666"/>
          <w:sz w:val="18"/>
        </w:rPr>
        <w:t>I ___ my teeth before I go to bed.</w:t>
      </w:r>
    </w:p>
    <w:p>
      <w:pPr>
        <w:spacing w:after="80"/>
        <w:ind w:left="340"/>
      </w:pPr>
      <w:r>
        <w:rPr>
          <w:b w:val="0"/>
          <w:i w:val="0"/>
        </w:rPr>
        <w:t>brush</w:t>
      </w:r>
    </w:p>
    <w:p>
      <w:pPr>
        <w:spacing w:after="40"/>
      </w:pPr>
      <w:r>
        <w:rPr>
          <w:b/>
          <w:i w:val="0"/>
          <w:color w:val="2E5E8C"/>
        </w:rPr>
        <w:t xml:space="preserve">22) </w:t>
      </w:r>
      <w:r>
        <w:rPr>
          <w:b w:val="0"/>
          <w:i w:val="0"/>
          <w:color w:val="666666"/>
          <w:sz w:val="18"/>
        </w:rPr>
        <w:t>My ___ hurt after running. (legs/feet)</w:t>
      </w:r>
    </w:p>
    <w:p>
      <w:pPr>
        <w:spacing w:after="80"/>
        <w:ind w:left="340"/>
      </w:pPr>
      <w:r>
        <w:rPr>
          <w:b w:val="0"/>
          <w:i w:val="0"/>
        </w:rPr>
        <w:t>legs (or feet)</w:t>
      </w:r>
    </w:p>
    <w:p>
      <w:pPr>
        <w:spacing w:after="40"/>
      </w:pPr>
      <w:r>
        <w:rPr>
          <w:b/>
          <w:i w:val="0"/>
          <w:color w:val="2E5E8C"/>
        </w:rPr>
        <w:t xml:space="preserve">23) </w:t>
      </w:r>
      <w:r>
        <w:rPr>
          <w:b w:val="0"/>
          <w:i w:val="0"/>
          <w:color w:val="666666"/>
          <w:sz w:val="18"/>
        </w:rPr>
        <w:t>What time does Alex wake up?</w:t>
      </w:r>
    </w:p>
    <w:p>
      <w:pPr>
        <w:spacing w:after="80"/>
        <w:ind w:left="340"/>
      </w:pPr>
      <w:r>
        <w:rPr>
          <w:b w:val="0"/>
          <w:i w:val="0"/>
        </w:rPr>
        <w:t>B) 7 o'clock</w:t>
      </w:r>
    </w:p>
    <w:p>
      <w:pPr>
        <w:spacing w:after="40"/>
      </w:pPr>
      <w:r>
        <w:rPr>
          <w:b/>
          <w:i w:val="0"/>
          <w:color w:val="2E5E8C"/>
        </w:rPr>
        <w:t xml:space="preserve">24) </w:t>
      </w:r>
      <w:r>
        <w:rPr>
          <w:b w:val="0"/>
          <w:i w:val="0"/>
          <w:color w:val="666666"/>
          <w:sz w:val="18"/>
        </w:rPr>
        <w:t>What does Alex do after he gets up?</w:t>
      </w:r>
    </w:p>
    <w:p>
      <w:pPr>
        <w:spacing w:after="80"/>
        <w:ind w:left="340"/>
      </w:pPr>
      <w:r>
        <w:rPr>
          <w:b w:val="0"/>
          <w:i w:val="0"/>
        </w:rPr>
        <w:t>B) Washes his face</w:t>
      </w:r>
    </w:p>
    <w:p>
      <w:pPr>
        <w:spacing w:after="40"/>
      </w:pPr>
      <w:r>
        <w:rPr>
          <w:b/>
          <w:i w:val="0"/>
          <w:color w:val="2E5E8C"/>
        </w:rPr>
        <w:t xml:space="preserve">25) </w:t>
      </w:r>
      <w:r>
        <w:rPr>
          <w:b w:val="0"/>
          <w:i w:val="0"/>
          <w:color w:val="666666"/>
          <w:sz w:val="18"/>
        </w:rPr>
        <w:t>When does Alex have breakfast?</w:t>
      </w:r>
    </w:p>
    <w:p>
      <w:pPr>
        <w:spacing w:after="80"/>
        <w:ind w:left="340"/>
      </w:pPr>
      <w:r>
        <w:rPr>
          <w:b w:val="0"/>
          <w:i w:val="0"/>
        </w:rPr>
        <w:t>B) At 7:30</w:t>
      </w:r>
    </w:p>
    <w:p>
      <w:pPr>
        <w:spacing w:after="40"/>
      </w:pPr>
      <w:r>
        <w:rPr>
          <w:b/>
          <w:i w:val="0"/>
          <w:color w:val="2E5E8C"/>
        </w:rPr>
        <w:t xml:space="preserve">26) </w:t>
      </w:r>
      <w:r>
        <w:rPr>
          <w:b w:val="0"/>
          <w:i w:val="0"/>
          <w:color w:val="666666"/>
          <w:sz w:val="18"/>
        </w:rPr>
        <w:t>What does Alex do after school?</w:t>
      </w:r>
    </w:p>
    <w:p>
      <w:pPr>
        <w:spacing w:after="80"/>
        <w:ind w:left="340"/>
      </w:pPr>
      <w:r>
        <w:rPr>
          <w:b w:val="0"/>
          <w:i w:val="0"/>
        </w:rPr>
        <w:t>C) Does his homework</w:t>
      </w:r>
    </w:p>
    <w:p>
      <w:pPr>
        <w:spacing w:after="40"/>
      </w:pPr>
      <w:r>
        <w:rPr>
          <w:b/>
          <w:i w:val="0"/>
          <w:color w:val="2E5E8C"/>
        </w:rPr>
        <w:t xml:space="preserve">27) </w:t>
      </w:r>
      <w:r>
        <w:rPr>
          <w:b w:val="0"/>
          <w:i w:val="0"/>
          <w:color w:val="666666"/>
          <w:sz w:val="18"/>
        </w:rPr>
        <w:t>What time does Alex go to bed?</w:t>
      </w:r>
    </w:p>
    <w:p>
      <w:pPr>
        <w:spacing w:after="80"/>
        <w:ind w:left="340"/>
      </w:pPr>
      <w:r>
        <w:rPr>
          <w:b w:val="0"/>
          <w:i w:val="0"/>
        </w:rPr>
        <w:t>B) At 9 o'clock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