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</w:rPr>
        <w:t>5. Sınıf İngilizce — Unit 1: My Day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</w:rPr>
        <w:t>Worksheet 3 • Daily Routines + Body Parts (Vocabulary)</w:t>
      </w:r>
    </w:p>
    <w:p>
      <w:pPr>
        <w:spacing w:after="200"/>
      </w:pPr>
      <w:r>
        <w:rPr>
          <w:b/>
          <w:i w:val="0"/>
          <w:sz w:val="20"/>
        </w:rPr>
        <w:t xml:space="preserve">Name: </w:t>
      </w:r>
      <w:r>
        <w:rPr>
          <w:b w:val="0"/>
          <w:i w:val="0"/>
          <w:color w:val="666666"/>
          <w:sz w:val="20"/>
        </w:rPr>
        <w:t xml:space="preserve">..............................   </w:t>
      </w:r>
      <w:r>
        <w:rPr>
          <w:b/>
          <w:i w:val="0"/>
          <w:sz w:val="20"/>
        </w:rPr>
        <w:t xml:space="preserve">(Score: ____/100)   </w:t>
      </w:r>
      <w:r>
        <w:rPr>
          <w:b/>
          <w:i w:val="0"/>
          <w:sz w:val="20"/>
        </w:rPr>
        <w:t>Class: .....</w:t>
      </w:r>
      <w:r>
        <w:rPr>
          <w:b/>
          <w:i w:val="0"/>
          <w:sz w:val="20"/>
        </w:rPr>
        <w:t xml:space="preserve">  No: ....</w:t>
      </w:r>
      <w:r>
        <w:rPr>
          <w:b/>
          <w:i w:val="0"/>
          <w:sz w:val="20"/>
        </w:rPr>
        <w:t xml:space="preserve">  Date: ..........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A. Daily Routines — Match</w:t>
      </w:r>
    </w:p>
    <w:p>
      <w:pPr>
        <w:jc w:val="both"/>
      </w:pPr>
      <w:r>
        <w:rPr>
          <w:b w:val="0"/>
          <w:i w:val="0"/>
        </w:rPr>
        <w:t>Günlük rutin eylemler: wake up, get up, brush teeth, wash face, have breakfast, go to school, have lunch, do homework, go to bed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İngilizce ifadeleri Türkçe karşılıklarıyla eşleştiriniz.</w:t>
      </w:r>
    </w:p>
    <w:p>
      <w:pPr>
        <w:keepNext/>
      </w:pPr>
      <w:r>
        <w:rPr>
          <w:b/>
          <w:i w:val="0"/>
          <w:color w:val="2E5E8C"/>
        </w:rPr>
        <w:t xml:space="preserve">1) </w:t>
      </w:r>
      <w:r>
        <w:rPr>
          <w:b w:val="0"/>
          <w:i/>
          <w:color w:val="666666"/>
          <w:sz w:val="20"/>
        </w:rPr>
        <w:t>Match: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1. </w:t>
            </w:r>
            <w:r>
              <w:rPr>
                <w:b w:val="0"/>
                <w:i w:val="0"/>
              </w:rPr>
              <w:t>wake up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yüzünü yıka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2. </w:t>
            </w:r>
            <w:r>
              <w:rPr>
                <w:b w:val="0"/>
                <w:i w:val="0"/>
              </w:rPr>
              <w:t>get up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kahvaltı yap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3. </w:t>
            </w:r>
            <w:r>
              <w:rPr>
                <w:b w:val="0"/>
                <w:i w:val="0"/>
              </w:rPr>
              <w:t>brush teeth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dişlerini fırçala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4. </w:t>
            </w:r>
            <w:r>
              <w:rPr>
                <w:b w:val="0"/>
                <w:i w:val="0"/>
              </w:rPr>
              <w:t>have breakfast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okula git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5. </w:t>
            </w:r>
            <w:r>
              <w:rPr>
                <w:b w:val="0"/>
                <w:i w:val="0"/>
              </w:rPr>
              <w:t>go to school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E) </w:t>
            </w:r>
            <w:r>
              <w:rPr>
                <w:b w:val="0"/>
                <w:i w:val="0"/>
              </w:rPr>
              <w:t>uyan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6. </w:t>
            </w:r>
            <w:r>
              <w:rPr>
                <w:b w:val="0"/>
                <w:i w:val="0"/>
              </w:rPr>
              <w:t>do homework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F) </w:t>
            </w:r>
            <w:r>
              <w:rPr>
                <w:b w:val="0"/>
                <w:i w:val="0"/>
              </w:rPr>
              <w:t>yatağa git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7. </w:t>
            </w:r>
            <w:r>
              <w:rPr>
                <w:b w:val="0"/>
                <w:i w:val="0"/>
              </w:rPr>
              <w:t>go to bed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G) </w:t>
            </w:r>
            <w:r>
              <w:rPr>
                <w:b w:val="0"/>
                <w:i w:val="0"/>
              </w:rPr>
              <w:t>ödev yap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8. </w:t>
            </w:r>
            <w:r>
              <w:rPr>
                <w:b w:val="0"/>
                <w:i w:val="0"/>
              </w:rPr>
              <w:t>wash face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H) </w:t>
            </w:r>
            <w:r>
              <w:rPr>
                <w:b w:val="0"/>
                <w:i w:val="0"/>
              </w:rPr>
              <w:t>kalk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B. Fill in the blanks — Daily Routines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Aşağıdaki cümleleri daily routines kelimeleriyle tamamlayınız. (Kelime bankasına bakınız.)</w:t>
      </w:r>
    </w:p>
    <w:p>
      <w:r>
        <w:rPr>
          <w:b/>
          <w:i w:val="0"/>
          <w:color w:val="2E5E8C"/>
        </w:rPr>
        <w:t xml:space="preserve">2) </w:t>
      </w:r>
      <w:r>
        <w:rPr>
          <w:b w:val="0"/>
          <w:i w:val="0"/>
        </w:rPr>
        <w:t xml:space="preserve">I </w:t>
      </w:r>
      <w:r>
        <w:rPr>
          <w:b w:val="0"/>
          <w:i w:val="0"/>
          <w:color w:val="666666"/>
        </w:rPr>
        <w:t>__________________</w:t>
      </w:r>
      <w:r>
        <w:rPr>
          <w:b w:val="0"/>
          <w:i w:val="0"/>
        </w:rPr>
        <w:t xml:space="preserve"> at 7 o'clock every morning.</w:t>
      </w:r>
    </w:p>
    <w:p>
      <w:pPr>
        <w:spacing w:before="80"/>
      </w:pPr>
      <w:r>
        <w:rPr>
          <w:b/>
          <w:i w:val="0"/>
          <w:color w:val="2E5E8C"/>
          <w:sz w:val="20"/>
        </w:rPr>
        <w:t xml:space="preserve">Word bank: </w:t>
      </w:r>
      <w:r>
        <w:rPr>
          <w:b w:val="0"/>
          <w:i/>
          <w:sz w:val="20"/>
        </w:rPr>
        <w:t>wash face  |  have breakfast  |  do homework  |  go to bed  |  brush teeth  |  go to school  |  wake up  |  get up</w:t>
      </w:r>
    </w:p>
    <w:p>
      <w:r>
        <w:rPr>
          <w:b/>
          <w:i w:val="0"/>
          <w:color w:val="2E5E8C"/>
        </w:rPr>
        <w:t xml:space="preserve">3) </w:t>
      </w:r>
      <w:r>
        <w:rPr>
          <w:b w:val="0"/>
          <w:i w:val="0"/>
        </w:rPr>
        <w:t xml:space="preserve">After I wake up, I </w:t>
      </w:r>
      <w:r>
        <w:rPr>
          <w:b w:val="0"/>
          <w:i w:val="0"/>
          <w:color w:val="666666"/>
        </w:rPr>
        <w:t>________________</w:t>
      </w:r>
      <w:r>
        <w:rPr>
          <w:b w:val="0"/>
          <w:i w:val="0"/>
        </w:rPr>
        <w:t xml:space="preserve"> from my bed.</w:t>
      </w:r>
    </w:p>
    <w:p>
      <w:r>
        <w:rPr>
          <w:b/>
          <w:i w:val="0"/>
          <w:color w:val="2E5E8C"/>
        </w:rPr>
        <w:t xml:space="preserve">4) </w:t>
      </w:r>
      <w:r>
        <w:rPr>
          <w:b w:val="0"/>
          <w:i w:val="0"/>
        </w:rPr>
        <w:t xml:space="preserve">I </w:t>
      </w:r>
      <w:r>
        <w:rPr>
          <w:b w:val="0"/>
          <w:i w:val="0"/>
          <w:color w:val="666666"/>
        </w:rPr>
        <w:t>________________________________</w:t>
      </w:r>
      <w:r>
        <w:rPr>
          <w:b w:val="0"/>
          <w:i w:val="0"/>
        </w:rPr>
        <w:t xml:space="preserve"> before I go to school.</w:t>
      </w:r>
    </w:p>
    <w:p>
      <w:r>
        <w:rPr>
          <w:b/>
          <w:i w:val="0"/>
          <w:color w:val="2E5E8C"/>
        </w:rPr>
        <w:t xml:space="preserve">5) </w:t>
      </w:r>
      <w:r>
        <w:rPr>
          <w:b w:val="0"/>
          <w:i w:val="0"/>
        </w:rPr>
        <w:t xml:space="preserve">I </w:t>
      </w:r>
      <w:r>
        <w:rPr>
          <w:b w:val="0"/>
          <w:i w:val="0"/>
          <w:color w:val="666666"/>
        </w:rPr>
        <w:t>____________________________</w:t>
      </w:r>
      <w:r>
        <w:rPr>
          <w:b w:val="0"/>
          <w:i w:val="0"/>
        </w:rPr>
        <w:t xml:space="preserve"> at 8 o'clock. My teacher is Mr. Smith.</w:t>
      </w:r>
    </w:p>
    <w:p>
      <w:r>
        <w:rPr>
          <w:b/>
          <w:i w:val="0"/>
          <w:color w:val="2E5E8C"/>
        </w:rPr>
        <w:t xml:space="preserve">6) </w:t>
      </w:r>
      <w:r>
        <w:rPr>
          <w:b w:val="0"/>
          <w:i w:val="0"/>
        </w:rPr>
        <w:t xml:space="preserve">In the evening, I </w:t>
      </w:r>
      <w:r>
        <w:rPr>
          <w:b w:val="0"/>
          <w:i w:val="0"/>
          <w:color w:val="666666"/>
        </w:rPr>
        <w:t>__________________________</w:t>
      </w:r>
      <w:r>
        <w:rPr>
          <w:b w:val="0"/>
          <w:i w:val="0"/>
        </w:rPr>
        <w:t xml:space="preserve"> for my classes.</w:t>
      </w:r>
    </w:p>
    <w:p>
      <w:r>
        <w:rPr>
          <w:b/>
          <w:i w:val="0"/>
          <w:color w:val="2E5E8C"/>
        </w:rPr>
        <w:t xml:space="preserve">7) </w:t>
      </w:r>
      <w:r>
        <w:rPr>
          <w:b w:val="0"/>
          <w:i w:val="0"/>
        </w:rPr>
        <w:t xml:space="preserve">I </w:t>
      </w:r>
      <w:r>
        <w:rPr>
          <w:b w:val="0"/>
          <w:i w:val="0"/>
          <w:color w:val="666666"/>
        </w:rPr>
        <w:t>______________________</w:t>
      </w:r>
      <w:r>
        <w:rPr>
          <w:b w:val="0"/>
          <w:i w:val="0"/>
        </w:rPr>
        <w:t xml:space="preserve"> at 9 o'clock every night.</w:t>
      </w:r>
    </w:p>
    <w:p>
      <w:r>
        <w:rPr>
          <w:b/>
          <w:i w:val="0"/>
          <w:color w:val="2E5E8C"/>
        </w:rPr>
        <w:t xml:space="preserve">8) </w:t>
      </w:r>
      <w:r>
        <w:rPr>
          <w:b w:val="0"/>
          <w:i w:val="0"/>
        </w:rPr>
        <w:t xml:space="preserve">I </w:t>
      </w:r>
      <w:r>
        <w:rPr>
          <w:b w:val="0"/>
          <w:i w:val="0"/>
          <w:color w:val="666666"/>
        </w:rPr>
        <w:t>__________________________</w:t>
      </w:r>
      <w:r>
        <w:rPr>
          <w:b w:val="0"/>
          <w:i w:val="0"/>
        </w:rPr>
        <w:t xml:space="preserve"> after I get up. My teeth are clean!</w:t>
      </w:r>
    </w:p>
    <w:p>
      <w:r>
        <w:rPr>
          <w:b/>
          <w:i w:val="0"/>
          <w:color w:val="2E5E8C"/>
        </w:rPr>
        <w:t xml:space="preserve">9) </w:t>
      </w:r>
      <w:r>
        <w:rPr>
          <w:b w:val="0"/>
          <w:i w:val="0"/>
        </w:rPr>
        <w:t xml:space="preserve">I </w:t>
      </w:r>
      <w:r>
        <w:rPr>
          <w:b w:val="0"/>
          <w:i w:val="0"/>
          <w:color w:val="666666"/>
        </w:rPr>
        <w:t>______________________</w:t>
      </w:r>
      <w:r>
        <w:rPr>
          <w:b w:val="0"/>
          <w:i w:val="0"/>
        </w:rPr>
        <w:t xml:space="preserve"> with water and soap.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C. Body Parts — Match</w:t>
      </w:r>
    </w:p>
    <w:p>
      <w:pPr>
        <w:jc w:val="both"/>
      </w:pPr>
      <w:r>
        <w:rPr>
          <w:b w:val="0"/>
          <w:i w:val="0"/>
        </w:rPr>
        <w:t>Body parts: head, hair, face, eyes, ears, nose, mouth, teeth, arms, hands, legs, feet, shoulders, knees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Body parts kelimelerini Türkçe karşılıklarıyla eşleştiriniz.</w:t>
      </w:r>
    </w:p>
    <w:p>
      <w:pPr>
        <w:keepNext/>
      </w:pPr>
      <w:r>
        <w:rPr>
          <w:b/>
          <w:i w:val="0"/>
          <w:color w:val="2E5E8C"/>
        </w:rPr>
        <w:t xml:space="preserve">10) </w:t>
      </w:r>
      <w:r>
        <w:rPr>
          <w:b w:val="0"/>
          <w:i/>
          <w:color w:val="666666"/>
          <w:sz w:val="20"/>
        </w:rPr>
        <w:t>Match: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1. </w:t>
            </w:r>
            <w:r>
              <w:rPr>
                <w:b w:val="0"/>
                <w:i w:val="0"/>
              </w:rPr>
              <w:t>head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ayaklar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2. </w:t>
            </w:r>
            <w:r>
              <w:rPr>
                <w:b w:val="0"/>
                <w:i w:val="0"/>
              </w:rPr>
              <w:t>eyes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dizler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3. </w:t>
            </w:r>
            <w:r>
              <w:rPr>
                <w:b w:val="0"/>
                <w:i w:val="0"/>
              </w:rPr>
              <w:t>mouth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gözler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4. </w:t>
            </w:r>
            <w:r>
              <w:rPr>
                <w:b w:val="0"/>
                <w:i w:val="0"/>
              </w:rPr>
              <w:t>teeth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eller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5. </w:t>
            </w:r>
            <w:r>
              <w:rPr>
                <w:b w:val="0"/>
                <w:i w:val="0"/>
              </w:rPr>
              <w:t>hands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E) </w:t>
            </w:r>
            <w:r>
              <w:rPr>
                <w:b w:val="0"/>
                <w:i w:val="0"/>
              </w:rPr>
              <w:t>kulaklar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6. </w:t>
            </w:r>
            <w:r>
              <w:rPr>
                <w:b w:val="0"/>
                <w:i w:val="0"/>
              </w:rPr>
              <w:t>legs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F) </w:t>
            </w:r>
            <w:r>
              <w:rPr>
                <w:b w:val="0"/>
                <w:i w:val="0"/>
              </w:rPr>
              <w:t>omuzlar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7. </w:t>
            </w:r>
            <w:r>
              <w:rPr>
                <w:b w:val="0"/>
                <w:i w:val="0"/>
              </w:rPr>
              <w:t>feet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G) </w:t>
            </w:r>
            <w:r>
              <w:rPr>
                <w:b w:val="0"/>
                <w:i w:val="0"/>
              </w:rPr>
              <w:t>ağız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8. </w:t>
            </w:r>
            <w:r>
              <w:rPr>
                <w:b w:val="0"/>
                <w:i w:val="0"/>
              </w:rPr>
              <w:t>shoulders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H) </w:t>
            </w:r>
            <w:r>
              <w:rPr>
                <w:b w:val="0"/>
                <w:i w:val="0"/>
              </w:rPr>
              <w:t>dişler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9. </w:t>
            </w:r>
            <w:r>
              <w:rPr>
                <w:b w:val="0"/>
                <w:i w:val="0"/>
              </w:rPr>
              <w:t>knees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J) </w:t>
            </w:r>
            <w:r>
              <w:rPr>
                <w:b w:val="0"/>
                <w:i w:val="0"/>
              </w:rPr>
              <w:t>bacaklar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10. </w:t>
            </w:r>
            <w:r>
              <w:rPr>
                <w:b w:val="0"/>
                <w:i w:val="0"/>
              </w:rPr>
              <w:t>ears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K) </w:t>
            </w:r>
            <w:r>
              <w:rPr>
                <w:b w:val="0"/>
                <w:i w:val="0"/>
              </w:rPr>
              <w:t>kafa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D. Choose the correct body part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11) </w:t>
      </w:r>
      <w:r>
        <w:rPr>
          <w:b w:val="0"/>
          <w:i w:val="0"/>
        </w:rPr>
        <w:t>I see with my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ears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eyes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nose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mouth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12) </w:t>
      </w:r>
      <w:r>
        <w:rPr>
          <w:b w:val="0"/>
          <w:i w:val="0"/>
        </w:rPr>
        <w:t>I hear with my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eyes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hands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ears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feet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13) </w:t>
      </w:r>
      <w:r>
        <w:rPr>
          <w:b w:val="0"/>
          <w:i w:val="0"/>
        </w:rPr>
        <w:t>I eat with my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mouth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head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knees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hair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14) </w:t>
      </w:r>
      <w:r>
        <w:rPr>
          <w:b w:val="0"/>
          <w:i w:val="0"/>
        </w:rPr>
        <w:t>I brush my ___ every morning.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hands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feet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teeth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legs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15) </w:t>
      </w:r>
      <w:r>
        <w:rPr>
          <w:b w:val="0"/>
          <w:i w:val="0"/>
        </w:rPr>
        <w:t>I walk with my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arms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legs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shoulders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eyes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16) </w:t>
      </w:r>
      <w:r>
        <w:rPr>
          <w:b w:val="0"/>
          <w:i w:val="0"/>
        </w:rPr>
        <w:t>I carry my bag with my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feet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ears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hands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knees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17) </w:t>
      </w:r>
      <w:r>
        <w:rPr>
          <w:b w:val="0"/>
          <w:i w:val="0"/>
        </w:rPr>
        <w:t>My ___ is on top of my body. I think with it.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head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feet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hands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legs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18) </w:t>
      </w:r>
      <w:r>
        <w:rPr>
          <w:b w:val="0"/>
          <w:i w:val="0"/>
        </w:rPr>
        <w:t>I smell flowers with my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mouth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nose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eyes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ears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E. Complete the sentences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Cümleleri uygun body part veya daily routine ile tamamlayınız.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19) </w:t>
      </w:r>
      <w:r>
        <w:rPr>
          <w:b w:val="0"/>
          <w:i w:val="0"/>
        </w:rPr>
        <w:t>I wash my ___ with soap every morning. (face/hands)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20) </w:t>
      </w:r>
      <w:r>
        <w:rPr>
          <w:b w:val="0"/>
          <w:i w:val="0"/>
        </w:rPr>
        <w:t>I have lunch at ___ o'clock. (write a time)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21) </w:t>
      </w:r>
      <w:r>
        <w:rPr>
          <w:b w:val="0"/>
          <w:i w:val="0"/>
        </w:rPr>
        <w:t>I ___ my teeth before I go to bed.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22) </w:t>
      </w:r>
      <w:r>
        <w:rPr>
          <w:b w:val="0"/>
          <w:i w:val="0"/>
        </w:rPr>
        <w:t>My ___ hurt after running. (legs/feet)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F. Reading — My Day</w:t>
      </w:r>
    </w:p>
    <w:p>
      <w:pPr>
        <w:jc w:val="both"/>
      </w:pPr>
      <w:r>
        <w:rPr>
          <w:b/>
          <w:i w:val="0"/>
        </w:rPr>
        <w:t>Read the text:</w:t>
      </w:r>
      <w:r>
        <w:rPr>
          <w:b w:val="0"/>
          <w:i w:val="0"/>
        </w:rPr>
        <w:br/>
        <w:t>My name is Alex. I am 10 years old. I wake up at 7 o'clock every morning. I get up and wash my face. Then I brush my teeth and have breakfast at half past seven. I go to school at 8 o'clock. I have lunch at noon. After school, I do my homework. In the evening, I watch TV. I go to bed at 9 o'clock.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Metne göre soruları cevaplayınız.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23) </w:t>
      </w:r>
      <w:r>
        <w:rPr>
          <w:b w:val="0"/>
          <w:i w:val="0"/>
        </w:rPr>
        <w:t>What time does Alex wake up?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A) </w:t>
      </w:r>
      <w:r>
        <w:rPr>
          <w:b w:val="0"/>
          <w:i w:val="0"/>
        </w:rPr>
        <w:t>6 o'clock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B) </w:t>
      </w:r>
      <w:r>
        <w:rPr>
          <w:b w:val="0"/>
          <w:i w:val="0"/>
        </w:rPr>
        <w:t>7 o'clock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C) </w:t>
      </w:r>
      <w:r>
        <w:rPr>
          <w:b w:val="0"/>
          <w:i w:val="0"/>
        </w:rPr>
        <w:t>8 o'clock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D) </w:t>
      </w:r>
      <w:r>
        <w:rPr>
          <w:b w:val="0"/>
          <w:i w:val="0"/>
        </w:rPr>
        <w:t>9 o'clock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24) </w:t>
      </w:r>
      <w:r>
        <w:rPr>
          <w:b w:val="0"/>
          <w:i w:val="0"/>
        </w:rPr>
        <w:t>What does Alex do after he gets up?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A) </w:t>
      </w:r>
      <w:r>
        <w:rPr>
          <w:b w:val="0"/>
          <w:i w:val="0"/>
        </w:rPr>
        <w:t>Has breakfast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B) </w:t>
      </w:r>
      <w:r>
        <w:rPr>
          <w:b w:val="0"/>
          <w:i w:val="0"/>
        </w:rPr>
        <w:t>Washes his face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C) </w:t>
      </w:r>
      <w:r>
        <w:rPr>
          <w:b w:val="0"/>
          <w:i w:val="0"/>
        </w:rPr>
        <w:t>Goes to school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D) </w:t>
      </w:r>
      <w:r>
        <w:rPr>
          <w:b w:val="0"/>
          <w:i w:val="0"/>
        </w:rPr>
        <w:t>Does homework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25) </w:t>
      </w:r>
      <w:r>
        <w:rPr>
          <w:b w:val="0"/>
          <w:i w:val="0"/>
        </w:rPr>
        <w:t>When does Alex have breakfast?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A) </w:t>
      </w:r>
      <w:r>
        <w:rPr>
          <w:b w:val="0"/>
          <w:i w:val="0"/>
        </w:rPr>
        <w:t>At 7:00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B) </w:t>
      </w:r>
      <w:r>
        <w:rPr>
          <w:b w:val="0"/>
          <w:i w:val="0"/>
        </w:rPr>
        <w:t>At 7:30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C) </w:t>
      </w:r>
      <w:r>
        <w:rPr>
          <w:b w:val="0"/>
          <w:i w:val="0"/>
        </w:rPr>
        <w:t>At 8:00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D) </w:t>
      </w:r>
      <w:r>
        <w:rPr>
          <w:b w:val="0"/>
          <w:i w:val="0"/>
        </w:rPr>
        <w:t>At noon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26) </w:t>
      </w:r>
      <w:r>
        <w:rPr>
          <w:b w:val="0"/>
          <w:i w:val="0"/>
        </w:rPr>
        <w:t>What does Alex do after school?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A) </w:t>
      </w:r>
      <w:r>
        <w:rPr>
          <w:b w:val="0"/>
          <w:i w:val="0"/>
        </w:rPr>
        <w:t>Plays football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B) </w:t>
      </w:r>
      <w:r>
        <w:rPr>
          <w:b w:val="0"/>
          <w:i w:val="0"/>
        </w:rPr>
        <w:t>Watches TV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C) </w:t>
      </w:r>
      <w:r>
        <w:rPr>
          <w:b w:val="0"/>
          <w:i w:val="0"/>
        </w:rPr>
        <w:t>Does his homework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D) </w:t>
      </w:r>
      <w:r>
        <w:rPr>
          <w:b w:val="0"/>
          <w:i w:val="0"/>
        </w:rPr>
        <w:t>Goes to bed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27) </w:t>
      </w:r>
      <w:r>
        <w:rPr>
          <w:b w:val="0"/>
          <w:i w:val="0"/>
        </w:rPr>
        <w:t>What time does Alex go to bed?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A) </w:t>
      </w:r>
      <w:r>
        <w:rPr>
          <w:b w:val="0"/>
          <w:i w:val="0"/>
        </w:rPr>
        <w:t>At 8 o'clock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B) </w:t>
      </w:r>
      <w:r>
        <w:rPr>
          <w:b w:val="0"/>
          <w:i w:val="0"/>
        </w:rPr>
        <w:t>At 9 o'clock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C) </w:t>
      </w:r>
      <w:r>
        <w:rPr>
          <w:b w:val="0"/>
          <w:i w:val="0"/>
        </w:rPr>
        <w:t>At 10 o'clock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D) </w:t>
      </w:r>
      <w:r>
        <w:rPr>
          <w:b w:val="0"/>
          <w:i w:val="0"/>
        </w:rPr>
        <w:t>At half past nine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G. Write about YOUR day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Kendi günlük rutininizi 5 cümle ile İngilizce yazınız. (wake up, get up, breakfast, school, bed kelimelerini kullanınız.)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</w:rPr>
      <w:t xml:space="preserve">5. Sınıf • Worksheet 3/3   —   </w:t>
    </w:r>
    <w:r>
      <w:rPr>
        <w:b w:val="0"/>
        <w:i w:val="0"/>
        <w:color w:val="666666"/>
        <w:sz w:val="18"/>
      </w:rPr>
      <w:t xml:space="preserve">Page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</w:rPr>
      <w:t>Eduvia • KGS Hazırlık</w:t>
    </w:r>
    <w:r>
      <w:rPr>
        <w:b w:val="0"/>
        <w:i w:val="0"/>
        <w:color w:val="666666"/>
        <w:sz w:val="18"/>
      </w:rPr>
      <w:tab/>
      <w:t>Unit 1 — Week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