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</w:rPr>
        <w:t>5. Sınıf İngilizce — Unit 1: My Day — Cevap Anahtarı</w:t>
      </w:r>
    </w:p>
    <w:p>
      <w:pPr>
        <w:spacing w:after="40"/>
      </w:pPr>
      <w:r>
        <w:rPr>
          <w:b/>
          <w:i w:val="0"/>
          <w:color w:val="2E5E8C"/>
        </w:rPr>
        <w:t xml:space="preserve">1) </w:t>
      </w:r>
      <w:r>
        <w:rPr>
          <w:b w:val="0"/>
          <w:i w:val="0"/>
          <w:color w:val="666666"/>
          <w:sz w:val="18"/>
        </w:rPr>
        <w:t>I wake up ___ 7 o'clock.</w:t>
      </w:r>
    </w:p>
    <w:p>
      <w:pPr>
        <w:spacing w:after="80"/>
        <w:ind w:left="340"/>
      </w:pPr>
      <w:r>
        <w:rPr>
          <w:b w:val="0"/>
          <w:i w:val="0"/>
        </w:rPr>
        <w:t>at</w:t>
      </w:r>
    </w:p>
    <w:p>
      <w:pPr>
        <w:spacing w:after="40"/>
      </w:pPr>
      <w:r>
        <w:rPr>
          <w:b/>
          <w:i w:val="0"/>
          <w:color w:val="2E5E8C"/>
        </w:rPr>
        <w:t xml:space="preserve">2) </w:t>
      </w:r>
      <w:r>
        <w:rPr>
          <w:b w:val="0"/>
          <w:i w:val="0"/>
          <w:color w:val="666666"/>
          <w:sz w:val="18"/>
        </w:rPr>
        <w:t>We have school ___ Monday.</w:t>
      </w:r>
    </w:p>
    <w:p>
      <w:pPr>
        <w:spacing w:after="80"/>
        <w:ind w:left="340"/>
      </w:pPr>
      <w:r>
        <w:rPr>
          <w:b w:val="0"/>
          <w:i w:val="0"/>
        </w:rPr>
        <w:t>on</w:t>
      </w:r>
    </w:p>
    <w:p>
      <w:pPr>
        <w:spacing w:after="40"/>
      </w:pPr>
      <w:r>
        <w:rPr>
          <w:b/>
          <w:i w:val="0"/>
          <w:color w:val="2E5E8C"/>
        </w:rPr>
        <w:t xml:space="preserve">3) </w:t>
      </w:r>
      <w:r>
        <w:rPr>
          <w:b w:val="0"/>
          <w:i w:val="0"/>
          <w:color w:val="666666"/>
          <w:sz w:val="18"/>
        </w:rPr>
        <w:t>My birthday is ___ May.</w:t>
      </w:r>
    </w:p>
    <w:p>
      <w:pPr>
        <w:spacing w:after="80"/>
        <w:ind w:left="340"/>
      </w:pPr>
      <w:r>
        <w:rPr>
          <w:b w:val="0"/>
          <w:i w:val="0"/>
        </w:rPr>
        <w:t>in</w:t>
      </w:r>
    </w:p>
    <w:p>
      <w:pPr>
        <w:spacing w:after="40"/>
      </w:pPr>
      <w:r>
        <w:rPr>
          <w:b/>
          <w:i w:val="0"/>
          <w:color w:val="2E5E8C"/>
        </w:rPr>
        <w:t xml:space="preserve">4) </w:t>
      </w:r>
      <w:r>
        <w:rPr>
          <w:b w:val="0"/>
          <w:i w:val="0"/>
          <w:color w:val="666666"/>
          <w:sz w:val="18"/>
        </w:rPr>
        <w:t>It is cold ___ winter.</w:t>
      </w:r>
    </w:p>
    <w:p>
      <w:pPr>
        <w:spacing w:after="80"/>
        <w:ind w:left="340"/>
      </w:pPr>
      <w:r>
        <w:rPr>
          <w:b w:val="0"/>
          <w:i w:val="0"/>
        </w:rPr>
        <w:t>in</w:t>
      </w:r>
    </w:p>
    <w:p>
      <w:pPr>
        <w:spacing w:after="40"/>
      </w:pPr>
      <w:r>
        <w:rPr>
          <w:b/>
          <w:i w:val="0"/>
          <w:color w:val="2E5E8C"/>
        </w:rPr>
        <w:t xml:space="preserve">5) </w:t>
      </w:r>
      <w:r>
        <w:rPr>
          <w:b w:val="0"/>
          <w:i w:val="0"/>
          <w:color w:val="666666"/>
          <w:sz w:val="18"/>
        </w:rPr>
        <w:t>We go to the park ___ Friday.</w:t>
      </w:r>
    </w:p>
    <w:p>
      <w:pPr>
        <w:spacing w:after="80"/>
        <w:ind w:left="340"/>
      </w:pPr>
      <w:r>
        <w:rPr>
          <w:b w:val="0"/>
          <w:i w:val="0"/>
        </w:rPr>
        <w:t>on</w:t>
      </w:r>
    </w:p>
    <w:p>
      <w:pPr>
        <w:spacing w:after="40"/>
      </w:pPr>
      <w:r>
        <w:rPr>
          <w:b/>
          <w:i w:val="0"/>
          <w:color w:val="2E5E8C"/>
        </w:rPr>
        <w:t xml:space="preserve">6) </w:t>
      </w:r>
      <w:r>
        <w:rPr>
          <w:b w:val="0"/>
          <w:i w:val="0"/>
          <w:color w:val="666666"/>
          <w:sz w:val="18"/>
        </w:rPr>
        <w:t>The class starts ___ 9 o'clock.</w:t>
      </w:r>
    </w:p>
    <w:p>
      <w:pPr>
        <w:spacing w:after="80"/>
        <w:ind w:left="340"/>
      </w:pPr>
      <w:r>
        <w:rPr>
          <w:b w:val="0"/>
          <w:i w:val="0"/>
        </w:rPr>
        <w:t>at</w:t>
      </w:r>
    </w:p>
    <w:p>
      <w:pPr>
        <w:spacing w:after="40"/>
      </w:pPr>
      <w:r>
        <w:rPr>
          <w:b/>
          <w:i w:val="0"/>
          <w:color w:val="2E5E8C"/>
        </w:rPr>
        <w:t xml:space="preserve">7) </w:t>
      </w:r>
      <w:r>
        <w:rPr>
          <w:b w:val="0"/>
          <w:i w:val="0"/>
          <w:color w:val="666666"/>
          <w:sz w:val="18"/>
        </w:rPr>
        <w:t>She was born ___ 2016.</w:t>
      </w:r>
    </w:p>
    <w:p>
      <w:pPr>
        <w:spacing w:after="80"/>
        <w:ind w:left="340"/>
      </w:pPr>
      <w:r>
        <w:rPr>
          <w:b w:val="0"/>
          <w:i w:val="0"/>
        </w:rPr>
        <w:t>in</w:t>
      </w:r>
    </w:p>
    <w:p>
      <w:pPr>
        <w:spacing w:after="40"/>
      </w:pPr>
      <w:r>
        <w:rPr>
          <w:b/>
          <w:i w:val="0"/>
          <w:color w:val="2E5E8C"/>
        </w:rPr>
        <w:t xml:space="preserve">8) </w:t>
      </w:r>
      <w:r>
        <w:rPr>
          <w:b w:val="0"/>
          <w:i w:val="0"/>
          <w:color w:val="666666"/>
          <w:sz w:val="18"/>
        </w:rPr>
        <w:t>We have lunch ___ noon.</w:t>
      </w:r>
    </w:p>
    <w:p>
      <w:pPr>
        <w:spacing w:after="80"/>
        <w:ind w:left="340"/>
      </w:pPr>
      <w:r>
        <w:rPr>
          <w:b w:val="0"/>
          <w:i w:val="0"/>
        </w:rPr>
        <w:t>at</w:t>
      </w:r>
    </w:p>
    <w:p>
      <w:pPr>
        <w:spacing w:after="40"/>
      </w:pPr>
      <w:r>
        <w:rPr>
          <w:b/>
          <w:i w:val="0"/>
          <w:color w:val="2E5E8C"/>
        </w:rPr>
        <w:t xml:space="preserve">9) </w:t>
      </w:r>
      <w:r>
        <w:rPr>
          <w:b w:val="0"/>
          <w:i w:val="0"/>
          <w:color w:val="666666"/>
          <w:sz w:val="18"/>
        </w:rPr>
        <w:t>School starts ___ 8:30.</w:t>
      </w:r>
    </w:p>
    <w:p>
      <w:pPr>
        <w:spacing w:after="80"/>
        <w:ind w:left="340"/>
      </w:pPr>
      <w:r>
        <w:rPr>
          <w:b w:val="0"/>
          <w:i w:val="0"/>
        </w:rPr>
        <w:t>C) at</w:t>
      </w:r>
    </w:p>
    <w:p>
      <w:pPr>
        <w:spacing w:after="40"/>
      </w:pPr>
      <w:r>
        <w:rPr>
          <w:b/>
          <w:i w:val="0"/>
          <w:color w:val="2E5E8C"/>
        </w:rPr>
        <w:t xml:space="preserve">10) </w:t>
      </w:r>
      <w:r>
        <w:rPr>
          <w:b w:val="0"/>
          <w:i w:val="0"/>
          <w:color w:val="666666"/>
          <w:sz w:val="18"/>
        </w:rPr>
        <w:t>We don't go to school ___ Sunday.</w:t>
      </w:r>
    </w:p>
    <w:p>
      <w:pPr>
        <w:spacing w:after="80"/>
        <w:ind w:left="340"/>
      </w:pPr>
      <w:r>
        <w:rPr>
          <w:b w:val="0"/>
          <w:i w:val="0"/>
        </w:rPr>
        <w:t>B) on</w:t>
      </w:r>
    </w:p>
    <w:p>
      <w:pPr>
        <w:spacing w:after="40"/>
      </w:pPr>
      <w:r>
        <w:rPr>
          <w:b/>
          <w:i w:val="0"/>
          <w:color w:val="2E5E8C"/>
        </w:rPr>
        <w:t xml:space="preserve">11) </w:t>
      </w:r>
      <w:r>
        <w:rPr>
          <w:b w:val="0"/>
          <w:i w:val="0"/>
          <w:color w:val="666666"/>
          <w:sz w:val="18"/>
        </w:rPr>
        <w:t>I like swimming ___ summer.</w:t>
      </w:r>
    </w:p>
    <w:p>
      <w:pPr>
        <w:spacing w:after="80"/>
        <w:ind w:left="340"/>
      </w:pPr>
      <w:r>
        <w:rPr>
          <w:b w:val="0"/>
          <w:i w:val="0"/>
        </w:rPr>
        <w:t>A) in</w:t>
      </w:r>
    </w:p>
    <w:p>
      <w:pPr>
        <w:spacing w:after="40"/>
      </w:pPr>
      <w:r>
        <w:rPr>
          <w:b/>
          <w:i w:val="0"/>
          <w:color w:val="2E5E8C"/>
        </w:rPr>
        <w:t xml:space="preserve">12) </w:t>
      </w:r>
      <w:r>
        <w:rPr>
          <w:b w:val="0"/>
          <w:i w:val="0"/>
          <w:color w:val="666666"/>
          <w:sz w:val="18"/>
        </w:rPr>
        <w:t>My birthday is ___ October.</w:t>
      </w:r>
    </w:p>
    <w:p>
      <w:pPr>
        <w:spacing w:after="80"/>
        <w:ind w:left="340"/>
      </w:pPr>
      <w:r>
        <w:rPr>
          <w:b w:val="0"/>
          <w:i w:val="0"/>
        </w:rPr>
        <w:t>B) in</w:t>
      </w:r>
    </w:p>
    <w:p>
      <w:pPr>
        <w:spacing w:after="40"/>
      </w:pPr>
      <w:r>
        <w:rPr>
          <w:b/>
          <w:i w:val="0"/>
          <w:color w:val="2E5E8C"/>
        </w:rPr>
        <w:t xml:space="preserve">13) </w:t>
      </w:r>
      <w:r>
        <w:rPr>
          <w:b w:val="0"/>
          <w:i w:val="0"/>
          <w:color w:val="666666"/>
          <w:sz w:val="18"/>
        </w:rPr>
        <w:t>The party is ___ Saturday.</w:t>
      </w:r>
    </w:p>
    <w:p>
      <w:pPr>
        <w:spacing w:after="80"/>
        <w:ind w:left="340"/>
      </w:pPr>
      <w:r>
        <w:rPr>
          <w:b w:val="0"/>
          <w:i w:val="0"/>
        </w:rPr>
        <w:t>C) on</w:t>
      </w:r>
    </w:p>
    <w:p>
      <w:pPr>
        <w:spacing w:after="40"/>
      </w:pPr>
      <w:r>
        <w:rPr>
          <w:b/>
          <w:i w:val="0"/>
          <w:color w:val="2E5E8C"/>
        </w:rPr>
        <w:t xml:space="preserve">14) </w:t>
      </w:r>
      <w:r>
        <w:rPr>
          <w:b w:val="0"/>
          <w:i w:val="0"/>
          <w:color w:val="666666"/>
          <w:sz w:val="18"/>
        </w:rPr>
        <w:t>I do my homework ___ the evening.</w:t>
      </w:r>
    </w:p>
    <w:p>
      <w:pPr>
        <w:spacing w:after="80"/>
        <w:ind w:left="340"/>
      </w:pPr>
      <w:r>
        <w:rPr>
          <w:b w:val="0"/>
          <w:i w:val="0"/>
        </w:rPr>
        <w:t>C) in</w:t>
      </w:r>
    </w:p>
    <w:p>
      <w:pPr>
        <w:spacing w:after="40"/>
      </w:pPr>
      <w:r>
        <w:rPr>
          <w:b/>
          <w:i w:val="0"/>
          <w:color w:val="2E5E8C"/>
        </w:rPr>
        <w:t xml:space="preserve">15) </w:t>
      </w:r>
      <w:r>
        <w:rPr>
          <w:b w:val="0"/>
          <w:i w:val="0"/>
          <w:color w:val="666666"/>
          <w:sz w:val="18"/>
        </w:rPr>
        <w:t>7:00 → It's ____________</w:t>
      </w:r>
    </w:p>
    <w:p>
      <w:pPr>
        <w:spacing w:after="80"/>
        <w:ind w:left="340"/>
      </w:pPr>
      <w:r>
        <w:rPr>
          <w:b w:val="0"/>
          <w:i w:val="0"/>
        </w:rPr>
        <w:t>seven o'clock</w:t>
      </w:r>
    </w:p>
    <w:p>
      <w:pPr>
        <w:spacing w:after="40"/>
      </w:pPr>
      <w:r>
        <w:rPr>
          <w:b/>
          <w:i w:val="0"/>
          <w:color w:val="2E5E8C"/>
        </w:rPr>
        <w:t xml:space="preserve">16) </w:t>
      </w:r>
      <w:r>
        <w:rPr>
          <w:b w:val="0"/>
          <w:i w:val="0"/>
          <w:color w:val="666666"/>
          <w:sz w:val="18"/>
        </w:rPr>
        <w:t>3:30 → It's ____________</w:t>
      </w:r>
    </w:p>
    <w:p>
      <w:pPr>
        <w:spacing w:after="80"/>
        <w:ind w:left="340"/>
      </w:pPr>
      <w:r>
        <w:rPr>
          <w:b w:val="0"/>
          <w:i w:val="0"/>
        </w:rPr>
        <w:t>half past three</w:t>
      </w:r>
    </w:p>
    <w:p>
      <w:pPr>
        <w:spacing w:after="40"/>
      </w:pPr>
      <w:r>
        <w:rPr>
          <w:b/>
          <w:i w:val="0"/>
          <w:color w:val="2E5E8C"/>
        </w:rPr>
        <w:t xml:space="preserve">17) </w:t>
      </w:r>
      <w:r>
        <w:rPr>
          <w:b w:val="0"/>
          <w:i w:val="0"/>
          <w:color w:val="666666"/>
          <w:sz w:val="18"/>
        </w:rPr>
        <w:t>4:15 → It's ____________</w:t>
      </w:r>
    </w:p>
    <w:p>
      <w:pPr>
        <w:spacing w:after="80"/>
        <w:ind w:left="340"/>
      </w:pPr>
      <w:r>
        <w:rPr>
          <w:b w:val="0"/>
          <w:i w:val="0"/>
        </w:rPr>
        <w:t>quarter past four</w:t>
      </w:r>
    </w:p>
    <w:p>
      <w:pPr>
        <w:spacing w:after="40"/>
      </w:pPr>
      <w:r>
        <w:rPr>
          <w:b/>
          <w:i w:val="0"/>
          <w:color w:val="2E5E8C"/>
        </w:rPr>
        <w:t xml:space="preserve">18) </w:t>
      </w:r>
      <w:r>
        <w:rPr>
          <w:b w:val="0"/>
          <w:i w:val="0"/>
          <w:color w:val="666666"/>
          <w:sz w:val="18"/>
        </w:rPr>
        <w:t>8:45 → It's ____________</w:t>
      </w:r>
    </w:p>
    <w:p>
      <w:pPr>
        <w:spacing w:after="80"/>
        <w:ind w:left="340"/>
      </w:pPr>
      <w:r>
        <w:rPr>
          <w:b w:val="0"/>
          <w:i w:val="0"/>
        </w:rPr>
        <w:t>quarter to nine</w:t>
      </w:r>
    </w:p>
    <w:p>
      <w:pPr>
        <w:spacing w:after="40"/>
      </w:pPr>
      <w:r>
        <w:rPr>
          <w:b/>
          <w:i w:val="0"/>
          <w:color w:val="2E5E8C"/>
        </w:rPr>
        <w:t xml:space="preserve">19) </w:t>
      </w:r>
      <w:r>
        <w:rPr>
          <w:b w:val="0"/>
          <w:i w:val="0"/>
          <w:color w:val="666666"/>
          <w:sz w:val="18"/>
        </w:rPr>
        <w:t>12:00 → It's ____________</w:t>
      </w:r>
    </w:p>
    <w:p>
      <w:pPr>
        <w:spacing w:after="80"/>
        <w:ind w:left="340"/>
      </w:pPr>
      <w:r>
        <w:rPr>
          <w:b w:val="0"/>
          <w:i w:val="0"/>
        </w:rPr>
        <w:t>twelve o'clock / noon</w:t>
      </w:r>
    </w:p>
    <w:p>
      <w:pPr>
        <w:spacing w:after="40"/>
      </w:pPr>
      <w:r>
        <w:rPr>
          <w:b/>
          <w:i w:val="0"/>
          <w:color w:val="2E5E8C"/>
        </w:rPr>
        <w:t xml:space="preserve">20) </w:t>
      </w:r>
      <w:r>
        <w:rPr>
          <w:b w:val="0"/>
          <w:i w:val="0"/>
          <w:color w:val="666666"/>
          <w:sz w:val="18"/>
        </w:rPr>
        <w:t>5:30 → It's ____________</w:t>
      </w:r>
    </w:p>
    <w:p>
      <w:pPr>
        <w:spacing w:after="80"/>
        <w:ind w:left="340"/>
      </w:pPr>
      <w:r>
        <w:rPr>
          <w:b w:val="0"/>
          <w:i w:val="0"/>
        </w:rPr>
        <w:t>half past five</w:t>
      </w:r>
    </w:p>
    <w:p>
      <w:pPr>
        <w:spacing w:after="40"/>
      </w:pPr>
      <w:r>
        <w:rPr>
          <w:b/>
          <w:i w:val="0"/>
          <w:color w:val="2E5E8C"/>
        </w:rPr>
        <w:t xml:space="preserve">21) </w:t>
      </w:r>
      <w:r>
        <w:rPr>
          <w:b w:val="0"/>
          <w:i w:val="0"/>
          <w:color w:val="666666"/>
          <w:sz w:val="18"/>
        </w:rPr>
        <w:t>Eşleştirme (5 çift)</w:t>
      </w:r>
    </w:p>
    <w:p>
      <w:pPr>
        <w:spacing w:after="80"/>
        <w:ind w:left="340"/>
      </w:pPr>
      <w:r>
        <w:rPr>
          <w:b w:val="0"/>
          <w:i w:val="0"/>
        </w:rPr>
        <w:t>1→B, 2→D, 3→E, 4→A, 5→C</w:t>
      </w:r>
    </w:p>
    <w:p>
      <w:pPr>
        <w:spacing w:after="40"/>
      </w:pPr>
      <w:r>
        <w:rPr>
          <w:b/>
          <w:i w:val="0"/>
          <w:color w:val="2E5E8C"/>
        </w:rPr>
        <w:t xml:space="preserve">22) </w:t>
      </w:r>
      <w:r>
        <w:rPr>
          <w:b w:val="0"/>
          <w:i w:val="0"/>
          <w:color w:val="666666"/>
          <w:sz w:val="18"/>
        </w:rPr>
        <w:t>I brush my teeth ___ breakfast.</w:t>
      </w:r>
    </w:p>
    <w:p>
      <w:pPr>
        <w:spacing w:after="80"/>
        <w:ind w:left="340"/>
      </w:pPr>
      <w:r>
        <w:rPr>
          <w:b w:val="0"/>
          <w:i w:val="0"/>
        </w:rPr>
        <w:t>before</w:t>
      </w:r>
    </w:p>
    <w:p>
      <w:pPr>
        <w:spacing w:after="40"/>
      </w:pPr>
      <w:r>
        <w:rPr>
          <w:b/>
          <w:i w:val="0"/>
          <w:color w:val="2E5E8C"/>
        </w:rPr>
        <w:t xml:space="preserve">23) </w:t>
      </w:r>
      <w:r>
        <w:rPr>
          <w:b w:val="0"/>
          <w:i w:val="0"/>
          <w:color w:val="666666"/>
          <w:sz w:val="18"/>
        </w:rPr>
        <w:t>I do my homework ___ school.</w:t>
      </w:r>
    </w:p>
    <w:p>
      <w:pPr>
        <w:spacing w:after="80"/>
        <w:ind w:left="340"/>
      </w:pPr>
      <w:r>
        <w:rPr>
          <w:b w:val="0"/>
          <w:i w:val="0"/>
        </w:rPr>
        <w:t>after</w:t>
      </w:r>
    </w:p>
    <w:p>
      <w:pPr>
        <w:spacing w:after="40"/>
      </w:pPr>
      <w:r>
        <w:rPr>
          <w:b/>
          <w:i w:val="0"/>
          <w:color w:val="2E5E8C"/>
        </w:rPr>
        <w:t xml:space="preserve">24) </w:t>
      </w:r>
      <w:r>
        <w:rPr>
          <w:b w:val="0"/>
          <w:i w:val="0"/>
          <w:color w:val="666666"/>
          <w:sz w:val="18"/>
        </w:rPr>
        <w:t>I wash my face ___ I get up.</w:t>
      </w:r>
    </w:p>
    <w:p>
      <w:pPr>
        <w:spacing w:after="80"/>
        <w:ind w:left="340"/>
      </w:pPr>
      <w:r>
        <w:rPr>
          <w:b w:val="0"/>
          <w:i w:val="0"/>
        </w:rPr>
        <w:t>after</w:t>
      </w:r>
    </w:p>
    <w:p>
      <w:pPr>
        <w:spacing w:after="40"/>
      </w:pPr>
      <w:r>
        <w:rPr>
          <w:b/>
          <w:i w:val="0"/>
          <w:color w:val="2E5E8C"/>
        </w:rPr>
        <w:t xml:space="preserve">25) </w:t>
      </w:r>
      <w:r>
        <w:rPr>
          <w:b w:val="0"/>
          <w:i w:val="0"/>
          <w:color w:val="666666"/>
          <w:sz w:val="18"/>
        </w:rPr>
        <w:t>I go to bed ___ I brush my teeth.</w:t>
      </w:r>
    </w:p>
    <w:p>
      <w:pPr>
        <w:spacing w:after="80"/>
        <w:ind w:left="340"/>
      </w:pPr>
      <w:r>
        <w:rPr>
          <w:b w:val="0"/>
          <w:i w:val="0"/>
        </w:rPr>
        <w:t>before</w:t>
      </w:r>
    </w:p>
    <w:p>
      <w:pPr>
        <w:spacing w:after="40"/>
      </w:pPr>
      <w:r>
        <w:rPr>
          <w:b/>
          <w:i w:val="0"/>
          <w:color w:val="2E5E8C"/>
        </w:rPr>
        <w:t xml:space="preserve">26) </w:t>
      </w:r>
      <w:r>
        <w:rPr>
          <w:b w:val="0"/>
          <w:i w:val="0"/>
          <w:color w:val="666666"/>
          <w:sz w:val="18"/>
        </w:rPr>
        <w:t>I have breakfast ___ 7 o'clock ___ Monday.</w:t>
      </w:r>
    </w:p>
    <w:p>
      <w:pPr>
        <w:spacing w:after="80"/>
        <w:ind w:left="340"/>
      </w:pPr>
      <w:r>
        <w:rPr>
          <w:b w:val="0"/>
          <w:i w:val="0"/>
        </w:rPr>
        <w:t>A) at / on</w:t>
      </w:r>
    </w:p>
    <w:p>
      <w:pPr>
        <w:spacing w:after="40"/>
      </w:pPr>
      <w:r>
        <w:rPr>
          <w:b/>
          <w:i w:val="0"/>
          <w:color w:val="2E5E8C"/>
        </w:rPr>
        <w:t xml:space="preserve">27) </w:t>
      </w:r>
      <w:r>
        <w:rPr>
          <w:b w:val="0"/>
          <w:i w:val="0"/>
          <w:color w:val="666666"/>
          <w:sz w:val="18"/>
        </w:rPr>
        <w:t>We play football ___ after school ___ Friday.</w:t>
      </w:r>
    </w:p>
    <w:p>
      <w:pPr>
        <w:spacing w:after="80"/>
        <w:ind w:left="340"/>
      </w:pPr>
      <w:r>
        <w:rPr>
          <w:b w:val="0"/>
          <w:i w:val="0"/>
        </w:rPr>
        <w:t>B) at / on</w:t>
      </w:r>
    </w:p>
    <w:p>
      <w:pPr>
        <w:spacing w:after="40"/>
      </w:pPr>
      <w:r>
        <w:rPr>
          <w:b/>
          <w:i w:val="0"/>
          <w:color w:val="2E5E8C"/>
        </w:rPr>
        <w:t xml:space="preserve">28) </w:t>
      </w:r>
      <w:r>
        <w:rPr>
          <w:b w:val="0"/>
          <w:i w:val="0"/>
          <w:color w:val="666666"/>
          <w:sz w:val="18"/>
        </w:rPr>
        <w:t>My birthday is ___ September. I was born ___ 2015.</w:t>
      </w:r>
    </w:p>
    <w:p>
      <w:pPr>
        <w:spacing w:after="80"/>
        <w:ind w:left="340"/>
      </w:pPr>
      <w:r>
        <w:rPr>
          <w:b w:val="0"/>
          <w:i w:val="0"/>
        </w:rPr>
        <w:t>A) in / in</w:t>
      </w:r>
    </w:p>
    <w:p>
      <w:pPr>
        <w:spacing w:after="40"/>
      </w:pPr>
      <w:r>
        <w:rPr>
          <w:b/>
          <w:i w:val="0"/>
          <w:color w:val="2E5E8C"/>
        </w:rPr>
        <w:t xml:space="preserve">29) </w:t>
      </w:r>
      <w:r>
        <w:rPr>
          <w:b w:val="0"/>
          <w:i w:val="0"/>
          <w:color w:val="666666"/>
          <w:sz w:val="18"/>
        </w:rPr>
        <w:t>I brush my teeth ___ I go to bed.</w:t>
      </w:r>
    </w:p>
    <w:p>
      <w:pPr>
        <w:spacing w:after="80"/>
        <w:ind w:left="340"/>
      </w:pPr>
      <w:r>
        <w:rPr>
          <w:b w:val="0"/>
          <w:i w:val="0"/>
        </w:rPr>
        <w:t>A) before</w:t>
      </w:r>
    </w:p>
    <w:p>
      <w:pPr>
        <w:spacing w:after="40"/>
      </w:pPr>
      <w:r>
        <w:rPr>
          <w:b/>
          <w:i w:val="0"/>
          <w:color w:val="2E5E8C"/>
        </w:rPr>
        <w:t xml:space="preserve">30) </w:t>
      </w:r>
      <w:r>
        <w:rPr>
          <w:b w:val="0"/>
          <w:i w:val="0"/>
          <w:color w:val="666666"/>
          <w:sz w:val="18"/>
        </w:rPr>
        <w:t>It's quarter ___ ten. (9:45)</w:t>
      </w:r>
    </w:p>
    <w:p>
      <w:pPr>
        <w:spacing w:after="80"/>
        <w:ind w:left="340"/>
      </w:pPr>
      <w:r>
        <w:rPr>
          <w:b w:val="0"/>
          <w:i w:val="0"/>
        </w:rPr>
        <w:t>B) to</w:t>
      </w:r>
    </w:p>
    <w:p>
      <w:pPr>
        <w:spacing w:after="40"/>
      </w:pPr>
      <w:r>
        <w:rPr>
          <w:b/>
          <w:i w:val="0"/>
          <w:color w:val="2E5E8C"/>
        </w:rPr>
        <w:t xml:space="preserve">31) </w:t>
      </w:r>
      <w:r>
        <w:rPr>
          <w:b w:val="0"/>
          <w:i w:val="0"/>
          <w:color w:val="666666"/>
          <w:sz w:val="18"/>
        </w:rPr>
        <w:t>It's half ___ five. (5:30)</w:t>
      </w:r>
    </w:p>
    <w:p>
      <w:pPr>
        <w:spacing w:after="80"/>
        <w:ind w:left="340"/>
      </w:pPr>
      <w:r>
        <w:rPr>
          <w:b w:val="0"/>
          <w:i w:val="0"/>
        </w:rPr>
        <w:t>B) past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