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</w:rPr>
        <w:t>5. Sınıf İngilizce — Unit 1: My Day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</w:rPr>
        <w:t>Worksheet 2 • Prepositions of Time + Before / After + Telling Time</w:t>
      </w:r>
    </w:p>
    <w:p>
      <w:pPr>
        <w:spacing w:after="200"/>
      </w:pPr>
      <w:r>
        <w:rPr>
          <w:b/>
          <w:i w:val="0"/>
          <w:sz w:val="20"/>
        </w:rPr>
        <w:t xml:space="preserve">Name: </w:t>
      </w:r>
      <w:r>
        <w:rPr>
          <w:b w:val="0"/>
          <w:i w:val="0"/>
          <w:color w:val="666666"/>
          <w:sz w:val="20"/>
        </w:rPr>
        <w:t xml:space="preserve">..............................   </w:t>
      </w:r>
      <w:r>
        <w:rPr>
          <w:b/>
          <w:i w:val="0"/>
          <w:sz w:val="20"/>
        </w:rPr>
        <w:t xml:space="preserve">(Score: ____/100)   </w:t>
      </w:r>
      <w:r>
        <w:rPr>
          <w:b/>
          <w:i w:val="0"/>
          <w:sz w:val="20"/>
        </w:rPr>
        <w:t>Class: .....</w:t>
      </w:r>
      <w:r>
        <w:rPr>
          <w:b/>
          <w:i w:val="0"/>
          <w:sz w:val="20"/>
        </w:rPr>
        <w:t xml:space="preserve">  No: ....</w:t>
      </w:r>
      <w:r>
        <w:rPr>
          <w:b/>
          <w:i w:val="0"/>
          <w:sz w:val="20"/>
        </w:rPr>
        <w:t xml:space="preserve">  Date: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A. Prepositions of Time: at / on / in</w:t>
      </w:r>
    </w:p>
    <w:p>
      <w:pPr>
        <w:jc w:val="both"/>
      </w:pPr>
      <w:r>
        <w:rPr>
          <w:b/>
          <w:i w:val="0"/>
        </w:rPr>
        <w:t>at</w:t>
      </w:r>
      <w:r>
        <w:rPr>
          <w:b w:val="0"/>
          <w:i w:val="0"/>
        </w:rPr>
        <w:t xml:space="preserve"> → saat: at 8 o'clock, at noon, at midnight</w:t>
        <w:br/>
      </w:r>
      <w:r>
        <w:rPr>
          <w:b/>
          <w:i w:val="0"/>
        </w:rPr>
        <w:t>on</w:t>
      </w:r>
      <w:r>
        <w:rPr>
          <w:b w:val="0"/>
          <w:i w:val="0"/>
        </w:rPr>
        <w:t xml:space="preserve"> → gün: on Monday, on Friday, on my birthday</w:t>
        <w:br/>
      </w:r>
      <w:r>
        <w:rPr>
          <w:b/>
          <w:i w:val="0"/>
        </w:rPr>
        <w:t>in</w:t>
      </w:r>
      <w:r>
        <w:rPr>
          <w:b w:val="0"/>
          <w:i w:val="0"/>
        </w:rPr>
        <w:t xml:space="preserve"> → ay / mevsim / yıl: in May, in summer, in 2026</w:t>
        <w:br/>
        <w:t xml:space="preserve">⚠️ </w:t>
      </w:r>
      <w:r>
        <w:rPr>
          <w:b/>
          <w:i w:val="0"/>
        </w:rPr>
        <w:t>Sık hata:</w:t>
      </w:r>
      <w:r>
        <w:rPr>
          <w:b w:val="0"/>
          <w:i w:val="0"/>
        </w:rPr>
        <w:t xml:space="preserve"> 'at Monday' → '</w:t>
      </w:r>
      <w:r>
        <w:rPr>
          <w:b/>
          <w:i w:val="0"/>
        </w:rPr>
        <w:t>on</w:t>
      </w:r>
      <w:r>
        <w:rPr>
          <w:b w:val="0"/>
          <w:i w:val="0"/>
        </w:rPr>
        <w:t xml:space="preserve"> Monday' • 'on summer' → '</w:t>
      </w:r>
      <w:r>
        <w:rPr>
          <w:b/>
          <w:i w:val="0"/>
        </w:rPr>
        <w:t>in</w:t>
      </w:r>
      <w:r>
        <w:rPr>
          <w:b w:val="0"/>
          <w:i w:val="0"/>
        </w:rPr>
        <w:t xml:space="preserve"> summer'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</w:rPr>
              <w:t xml:space="preserve">PÜF NOKTASI: </w:t>
            </w:r>
            <w:r>
              <w:rPr>
                <w:b w:val="0"/>
                <w:i w:val="0"/>
              </w:rPr>
              <w:t>at → spesifik saat (nokta)</w:t>
              <w:br/>
              <w:t>on → spesifik gün (takvim günü)</w:t>
              <w:br/>
              <w:t>in → daha geniş: ay, mevsim, yıl (kapsam)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Boşlukları at / on / in ile doldurunuz.</w:t>
      </w:r>
    </w:p>
    <w:p>
      <w:r>
        <w:rPr>
          <w:b/>
          <w:i w:val="0"/>
          <w:color w:val="2E5E8C"/>
        </w:rPr>
        <w:t xml:space="preserve">1) </w:t>
      </w:r>
      <w:r>
        <w:rPr>
          <w:b w:val="0"/>
          <w:i w:val="0"/>
        </w:rPr>
        <w:t xml:space="preserve">I wake up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7 o'clock.</w:t>
      </w:r>
    </w:p>
    <w:p>
      <w:r>
        <w:rPr>
          <w:b/>
          <w:i w:val="0"/>
          <w:color w:val="2E5E8C"/>
        </w:rPr>
        <w:t xml:space="preserve">2) </w:t>
      </w:r>
      <w:r>
        <w:rPr>
          <w:b w:val="0"/>
          <w:i w:val="0"/>
        </w:rPr>
        <w:t xml:space="preserve">We have school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Monday.</w:t>
      </w:r>
    </w:p>
    <w:p>
      <w:r>
        <w:rPr>
          <w:b/>
          <w:i w:val="0"/>
          <w:color w:val="2E5E8C"/>
        </w:rPr>
        <w:t xml:space="preserve">3) </w:t>
      </w:r>
      <w:r>
        <w:rPr>
          <w:b w:val="0"/>
          <w:i w:val="0"/>
        </w:rPr>
        <w:t xml:space="preserve">My birthday is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May.</w:t>
      </w:r>
    </w:p>
    <w:p>
      <w:r>
        <w:rPr>
          <w:b/>
          <w:i w:val="0"/>
          <w:color w:val="2E5E8C"/>
        </w:rPr>
        <w:t xml:space="preserve">4) </w:t>
      </w:r>
      <w:r>
        <w:rPr>
          <w:b w:val="0"/>
          <w:i w:val="0"/>
        </w:rPr>
        <w:t xml:space="preserve">It is cold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winter.</w:t>
      </w:r>
    </w:p>
    <w:p>
      <w:r>
        <w:rPr>
          <w:b/>
          <w:i w:val="0"/>
          <w:color w:val="2E5E8C"/>
        </w:rPr>
        <w:t xml:space="preserve">5) </w:t>
      </w:r>
      <w:r>
        <w:rPr>
          <w:b w:val="0"/>
          <w:i w:val="0"/>
        </w:rPr>
        <w:t xml:space="preserve">We go to the park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Friday.</w:t>
      </w:r>
    </w:p>
    <w:p>
      <w:r>
        <w:rPr>
          <w:b/>
          <w:i w:val="0"/>
          <w:color w:val="2E5E8C"/>
        </w:rPr>
        <w:t xml:space="preserve">6) </w:t>
      </w:r>
      <w:r>
        <w:rPr>
          <w:b w:val="0"/>
          <w:i w:val="0"/>
        </w:rPr>
        <w:t xml:space="preserve">The class starts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9 o'clock.</w:t>
      </w:r>
    </w:p>
    <w:p>
      <w:r>
        <w:rPr>
          <w:b/>
          <w:i w:val="0"/>
          <w:color w:val="2E5E8C"/>
        </w:rPr>
        <w:t xml:space="preserve">7) </w:t>
      </w:r>
      <w:r>
        <w:rPr>
          <w:b w:val="0"/>
          <w:i w:val="0"/>
        </w:rPr>
        <w:t xml:space="preserve">She was born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2016.</w:t>
      </w:r>
    </w:p>
    <w:p>
      <w:r>
        <w:rPr>
          <w:b/>
          <w:i w:val="0"/>
          <w:color w:val="2E5E8C"/>
        </w:rPr>
        <w:t xml:space="preserve">8) </w:t>
      </w:r>
      <w:r>
        <w:rPr>
          <w:b w:val="0"/>
          <w:i w:val="0"/>
        </w:rPr>
        <w:t xml:space="preserve">We have lunch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noon.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B. Choose the correct preposition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</w:rPr>
        <w:t>School starts ___ 8:30.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in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on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at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by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</w:rPr>
        <w:t>We don't go to school ___ Sunday.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in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on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at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to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</w:rPr>
        <w:t>I like swimming ___ summer.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in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on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at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for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</w:rPr>
        <w:t>My birthday is ___ October.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in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on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of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</w:rPr>
        <w:t>The party is ___ Saturday.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in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at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on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by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</w:rPr>
        <w:t>I do my homework ___ the evening.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at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on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in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by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C. Telling the Time</w:t>
      </w:r>
    </w:p>
    <w:p>
      <w:pPr>
        <w:jc w:val="both"/>
      </w:pPr>
      <w:r>
        <w:rPr>
          <w:b/>
          <w:i w:val="0"/>
        </w:rPr>
        <w:t>o'clock</w:t>
      </w:r>
      <w:r>
        <w:rPr>
          <w:b w:val="0"/>
          <w:i w:val="0"/>
        </w:rPr>
        <w:t xml:space="preserve"> → tam saat: It's </w:t>
      </w:r>
      <w:r>
        <w:rPr>
          <w:b/>
          <w:i w:val="0"/>
        </w:rPr>
        <w:t>seven o'clock</w:t>
      </w:r>
      <w:r>
        <w:rPr>
          <w:b w:val="0"/>
          <w:i w:val="0"/>
        </w:rPr>
        <w:t>.</w:t>
        <w:br/>
      </w:r>
      <w:r>
        <w:rPr>
          <w:b/>
          <w:i w:val="0"/>
        </w:rPr>
        <w:t>half past</w:t>
      </w:r>
      <w:r>
        <w:rPr>
          <w:b w:val="0"/>
          <w:i w:val="0"/>
        </w:rPr>
        <w:t xml:space="preserve"> → buçuk: It's </w:t>
      </w:r>
      <w:r>
        <w:rPr>
          <w:b/>
          <w:i w:val="0"/>
        </w:rPr>
        <w:t>half past three</w:t>
      </w:r>
      <w:r>
        <w:rPr>
          <w:b w:val="0"/>
          <w:i w:val="0"/>
        </w:rPr>
        <w:t xml:space="preserve"> (3:30).</w:t>
        <w:br/>
      </w:r>
      <w:r>
        <w:rPr>
          <w:b/>
          <w:i w:val="0"/>
        </w:rPr>
        <w:t>quarter past</w:t>
      </w:r>
      <w:r>
        <w:rPr>
          <w:b w:val="0"/>
          <w:i w:val="0"/>
        </w:rPr>
        <w:t xml:space="preserve"> → çeyrek geçe: It's </w:t>
      </w:r>
      <w:r>
        <w:rPr>
          <w:b/>
          <w:i w:val="0"/>
        </w:rPr>
        <w:t>quarter past four</w:t>
      </w:r>
      <w:r>
        <w:rPr>
          <w:b w:val="0"/>
          <w:i w:val="0"/>
        </w:rPr>
        <w:t xml:space="preserve"> (4:15).</w:t>
        <w:br/>
      </w:r>
      <w:r>
        <w:rPr>
          <w:b/>
          <w:i w:val="0"/>
        </w:rPr>
        <w:t>quarter to</w:t>
      </w:r>
      <w:r>
        <w:rPr>
          <w:b w:val="0"/>
          <w:i w:val="0"/>
        </w:rPr>
        <w:t xml:space="preserve"> → çeyrek kala: It's </w:t>
      </w:r>
      <w:r>
        <w:rPr>
          <w:b/>
          <w:i w:val="0"/>
        </w:rPr>
        <w:t>quarter to nine</w:t>
      </w:r>
      <w:r>
        <w:rPr>
          <w:b w:val="0"/>
          <w:i w:val="0"/>
        </w:rPr>
        <w:t xml:space="preserve"> (8:45).</w:t>
        <w:br/>
      </w:r>
      <w:r>
        <w:rPr>
          <w:b/>
          <w:i w:val="0"/>
        </w:rPr>
        <w:t>a.m.</w:t>
      </w:r>
      <w:r>
        <w:rPr>
          <w:b w:val="0"/>
          <w:i w:val="0"/>
        </w:rPr>
        <w:t xml:space="preserve"> → öğleden önce • </w:t>
      </w:r>
      <w:r>
        <w:rPr>
          <w:b/>
          <w:i w:val="0"/>
        </w:rPr>
        <w:t>p.m.</w:t>
      </w:r>
      <w:r>
        <w:rPr>
          <w:b w:val="0"/>
          <w:i w:val="0"/>
        </w:rPr>
        <w:t xml:space="preserve"> → öğleden sonra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Saatleri İngilizce yazınız.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</w:rPr>
        <w:t>7:00 → It's 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</w:rPr>
        <w:t>3:30 → It's 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</w:rPr>
        <w:t>4:15 → It's 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18) </w:t>
      </w:r>
      <w:r>
        <w:rPr>
          <w:b w:val="0"/>
          <w:i w:val="0"/>
        </w:rPr>
        <w:t>8:45 → It's 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19) </w:t>
      </w:r>
      <w:r>
        <w:rPr>
          <w:b w:val="0"/>
          <w:i w:val="0"/>
        </w:rPr>
        <w:t>12:00 → It's 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20) </w:t>
      </w:r>
      <w:r>
        <w:rPr>
          <w:b w:val="0"/>
          <w:i w:val="0"/>
        </w:rPr>
        <w:t>5:30 → It's 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D. Match the time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Saat formatlarını eşleştiriniz.</w:t>
      </w:r>
    </w:p>
    <w:p>
      <w:pPr>
        <w:keepNext/>
      </w:pPr>
      <w:r>
        <w:rPr>
          <w:b/>
          <w:i w:val="0"/>
          <w:color w:val="2E5E8C"/>
        </w:rPr>
        <w:t xml:space="preserve">21) </w:t>
      </w:r>
      <w:r>
        <w:rPr>
          <w:b w:val="0"/>
          <w:i/>
          <w:color w:val="666666"/>
          <w:sz w:val="20"/>
        </w:rPr>
        <w:t>Match: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7:00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quarter to nine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3:30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seven o'clock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4:15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half past six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4. </w:t>
            </w:r>
            <w:r>
              <w:rPr>
                <w:b w:val="0"/>
                <w:i w:val="0"/>
              </w:rPr>
              <w:t>8:45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half past three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5. </w:t>
            </w:r>
            <w:r>
              <w:rPr>
                <w:b w:val="0"/>
                <w:i w:val="0"/>
              </w:rPr>
              <w:t>6:30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E) </w:t>
            </w:r>
            <w:r>
              <w:rPr>
                <w:b w:val="0"/>
                <w:i w:val="0"/>
              </w:rPr>
              <w:t>quarter past four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E. before / after</w:t>
      </w:r>
    </w:p>
    <w:p>
      <w:pPr>
        <w:jc w:val="both"/>
      </w:pPr>
      <w:r>
        <w:rPr>
          <w:b/>
          <w:i w:val="0"/>
        </w:rPr>
        <w:t>before</w:t>
      </w:r>
      <w:r>
        <w:rPr>
          <w:b w:val="0"/>
          <w:i w:val="0"/>
        </w:rPr>
        <w:t xml:space="preserve"> = önce → I brush my teeth </w:t>
      </w:r>
      <w:r>
        <w:rPr>
          <w:b/>
          <w:i w:val="0"/>
        </w:rPr>
        <w:t>before</w:t>
      </w:r>
      <w:r>
        <w:rPr>
          <w:b w:val="0"/>
          <w:i w:val="0"/>
        </w:rPr>
        <w:t xml:space="preserve"> breakfast.</w:t>
        <w:br/>
      </w:r>
      <w:r>
        <w:rPr>
          <w:b/>
          <w:i w:val="0"/>
        </w:rPr>
        <w:t>after</w:t>
      </w:r>
      <w:r>
        <w:rPr>
          <w:b w:val="0"/>
          <w:i w:val="0"/>
        </w:rPr>
        <w:t xml:space="preserve"> = sonra → I do my homework </w:t>
      </w:r>
      <w:r>
        <w:rPr>
          <w:b/>
          <w:i w:val="0"/>
        </w:rPr>
        <w:t>after</w:t>
      </w:r>
      <w:r>
        <w:rPr>
          <w:b w:val="0"/>
          <w:i w:val="0"/>
        </w:rPr>
        <w:t xml:space="preserve"> school.</w:t>
        <w:br/>
        <w:t>⚠️ before/after'dan sonra isim veya cümle gelebilir.</w:t>
        <w:br/>
        <w:t xml:space="preserve">❌ 'before go to bed' → ✅ 'before </w:t>
      </w:r>
      <w:r>
        <w:rPr>
          <w:b/>
          <w:i w:val="0"/>
        </w:rPr>
        <w:t>I</w:t>
      </w:r>
      <w:r>
        <w:rPr>
          <w:b w:val="0"/>
          <w:i w:val="0"/>
        </w:rPr>
        <w:t xml:space="preserve"> go to bed' (cümle) veya 'before </w:t>
      </w:r>
      <w:r>
        <w:rPr>
          <w:b/>
          <w:i w:val="0"/>
        </w:rPr>
        <w:t>bedtime</w:t>
      </w:r>
      <w:r>
        <w:rPr>
          <w:b w:val="0"/>
          <w:i w:val="0"/>
        </w:rPr>
        <w:t>' (isim)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</w:rPr>
              <w:t xml:space="preserve">PÜF NOKTASI: </w:t>
            </w:r>
            <w:r>
              <w:rPr>
                <w:b w:val="0"/>
                <w:i w:val="0"/>
              </w:rPr>
              <w:t>before / after bir eylemi değil, bir zamanı ifade eder. 'before + isim' veya 'before + özne + fiil' doğru kullanımdır.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before veya after ile boşlukları doldurunuz.</w:t>
      </w:r>
    </w:p>
    <w:p>
      <w:r>
        <w:rPr>
          <w:b/>
          <w:i w:val="0"/>
          <w:color w:val="2E5E8C"/>
        </w:rPr>
        <w:t xml:space="preserve">22) </w:t>
      </w:r>
      <w:r>
        <w:rPr>
          <w:b w:val="0"/>
          <w:i w:val="0"/>
        </w:rPr>
        <w:t xml:space="preserve">I brush my teeth </w:t>
      </w:r>
      <w:r>
        <w:rPr>
          <w:b w:val="0"/>
          <w:i w:val="0"/>
          <w:color w:val="666666"/>
        </w:rPr>
        <w:t>________________</w:t>
      </w:r>
      <w:r>
        <w:rPr>
          <w:b w:val="0"/>
          <w:i w:val="0"/>
        </w:rPr>
        <w:t xml:space="preserve"> breakfast.</w:t>
      </w:r>
    </w:p>
    <w:p>
      <w:r>
        <w:rPr>
          <w:b/>
          <w:i w:val="0"/>
          <w:color w:val="2E5E8C"/>
        </w:rPr>
        <w:t xml:space="preserve">23) </w:t>
      </w:r>
      <w:r>
        <w:rPr>
          <w:b w:val="0"/>
          <w:i w:val="0"/>
        </w:rPr>
        <w:t xml:space="preserve">I do my homework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 school.</w:t>
      </w:r>
    </w:p>
    <w:p>
      <w:r>
        <w:rPr>
          <w:b/>
          <w:i w:val="0"/>
          <w:color w:val="2E5E8C"/>
        </w:rPr>
        <w:t xml:space="preserve">24) </w:t>
      </w:r>
      <w:r>
        <w:rPr>
          <w:b w:val="0"/>
          <w:i w:val="0"/>
        </w:rPr>
        <w:t xml:space="preserve">I wash my face </w:t>
      </w:r>
      <w:r>
        <w:rPr>
          <w:b w:val="0"/>
          <w:i w:val="0"/>
          <w:color w:val="666666"/>
        </w:rPr>
        <w:t>______________</w:t>
      </w:r>
      <w:r>
        <w:rPr>
          <w:b w:val="0"/>
          <w:i w:val="0"/>
        </w:rPr>
        <w:t xml:space="preserve"> I get up.</w:t>
      </w:r>
    </w:p>
    <w:p>
      <w:r>
        <w:rPr>
          <w:b/>
          <w:i w:val="0"/>
          <w:color w:val="2E5E8C"/>
        </w:rPr>
        <w:t xml:space="preserve">25) </w:t>
      </w:r>
      <w:r>
        <w:rPr>
          <w:b w:val="0"/>
          <w:i w:val="0"/>
        </w:rPr>
        <w:t xml:space="preserve">I go to bed </w:t>
      </w:r>
      <w:r>
        <w:rPr>
          <w:b w:val="0"/>
          <w:i w:val="0"/>
          <w:color w:val="666666"/>
        </w:rPr>
        <w:t>________________</w:t>
      </w:r>
      <w:r>
        <w:rPr>
          <w:b w:val="0"/>
          <w:i w:val="0"/>
        </w:rPr>
        <w:t xml:space="preserve"> I brush my teeth.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F. Choose the correct answer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26) </w:t>
      </w:r>
      <w:r>
        <w:rPr>
          <w:b w:val="0"/>
          <w:i w:val="0"/>
        </w:rPr>
        <w:t>I have breakfast ___ 7 o'clock ___ Monday.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at / on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on / in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in / at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at / in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27) </w:t>
      </w:r>
      <w:r>
        <w:rPr>
          <w:b w:val="0"/>
          <w:i w:val="0"/>
        </w:rPr>
        <w:t>We play football ___ after school ___ Friday.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on / at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at / on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in / on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on / in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28) </w:t>
      </w:r>
      <w:r>
        <w:rPr>
          <w:b w:val="0"/>
          <w:i w:val="0"/>
        </w:rPr>
        <w:t>My birthday is ___ September. I was born ___ 2015.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in / in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on / in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in / on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at / in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29) </w:t>
      </w:r>
      <w:r>
        <w:rPr>
          <w:b w:val="0"/>
          <w:i w:val="0"/>
        </w:rPr>
        <w:t>I brush my teeth ___ I go to bed.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before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at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in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on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30) </w:t>
      </w:r>
      <w:r>
        <w:rPr>
          <w:b w:val="0"/>
          <w:i w:val="0"/>
        </w:rPr>
        <w:t>It's quarter ___ ten. (9:45)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past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to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at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on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31) </w:t>
      </w:r>
      <w:r>
        <w:rPr>
          <w:b w:val="0"/>
          <w:i w:val="0"/>
        </w:rPr>
        <w:t>It's half ___ five. (5:30)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A) </w:t>
      </w:r>
      <w:r>
        <w:rPr>
          <w:b w:val="0"/>
          <w:i w:val="0"/>
        </w:rPr>
        <w:t>to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B) </w:t>
      </w:r>
      <w:r>
        <w:rPr>
          <w:b w:val="0"/>
          <w:i w:val="0"/>
        </w:rPr>
        <w:t>past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C) </w:t>
      </w:r>
      <w:r>
        <w:rPr>
          <w:b w:val="0"/>
          <w:i w:val="0"/>
        </w:rPr>
        <w:t>at</w:t>
      </w:r>
    </w:p>
    <w:p>
      <w:pPr>
        <w:spacing w:after="40"/>
        <w:ind w:left="340"/>
      </w:pPr>
      <w:r>
        <w:rPr>
          <w:b/>
          <w:i w:val="0"/>
          <w:color w:val="2E5E8C"/>
        </w:rPr>
        <w:t xml:space="preserve">D) </w:t>
      </w:r>
      <w:r>
        <w:rPr>
          <w:b w:val="0"/>
          <w:i w:val="0"/>
        </w:rPr>
        <w:t>on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</w:rPr>
      <w:t xml:space="preserve">5. Sınıf • Worksheet 2/3   —   </w:t>
    </w:r>
    <w:r>
      <w:rPr>
        <w:b w:val="0"/>
        <w:i w:val="0"/>
        <w:color w:val="666666"/>
        <w:sz w:val="18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</w:rPr>
      <w:t>Eduvia • KGS Hazırlık</w:t>
    </w:r>
    <w:r>
      <w:rPr>
        <w:b w:val="0"/>
        <w:i w:val="0"/>
        <w:color w:val="666666"/>
        <w:sz w:val="18"/>
      </w:rPr>
      <w:tab/>
      <w:t>Unit 1 — Week 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