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Bdr>
          <w:bottom w:val="single" w:sz="10" w:color="2E5E8C" w:space="4"/>
        </w:pBdr>
      </w:pPr>
      <w:r>
        <w:rPr>
          <w:b/>
          <w:i w:val="0"/>
          <w:color w:val="2E5E8C"/>
          <w:sz w:val="28"/>
          <w:u w:val="none"/>
        </w:rPr>
        <w:t>5. Sınıf İngilizce — Unit 1: My Day — Cevap Anahtarı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1) </w:t>
      </w:r>
      <w:r>
        <w:rPr>
          <w:b w:val="0"/>
          <w:i w:val="0"/>
          <w:color w:val="666666"/>
          <w:sz w:val="18"/>
          <w:u w:val="none"/>
        </w:rPr>
        <w:t>__Tom__ is a student. → ____</w:t>
      </w:r>
    </w:p>
    <w:p>
      <w:pPr>
        <w:spacing w:after="80"/>
        <w:ind w:left="340"/>
      </w:pPr>
      <w:r>
        <w:rPr>
          <w:b w:val="0"/>
          <w:i w:val="0"/>
          <w:u w:val="none"/>
        </w:rPr>
        <w:t>He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2) </w:t>
      </w:r>
      <w:r>
        <w:rPr>
          <w:b w:val="0"/>
          <w:i w:val="0"/>
          <w:color w:val="666666"/>
          <w:sz w:val="18"/>
          <w:u w:val="none"/>
        </w:rPr>
        <w:t>__Lisa__ is my friend. → ____</w:t>
      </w:r>
    </w:p>
    <w:p>
      <w:pPr>
        <w:spacing w:after="80"/>
        <w:ind w:left="340"/>
      </w:pPr>
      <w:r>
        <w:rPr>
          <w:b w:val="0"/>
          <w:i w:val="0"/>
          <w:u w:val="none"/>
        </w:rPr>
        <w:t>She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3) </w:t>
      </w:r>
      <w:r>
        <w:rPr>
          <w:b w:val="0"/>
          <w:i w:val="0"/>
          <w:color w:val="666666"/>
          <w:sz w:val="18"/>
          <w:u w:val="none"/>
        </w:rPr>
        <w:t>__The cat__ is on the table. → ____</w:t>
      </w:r>
    </w:p>
    <w:p>
      <w:pPr>
        <w:spacing w:after="80"/>
        <w:ind w:left="340"/>
      </w:pPr>
      <w:r>
        <w:rPr>
          <w:b w:val="0"/>
          <w:i w:val="0"/>
          <w:u w:val="none"/>
        </w:rPr>
        <w:t>It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4) </w:t>
      </w:r>
      <w:r>
        <w:rPr>
          <w:b w:val="0"/>
          <w:i w:val="0"/>
          <w:color w:val="666666"/>
          <w:sz w:val="18"/>
          <w:u w:val="none"/>
        </w:rPr>
        <w:t>__Tom and Lisa__ are happy. → ____</w:t>
      </w:r>
    </w:p>
    <w:p>
      <w:pPr>
        <w:spacing w:after="80"/>
        <w:ind w:left="340"/>
      </w:pPr>
      <w:r>
        <w:rPr>
          <w:b w:val="0"/>
          <w:i w:val="0"/>
          <w:u w:val="none"/>
        </w:rPr>
        <w:t>They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5) </w:t>
      </w:r>
      <w:r>
        <w:rPr>
          <w:b w:val="0"/>
          <w:i w:val="0"/>
          <w:color w:val="666666"/>
          <w:sz w:val="18"/>
          <w:u w:val="none"/>
        </w:rPr>
        <w:t>__My friends and I__ are in the class. → ____</w:t>
      </w:r>
    </w:p>
    <w:p>
      <w:pPr>
        <w:spacing w:after="80"/>
        <w:ind w:left="340"/>
      </w:pPr>
      <w:r>
        <w:rPr>
          <w:b w:val="0"/>
          <w:i w:val="0"/>
          <w:u w:val="none"/>
        </w:rPr>
        <w:t>We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6) </w:t>
      </w:r>
      <w:r>
        <w:rPr>
          <w:b w:val="0"/>
          <w:i w:val="0"/>
          <w:color w:val="666666"/>
          <w:sz w:val="18"/>
          <w:u w:val="none"/>
        </w:rPr>
        <w:t>__The book__ is new. → ____</w:t>
      </w:r>
    </w:p>
    <w:p>
      <w:pPr>
        <w:spacing w:after="80"/>
        <w:ind w:left="340"/>
      </w:pPr>
      <w:r>
        <w:rPr>
          <w:b w:val="0"/>
          <w:i w:val="0"/>
          <w:u w:val="none"/>
        </w:rPr>
        <w:t>It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7) </w:t>
      </w:r>
      <w:r>
        <w:rPr>
          <w:b w:val="0"/>
          <w:i w:val="0"/>
          <w:color w:val="666666"/>
          <w:sz w:val="18"/>
          <w:u w:val="none"/>
        </w:rPr>
        <w:t>__My mother__ is a teacher. → ____</w:t>
      </w:r>
    </w:p>
    <w:p>
      <w:pPr>
        <w:spacing w:after="80"/>
        <w:ind w:left="340"/>
      </w:pPr>
      <w:r>
        <w:rPr>
          <w:b w:val="0"/>
          <w:i w:val="0"/>
          <w:u w:val="none"/>
        </w:rPr>
        <w:t>She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8) </w:t>
      </w:r>
      <w:r>
        <w:rPr>
          <w:b w:val="0"/>
          <w:i w:val="0"/>
          <w:color w:val="666666"/>
          <w:sz w:val="18"/>
          <w:u w:val="none"/>
        </w:rPr>
        <w:t>__My father and my uncle__ are doctors. → ____</w:t>
      </w:r>
    </w:p>
    <w:p>
      <w:pPr>
        <w:spacing w:after="80"/>
        <w:ind w:left="340"/>
      </w:pPr>
      <w:r>
        <w:rPr>
          <w:b w:val="0"/>
          <w:i w:val="0"/>
          <w:u w:val="none"/>
        </w:rPr>
        <w:t>They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9) </w:t>
      </w:r>
      <w:r>
        <w:rPr>
          <w:b w:val="0"/>
          <w:i w:val="0"/>
          <w:color w:val="666666"/>
          <w:sz w:val="18"/>
          <w:u w:val="none"/>
        </w:rPr>
        <w:t>__The dog__ is in the garden. → ____</w:t>
      </w:r>
    </w:p>
    <w:p>
      <w:pPr>
        <w:spacing w:after="80"/>
        <w:ind w:left="340"/>
      </w:pPr>
      <w:r>
        <w:rPr>
          <w:b w:val="0"/>
          <w:i w:val="0"/>
          <w:u w:val="none"/>
        </w:rPr>
        <w:t>It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10) </w:t>
      </w:r>
      <w:r>
        <w:rPr>
          <w:b w:val="0"/>
          <w:i w:val="0"/>
          <w:color w:val="666666"/>
          <w:sz w:val="18"/>
          <w:u w:val="none"/>
        </w:rPr>
        <w:t>__Anna and I__ are friends. → ____</w:t>
      </w:r>
    </w:p>
    <w:p>
      <w:pPr>
        <w:spacing w:after="80"/>
        <w:ind w:left="340"/>
      </w:pPr>
      <w:r>
        <w:rPr>
          <w:b w:val="0"/>
          <w:i w:val="0"/>
          <w:u w:val="none"/>
        </w:rPr>
        <w:t>We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11) </w:t>
      </w:r>
      <w:r>
        <w:rPr>
          <w:b w:val="0"/>
          <w:i w:val="0"/>
          <w:color w:val="666666"/>
          <w:sz w:val="18"/>
          <w:u w:val="none"/>
        </w:rPr>
        <w:t>__Mr. Smith__ is our teacher. → ____</w:t>
      </w:r>
    </w:p>
    <w:p>
      <w:pPr>
        <w:spacing w:after="80"/>
        <w:ind w:left="340"/>
      </w:pPr>
      <w:r>
        <w:rPr>
          <w:b w:val="0"/>
          <w:i w:val="0"/>
          <w:u w:val="none"/>
        </w:rPr>
        <w:t>He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12) </w:t>
      </w:r>
      <w:r>
        <w:rPr>
          <w:b w:val="0"/>
          <w:i w:val="0"/>
          <w:color w:val="666666"/>
          <w:sz w:val="18"/>
          <w:u w:val="none"/>
        </w:rPr>
        <w:t>__The students__ are in the classroom. → ____</w:t>
      </w:r>
    </w:p>
    <w:p>
      <w:pPr>
        <w:spacing w:after="80"/>
        <w:ind w:left="340"/>
      </w:pPr>
      <w:r>
        <w:rPr>
          <w:b w:val="0"/>
          <w:i w:val="0"/>
          <w:u w:val="none"/>
        </w:rPr>
        <w:t>They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13) </w:t>
      </w:r>
      <w:r>
        <w:rPr>
          <w:b w:val="0"/>
          <w:i w:val="0"/>
          <w:color w:val="666666"/>
          <w:sz w:val="18"/>
          <w:u w:val="none"/>
        </w:rPr>
        <w:t>__My sister__ is ten years old. → ____</w:t>
      </w:r>
    </w:p>
    <w:p>
      <w:pPr>
        <w:spacing w:after="80"/>
        <w:ind w:left="340"/>
      </w:pPr>
      <w:r>
        <w:rPr>
          <w:b w:val="0"/>
          <w:i w:val="0"/>
          <w:u w:val="none"/>
        </w:rPr>
        <w:t>She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14) </w:t>
      </w:r>
      <w:r>
        <w:rPr>
          <w:b w:val="0"/>
          <w:i w:val="0"/>
          <w:color w:val="666666"/>
          <w:sz w:val="18"/>
          <w:u w:val="none"/>
        </w:rPr>
        <w:t>__The pen and the ruler__ are on the desk. → ____</w:t>
      </w:r>
    </w:p>
    <w:p>
      <w:pPr>
        <w:spacing w:after="80"/>
        <w:ind w:left="340"/>
      </w:pPr>
      <w:r>
        <w:rPr>
          <w:b w:val="0"/>
          <w:i w:val="0"/>
          <w:u w:val="none"/>
        </w:rPr>
        <w:t>They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15) </w:t>
      </w:r>
      <w:r>
        <w:rPr>
          <w:b w:val="0"/>
          <w:i w:val="0"/>
          <w:color w:val="666666"/>
          <w:sz w:val="18"/>
          <w:u w:val="none"/>
        </w:rPr>
        <w:t>___ is my best friend. (Sarah)</w:t>
      </w:r>
    </w:p>
    <w:p>
      <w:pPr>
        <w:spacing w:after="80"/>
        <w:ind w:left="340"/>
      </w:pPr>
      <w:r>
        <w:rPr>
          <w:b w:val="0"/>
          <w:i w:val="0"/>
          <w:u w:val="none"/>
        </w:rPr>
        <w:t>B) She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16) </w:t>
      </w:r>
      <w:r>
        <w:rPr>
          <w:b w:val="0"/>
          <w:i w:val="0"/>
          <w:color w:val="666666"/>
          <w:sz w:val="18"/>
          <w:u w:val="none"/>
        </w:rPr>
        <w:t>___ are students. (Tom and I)</w:t>
      </w:r>
    </w:p>
    <w:p>
      <w:pPr>
        <w:spacing w:after="80"/>
        <w:ind w:left="340"/>
      </w:pPr>
      <w:r>
        <w:rPr>
          <w:b w:val="0"/>
          <w:i w:val="0"/>
          <w:u w:val="none"/>
        </w:rPr>
        <w:t>A) We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17) </w:t>
      </w:r>
      <w:r>
        <w:rPr>
          <w:b w:val="0"/>
          <w:i w:val="0"/>
          <w:color w:val="666666"/>
          <w:sz w:val="18"/>
          <w:u w:val="none"/>
        </w:rPr>
        <w:t>___ is a big dog. (Rex)</w:t>
      </w:r>
    </w:p>
    <w:p>
      <w:pPr>
        <w:spacing w:after="80"/>
        <w:ind w:left="340"/>
      </w:pPr>
      <w:r>
        <w:rPr>
          <w:b w:val="0"/>
          <w:i w:val="0"/>
          <w:u w:val="none"/>
        </w:rPr>
        <w:t>C) It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18) </w:t>
      </w:r>
      <w:r>
        <w:rPr>
          <w:b w:val="0"/>
          <w:i w:val="0"/>
          <w:color w:val="666666"/>
          <w:sz w:val="18"/>
          <w:u w:val="none"/>
        </w:rPr>
        <w:t>___ is my teacher. (Mr. Brown)</w:t>
      </w:r>
    </w:p>
    <w:p>
      <w:pPr>
        <w:spacing w:after="80"/>
        <w:ind w:left="340"/>
      </w:pPr>
      <w:r>
        <w:rPr>
          <w:b w:val="0"/>
          <w:i w:val="0"/>
          <w:u w:val="none"/>
        </w:rPr>
        <w:t>B) He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19) </w:t>
      </w:r>
      <w:r>
        <w:rPr>
          <w:b w:val="0"/>
          <w:i w:val="0"/>
          <w:color w:val="666666"/>
          <w:sz w:val="18"/>
          <w:u w:val="none"/>
        </w:rPr>
        <w:t>___ are at school. (the children)</w:t>
      </w:r>
    </w:p>
    <w:p>
      <w:pPr>
        <w:spacing w:after="80"/>
        <w:ind w:left="340"/>
      </w:pPr>
      <w:r>
        <w:rPr>
          <w:b w:val="0"/>
          <w:i w:val="0"/>
          <w:u w:val="none"/>
        </w:rPr>
        <w:t>D) They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20) </w:t>
      </w:r>
      <w:r>
        <w:rPr>
          <w:b w:val="0"/>
          <w:i w:val="0"/>
          <w:color w:val="666666"/>
          <w:sz w:val="18"/>
          <w:u w:val="none"/>
        </w:rPr>
        <w:t>___ am ten years old. (me)</w:t>
      </w:r>
    </w:p>
    <w:p>
      <w:pPr>
        <w:spacing w:after="80"/>
        <w:ind w:left="340"/>
      </w:pPr>
      <w:r>
        <w:rPr>
          <w:b w:val="0"/>
          <w:i w:val="0"/>
          <w:u w:val="none"/>
        </w:rPr>
        <w:t>A) I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21) </w:t>
      </w:r>
      <w:r>
        <w:rPr>
          <w:b w:val="0"/>
          <w:i w:val="0"/>
          <w:color w:val="666666"/>
          <w:sz w:val="18"/>
          <w:u w:val="none"/>
        </w:rPr>
        <w:t>___ is my new pencil case. (this thing)</w:t>
      </w:r>
    </w:p>
    <w:p>
      <w:pPr>
        <w:spacing w:after="80"/>
        <w:ind w:left="340"/>
      </w:pPr>
      <w:r>
        <w:rPr>
          <w:b w:val="0"/>
          <w:i w:val="0"/>
          <w:u w:val="none"/>
        </w:rPr>
        <w:t>C) It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22) </w:t>
      </w:r>
      <w:r>
        <w:rPr>
          <w:b w:val="0"/>
          <w:i w:val="0"/>
          <w:color w:val="666666"/>
          <w:sz w:val="18"/>
          <w:u w:val="none"/>
        </w:rPr>
        <w:t>___ are my grandparents. (grandma and grandpa)</w:t>
      </w:r>
    </w:p>
    <w:p>
      <w:pPr>
        <w:spacing w:after="80"/>
        <w:ind w:left="340"/>
      </w:pPr>
      <w:r>
        <w:rPr>
          <w:b w:val="0"/>
          <w:i w:val="0"/>
          <w:u w:val="none"/>
        </w:rPr>
        <w:t>D) They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23) </w:t>
      </w:r>
      <w:r>
        <w:rPr>
          <w:b w:val="0"/>
          <w:i w:val="0"/>
          <w:color w:val="666666"/>
          <w:sz w:val="18"/>
          <w:u w:val="none"/>
        </w:rPr>
        <w:t>___ is a nurse. (my aunt)</w:t>
      </w:r>
    </w:p>
    <w:p>
      <w:pPr>
        <w:spacing w:after="80"/>
        <w:ind w:left="340"/>
      </w:pPr>
      <w:r>
        <w:rPr>
          <w:b w:val="0"/>
          <w:i w:val="0"/>
          <w:u w:val="none"/>
        </w:rPr>
        <w:t>B) She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24) </w:t>
      </w:r>
      <w:r>
        <w:rPr>
          <w:b w:val="0"/>
          <w:i w:val="0"/>
          <w:color w:val="666666"/>
          <w:sz w:val="18"/>
          <w:u w:val="none"/>
        </w:rPr>
        <w:t>___ are in the same class. (you and Ali)</w:t>
      </w:r>
    </w:p>
    <w:p>
      <w:pPr>
        <w:spacing w:after="80"/>
        <w:ind w:left="340"/>
      </w:pPr>
      <w:r>
        <w:rPr>
          <w:b w:val="0"/>
          <w:i w:val="0"/>
          <w:u w:val="none"/>
        </w:rPr>
        <w:t>A) We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25) </w:t>
      </w:r>
      <w:r>
        <w:rPr>
          <w:b w:val="0"/>
          <w:i w:val="0"/>
          <w:color w:val="666666"/>
          <w:sz w:val="18"/>
          <w:u w:val="none"/>
        </w:rPr>
        <w:t>I ________ a student.</w:t>
      </w:r>
    </w:p>
    <w:p>
      <w:pPr>
        <w:spacing w:after="80"/>
        <w:ind w:left="340"/>
      </w:pPr>
      <w:r>
        <w:rPr>
          <w:b w:val="0"/>
          <w:i w:val="0"/>
          <w:u w:val="none"/>
        </w:rPr>
        <w:t>am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26) </w:t>
      </w:r>
      <w:r>
        <w:rPr>
          <w:b w:val="0"/>
          <w:i w:val="0"/>
          <w:color w:val="666666"/>
          <w:sz w:val="18"/>
          <w:u w:val="none"/>
        </w:rPr>
        <w:t>She ________ my teacher.</w:t>
      </w:r>
    </w:p>
    <w:p>
      <w:pPr>
        <w:spacing w:after="80"/>
        <w:ind w:left="340"/>
      </w:pPr>
      <w:r>
        <w:rPr>
          <w:b w:val="0"/>
          <w:i w:val="0"/>
          <w:u w:val="none"/>
        </w:rPr>
        <w:t>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27) </w:t>
      </w:r>
      <w:r>
        <w:rPr>
          <w:b w:val="0"/>
          <w:i w:val="0"/>
          <w:color w:val="666666"/>
          <w:sz w:val="18"/>
          <w:u w:val="none"/>
        </w:rPr>
        <w:t>They ________ happy today.</w:t>
      </w:r>
    </w:p>
    <w:p>
      <w:pPr>
        <w:spacing w:after="80"/>
        <w:ind w:left="340"/>
      </w:pPr>
      <w:r>
        <w:rPr>
          <w:b w:val="0"/>
          <w:i w:val="0"/>
          <w:u w:val="none"/>
        </w:rPr>
        <w:t>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28) </w:t>
      </w:r>
      <w:r>
        <w:rPr>
          <w:b w:val="0"/>
          <w:i w:val="0"/>
          <w:color w:val="666666"/>
          <w:sz w:val="18"/>
          <w:u w:val="none"/>
        </w:rPr>
        <w:t>He ________ not at school.</w:t>
      </w:r>
    </w:p>
    <w:p>
      <w:pPr>
        <w:spacing w:after="80"/>
        <w:ind w:left="340"/>
      </w:pPr>
      <w:r>
        <w:rPr>
          <w:b w:val="0"/>
          <w:i w:val="0"/>
          <w:u w:val="none"/>
        </w:rPr>
        <w:t>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29) </w:t>
      </w:r>
      <w:r>
        <w:rPr>
          <w:b w:val="0"/>
          <w:i w:val="0"/>
          <w:color w:val="666666"/>
          <w:sz w:val="18"/>
          <w:u w:val="none"/>
        </w:rPr>
        <w:t>We ________ in the classroom.</w:t>
      </w:r>
    </w:p>
    <w:p>
      <w:pPr>
        <w:spacing w:after="80"/>
        <w:ind w:left="340"/>
      </w:pPr>
      <w:r>
        <w:rPr>
          <w:b w:val="0"/>
          <w:i w:val="0"/>
          <w:u w:val="none"/>
        </w:rPr>
        <w:t>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30) </w:t>
      </w:r>
      <w:r>
        <w:rPr>
          <w:b w:val="0"/>
          <w:i w:val="0"/>
          <w:color w:val="666666"/>
          <w:sz w:val="18"/>
          <w:u w:val="none"/>
        </w:rPr>
        <w:t>It ________ a nice day.</w:t>
      </w:r>
    </w:p>
    <w:p>
      <w:pPr>
        <w:spacing w:after="80"/>
        <w:ind w:left="340"/>
      </w:pPr>
      <w:r>
        <w:rPr>
          <w:b w:val="0"/>
          <w:i w:val="0"/>
          <w:u w:val="none"/>
        </w:rPr>
        <w:t>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31) </w:t>
      </w:r>
      <w:r>
        <w:rPr>
          <w:b w:val="0"/>
          <w:i w:val="0"/>
          <w:color w:val="666666"/>
          <w:sz w:val="18"/>
          <w:u w:val="none"/>
        </w:rPr>
        <w:t>You ________ my best friend.</w:t>
      </w:r>
    </w:p>
    <w:p>
      <w:pPr>
        <w:spacing w:after="80"/>
        <w:ind w:left="340"/>
      </w:pPr>
      <w:r>
        <w:rPr>
          <w:b w:val="0"/>
          <w:i w:val="0"/>
          <w:u w:val="none"/>
        </w:rPr>
        <w:t>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32) </w:t>
      </w:r>
      <w:r>
        <w:rPr>
          <w:b w:val="0"/>
          <w:i w:val="0"/>
          <w:color w:val="666666"/>
          <w:sz w:val="18"/>
          <w:u w:val="none"/>
        </w:rPr>
        <w:t>I ________ not tired.</w:t>
      </w:r>
    </w:p>
    <w:p>
      <w:pPr>
        <w:spacing w:after="80"/>
        <w:ind w:left="340"/>
      </w:pPr>
      <w:r>
        <w:rPr>
          <w:b w:val="0"/>
          <w:i w:val="0"/>
          <w:u w:val="none"/>
        </w:rPr>
        <w:t>am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33) </w:t>
      </w:r>
      <w:r>
        <w:rPr>
          <w:b w:val="0"/>
          <w:i w:val="0"/>
          <w:color w:val="666666"/>
          <w:sz w:val="18"/>
          <w:u w:val="none"/>
        </w:rPr>
        <w:t>The books ________ on the desk.</w:t>
      </w:r>
    </w:p>
    <w:p>
      <w:pPr>
        <w:spacing w:after="80"/>
        <w:ind w:left="340"/>
      </w:pPr>
      <w:r>
        <w:rPr>
          <w:b w:val="0"/>
          <w:i w:val="0"/>
          <w:u w:val="none"/>
        </w:rPr>
        <w:t>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34) </w:t>
      </w:r>
      <w:r>
        <w:rPr>
          <w:b w:val="0"/>
          <w:i w:val="0"/>
          <w:color w:val="666666"/>
          <w:sz w:val="18"/>
          <w:u w:val="none"/>
        </w:rPr>
        <w:t>My sister ________ a doctor.</w:t>
      </w:r>
    </w:p>
    <w:p>
      <w:pPr>
        <w:spacing w:after="80"/>
        <w:ind w:left="340"/>
      </w:pPr>
      <w:r>
        <w:rPr>
          <w:b w:val="0"/>
          <w:i w:val="0"/>
          <w:u w:val="none"/>
        </w:rPr>
        <w:t>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35) </w:t>
      </w:r>
      <w:r>
        <w:rPr>
          <w:b w:val="0"/>
          <w:i w:val="0"/>
          <w:color w:val="666666"/>
          <w:sz w:val="18"/>
          <w:u w:val="none"/>
        </w:rPr>
        <w:t>Tom and I ________ good friends.</w:t>
      </w:r>
    </w:p>
    <w:p>
      <w:pPr>
        <w:spacing w:after="80"/>
        <w:ind w:left="340"/>
      </w:pPr>
      <w:r>
        <w:rPr>
          <w:b w:val="0"/>
          <w:i w:val="0"/>
          <w:u w:val="none"/>
        </w:rPr>
        <w:t>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36) </w:t>
      </w:r>
      <w:r>
        <w:rPr>
          <w:b w:val="0"/>
          <w:i w:val="0"/>
          <w:color w:val="666666"/>
          <w:sz w:val="18"/>
          <w:u w:val="none"/>
        </w:rPr>
        <w:t>The cat ________ on the chair.</w:t>
      </w:r>
    </w:p>
    <w:p>
      <w:pPr>
        <w:spacing w:after="80"/>
        <w:ind w:left="340"/>
      </w:pPr>
      <w:r>
        <w:rPr>
          <w:b w:val="0"/>
          <w:i w:val="0"/>
          <w:u w:val="none"/>
        </w:rPr>
        <w:t>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37) </w:t>
      </w:r>
      <w:r>
        <w:rPr>
          <w:b w:val="0"/>
          <w:i w:val="0"/>
          <w:color w:val="666666"/>
          <w:sz w:val="18"/>
          <w:u w:val="none"/>
        </w:rPr>
        <w:t>My parents ________ at home.</w:t>
      </w:r>
    </w:p>
    <w:p>
      <w:pPr>
        <w:spacing w:after="80"/>
        <w:ind w:left="340"/>
      </w:pPr>
      <w:r>
        <w:rPr>
          <w:b w:val="0"/>
          <w:i w:val="0"/>
          <w:u w:val="none"/>
        </w:rPr>
        <w:t>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38) </w:t>
      </w:r>
      <w:r>
        <w:rPr>
          <w:b w:val="0"/>
          <w:i w:val="0"/>
          <w:color w:val="666666"/>
          <w:sz w:val="18"/>
          <w:u w:val="none"/>
        </w:rPr>
        <w:t>It ________ very hot today.</w:t>
      </w:r>
    </w:p>
    <w:p>
      <w:pPr>
        <w:spacing w:after="80"/>
        <w:ind w:left="340"/>
      </w:pPr>
      <w:r>
        <w:rPr>
          <w:b w:val="0"/>
          <w:i w:val="0"/>
          <w:u w:val="none"/>
        </w:rPr>
        <w:t>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39) </w:t>
      </w:r>
      <w:r>
        <w:rPr>
          <w:b w:val="0"/>
          <w:i w:val="0"/>
          <w:color w:val="666666"/>
          <w:sz w:val="18"/>
          <w:u w:val="none"/>
        </w:rPr>
        <w:t>We ________ not late.</w:t>
      </w:r>
    </w:p>
    <w:p>
      <w:pPr>
        <w:spacing w:after="80"/>
        <w:ind w:left="340"/>
      </w:pPr>
      <w:r>
        <w:rPr>
          <w:b w:val="0"/>
          <w:i w:val="0"/>
          <w:u w:val="none"/>
        </w:rPr>
        <w:t>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40) </w:t>
      </w:r>
      <w:r>
        <w:rPr>
          <w:b w:val="0"/>
          <w:i w:val="0"/>
          <w:color w:val="666666"/>
          <w:sz w:val="18"/>
          <w:u w:val="none"/>
        </w:rPr>
        <w:t>My brother ________ tall.</w:t>
      </w:r>
    </w:p>
    <w:p>
      <w:pPr>
        <w:spacing w:after="80"/>
        <w:ind w:left="340"/>
      </w:pPr>
      <w:r>
        <w:rPr>
          <w:b w:val="0"/>
          <w:i w:val="0"/>
          <w:u w:val="none"/>
        </w:rPr>
        <w:t>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41) </w:t>
      </w:r>
      <w:r>
        <w:rPr>
          <w:b w:val="0"/>
          <w:i w:val="0"/>
          <w:color w:val="666666"/>
          <w:sz w:val="18"/>
          <w:u w:val="none"/>
        </w:rPr>
        <w:t>The children ________ in the garden.</w:t>
      </w:r>
    </w:p>
    <w:p>
      <w:pPr>
        <w:spacing w:after="80"/>
        <w:ind w:left="340"/>
      </w:pPr>
      <w:r>
        <w:rPr>
          <w:b w:val="0"/>
          <w:i w:val="0"/>
          <w:u w:val="none"/>
        </w:rPr>
        <w:t>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42) </w:t>
      </w:r>
      <w:r>
        <w:rPr>
          <w:b w:val="0"/>
          <w:i w:val="0"/>
          <w:color w:val="666666"/>
          <w:sz w:val="18"/>
          <w:u w:val="none"/>
        </w:rPr>
        <w:t>I ________ hungry.</w:t>
      </w:r>
    </w:p>
    <w:p>
      <w:pPr>
        <w:spacing w:after="80"/>
        <w:ind w:left="340"/>
      </w:pPr>
      <w:r>
        <w:rPr>
          <w:b w:val="0"/>
          <w:i w:val="0"/>
          <w:u w:val="none"/>
        </w:rPr>
        <w:t>am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43) </w:t>
      </w:r>
      <w:r>
        <w:rPr>
          <w:b w:val="0"/>
          <w:i w:val="0"/>
          <w:color w:val="666666"/>
          <w:sz w:val="18"/>
          <w:u w:val="none"/>
        </w:rPr>
        <w:t>She ________ not my sister.</w:t>
      </w:r>
    </w:p>
    <w:p>
      <w:pPr>
        <w:spacing w:after="80"/>
        <w:ind w:left="340"/>
      </w:pPr>
      <w:r>
        <w:rPr>
          <w:b w:val="0"/>
          <w:i w:val="0"/>
          <w:u w:val="none"/>
        </w:rPr>
        <w:t>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44) </w:t>
      </w:r>
      <w:r>
        <w:rPr>
          <w:b w:val="0"/>
          <w:i w:val="0"/>
          <w:color w:val="666666"/>
          <w:sz w:val="18"/>
          <w:u w:val="none"/>
        </w:rPr>
        <w:t>You and Tom ________ in the same team.</w:t>
      </w:r>
    </w:p>
    <w:p>
      <w:pPr>
        <w:spacing w:after="80"/>
        <w:ind w:left="340"/>
      </w:pPr>
      <w:r>
        <w:rPr>
          <w:b w:val="0"/>
          <w:i w:val="0"/>
          <w:u w:val="none"/>
        </w:rPr>
        <w:t>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45) </w:t>
      </w:r>
      <w:r>
        <w:rPr>
          <w:b w:val="0"/>
          <w:i w:val="0"/>
          <w:color w:val="666666"/>
          <w:sz w:val="18"/>
          <w:u w:val="none"/>
        </w:rPr>
        <w:t>My brother ___ a football player.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46) </w:t>
      </w:r>
      <w:r>
        <w:rPr>
          <w:b w:val="0"/>
          <w:i w:val="0"/>
          <w:color w:val="666666"/>
          <w:sz w:val="18"/>
          <w:u w:val="none"/>
        </w:rPr>
        <w:t>___ they students?</w:t>
      </w:r>
    </w:p>
    <w:p>
      <w:pPr>
        <w:spacing w:after="80"/>
        <w:ind w:left="340"/>
      </w:pPr>
      <w:r>
        <w:rPr>
          <w:b w:val="0"/>
          <w:i w:val="0"/>
          <w:u w:val="none"/>
        </w:rPr>
        <w:t>C) 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47) </w:t>
      </w:r>
      <w:r>
        <w:rPr>
          <w:b w:val="0"/>
          <w:i w:val="0"/>
          <w:color w:val="666666"/>
          <w:sz w:val="18"/>
          <w:u w:val="none"/>
        </w:rPr>
        <w:t>I ___ not late for school.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am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48) </w:t>
      </w:r>
      <w:r>
        <w:rPr>
          <w:b w:val="0"/>
          <w:i w:val="0"/>
          <w:color w:val="666666"/>
          <w:sz w:val="18"/>
          <w:u w:val="none"/>
        </w:rPr>
        <w:t>Tom and I ___ good friends.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49) </w:t>
      </w:r>
      <w:r>
        <w:rPr>
          <w:b w:val="0"/>
          <w:i w:val="0"/>
          <w:color w:val="666666"/>
          <w:sz w:val="18"/>
          <w:u w:val="none"/>
        </w:rPr>
        <w:t>___ your father a teacher?</w:t>
      </w:r>
    </w:p>
    <w:p>
      <w:pPr>
        <w:spacing w:after="80"/>
        <w:ind w:left="340"/>
      </w:pPr>
      <w:r>
        <w:rPr>
          <w:b w:val="0"/>
          <w:i w:val="0"/>
          <w:u w:val="none"/>
        </w:rPr>
        <w:t>B) 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50) </w:t>
      </w:r>
      <w:r>
        <w:rPr>
          <w:b w:val="0"/>
          <w:i w:val="0"/>
          <w:color w:val="666666"/>
          <w:sz w:val="18"/>
          <w:u w:val="none"/>
        </w:rPr>
        <w:t>The cat ___ on the table.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51) </w:t>
      </w:r>
      <w:r>
        <w:rPr>
          <w:b w:val="0"/>
          <w:i w:val="0"/>
          <w:color w:val="666666"/>
          <w:sz w:val="18"/>
          <w:u w:val="none"/>
        </w:rPr>
        <w:t>We ___ in the same class.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52) </w:t>
      </w:r>
      <w:r>
        <w:rPr>
          <w:b w:val="0"/>
          <w:i w:val="0"/>
          <w:color w:val="666666"/>
          <w:sz w:val="18"/>
          <w:u w:val="none"/>
        </w:rPr>
        <w:t>___ I late?</w:t>
      </w:r>
    </w:p>
    <w:p>
      <w:pPr>
        <w:spacing w:after="80"/>
        <w:ind w:left="340"/>
      </w:pPr>
      <w:r>
        <w:rPr>
          <w:b w:val="0"/>
          <w:i w:val="0"/>
          <w:u w:val="none"/>
        </w:rPr>
        <w:t>B) Am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53) </w:t>
      </w:r>
      <w:r>
        <w:rPr>
          <w:b w:val="0"/>
          <w:i w:val="0"/>
          <w:color w:val="666666"/>
          <w:sz w:val="18"/>
          <w:u w:val="none"/>
        </w:rPr>
        <w:t>My mother and father ___ at home.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54) </w:t>
      </w:r>
      <w:r>
        <w:rPr>
          <w:b w:val="0"/>
          <w:i w:val="0"/>
          <w:color w:val="666666"/>
          <w:sz w:val="18"/>
          <w:u w:val="none"/>
        </w:rPr>
        <w:t>She ___ not my friend.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55) </w:t>
      </w:r>
      <w:r>
        <w:rPr>
          <w:b w:val="0"/>
          <w:i w:val="0"/>
          <w:color w:val="666666"/>
          <w:sz w:val="18"/>
          <w:u w:val="none"/>
        </w:rPr>
        <w:t>___ it a bird?</w:t>
      </w:r>
    </w:p>
    <w:p>
      <w:pPr>
        <w:spacing w:after="80"/>
        <w:ind w:left="340"/>
      </w:pPr>
      <w:r>
        <w:rPr>
          <w:b w:val="0"/>
          <w:i w:val="0"/>
          <w:u w:val="none"/>
        </w:rPr>
        <w:t>B) 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56) </w:t>
      </w:r>
      <w:r>
        <w:rPr>
          <w:b w:val="0"/>
          <w:i w:val="0"/>
          <w:color w:val="666666"/>
          <w:sz w:val="18"/>
          <w:u w:val="none"/>
        </w:rPr>
        <w:t>The books ___ very heavy.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57) </w:t>
      </w:r>
      <w:r>
        <w:rPr>
          <w:b w:val="0"/>
          <w:i w:val="0"/>
          <w:color w:val="666666"/>
          <w:sz w:val="18"/>
          <w:u w:val="none"/>
        </w:rPr>
        <w:t>I ___ ten years old.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am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58) </w:t>
      </w:r>
      <w:r>
        <w:rPr>
          <w:b w:val="0"/>
          <w:i w:val="0"/>
          <w:color w:val="666666"/>
          <w:sz w:val="18"/>
          <w:u w:val="none"/>
        </w:rPr>
        <w:t>___ we ready?</w:t>
      </w:r>
    </w:p>
    <w:p>
      <w:pPr>
        <w:spacing w:after="80"/>
        <w:ind w:left="340"/>
      </w:pPr>
      <w:r>
        <w:rPr>
          <w:b w:val="0"/>
          <w:i w:val="0"/>
          <w:u w:val="none"/>
        </w:rPr>
        <w:t>C) 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59) </w:t>
      </w:r>
      <w:r>
        <w:rPr>
          <w:b w:val="0"/>
          <w:i w:val="0"/>
          <w:color w:val="666666"/>
          <w:sz w:val="18"/>
          <w:u w:val="none"/>
        </w:rPr>
        <w:t>My new shoes ___ blue.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60) </w:t>
      </w:r>
      <w:r>
        <w:rPr>
          <w:b w:val="0"/>
          <w:i w:val="0"/>
          <w:color w:val="666666"/>
          <w:sz w:val="18"/>
          <w:u w:val="none"/>
        </w:rPr>
        <w:t>Is she your friend? → Yes, ____</w:t>
      </w:r>
    </w:p>
    <w:p>
      <w:pPr>
        <w:spacing w:after="80"/>
        <w:ind w:left="340"/>
      </w:pPr>
      <w:r>
        <w:rPr>
          <w:b w:val="0"/>
          <w:i w:val="0"/>
          <w:u w:val="none"/>
        </w:rPr>
        <w:t>Yes, she is.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61) </w:t>
      </w:r>
      <w:r>
        <w:rPr>
          <w:b w:val="0"/>
          <w:i w:val="0"/>
          <w:color w:val="666666"/>
          <w:sz w:val="18"/>
          <w:u w:val="none"/>
        </w:rPr>
        <w:t>Are you a student? → No, ____</w:t>
      </w:r>
    </w:p>
    <w:p>
      <w:pPr>
        <w:spacing w:after="80"/>
        <w:ind w:left="340"/>
      </w:pPr>
      <w:r>
        <w:rPr>
          <w:b w:val="0"/>
          <w:i w:val="0"/>
          <w:u w:val="none"/>
        </w:rPr>
        <w:t>No, I'm not. / No, I am not.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62) </w:t>
      </w:r>
      <w:r>
        <w:rPr>
          <w:b w:val="0"/>
          <w:i w:val="0"/>
          <w:color w:val="666666"/>
          <w:sz w:val="18"/>
          <w:u w:val="none"/>
        </w:rPr>
        <w:t>Is it a dog? → Yes, ____</w:t>
      </w:r>
    </w:p>
    <w:p>
      <w:pPr>
        <w:spacing w:after="80"/>
        <w:ind w:left="340"/>
      </w:pPr>
      <w:r>
        <w:rPr>
          <w:b w:val="0"/>
          <w:i w:val="0"/>
          <w:u w:val="none"/>
        </w:rPr>
        <w:t>Yes, it is.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63) </w:t>
      </w:r>
      <w:r>
        <w:rPr>
          <w:b w:val="0"/>
          <w:i w:val="0"/>
          <w:color w:val="666666"/>
          <w:sz w:val="18"/>
          <w:u w:val="none"/>
        </w:rPr>
        <w:t>Are they happy? → No, ____</w:t>
      </w:r>
    </w:p>
    <w:p>
      <w:pPr>
        <w:spacing w:after="80"/>
        <w:ind w:left="340"/>
      </w:pPr>
      <w:r>
        <w:rPr>
          <w:b w:val="0"/>
          <w:i w:val="0"/>
          <w:u w:val="none"/>
        </w:rPr>
        <w:t>No, they aren't. / No, they are not.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64) </w:t>
      </w:r>
      <w:r>
        <w:rPr>
          <w:b w:val="0"/>
          <w:i w:val="0"/>
          <w:color w:val="666666"/>
          <w:sz w:val="18"/>
          <w:u w:val="none"/>
        </w:rPr>
        <w:t>Is he your teacher? → Yes, ____</w:t>
      </w:r>
    </w:p>
    <w:p>
      <w:pPr>
        <w:spacing w:after="80"/>
        <w:ind w:left="340"/>
      </w:pPr>
      <w:r>
        <w:rPr>
          <w:b w:val="0"/>
          <w:i w:val="0"/>
          <w:u w:val="none"/>
        </w:rPr>
        <w:t>Yes, he is.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65) </w:t>
      </w:r>
      <w:r>
        <w:rPr>
          <w:b w:val="0"/>
          <w:i w:val="0"/>
          <w:color w:val="666666"/>
          <w:sz w:val="18"/>
          <w:u w:val="none"/>
        </w:rPr>
        <w:t>Are we ready? → Yes, ____</w:t>
      </w:r>
    </w:p>
    <w:p>
      <w:pPr>
        <w:spacing w:after="80"/>
        <w:ind w:left="340"/>
      </w:pPr>
      <w:r>
        <w:rPr>
          <w:b w:val="0"/>
          <w:i w:val="0"/>
          <w:u w:val="none"/>
        </w:rPr>
        <w:t>Yes, we are.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66) </w:t>
      </w:r>
      <w:r>
        <w:rPr>
          <w:b w:val="0"/>
          <w:i w:val="0"/>
          <w:color w:val="666666"/>
          <w:sz w:val="18"/>
          <w:u w:val="none"/>
        </w:rPr>
        <w:t>Is your mother a doctor? → No, ____</w:t>
      </w:r>
    </w:p>
    <w:p>
      <w:pPr>
        <w:spacing w:after="80"/>
        <w:ind w:left="340"/>
      </w:pPr>
      <w:r>
        <w:rPr>
          <w:b w:val="0"/>
          <w:i w:val="0"/>
          <w:u w:val="none"/>
        </w:rPr>
        <w:t>No, she isn't. / No, she is not.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67) </w:t>
      </w:r>
      <w:r>
        <w:rPr>
          <w:b w:val="0"/>
          <w:i w:val="0"/>
          <w:color w:val="666666"/>
          <w:sz w:val="18"/>
          <w:u w:val="none"/>
        </w:rPr>
        <w:t>Are the books on the desk? → Yes, ____</w:t>
      </w:r>
    </w:p>
    <w:p>
      <w:pPr>
        <w:spacing w:after="80"/>
        <w:ind w:left="340"/>
      </w:pPr>
      <w:r>
        <w:rPr>
          <w:b w:val="0"/>
          <w:i w:val="0"/>
          <w:u w:val="none"/>
        </w:rPr>
        <w:t>Yes, they are.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68) </w:t>
      </w:r>
      <w:r>
        <w:rPr>
          <w:b w:val="0"/>
          <w:i w:val="0"/>
          <w:color w:val="666666"/>
          <w:sz w:val="18"/>
          <w:u w:val="none"/>
        </w:rPr>
        <w:t>Am I late? → No, ____</w:t>
      </w:r>
    </w:p>
    <w:p>
      <w:pPr>
        <w:spacing w:after="80"/>
        <w:ind w:left="340"/>
      </w:pPr>
      <w:r>
        <w:rPr>
          <w:b w:val="0"/>
          <w:i w:val="0"/>
          <w:u w:val="none"/>
        </w:rPr>
        <w:t>No, you aren't. / No, you are not.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69) </w:t>
      </w:r>
      <w:r>
        <w:rPr>
          <w:b w:val="0"/>
          <w:i w:val="0"/>
          <w:color w:val="666666"/>
          <w:sz w:val="18"/>
          <w:u w:val="none"/>
        </w:rPr>
        <w:t>Is Tom your brother? → Yes, ____</w:t>
      </w:r>
    </w:p>
    <w:p>
      <w:pPr>
        <w:spacing w:after="80"/>
        <w:ind w:left="340"/>
      </w:pPr>
      <w:r>
        <w:rPr>
          <w:b w:val="0"/>
          <w:i w:val="0"/>
          <w:u w:val="none"/>
        </w:rPr>
        <w:t>Yes, he is.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70) </w:t>
      </w:r>
      <w:r>
        <w:rPr>
          <w:b w:val="0"/>
          <w:i w:val="0"/>
          <w:color w:val="666666"/>
          <w:sz w:val="18"/>
          <w:u w:val="none"/>
        </w:rPr>
        <w:t>She is a nurse. → ___ she a nurse?</w:t>
      </w:r>
    </w:p>
    <w:p>
      <w:pPr>
        <w:spacing w:after="80"/>
        <w:ind w:left="340"/>
      </w:pPr>
      <w:r>
        <w:rPr>
          <w:b w:val="0"/>
          <w:i w:val="0"/>
          <w:u w:val="none"/>
        </w:rPr>
        <w:t>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71) </w:t>
      </w:r>
      <w:r>
        <w:rPr>
          <w:b w:val="0"/>
          <w:i w:val="0"/>
          <w:color w:val="666666"/>
          <w:sz w:val="18"/>
          <w:u w:val="none"/>
        </w:rPr>
        <w:t>They are students. → ___ they students?</w:t>
      </w:r>
    </w:p>
    <w:p>
      <w:pPr>
        <w:spacing w:after="80"/>
        <w:ind w:left="340"/>
      </w:pPr>
      <w:r>
        <w:rPr>
          <w:b w:val="0"/>
          <w:i w:val="0"/>
          <w:u w:val="none"/>
        </w:rPr>
        <w:t>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72) </w:t>
      </w:r>
      <w:r>
        <w:rPr>
          <w:b w:val="0"/>
          <w:i w:val="0"/>
          <w:color w:val="666666"/>
          <w:sz w:val="18"/>
          <w:u w:val="none"/>
        </w:rPr>
        <w:t>He is my friend. → ___ he your friend?</w:t>
      </w:r>
    </w:p>
    <w:p>
      <w:pPr>
        <w:spacing w:after="80"/>
        <w:ind w:left="340"/>
      </w:pPr>
      <w:r>
        <w:rPr>
          <w:b w:val="0"/>
          <w:i w:val="0"/>
          <w:u w:val="none"/>
        </w:rPr>
        <w:t>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73) </w:t>
      </w:r>
      <w:r>
        <w:rPr>
          <w:b w:val="0"/>
          <w:i w:val="0"/>
          <w:color w:val="666666"/>
          <w:sz w:val="18"/>
          <w:u w:val="none"/>
        </w:rPr>
        <w:t>I am late. → ___ I late?</w:t>
      </w:r>
    </w:p>
    <w:p>
      <w:pPr>
        <w:spacing w:after="80"/>
        <w:ind w:left="340"/>
      </w:pPr>
      <w:r>
        <w:rPr>
          <w:b w:val="0"/>
          <w:i w:val="0"/>
          <w:u w:val="none"/>
        </w:rPr>
        <w:t>Am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74) </w:t>
      </w:r>
      <w:r>
        <w:rPr>
          <w:b w:val="0"/>
          <w:i w:val="0"/>
          <w:color w:val="666666"/>
          <w:sz w:val="18"/>
          <w:u w:val="none"/>
        </w:rPr>
        <w:t>We are in the class. → ___ we in the class?</w:t>
      </w:r>
    </w:p>
    <w:p>
      <w:pPr>
        <w:spacing w:after="80"/>
        <w:ind w:left="340"/>
      </w:pPr>
      <w:r>
        <w:rPr>
          <w:b w:val="0"/>
          <w:i w:val="0"/>
          <w:u w:val="none"/>
        </w:rPr>
        <w:t>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75) </w:t>
      </w:r>
      <w:r>
        <w:rPr>
          <w:b w:val="0"/>
          <w:i w:val="0"/>
          <w:color w:val="666666"/>
          <w:sz w:val="18"/>
          <w:u w:val="none"/>
        </w:rPr>
        <w:t>It is a cat. → ___ it a cat?</w:t>
      </w:r>
    </w:p>
    <w:p>
      <w:pPr>
        <w:spacing w:after="80"/>
        <w:ind w:left="340"/>
      </w:pPr>
      <w:r>
        <w:rPr>
          <w:b w:val="0"/>
          <w:i w:val="0"/>
          <w:u w:val="none"/>
        </w:rPr>
        <w:t>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76) </w:t>
      </w:r>
      <w:r>
        <w:rPr>
          <w:b w:val="0"/>
          <w:i w:val="0"/>
          <w:color w:val="666666"/>
          <w:sz w:val="18"/>
          <w:u w:val="none"/>
        </w:rPr>
        <w:t>You are my friend. → ___ you my friend?</w:t>
      </w:r>
    </w:p>
    <w:p>
      <w:pPr>
        <w:spacing w:after="80"/>
        <w:ind w:left="340"/>
      </w:pPr>
      <w:r>
        <w:rPr>
          <w:b w:val="0"/>
          <w:i w:val="0"/>
          <w:u w:val="none"/>
        </w:rPr>
        <w:t>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77) </w:t>
      </w:r>
      <w:r>
        <w:rPr>
          <w:b w:val="0"/>
          <w:i w:val="0"/>
          <w:color w:val="666666"/>
          <w:sz w:val="18"/>
          <w:u w:val="none"/>
        </w:rPr>
        <w:t>The children are happy. → ___ the children happy?</w:t>
      </w:r>
    </w:p>
    <w:p>
      <w:pPr>
        <w:spacing w:after="80"/>
        <w:ind w:left="340"/>
      </w:pPr>
      <w:r>
        <w:rPr>
          <w:b w:val="0"/>
          <w:i w:val="0"/>
          <w:u w:val="none"/>
        </w:rPr>
        <w:t>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78) </w:t>
      </w:r>
      <w:r>
        <w:rPr>
          <w:b w:val="0"/>
          <w:i w:val="0"/>
          <w:color w:val="666666"/>
          <w:sz w:val="18"/>
          <w:u w:val="none"/>
        </w:rPr>
        <w:t>She is happy. → She ___ happy.</w:t>
      </w:r>
    </w:p>
    <w:p>
      <w:pPr>
        <w:spacing w:after="80"/>
        <w:ind w:left="340"/>
      </w:pPr>
      <w:r>
        <w:rPr>
          <w:b w:val="0"/>
          <w:i w:val="0"/>
          <w:u w:val="none"/>
        </w:rPr>
        <w:t>isn't / is not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79) </w:t>
      </w:r>
      <w:r>
        <w:rPr>
          <w:b w:val="0"/>
          <w:i w:val="0"/>
          <w:color w:val="666666"/>
          <w:sz w:val="18"/>
          <w:u w:val="none"/>
        </w:rPr>
        <w:t>They are here. → They ___ here.</w:t>
      </w:r>
    </w:p>
    <w:p>
      <w:pPr>
        <w:spacing w:after="80"/>
        <w:ind w:left="340"/>
      </w:pPr>
      <w:r>
        <w:rPr>
          <w:b w:val="0"/>
          <w:i w:val="0"/>
          <w:u w:val="none"/>
        </w:rPr>
        <w:t>aren't / are not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80) </w:t>
      </w:r>
      <w:r>
        <w:rPr>
          <w:b w:val="0"/>
          <w:i w:val="0"/>
          <w:color w:val="666666"/>
          <w:sz w:val="18"/>
          <w:u w:val="none"/>
        </w:rPr>
        <w:t>I am a teacher. → I ___ a teacher.</w:t>
      </w:r>
    </w:p>
    <w:p>
      <w:pPr>
        <w:spacing w:after="80"/>
        <w:ind w:left="340"/>
      </w:pPr>
      <w:r>
        <w:rPr>
          <w:b w:val="0"/>
          <w:i w:val="0"/>
          <w:u w:val="none"/>
        </w:rPr>
        <w:t>am not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81) </w:t>
      </w:r>
      <w:r>
        <w:rPr>
          <w:b w:val="0"/>
          <w:i w:val="0"/>
          <w:color w:val="666666"/>
          <w:sz w:val="18"/>
          <w:u w:val="none"/>
        </w:rPr>
        <w:t>It is cold. → It ___ cold.</w:t>
      </w:r>
    </w:p>
    <w:p>
      <w:pPr>
        <w:spacing w:after="80"/>
        <w:ind w:left="340"/>
      </w:pPr>
      <w:r>
        <w:rPr>
          <w:b w:val="0"/>
          <w:i w:val="0"/>
          <w:u w:val="none"/>
        </w:rPr>
        <w:t>isn't / is not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82) </w:t>
      </w:r>
      <w:r>
        <w:rPr>
          <w:b w:val="0"/>
          <w:i w:val="0"/>
          <w:color w:val="666666"/>
          <w:sz w:val="18"/>
          <w:u w:val="none"/>
        </w:rPr>
        <w:t>We are late. → We ___ late.</w:t>
      </w:r>
    </w:p>
    <w:p>
      <w:pPr>
        <w:spacing w:after="80"/>
        <w:ind w:left="340"/>
      </w:pPr>
      <w:r>
        <w:rPr>
          <w:b w:val="0"/>
          <w:i w:val="0"/>
          <w:u w:val="none"/>
        </w:rPr>
        <w:t>aren't / are not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83) </w:t>
      </w:r>
      <w:r>
        <w:rPr>
          <w:b w:val="0"/>
          <w:i w:val="0"/>
          <w:color w:val="666666"/>
          <w:sz w:val="18"/>
          <w:u w:val="none"/>
        </w:rPr>
        <w:t>He is my brother. → He ___ my brother.</w:t>
      </w:r>
    </w:p>
    <w:p>
      <w:pPr>
        <w:spacing w:after="80"/>
        <w:ind w:left="340"/>
      </w:pPr>
      <w:r>
        <w:rPr>
          <w:b w:val="0"/>
          <w:i w:val="0"/>
          <w:u w:val="none"/>
        </w:rPr>
        <w:t>isn't / is not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84) </w:t>
      </w:r>
      <w:r>
        <w:rPr>
          <w:b w:val="0"/>
          <w:i w:val="0"/>
          <w:color w:val="666666"/>
          <w:sz w:val="18"/>
          <w:u w:val="none"/>
        </w:rPr>
        <w:t>You are a student. → You ___ a student.</w:t>
      </w:r>
    </w:p>
    <w:p>
      <w:pPr>
        <w:spacing w:after="80"/>
        <w:ind w:left="340"/>
      </w:pPr>
      <w:r>
        <w:rPr>
          <w:b w:val="0"/>
          <w:i w:val="0"/>
          <w:u w:val="none"/>
        </w:rPr>
        <w:t>aren't / are not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85) </w:t>
      </w:r>
      <w:r>
        <w:rPr>
          <w:b w:val="0"/>
          <w:i w:val="0"/>
          <w:color w:val="666666"/>
          <w:sz w:val="18"/>
          <w:u w:val="none"/>
        </w:rPr>
        <w:t>The books are new. → The books ___ new.</w:t>
      </w:r>
    </w:p>
    <w:p>
      <w:pPr>
        <w:spacing w:after="80"/>
        <w:ind w:left="340"/>
      </w:pPr>
      <w:r>
        <w:rPr>
          <w:b w:val="0"/>
          <w:i w:val="0"/>
          <w:u w:val="none"/>
        </w:rPr>
        <w:t>aren't / are not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86) </w:t>
      </w:r>
      <w:r>
        <w:rPr>
          <w:b w:val="0"/>
          <w:i w:val="0"/>
          <w:color w:val="666666"/>
          <w:sz w:val="18"/>
          <w:u w:val="none"/>
        </w:rPr>
        <w:t>I is a student.</w:t>
      </w:r>
    </w:p>
    <w:p>
      <w:pPr>
        <w:spacing w:after="80"/>
        <w:ind w:left="340"/>
      </w:pPr>
      <w:r>
        <w:rPr>
          <w:b w:val="0"/>
          <w:i w:val="0"/>
          <w:u w:val="none"/>
        </w:rPr>
        <w:t>False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87) </w:t>
      </w:r>
      <w:r>
        <w:rPr>
          <w:b w:val="0"/>
          <w:i w:val="0"/>
          <w:color w:val="666666"/>
          <w:sz w:val="18"/>
          <w:u w:val="none"/>
        </w:rPr>
        <w:t>She is my teacher.</w:t>
      </w:r>
    </w:p>
    <w:p>
      <w:pPr>
        <w:spacing w:after="80"/>
        <w:ind w:left="340"/>
      </w:pPr>
      <w:r>
        <w:rPr>
          <w:b w:val="0"/>
          <w:i w:val="0"/>
          <w:u w:val="none"/>
        </w:rPr>
        <w:t>True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88) </w:t>
      </w:r>
      <w:r>
        <w:rPr>
          <w:b w:val="0"/>
          <w:i w:val="0"/>
          <w:color w:val="666666"/>
          <w:sz w:val="18"/>
          <w:u w:val="none"/>
        </w:rPr>
        <w:t>They are happy.</w:t>
      </w:r>
    </w:p>
    <w:p>
      <w:pPr>
        <w:spacing w:after="80"/>
        <w:ind w:left="340"/>
      </w:pPr>
      <w:r>
        <w:rPr>
          <w:b w:val="0"/>
          <w:i w:val="0"/>
          <w:u w:val="none"/>
        </w:rPr>
        <w:t>True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89) </w:t>
      </w:r>
      <w:r>
        <w:rPr>
          <w:b w:val="0"/>
          <w:i w:val="0"/>
          <w:color w:val="666666"/>
          <w:sz w:val="18"/>
          <w:u w:val="none"/>
        </w:rPr>
        <w:t>He are my friend.</w:t>
      </w:r>
    </w:p>
    <w:p>
      <w:pPr>
        <w:spacing w:after="80"/>
        <w:ind w:left="340"/>
      </w:pPr>
      <w:r>
        <w:rPr>
          <w:b w:val="0"/>
          <w:i w:val="0"/>
          <w:u w:val="none"/>
        </w:rPr>
        <w:t>False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90) </w:t>
      </w:r>
      <w:r>
        <w:rPr>
          <w:b w:val="0"/>
          <w:i w:val="0"/>
          <w:color w:val="666666"/>
          <w:sz w:val="18"/>
          <w:u w:val="none"/>
        </w:rPr>
        <w:t>We am in the classroom.</w:t>
      </w:r>
    </w:p>
    <w:p>
      <w:pPr>
        <w:spacing w:after="80"/>
        <w:ind w:left="340"/>
      </w:pPr>
      <w:r>
        <w:rPr>
          <w:b w:val="0"/>
          <w:i w:val="0"/>
          <w:u w:val="none"/>
        </w:rPr>
        <w:t>False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91) </w:t>
      </w:r>
      <w:r>
        <w:rPr>
          <w:b w:val="0"/>
          <w:i w:val="0"/>
          <w:color w:val="666666"/>
          <w:sz w:val="18"/>
          <w:u w:val="none"/>
        </w:rPr>
        <w:t>It is a nice day.</w:t>
      </w:r>
    </w:p>
    <w:p>
      <w:pPr>
        <w:spacing w:after="80"/>
        <w:ind w:left="340"/>
      </w:pPr>
      <w:r>
        <w:rPr>
          <w:b w:val="0"/>
          <w:i w:val="0"/>
          <w:u w:val="none"/>
        </w:rPr>
        <w:t>True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92) </w:t>
      </w:r>
      <w:r>
        <w:rPr>
          <w:b w:val="0"/>
          <w:i w:val="0"/>
          <w:color w:val="666666"/>
          <w:sz w:val="18"/>
          <w:u w:val="none"/>
        </w:rPr>
        <w:t>You is my best friend.</w:t>
      </w:r>
    </w:p>
    <w:p>
      <w:pPr>
        <w:spacing w:after="80"/>
        <w:ind w:left="340"/>
      </w:pPr>
      <w:r>
        <w:rPr>
          <w:b w:val="0"/>
          <w:i w:val="0"/>
          <w:u w:val="none"/>
        </w:rPr>
        <w:t>False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93) </w:t>
      </w:r>
      <w:r>
        <w:rPr>
          <w:b w:val="0"/>
          <w:i w:val="0"/>
          <w:color w:val="666666"/>
          <w:sz w:val="18"/>
          <w:u w:val="none"/>
        </w:rPr>
        <w:t>They is at school.</w:t>
      </w:r>
    </w:p>
    <w:p>
      <w:pPr>
        <w:spacing w:after="80"/>
        <w:ind w:left="340"/>
      </w:pPr>
      <w:r>
        <w:rPr>
          <w:b w:val="0"/>
          <w:i w:val="0"/>
          <w:u w:val="none"/>
        </w:rPr>
        <w:t>False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94) </w:t>
      </w:r>
      <w:r>
        <w:rPr>
          <w:b w:val="0"/>
          <w:i w:val="0"/>
          <w:color w:val="666666"/>
          <w:sz w:val="18"/>
          <w:u w:val="none"/>
        </w:rPr>
        <w:t>My sister are a doctor.</w:t>
      </w:r>
    </w:p>
    <w:p>
      <w:pPr>
        <w:spacing w:after="80"/>
        <w:ind w:left="340"/>
      </w:pPr>
      <w:r>
        <w:rPr>
          <w:b w:val="0"/>
          <w:i w:val="0"/>
          <w:u w:val="none"/>
        </w:rPr>
        <w:t>False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95) </w:t>
      </w:r>
      <w:r>
        <w:rPr>
          <w:b w:val="0"/>
          <w:i w:val="0"/>
          <w:color w:val="666666"/>
          <w:sz w:val="18"/>
          <w:u w:val="none"/>
        </w:rPr>
        <w:t>The children are in the garden.</w:t>
      </w:r>
    </w:p>
    <w:p>
      <w:pPr>
        <w:spacing w:after="80"/>
        <w:ind w:left="340"/>
      </w:pPr>
      <w:r>
        <w:rPr>
          <w:b w:val="0"/>
          <w:i w:val="0"/>
          <w:u w:val="none"/>
        </w:rPr>
        <w:t>True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96) </w:t>
      </w:r>
      <w:r>
        <w:rPr>
          <w:b w:val="0"/>
          <w:i w:val="0"/>
          <w:color w:val="666666"/>
          <w:sz w:val="18"/>
          <w:u w:val="none"/>
        </w:rPr>
        <w:t>student / I / a / am → ____</w:t>
      </w:r>
    </w:p>
    <w:p>
      <w:pPr>
        <w:spacing w:after="80"/>
        <w:ind w:left="340"/>
      </w:pPr>
      <w:r>
        <w:rPr>
          <w:b w:val="0"/>
          <w:i w:val="0"/>
          <w:u w:val="none"/>
        </w:rPr>
        <w:t>I am a student.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97) </w:t>
      </w:r>
      <w:r>
        <w:rPr>
          <w:b w:val="0"/>
          <w:i w:val="0"/>
          <w:color w:val="666666"/>
          <w:sz w:val="18"/>
          <w:u w:val="none"/>
        </w:rPr>
        <w:t>is / She / teacher / a → ____</w:t>
      </w:r>
    </w:p>
    <w:p>
      <w:pPr>
        <w:spacing w:after="80"/>
        <w:ind w:left="340"/>
      </w:pPr>
      <w:r>
        <w:rPr>
          <w:b w:val="0"/>
          <w:i w:val="0"/>
          <w:u w:val="none"/>
        </w:rPr>
        <w:t>She is a teacher.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98) </w:t>
      </w:r>
      <w:r>
        <w:rPr>
          <w:b w:val="0"/>
          <w:i w:val="0"/>
          <w:color w:val="666666"/>
          <w:sz w:val="18"/>
          <w:u w:val="none"/>
        </w:rPr>
        <w:t>happy / They / are → ____</w:t>
      </w:r>
    </w:p>
    <w:p>
      <w:pPr>
        <w:spacing w:after="80"/>
        <w:ind w:left="340"/>
      </w:pPr>
      <w:r>
        <w:rPr>
          <w:b w:val="0"/>
          <w:i w:val="0"/>
          <w:u w:val="none"/>
        </w:rPr>
        <w:t>They are happy.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99) </w:t>
      </w:r>
      <w:r>
        <w:rPr>
          <w:b w:val="0"/>
          <w:i w:val="0"/>
          <w:color w:val="666666"/>
          <w:sz w:val="18"/>
          <w:u w:val="none"/>
        </w:rPr>
        <w:t>my / He / friend / is → ____</w:t>
      </w:r>
    </w:p>
    <w:p>
      <w:pPr>
        <w:spacing w:after="80"/>
        <w:ind w:left="340"/>
      </w:pPr>
      <w:r>
        <w:rPr>
          <w:b w:val="0"/>
          <w:i w:val="0"/>
          <w:u w:val="none"/>
        </w:rPr>
        <w:t>He is my friend.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100) </w:t>
      </w:r>
      <w:r>
        <w:rPr>
          <w:b w:val="0"/>
          <w:i w:val="0"/>
          <w:color w:val="666666"/>
          <w:sz w:val="18"/>
          <w:u w:val="none"/>
        </w:rPr>
        <w:t>are / We / class / the / in → ____</w:t>
      </w:r>
    </w:p>
    <w:p>
      <w:pPr>
        <w:spacing w:after="80"/>
        <w:ind w:left="340"/>
      </w:pPr>
      <w:r>
        <w:rPr>
          <w:b w:val="0"/>
          <w:i w:val="0"/>
          <w:u w:val="none"/>
        </w:rPr>
        <w:t>We are in the class.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101) </w:t>
      </w:r>
      <w:r>
        <w:rPr>
          <w:b w:val="0"/>
          <w:i w:val="0"/>
          <w:color w:val="666666"/>
          <w:sz w:val="18"/>
          <w:u w:val="none"/>
        </w:rPr>
        <w:t>is / It / day / nice / a → ____</w:t>
      </w:r>
    </w:p>
    <w:p>
      <w:pPr>
        <w:spacing w:after="80"/>
        <w:ind w:left="340"/>
      </w:pPr>
      <w:r>
        <w:rPr>
          <w:b w:val="0"/>
          <w:i w:val="0"/>
          <w:u w:val="none"/>
        </w:rPr>
        <w:t>It is a nice day.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102) </w:t>
      </w:r>
      <w:r>
        <w:rPr>
          <w:b w:val="0"/>
          <w:i w:val="0"/>
          <w:color w:val="666666"/>
          <w:sz w:val="18"/>
          <w:u w:val="none"/>
        </w:rPr>
        <w:t>late / am / I / not → ____</w:t>
      </w:r>
    </w:p>
    <w:p>
      <w:pPr>
        <w:spacing w:after="80"/>
        <w:ind w:left="340"/>
      </w:pPr>
      <w:r>
        <w:rPr>
          <w:b w:val="0"/>
          <w:i w:val="0"/>
          <w:u w:val="none"/>
        </w:rPr>
        <w:t>I am not late.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103) </w:t>
      </w:r>
      <w:r>
        <w:rPr>
          <w:b w:val="0"/>
          <w:i w:val="0"/>
          <w:color w:val="666666"/>
          <w:sz w:val="18"/>
          <w:u w:val="none"/>
        </w:rPr>
        <w:t>table / The / on / is / cat / the → ____</w:t>
      </w:r>
    </w:p>
    <w:p>
      <w:pPr>
        <w:spacing w:after="80"/>
        <w:ind w:left="340"/>
      </w:pPr>
      <w:r>
        <w:rPr>
          <w:b w:val="0"/>
          <w:i w:val="0"/>
          <w:u w:val="none"/>
        </w:rPr>
        <w:t>The cat is on the table.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104) </w:t>
      </w:r>
      <w:r>
        <w:rPr>
          <w:b w:val="0"/>
          <w:i w:val="0"/>
          <w:color w:val="666666"/>
          <w:sz w:val="18"/>
          <w:u w:val="none"/>
        </w:rPr>
        <w:t>Eşleştirme (8 çift)</w:t>
      </w:r>
    </w:p>
    <w:p>
      <w:pPr>
        <w:spacing w:after="80"/>
        <w:ind w:left="340"/>
      </w:pPr>
      <w:r>
        <w:rPr>
          <w:b w:val="0"/>
          <w:i w:val="0"/>
          <w:u w:val="none"/>
        </w:rPr>
        <w:t>1→E, 2→A, 3→B, 4→C, 5→D, 6→F, 7→G, 8→H</w:t>
      </w:r>
    </w:p>
    <w:sectPr w:rsidR="00FC693F" w:rsidRPr="0006063C" w:rsidSect="00034616"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