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5. Sınıf İngilizce — Unit 1: My Day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Worksheet 1 • to be (am/is/are) + Subject Pronouns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Name: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  <w:r>
        <w:rPr>
          <w:b/>
          <w:i w:val="0"/>
          <w:sz w:val="20"/>
          <w:u w:val="none"/>
        </w:rPr>
        <w:t xml:space="preserve">(Score: ____/100)   </w:t>
      </w:r>
      <w:r>
        <w:rPr>
          <w:b/>
          <w:i w:val="0"/>
          <w:sz w:val="20"/>
          <w:u w:val="none"/>
        </w:rPr>
        <w:t>Class: .....</w:t>
      </w:r>
      <w:r>
        <w:rPr>
          <w:b/>
          <w:i w:val="0"/>
          <w:sz w:val="20"/>
          <w:u w:val="none"/>
        </w:rPr>
        <w:t xml:space="preserve">  No: ....</w:t>
      </w:r>
      <w:r>
        <w:rPr>
          <w:b/>
          <w:i w:val="0"/>
          <w:sz w:val="20"/>
          <w:u w:val="none"/>
        </w:rPr>
        <w:t xml:space="preserve">  Date: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A. Subject Pronouns — Find the subject</w:t>
      </w:r>
    </w:p>
    <w:p>
      <w:pPr>
        <w:jc w:val="both"/>
      </w:pPr>
      <w:r>
        <w:rPr>
          <w:b/>
          <w:i w:val="0"/>
          <w:u w:val="none"/>
        </w:rPr>
        <w:t>Subject Pronouns:</w:t>
      </w:r>
      <w:r>
        <w:rPr>
          <w:b w:val="0"/>
          <w:i w:val="0"/>
          <w:u w:val="none"/>
        </w:rPr>
        <w:t xml:space="preserve"> I • You • He • She • It • We • They</w:t>
        <w:br/>
        <w:t xml:space="preserve">Erkek → </w:t>
      </w:r>
      <w:r>
        <w:rPr>
          <w:b/>
          <w:i w:val="0"/>
          <w:u w:val="none"/>
        </w:rPr>
        <w:t>He</w:t>
      </w:r>
      <w:r>
        <w:rPr>
          <w:b w:val="0"/>
          <w:i w:val="0"/>
          <w:u w:val="none"/>
        </w:rPr>
        <w:t xml:space="preserve"> • Kadın → </w:t>
      </w:r>
      <w:r>
        <w:rPr>
          <w:b/>
          <w:i w:val="0"/>
          <w:u w:val="none"/>
        </w:rPr>
        <w:t>She</w:t>
      </w:r>
      <w:r>
        <w:rPr>
          <w:b w:val="0"/>
          <w:i w:val="0"/>
          <w:u w:val="none"/>
        </w:rPr>
        <w:t xml:space="preserve"> • Hayalık/Nesne → </w:t>
      </w:r>
      <w:r>
        <w:rPr>
          <w:b/>
          <w:i w:val="0"/>
          <w:u w:val="none"/>
        </w:rPr>
        <w:t>It</w:t>
      </w:r>
      <w:r>
        <w:rPr>
          <w:b w:val="0"/>
          <w:i w:val="0"/>
          <w:u w:val="none"/>
        </w:rPr>
        <w:t xml:space="preserve"> • Ben → </w:t>
      </w:r>
      <w:r>
        <w:rPr>
          <w:b/>
          <w:i w:val="0"/>
          <w:u w:val="none"/>
        </w:rPr>
        <w:t>I</w:t>
      </w:r>
      <w:r>
        <w:rPr>
          <w:b w:val="0"/>
          <w:i w:val="0"/>
          <w:u w:val="none"/>
        </w:rPr>
        <w:t xml:space="preserve"> • Sen/Siz → </w:t>
      </w:r>
      <w:r>
        <w:rPr>
          <w:b/>
          <w:i w:val="0"/>
          <w:u w:val="none"/>
        </w:rPr>
        <w:t>You</w:t>
      </w:r>
      <w:r>
        <w:rPr>
          <w:b w:val="0"/>
          <w:i w:val="0"/>
          <w:u w:val="none"/>
        </w:rPr>
        <w:t xml:space="preserve"> • Biz → </w:t>
      </w:r>
      <w:r>
        <w:rPr>
          <w:b/>
          <w:i w:val="0"/>
          <w:u w:val="none"/>
        </w:rPr>
        <w:t>We</w:t>
      </w:r>
      <w:r>
        <w:rPr>
          <w:b w:val="0"/>
          <w:i w:val="0"/>
          <w:u w:val="none"/>
        </w:rPr>
        <w:t xml:space="preserve"> • Onlar → </w:t>
      </w:r>
      <w:r>
        <w:rPr>
          <w:b/>
          <w:i w:val="0"/>
          <w:u w:val="none"/>
        </w:rPr>
        <w:t>They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 w:val="0"/>
                <w:i w:val="0"/>
                <w:u w:val="none"/>
              </w:rPr>
              <w:t>İsmin yerine subject pronoun kullanılır.</w:t>
              <w:br/>
              <w:t xml:space="preserve">Tom → </w:t>
            </w:r>
            <w:r>
              <w:rPr>
                <w:b/>
                <w:i w:val="0"/>
                <w:u w:val="none"/>
              </w:rPr>
              <w:t>He</w:t>
            </w:r>
            <w:r>
              <w:rPr>
                <w:b w:val="0"/>
                <w:i w:val="0"/>
                <w:u w:val="none"/>
              </w:rPr>
              <w:t xml:space="preserve"> • Mary → </w:t>
            </w:r>
            <w:r>
              <w:rPr>
                <w:b/>
                <w:i w:val="0"/>
                <w:u w:val="none"/>
              </w:rPr>
              <w:t>She</w:t>
            </w:r>
            <w:r>
              <w:rPr>
                <w:b w:val="0"/>
                <w:i w:val="0"/>
                <w:u w:val="none"/>
              </w:rPr>
              <w:t xml:space="preserve"> • The cat → </w:t>
            </w:r>
            <w:r>
              <w:rPr>
                <w:b/>
                <w:i w:val="0"/>
                <w:u w:val="none"/>
              </w:rPr>
              <w:t>It</w:t>
            </w:r>
            <w:r>
              <w:rPr>
                <w:b w:val="0"/>
                <w:i w:val="0"/>
                <w:u w:val="none"/>
              </w:rPr>
              <w:t xml:space="preserve"> • Tom and Mary → </w:t>
            </w:r>
            <w:r>
              <w:rPr>
                <w:b/>
                <w:i w:val="0"/>
                <w:u w:val="none"/>
              </w:rPr>
              <w:t>They</w:t>
            </w:r>
            <w:r>
              <w:rPr>
                <w:b w:val="0"/>
                <w:i w:val="0"/>
                <w:u w:val="none"/>
              </w:rPr>
              <w:t xml:space="preserve"> • My friends and I → </w:t>
            </w:r>
            <w:r>
              <w:rPr>
                <w:b/>
                <w:i w:val="0"/>
                <w:u w:val="none"/>
              </w:rPr>
              <w:t>We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Altı çizili ismin yerine doğru subject pronoun yazınız.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single"/>
        </w:rPr>
        <w:t>Tom</w:t>
      </w:r>
      <w:r>
        <w:rPr>
          <w:b w:val="0"/>
          <w:i w:val="0"/>
          <w:u w:val="none"/>
        </w:rPr>
        <w:t xml:space="preserve"> is a student.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single"/>
        </w:rPr>
        <w:t>Lisa</w:t>
      </w:r>
      <w:r>
        <w:rPr>
          <w:b w:val="0"/>
          <w:i w:val="0"/>
          <w:u w:val="none"/>
        </w:rPr>
        <w:t xml:space="preserve"> is my friend.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single"/>
        </w:rPr>
        <w:t>The cat</w:t>
      </w:r>
      <w:r>
        <w:rPr>
          <w:b w:val="0"/>
          <w:i w:val="0"/>
          <w:u w:val="none"/>
        </w:rPr>
        <w:t xml:space="preserve"> is on the table.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single"/>
        </w:rPr>
        <w:t>Tom and Lisa</w:t>
      </w:r>
      <w:r>
        <w:rPr>
          <w:b w:val="0"/>
          <w:i w:val="0"/>
          <w:u w:val="none"/>
        </w:rPr>
        <w:t xml:space="preserve"> are happy.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single"/>
        </w:rPr>
        <w:t>My friends and I</w:t>
      </w:r>
      <w:r>
        <w:rPr>
          <w:b w:val="0"/>
          <w:i w:val="0"/>
          <w:u w:val="none"/>
        </w:rPr>
        <w:t xml:space="preserve"> are in the class.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single"/>
        </w:rPr>
        <w:t>The book</w:t>
      </w:r>
      <w:r>
        <w:rPr>
          <w:b w:val="0"/>
          <w:i w:val="0"/>
          <w:u w:val="none"/>
        </w:rPr>
        <w:t xml:space="preserve"> is new.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single"/>
        </w:rPr>
        <w:t>My mother</w:t>
      </w:r>
      <w:r>
        <w:rPr>
          <w:b w:val="0"/>
          <w:i w:val="0"/>
          <w:u w:val="none"/>
        </w:rPr>
        <w:t xml:space="preserve"> is a teacher.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single"/>
        </w:rPr>
        <w:t>My father and my uncle</w:t>
      </w:r>
      <w:r>
        <w:rPr>
          <w:b w:val="0"/>
          <w:i w:val="0"/>
          <w:u w:val="none"/>
        </w:rPr>
        <w:t xml:space="preserve"> are doctors.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single"/>
        </w:rPr>
        <w:t>The dog</w:t>
      </w:r>
      <w:r>
        <w:rPr>
          <w:b w:val="0"/>
          <w:i w:val="0"/>
          <w:u w:val="none"/>
        </w:rPr>
        <w:t xml:space="preserve"> is in the garden.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single"/>
        </w:rPr>
        <w:t>Anna and I</w:t>
      </w:r>
      <w:r>
        <w:rPr>
          <w:b w:val="0"/>
          <w:i w:val="0"/>
          <w:u w:val="none"/>
        </w:rPr>
        <w:t xml:space="preserve"> are friends.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single"/>
        </w:rPr>
        <w:t>Mr. Smith</w:t>
      </w:r>
      <w:r>
        <w:rPr>
          <w:b w:val="0"/>
          <w:i w:val="0"/>
          <w:u w:val="none"/>
        </w:rPr>
        <w:t xml:space="preserve"> is our teacher.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single"/>
        </w:rPr>
        <w:t>The students</w:t>
      </w:r>
      <w:r>
        <w:rPr>
          <w:b w:val="0"/>
          <w:i w:val="0"/>
          <w:u w:val="none"/>
        </w:rPr>
        <w:t xml:space="preserve"> are in the classroom.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single"/>
        </w:rPr>
        <w:t>My sister</w:t>
      </w:r>
      <w:r>
        <w:rPr>
          <w:b w:val="0"/>
          <w:i w:val="0"/>
          <w:u w:val="none"/>
        </w:rPr>
        <w:t xml:space="preserve"> is ten years old.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single"/>
        </w:rPr>
        <w:t>The pen and the ruler</w:t>
      </w:r>
      <w:r>
        <w:rPr>
          <w:b w:val="0"/>
          <w:i w:val="0"/>
          <w:u w:val="none"/>
        </w:rPr>
        <w:t xml:space="preserve"> are on the desk.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B. Choose the correct subject pronoun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___ is my best friend. (Sarah)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___ are students. (Tom and I)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___ is a big dog. (Rex)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___ is my teacher. (Mr. Brown)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___ are at school. (the children)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___ am ten years old. (me)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___ is my new pencil case. (this thing)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___ are my grandparents. (grandma and grandpa)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___ is a nurse. (my aunt)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___ are in the same class. (you and Ali)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C. am / is / are — Fill in the blanks</w:t>
      </w:r>
    </w:p>
    <w:p>
      <w:pPr>
        <w:jc w:val="both"/>
      </w:pPr>
      <w:r>
        <w:rPr>
          <w:b/>
          <w:i w:val="0"/>
          <w:u w:val="none"/>
        </w:rPr>
        <w:t>Kural:</w:t>
      </w:r>
      <w:r>
        <w:rPr>
          <w:b w:val="0"/>
          <w:i w:val="0"/>
          <w:u w:val="none"/>
        </w:rPr>
        <w:br/>
        <w:t xml:space="preserve">I → </w:t>
      </w:r>
      <w:r>
        <w:rPr>
          <w:b/>
          <w:i w:val="0"/>
          <w:u w:val="none"/>
        </w:rPr>
        <w:t>am</w:t>
      </w:r>
      <w:r>
        <w:rPr>
          <w:b w:val="0"/>
          <w:i w:val="0"/>
          <w:u w:val="none"/>
        </w:rPr>
        <w:t xml:space="preserve"> • He / She / It → </w:t>
      </w:r>
      <w:r>
        <w:rPr>
          <w:b/>
          <w:i w:val="0"/>
          <w:u w:val="none"/>
        </w:rPr>
        <w:t>is</w:t>
      </w:r>
      <w:r>
        <w:rPr>
          <w:b w:val="0"/>
          <w:i w:val="0"/>
          <w:u w:val="none"/>
        </w:rPr>
        <w:t xml:space="preserve"> • You / We / They → </w:t>
      </w:r>
      <w:r>
        <w:rPr>
          <w:b/>
          <w:i w:val="0"/>
          <w:u w:val="none"/>
        </w:rPr>
        <w:t>are</w:t>
      </w:r>
      <w:r>
        <w:rPr>
          <w:b w:val="0"/>
          <w:i w:val="0"/>
          <w:u w:val="none"/>
        </w:rPr>
        <w:br/>
        <w:t>Olumsuz: am not / isn't / aren't</w:t>
        <w:br/>
        <w:t>Soru: Am I...? • Is he...? • Are they...?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DİKKAT: </w:t>
            </w:r>
            <w:r>
              <w:rPr>
                <w:b w:val="0"/>
                <w:i w:val="0"/>
                <w:u w:val="none"/>
              </w:rPr>
              <w:t>Özneye göre am/is/are seçilir!</w:t>
              <w:br/>
              <w:t>I → am (ASLA 'I is' ❌)</w:t>
              <w:br/>
              <w:t>He/She/It → is (ASLA 'She are' ❌)</w:t>
              <w:br/>
              <w:t>You/We/They → are (ASLA 'They is' ❌)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blanks with am / is / are</w:t>
      </w:r>
    </w:p>
    <w:p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a student.</w:t>
      </w:r>
    </w:p>
    <w:p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my teacher.</w:t>
      </w:r>
    </w:p>
    <w:p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happy today.</w:t>
      </w:r>
    </w:p>
    <w:p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not at school.</w:t>
      </w:r>
    </w:p>
    <w:p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in the classroom.</w:t>
      </w:r>
    </w:p>
    <w:p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 xml:space="preserve">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a nice day.</w:t>
      </w:r>
    </w:p>
    <w:p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 xml:space="preserve">You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my best friend.</w:t>
      </w:r>
    </w:p>
    <w:p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not tired.</w:t>
      </w:r>
    </w:p>
    <w:p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 xml:space="preserve">The books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on the desk.</w:t>
      </w:r>
    </w:p>
    <w:p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 xml:space="preserve">My sister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a doctor.</w:t>
      </w:r>
    </w:p>
    <w:p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 xml:space="preserve">Tom and I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good friends.</w:t>
      </w:r>
    </w:p>
    <w:p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 xml:space="preserve">The cat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on the chair.</w:t>
      </w:r>
    </w:p>
    <w:p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 xml:space="preserve">My parents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at home.</w:t>
      </w:r>
    </w:p>
    <w:p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 xml:space="preserve">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very hot today.</w:t>
      </w:r>
    </w:p>
    <w:p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not late.</w:t>
      </w:r>
    </w:p>
    <w:p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 xml:space="preserve">My brother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tall.</w:t>
      </w:r>
    </w:p>
    <w:p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 xml:space="preserve">The children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in the garden.</w:t>
      </w:r>
    </w:p>
    <w:p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hungry.</w:t>
      </w:r>
    </w:p>
    <w:p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not my sister.</w:t>
      </w:r>
    </w:p>
    <w:p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 xml:space="preserve">You and Tom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>__ in the same team.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D. Choose the correct answer (am/is/are)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My brother ___ a football player.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___ they students?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I ___ not late for school.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Tom and I ___ good friends.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does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___ your father a teacher?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The cat ___ on the table.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can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>We ___ in the same class.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>___ I late?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>My mother and father ___ at home.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>She ___ not my friend.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___ it a bird?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u w:val="none"/>
        </w:rPr>
        <w:t>The books ___ very heavy.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u w:val="none"/>
        </w:rPr>
        <w:t>I ___ ten years old.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u w:val="none"/>
        </w:rPr>
        <w:t>___ we ready?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u w:val="none"/>
        </w:rPr>
        <w:t>My new shoes ___ blue.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am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E. Short Answers — Yes / No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PÜF NOKTASI: </w:t>
            </w:r>
            <w:r>
              <w:rPr>
                <w:b w:val="0"/>
                <w:i w:val="0"/>
                <w:u w:val="none"/>
              </w:rPr>
              <w:t>Kısa cevaplarda özne + yardımcı fiil kullanılır.</w:t>
              <w:br/>
              <w:t xml:space="preserve">Is he...? → Yes, he </w:t>
            </w:r>
            <w:r>
              <w:rPr>
                <w:b/>
                <w:i w:val="0"/>
                <w:u w:val="none"/>
              </w:rPr>
              <w:t>is</w:t>
            </w:r>
            <w:r>
              <w:rPr>
                <w:b w:val="0"/>
                <w:i w:val="0"/>
                <w:u w:val="none"/>
              </w:rPr>
              <w:t xml:space="preserve">. / No, he </w:t>
            </w:r>
            <w:r>
              <w:rPr>
                <w:b/>
                <w:i w:val="0"/>
                <w:u w:val="none"/>
              </w:rPr>
              <w:t>isn't</w:t>
            </w:r>
            <w:r>
              <w:rPr>
                <w:b w:val="0"/>
                <w:i w:val="0"/>
                <w:u w:val="none"/>
              </w:rPr>
              <w:t>.</w:t>
              <w:br/>
              <w:t xml:space="preserve">Are they...? → Yes, they </w:t>
            </w:r>
            <w:r>
              <w:rPr>
                <w:b/>
                <w:i w:val="0"/>
                <w:u w:val="none"/>
              </w:rPr>
              <w:t>are</w:t>
            </w:r>
            <w:r>
              <w:rPr>
                <w:b w:val="0"/>
                <w:i w:val="0"/>
                <w:u w:val="none"/>
              </w:rPr>
              <w:t xml:space="preserve">. / No, they </w:t>
            </w:r>
            <w:r>
              <w:rPr>
                <w:b/>
                <w:i w:val="0"/>
                <w:u w:val="none"/>
              </w:rPr>
              <w:t>aren't</w:t>
            </w:r>
            <w:r>
              <w:rPr>
                <w:b w:val="0"/>
                <w:i w:val="0"/>
                <w:u w:val="none"/>
              </w:rPr>
              <w:t>.</w:t>
              <w:br/>
              <w:t>⚠️ 'Yes, he do' YANLIŞ! 'Yes, he is' DOĞRU!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Answer the questions with Yes/No + subject + am/is/are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u w:val="none"/>
        </w:rPr>
        <w:t>Is she your friend? → Yes,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u w:val="none"/>
        </w:rPr>
        <w:t>Are you a student? → No,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u w:val="none"/>
        </w:rPr>
        <w:t>Is it a dog? → Yes,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u w:val="none"/>
        </w:rPr>
        <w:t>Are they happy? → No,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u w:val="none"/>
        </w:rPr>
        <w:t>Is he your teacher? → Yes,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u w:val="none"/>
        </w:rPr>
        <w:t>Are we ready? → Yes,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u w:val="none"/>
        </w:rPr>
        <w:t>Is your mother a doctor? → No,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u w:val="none"/>
        </w:rPr>
        <w:t>Are the books on the desk? → Yes,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u w:val="none"/>
        </w:rPr>
        <w:t>Am I late? → No,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u w:val="none"/>
        </w:rPr>
        <w:t>Is Tom your brother? → Yes,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F. Make Questions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Turn the sentences into questions.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u w:val="none"/>
        </w:rPr>
        <w:t>She is a nurse. → ___ she a nurse?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u w:val="none"/>
        </w:rPr>
        <w:t>They are students. → ___ they students?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u w:val="none"/>
        </w:rPr>
        <w:t>He is my friend. → ___ he your friend?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u w:val="none"/>
        </w:rPr>
        <w:t>I am late. → ___ I late?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u w:val="none"/>
        </w:rPr>
        <w:t>We are in the class. → ___ we in the class?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u w:val="none"/>
        </w:rPr>
        <w:t>It is a cat. → ___ it a cat?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 w:val="0"/>
          <w:u w:val="none"/>
        </w:rPr>
        <w:t>You are my friend. → ___ you my friend?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u w:val="none"/>
        </w:rPr>
        <w:t>The children are happy. → ___ the children happy?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G. Make Negative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Make the sentences negative.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u w:val="none"/>
        </w:rPr>
        <w:t>She is happy. → She ___ happy.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u w:val="none"/>
        </w:rPr>
        <w:t>They are here. → They ___ here.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 w:val="0"/>
          <w:u w:val="none"/>
        </w:rPr>
        <w:t>I am a teacher. → I ___ a teacher.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u w:val="none"/>
        </w:rPr>
        <w:t>It is cold. → It ___ cold.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u w:val="none"/>
        </w:rPr>
        <w:t>We are late. → We ___ late.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u w:val="none"/>
        </w:rPr>
        <w:t>He is my brother. → He ___ my brother.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u w:val="none"/>
        </w:rPr>
        <w:t>You are a student. → You ___ a student.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u w:val="none"/>
        </w:rPr>
        <w:t>The books are new. → The books ___ new.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H. True or False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each sentence. Write T (True) or F (False).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u w:val="none"/>
        </w:rPr>
        <w:t>I is a student.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u w:val="none"/>
        </w:rPr>
        <w:t>She is my teacher.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u w:val="none"/>
        </w:rPr>
        <w:t>They are happy.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u w:val="none"/>
        </w:rPr>
        <w:t>He are my friend.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u w:val="none"/>
        </w:rPr>
        <w:t>We am in the classroom.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u w:val="none"/>
        </w:rPr>
        <w:t>It is a nice day.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u w:val="none"/>
        </w:rPr>
        <w:t>You is my best friend.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u w:val="none"/>
        </w:rPr>
        <w:t>They is at school.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u w:val="none"/>
        </w:rPr>
        <w:t>My sister are a doctor.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u w:val="none"/>
        </w:rPr>
        <w:t>The children are in the garden.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True      (     ) False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I. Reorder the Words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Put the words in the correct order to make sentences.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u w:val="none"/>
        </w:rPr>
        <w:t>student / I / a / am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u w:val="none"/>
        </w:rPr>
        <w:t>is / She / teacher / a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u w:val="none"/>
        </w:rPr>
        <w:t>happy / They / are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u w:val="none"/>
        </w:rPr>
        <w:t>my / He / friend / is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u w:val="none"/>
        </w:rPr>
        <w:t>are / We / class / the / in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101) </w:t>
      </w:r>
      <w:r>
        <w:rPr>
          <w:b w:val="0"/>
          <w:i w:val="0"/>
          <w:u w:val="none"/>
        </w:rPr>
        <w:t>is / It / day / nice / a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102) </w:t>
      </w:r>
      <w:r>
        <w:rPr>
          <w:b w:val="0"/>
          <w:i w:val="0"/>
          <w:u w:val="none"/>
        </w:rPr>
        <w:t>late / am / I / not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103) </w:t>
      </w:r>
      <w:r>
        <w:rPr>
          <w:b w:val="0"/>
          <w:i w:val="0"/>
          <w:u w:val="none"/>
        </w:rPr>
        <w:t>table / The / on / is / cat / the → 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J. Matching — Subject Pronouns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names with the correct subject pronoun.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104) </w:t>
      </w:r>
      <w:r>
        <w:rPr>
          <w:b w:val="0"/>
          <w:i/>
          <w:color w:val="666666"/>
          <w:sz w:val="20"/>
          <w:u w:val="none"/>
        </w:rPr>
        <w:t>Match: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Tom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Lisa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The book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Tom and Lisa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My friends and I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The students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7. </w:t>
            </w:r>
            <w:r>
              <w:rPr>
                <w:b w:val="0"/>
                <w:i w:val="0"/>
                <w:u w:val="none"/>
              </w:rPr>
              <w:t>Rex (the dog)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G)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8. </w:t>
            </w:r>
            <w:r>
              <w:rPr>
                <w:b w:val="0"/>
                <w:i w:val="0"/>
                <w:u w:val="none"/>
              </w:rPr>
              <w:t>My mother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H)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5. Sınıf • Worksheet 1   —   </w:t>
    </w:r>
    <w:r>
      <w:rPr>
        <w:b w:val="0"/>
        <w:i w:val="0"/>
        <w:color w:val="666666"/>
        <w:sz w:val="18"/>
        <w:u w:val="none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Eduvia • KGS Hazırlık</w:t>
    </w:r>
    <w:r>
      <w:rPr>
        <w:b w:val="0"/>
        <w:i w:val="0"/>
        <w:color w:val="666666"/>
        <w:sz w:val="18"/>
        <w:u w:val="none"/>
      </w:rPr>
      <w:tab/>
      <w:t>Unit 1 — Week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