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A478A"/>
          <w:sz w:val="32"/>
        </w:rPr>
        <w:t>5. SINIF İNGİLİZCE</w:t>
      </w:r>
    </w:p>
    <w:p>
      <w:pPr>
        <w:jc w:val="center"/>
      </w:pPr>
      <w:r>
        <w:rPr>
          <w:b/>
          <w:color w:val="2C5F9E"/>
          <w:sz w:val="28"/>
        </w:rPr>
        <w:t>ÜNİTE 7: EATING OUT - DENEME SINAVI</w:t>
      </w:r>
    </w:p>
    <w:p>
      <w:pPr>
        <w:jc w:val="center"/>
      </w:pPr>
      <w:r>
        <w:rPr>
          <w:color w:val="666666"/>
          <w:sz w:val="20"/>
        </w:rPr>
        <w:t>25 Soru  |  Süre: 40 Dakika  |  Kapsam: Ünite 7 + Önceki Üniteler</w:t>
      </w:r>
    </w:p>
    <w:p/>
    <w:p/>
    <w:p>
      <w:pPr>
        <w:spacing w:before="160" w:after="120"/>
      </w:pPr>
      <w:r>
        <w:rPr>
          <w:b/>
          <w:color w:val="1A478A"/>
          <w:sz w:val="24"/>
        </w:rPr>
        <w:t>BÖLÜM 1: GRAMMAR &amp; VOCABULARY (1-16)</w:t>
      </w:r>
    </w:p>
    <w:p>
      <w:r>
        <w:rPr>
          <w:b/>
          <w:sz w:val="22"/>
        </w:rPr>
        <w:t>1. There _______ some milk in the fridge.</w:t>
      </w:r>
    </w:p>
    <w:p>
      <w:pPr>
        <w:spacing w:before="20" w:after="20"/>
        <w:ind w:left="567"/>
      </w:pPr>
      <w:r>
        <w:rPr>
          <w:sz w:val="22"/>
        </w:rPr>
        <w:t>A) is</w:t>
      </w:r>
    </w:p>
    <w:p>
      <w:pPr>
        <w:spacing w:before="20" w:after="20"/>
        <w:ind w:left="567"/>
      </w:pPr>
      <w:r>
        <w:rPr>
          <w:sz w:val="22"/>
        </w:rPr>
        <w:t>B) are</w:t>
      </w:r>
    </w:p>
    <w:p>
      <w:pPr>
        <w:spacing w:before="20" w:after="20"/>
        <w:ind w:left="567"/>
      </w:pPr>
      <w:r>
        <w:rPr>
          <w:sz w:val="22"/>
        </w:rPr>
        <w:t>C) am</w:t>
      </w:r>
    </w:p>
    <w:p>
      <w:pPr>
        <w:spacing w:before="20" w:after="20"/>
        <w:ind w:left="567"/>
      </w:pPr>
      <w:r>
        <w:rPr>
          <w:sz w:val="22"/>
        </w:rPr>
        <w:t>D) be</w:t>
      </w:r>
    </w:p>
    <w:p>
      <w:r>
        <w:rPr>
          <w:b/>
          <w:sz w:val="22"/>
        </w:rPr>
        <w:t>2. A: Would you like _______ orange juice?</w:t>
        <w:br/>
        <w:t>B: Yes, please.</w:t>
      </w:r>
    </w:p>
    <w:p>
      <w:pPr>
        <w:spacing w:before="20" w:after="20"/>
        <w:ind w:left="567"/>
      </w:pPr>
      <w:r>
        <w:rPr>
          <w:sz w:val="22"/>
        </w:rPr>
        <w:t>A) some</w:t>
      </w:r>
    </w:p>
    <w:p>
      <w:pPr>
        <w:spacing w:before="20" w:after="20"/>
        <w:ind w:left="567"/>
      </w:pPr>
      <w:r>
        <w:rPr>
          <w:sz w:val="22"/>
        </w:rPr>
        <w:t>B) any</w:t>
      </w:r>
    </w:p>
    <w:p>
      <w:pPr>
        <w:spacing w:before="20" w:after="20"/>
        <w:ind w:left="567"/>
      </w:pPr>
      <w:r>
        <w:rPr>
          <w:sz w:val="22"/>
        </w:rPr>
        <w:t>C) a</w:t>
      </w:r>
    </w:p>
    <w:p>
      <w:pPr>
        <w:spacing w:before="20" w:after="20"/>
        <w:ind w:left="567"/>
      </w:pPr>
      <w:r>
        <w:rPr>
          <w:sz w:val="22"/>
        </w:rPr>
        <w:t>D) many</w:t>
      </w:r>
    </w:p>
    <w:p>
      <w:r>
        <w:rPr>
          <w:b/>
          <w:sz w:val="22"/>
        </w:rPr>
        <w:t>3. There aren't _______ eggs in the kitchen.</w:t>
      </w:r>
    </w:p>
    <w:p>
      <w:pPr>
        <w:spacing w:before="20" w:after="20"/>
        <w:ind w:left="567"/>
      </w:pPr>
      <w:r>
        <w:rPr>
          <w:sz w:val="22"/>
        </w:rPr>
        <w:t>A) some</w:t>
      </w:r>
    </w:p>
    <w:p>
      <w:pPr>
        <w:spacing w:before="20" w:after="20"/>
        <w:ind w:left="567"/>
      </w:pPr>
      <w:r>
        <w:rPr>
          <w:sz w:val="22"/>
        </w:rPr>
        <w:t>B) a</w:t>
      </w:r>
    </w:p>
    <w:p>
      <w:pPr>
        <w:spacing w:before="20" w:after="20"/>
        <w:ind w:left="567"/>
      </w:pPr>
      <w:r>
        <w:rPr>
          <w:sz w:val="22"/>
        </w:rPr>
        <w:t>C) any</w:t>
      </w:r>
    </w:p>
    <w:p>
      <w:pPr>
        <w:spacing w:before="20" w:after="20"/>
        <w:ind w:left="567"/>
      </w:pPr>
      <w:r>
        <w:rPr>
          <w:sz w:val="22"/>
        </w:rPr>
        <w:t>D) an</w:t>
      </w:r>
    </w:p>
    <w:p>
      <w:r>
        <w:rPr>
          <w:b/>
          <w:sz w:val="22"/>
        </w:rPr>
        <w:t>4. I usually have breakfast _______ 7:30 in the morning.</w:t>
      </w:r>
    </w:p>
    <w:p>
      <w:pPr>
        <w:spacing w:before="20" w:after="20"/>
        <w:ind w:left="567"/>
      </w:pPr>
      <w:r>
        <w:rPr>
          <w:sz w:val="22"/>
        </w:rPr>
        <w:t>A) in</w:t>
      </w:r>
    </w:p>
    <w:p>
      <w:pPr>
        <w:spacing w:before="20" w:after="20"/>
        <w:ind w:left="567"/>
      </w:pPr>
      <w:r>
        <w:rPr>
          <w:sz w:val="22"/>
        </w:rPr>
        <w:t>B) at</w:t>
      </w:r>
    </w:p>
    <w:p>
      <w:pPr>
        <w:spacing w:before="20" w:after="20"/>
        <w:ind w:left="567"/>
      </w:pPr>
      <w:r>
        <w:rPr>
          <w:sz w:val="22"/>
        </w:rPr>
        <w:t>C) on</w:t>
      </w:r>
    </w:p>
    <w:p>
      <w:pPr>
        <w:spacing w:before="20" w:after="20"/>
        <w:ind w:left="567"/>
      </w:pPr>
      <w:r>
        <w:rPr>
          <w:sz w:val="22"/>
        </w:rPr>
        <w:t>D) by</w:t>
      </w:r>
    </w:p>
    <w:p>
      <w:r>
        <w:rPr>
          <w:b/>
          <w:sz w:val="22"/>
        </w:rPr>
        <w:t>5. We need _______ sugar for the cake. Can you buy it?</w:t>
      </w:r>
    </w:p>
    <w:p>
      <w:pPr>
        <w:spacing w:before="20" w:after="20"/>
        <w:ind w:left="567"/>
      </w:pPr>
      <w:r>
        <w:rPr>
          <w:sz w:val="22"/>
        </w:rPr>
        <w:t>A) a lot of</w:t>
      </w:r>
    </w:p>
    <w:p>
      <w:pPr>
        <w:spacing w:before="20" w:after="20"/>
        <w:ind w:left="567"/>
      </w:pPr>
      <w:r>
        <w:rPr>
          <w:sz w:val="22"/>
        </w:rPr>
        <w:t>B) many</w:t>
      </w:r>
    </w:p>
    <w:p>
      <w:pPr>
        <w:spacing w:before="20" w:after="20"/>
        <w:ind w:left="567"/>
      </w:pPr>
      <w:r>
        <w:rPr>
          <w:sz w:val="22"/>
        </w:rPr>
        <w:t>C) a few</w:t>
      </w:r>
    </w:p>
    <w:p>
      <w:pPr>
        <w:spacing w:before="20" w:after="20"/>
        <w:ind w:left="567"/>
      </w:pPr>
      <w:r>
        <w:rPr>
          <w:sz w:val="22"/>
        </w:rPr>
        <w:t>D) an</w:t>
      </w:r>
    </w:p>
    <w:p>
      <w:r>
        <w:rPr>
          <w:b/>
          <w:sz w:val="22"/>
        </w:rPr>
        <w:t>6. A: _______ does the pizza taste?</w:t>
        <w:br/>
        <w:t>B: It tastes delicious!</w:t>
      </w:r>
    </w:p>
    <w:p>
      <w:pPr>
        <w:spacing w:before="20" w:after="20"/>
        <w:ind w:left="567"/>
      </w:pPr>
      <w:r>
        <w:rPr>
          <w:sz w:val="22"/>
        </w:rPr>
        <w:t>A) What</w:t>
      </w:r>
    </w:p>
    <w:p>
      <w:pPr>
        <w:spacing w:before="20" w:after="20"/>
        <w:ind w:left="567"/>
      </w:pPr>
      <w:r>
        <w:rPr>
          <w:sz w:val="22"/>
        </w:rPr>
        <w:t>B) How</w:t>
      </w:r>
    </w:p>
    <w:p>
      <w:pPr>
        <w:spacing w:before="20" w:after="20"/>
        <w:ind w:left="567"/>
      </w:pPr>
      <w:r>
        <w:rPr>
          <w:sz w:val="22"/>
        </w:rPr>
        <w:t>C) Where</w:t>
      </w:r>
    </w:p>
    <w:p>
      <w:pPr>
        <w:spacing w:before="20" w:after="20"/>
        <w:ind w:left="567"/>
      </w:pPr>
      <w:r>
        <w:rPr>
          <w:sz w:val="22"/>
        </w:rPr>
        <w:t>D) When</w:t>
      </w:r>
    </w:p>
    <w:p>
      <w:r>
        <w:rPr>
          <w:b/>
          <w:sz w:val="22"/>
        </w:rPr>
        <w:t>7. My mother _______ to the market every Saturday.</w:t>
      </w:r>
    </w:p>
    <w:p>
      <w:pPr>
        <w:spacing w:before="20" w:after="20"/>
        <w:ind w:left="567"/>
      </w:pPr>
      <w:r>
        <w:rPr>
          <w:sz w:val="22"/>
        </w:rPr>
        <w:t>A) go</w:t>
      </w:r>
    </w:p>
    <w:p>
      <w:pPr>
        <w:spacing w:before="20" w:after="20"/>
        <w:ind w:left="567"/>
      </w:pPr>
      <w:r>
        <w:rPr>
          <w:sz w:val="22"/>
        </w:rPr>
        <w:t>B) goes</w:t>
      </w:r>
    </w:p>
    <w:p>
      <w:pPr>
        <w:spacing w:before="20" w:after="20"/>
        <w:ind w:left="567"/>
      </w:pPr>
      <w:r>
        <w:rPr>
          <w:sz w:val="22"/>
        </w:rPr>
        <w:t>C) going</w:t>
      </w:r>
    </w:p>
    <w:p>
      <w:pPr>
        <w:spacing w:before="20" w:after="20"/>
        <w:ind w:left="567"/>
      </w:pPr>
      <w:r>
        <w:rPr>
          <w:sz w:val="22"/>
        </w:rPr>
        <w:t>D) gone</w:t>
      </w:r>
    </w:p>
    <w:p>
      <w:r>
        <w:rPr>
          <w:b/>
          <w:sz w:val="22"/>
        </w:rPr>
        <w:t>8. A: What would you like to eat?</w:t>
        <w:br/>
        <w:t>B: I want _______ spaghetti with meatballs.</w:t>
      </w:r>
    </w:p>
    <w:p>
      <w:pPr>
        <w:spacing w:before="20" w:after="20"/>
        <w:ind w:left="567"/>
      </w:pPr>
      <w:r>
        <w:rPr>
          <w:sz w:val="22"/>
        </w:rPr>
        <w:t>A) any</w:t>
      </w:r>
    </w:p>
    <w:p>
      <w:pPr>
        <w:spacing w:before="20" w:after="20"/>
        <w:ind w:left="567"/>
      </w:pPr>
      <w:r>
        <w:rPr>
          <w:sz w:val="22"/>
        </w:rPr>
        <w:t>B) some</w:t>
      </w:r>
    </w:p>
    <w:p>
      <w:pPr>
        <w:spacing w:before="20" w:after="20"/>
        <w:ind w:left="567"/>
      </w:pPr>
      <w:r>
        <w:rPr>
          <w:sz w:val="22"/>
        </w:rPr>
        <w:t>C) a few</w:t>
      </w:r>
    </w:p>
    <w:p>
      <w:pPr>
        <w:spacing w:before="20" w:after="20"/>
        <w:ind w:left="567"/>
      </w:pPr>
      <w:r>
        <w:rPr>
          <w:sz w:val="22"/>
        </w:rPr>
        <w:t>D) many</w:t>
      </w:r>
    </w:p>
    <w:p>
      <w:r>
        <w:rPr>
          <w:b/>
          <w:sz w:val="22"/>
        </w:rPr>
        <w:t>9. I like ice cream _______ I don't like chocolate.</w:t>
      </w:r>
    </w:p>
    <w:p>
      <w:pPr>
        <w:spacing w:before="20" w:after="20"/>
        <w:ind w:left="567"/>
      </w:pPr>
      <w:r>
        <w:rPr>
          <w:sz w:val="22"/>
        </w:rPr>
        <w:t>A) and</w:t>
      </w:r>
    </w:p>
    <w:p>
      <w:pPr>
        <w:spacing w:before="20" w:after="20"/>
        <w:ind w:left="567"/>
      </w:pPr>
      <w:r>
        <w:rPr>
          <w:sz w:val="22"/>
        </w:rPr>
        <w:t>B) or</w:t>
      </w:r>
    </w:p>
    <w:p>
      <w:pPr>
        <w:spacing w:before="20" w:after="20"/>
        <w:ind w:left="567"/>
      </w:pPr>
      <w:r>
        <w:rPr>
          <w:sz w:val="22"/>
        </w:rPr>
        <w:t>C) but</w:t>
      </w:r>
    </w:p>
    <w:p>
      <w:pPr>
        <w:spacing w:before="20" w:after="20"/>
        <w:ind w:left="567"/>
      </w:pPr>
      <w:r>
        <w:rPr>
          <w:sz w:val="22"/>
        </w:rPr>
        <w:t>D) so</w:t>
      </w:r>
    </w:p>
    <w:p>
      <w:r>
        <w:rPr>
          <w:b/>
          <w:sz w:val="22"/>
        </w:rPr>
        <w:t>10. There _______ a lot of people in the restaurant.</w:t>
      </w:r>
    </w:p>
    <w:p>
      <w:pPr>
        <w:spacing w:before="20" w:after="20"/>
        <w:ind w:left="567"/>
      </w:pPr>
      <w:r>
        <w:rPr>
          <w:sz w:val="22"/>
        </w:rPr>
        <w:t>A) is</w:t>
      </w:r>
    </w:p>
    <w:p>
      <w:pPr>
        <w:spacing w:before="20" w:after="20"/>
        <w:ind w:left="567"/>
      </w:pPr>
      <w:r>
        <w:rPr>
          <w:sz w:val="22"/>
        </w:rPr>
        <w:t>B) am</w:t>
      </w:r>
    </w:p>
    <w:p>
      <w:pPr>
        <w:spacing w:before="20" w:after="20"/>
        <w:ind w:left="567"/>
      </w:pPr>
      <w:r>
        <w:rPr>
          <w:sz w:val="22"/>
        </w:rPr>
        <w:t>C) are</w:t>
      </w:r>
    </w:p>
    <w:p>
      <w:pPr>
        <w:spacing w:before="20" w:after="20"/>
        <w:ind w:left="567"/>
      </w:pPr>
      <w:r>
        <w:rPr>
          <w:sz w:val="22"/>
        </w:rPr>
        <w:t>D) be</w:t>
      </w:r>
    </w:p>
    <w:p>
      <w:r>
        <w:rPr>
          <w:b/>
          <w:sz w:val="22"/>
        </w:rPr>
        <w:t>11. A: How _______ eggs do we need?</w:t>
        <w:br/>
        <w:t>B: We need six eggs.</w:t>
      </w:r>
    </w:p>
    <w:p>
      <w:pPr>
        <w:spacing w:before="20" w:after="20"/>
        <w:ind w:left="567"/>
      </w:pPr>
      <w:r>
        <w:rPr>
          <w:sz w:val="22"/>
        </w:rPr>
        <w:t>A) much</w:t>
      </w:r>
    </w:p>
    <w:p>
      <w:pPr>
        <w:spacing w:before="20" w:after="20"/>
        <w:ind w:left="567"/>
      </w:pPr>
      <w:r>
        <w:rPr>
          <w:sz w:val="22"/>
        </w:rPr>
        <w:t>B) many</w:t>
      </w:r>
    </w:p>
    <w:p>
      <w:pPr>
        <w:spacing w:before="20" w:after="20"/>
        <w:ind w:left="567"/>
      </w:pPr>
      <w:r>
        <w:rPr>
          <w:sz w:val="22"/>
        </w:rPr>
        <w:t>C) some</w:t>
      </w:r>
    </w:p>
    <w:p>
      <w:pPr>
        <w:spacing w:before="20" w:after="20"/>
        <w:ind w:left="567"/>
      </w:pPr>
      <w:r>
        <w:rPr>
          <w:sz w:val="22"/>
        </w:rPr>
        <w:t>D) any</w:t>
      </w:r>
    </w:p>
    <w:p>
      <w:r>
        <w:rPr>
          <w:b/>
          <w:sz w:val="22"/>
        </w:rPr>
        <w:t>12. We _______ wash our hands before eating.</w:t>
      </w:r>
    </w:p>
    <w:p>
      <w:pPr>
        <w:spacing w:before="20" w:after="20"/>
        <w:ind w:left="567"/>
      </w:pPr>
      <w:r>
        <w:rPr>
          <w:sz w:val="22"/>
        </w:rPr>
        <w:t>A) can</w:t>
      </w:r>
    </w:p>
    <w:p>
      <w:pPr>
        <w:spacing w:before="20" w:after="20"/>
        <w:ind w:left="567"/>
      </w:pPr>
      <w:r>
        <w:rPr>
          <w:sz w:val="22"/>
        </w:rPr>
        <w:t>B) have to</w:t>
      </w:r>
    </w:p>
    <w:p>
      <w:pPr>
        <w:spacing w:before="20" w:after="20"/>
        <w:ind w:left="567"/>
      </w:pPr>
      <w:r>
        <w:rPr>
          <w:sz w:val="22"/>
        </w:rPr>
        <w:t>C) are</w:t>
      </w:r>
    </w:p>
    <w:p>
      <w:pPr>
        <w:spacing w:before="20" w:after="20"/>
        <w:ind w:left="567"/>
      </w:pPr>
      <w:r>
        <w:rPr>
          <w:sz w:val="22"/>
        </w:rPr>
        <w:t>D) like</w:t>
      </w:r>
    </w:p>
    <w:p>
      <w:r>
        <w:rPr>
          <w:b/>
          <w:sz w:val="22"/>
        </w:rPr>
        <w:t>13. A: _______ I have a glass of water, please?</w:t>
        <w:br/>
        <w:t>B: Sure, here you are.</w:t>
      </w:r>
    </w:p>
    <w:p>
      <w:pPr>
        <w:spacing w:before="20" w:after="20"/>
        <w:ind w:left="567"/>
      </w:pPr>
      <w:r>
        <w:rPr>
          <w:sz w:val="22"/>
        </w:rPr>
        <w:t>A) Am</w:t>
      </w:r>
    </w:p>
    <w:p>
      <w:pPr>
        <w:spacing w:before="20" w:after="20"/>
        <w:ind w:left="567"/>
      </w:pPr>
      <w:r>
        <w:rPr>
          <w:sz w:val="22"/>
        </w:rPr>
        <w:t>B) Have</w:t>
      </w:r>
    </w:p>
    <w:p>
      <w:pPr>
        <w:spacing w:before="20" w:after="20"/>
        <w:ind w:left="567"/>
      </w:pPr>
      <w:r>
        <w:rPr>
          <w:sz w:val="22"/>
        </w:rPr>
        <w:t>C) Can</w:t>
      </w:r>
    </w:p>
    <w:p>
      <w:pPr>
        <w:spacing w:before="20" w:after="20"/>
        <w:ind w:left="567"/>
      </w:pPr>
      <w:r>
        <w:rPr>
          <w:sz w:val="22"/>
        </w:rPr>
        <w:t>D) Do</w:t>
      </w:r>
    </w:p>
    <w:p>
      <w:r>
        <w:rPr>
          <w:b/>
          <w:sz w:val="22"/>
        </w:rPr>
        <w:t>14. I _______ like spicy food. It's too hot for me.</w:t>
      </w:r>
    </w:p>
    <w:p>
      <w:pPr>
        <w:spacing w:before="20" w:after="20"/>
        <w:ind w:left="567"/>
      </w:pPr>
      <w:r>
        <w:rPr>
          <w:sz w:val="22"/>
        </w:rPr>
        <w:t>A) don't</w:t>
      </w:r>
    </w:p>
    <w:p>
      <w:pPr>
        <w:spacing w:before="20" w:after="20"/>
        <w:ind w:left="567"/>
      </w:pPr>
      <w:r>
        <w:rPr>
          <w:sz w:val="22"/>
        </w:rPr>
        <w:t>B) doesn't</w:t>
      </w:r>
    </w:p>
    <w:p>
      <w:pPr>
        <w:spacing w:before="20" w:after="20"/>
        <w:ind w:left="567"/>
      </w:pPr>
      <w:r>
        <w:rPr>
          <w:sz w:val="22"/>
        </w:rPr>
        <w:t>C) isn't</w:t>
      </w:r>
    </w:p>
    <w:p>
      <w:pPr>
        <w:spacing w:before="20" w:after="20"/>
        <w:ind w:left="567"/>
      </w:pPr>
      <w:r>
        <w:rPr>
          <w:sz w:val="22"/>
        </w:rPr>
        <w:t>D) aren't</w:t>
      </w:r>
    </w:p>
    <w:p>
      <w:r>
        <w:rPr>
          <w:b/>
          <w:sz w:val="22"/>
        </w:rPr>
        <w:t>15. She always _______ her breakfast at 8 o'clock.</w:t>
      </w:r>
    </w:p>
    <w:p>
      <w:pPr>
        <w:spacing w:before="20" w:after="20"/>
        <w:ind w:left="567"/>
      </w:pPr>
      <w:r>
        <w:rPr>
          <w:sz w:val="22"/>
        </w:rPr>
        <w:t>A) have</w:t>
      </w:r>
    </w:p>
    <w:p>
      <w:pPr>
        <w:spacing w:before="20" w:after="20"/>
        <w:ind w:left="567"/>
      </w:pPr>
      <w:r>
        <w:rPr>
          <w:sz w:val="22"/>
        </w:rPr>
        <w:t>B) has</w:t>
      </w:r>
    </w:p>
    <w:p>
      <w:pPr>
        <w:spacing w:before="20" w:after="20"/>
        <w:ind w:left="567"/>
      </w:pPr>
      <w:r>
        <w:rPr>
          <w:sz w:val="22"/>
        </w:rPr>
        <w:t>C) is having</w:t>
      </w:r>
    </w:p>
    <w:p>
      <w:pPr>
        <w:spacing w:before="20" w:after="20"/>
        <w:ind w:left="567"/>
      </w:pPr>
      <w:r>
        <w:rPr>
          <w:sz w:val="22"/>
        </w:rPr>
        <w:t>D) had</w:t>
      </w:r>
    </w:p>
    <w:p>
      <w:r>
        <w:rPr>
          <w:b/>
          <w:sz w:val="22"/>
        </w:rPr>
        <w:t>16. Waiters _______ wear uniforms at work.</w:t>
      </w:r>
    </w:p>
    <w:p>
      <w:pPr>
        <w:spacing w:before="20" w:after="20"/>
        <w:ind w:left="567"/>
      </w:pPr>
      <w:r>
        <w:rPr>
          <w:sz w:val="22"/>
        </w:rPr>
        <w:t>A) have to</w:t>
      </w:r>
    </w:p>
    <w:p>
      <w:pPr>
        <w:spacing w:before="20" w:after="20"/>
        <w:ind w:left="567"/>
      </w:pPr>
      <w:r>
        <w:rPr>
          <w:sz w:val="22"/>
        </w:rPr>
        <w:t>B) has to</w:t>
      </w:r>
    </w:p>
    <w:p>
      <w:pPr>
        <w:spacing w:before="20" w:after="20"/>
        <w:ind w:left="567"/>
      </w:pPr>
      <w:r>
        <w:rPr>
          <w:sz w:val="22"/>
        </w:rPr>
        <w:t>C) having to</w:t>
      </w:r>
    </w:p>
    <w:p>
      <w:pPr>
        <w:spacing w:before="20" w:after="20"/>
        <w:ind w:left="567"/>
      </w:pPr>
      <w:r>
        <w:rPr>
          <w:sz w:val="22"/>
        </w:rPr>
        <w:t>D) had to</w:t>
      </w:r>
    </w:p>
    <w:p/>
    <w:p>
      <w:pPr>
        <w:spacing w:before="160" w:after="120"/>
      </w:pPr>
      <w:r>
        <w:rPr>
          <w:b/>
          <w:color w:val="1A478A"/>
          <w:sz w:val="24"/>
        </w:rPr>
        <w:t>BÖLÜM 2: CLOZE TEST (17-20)</w:t>
      </w:r>
    </w:p>
    <w:p>
      <w:pPr>
        <w:spacing w:after="120"/>
      </w:pPr>
      <w:r>
        <w:rPr>
          <w:i/>
          <w:sz w:val="20"/>
        </w:rPr>
        <w:t>Aşağıdaki parçayı okuyunuz. Boşlukları uygun seçeneklerle doldurunuz.</w:t>
      </w:r>
    </w:p>
    <w:p>
      <w:pPr>
        <w:spacing w:after="160"/>
        <w:ind w:left="283"/>
      </w:pPr>
      <w:r>
        <w:rPr>
          <w:i/>
          <w:sz w:val="22"/>
        </w:rPr>
        <w:t>Emily and her family are (17) _______ a restaurant. The restaurant is very nice. There (18) _______ many tables and chairs. Emily wants to eat pasta (19) _______ her mother wants to eat salad. They also order (20) _______ orange juice.</w:t>
      </w:r>
    </w:p>
    <w:p>
      <w:r>
        <w:rPr>
          <w:b/>
          <w:sz w:val="22"/>
        </w:rPr>
        <w:t xml:space="preserve">17. </w:t>
      </w:r>
    </w:p>
    <w:p>
      <w:pPr>
        <w:spacing w:before="20" w:after="20"/>
        <w:ind w:left="567"/>
      </w:pPr>
      <w:r>
        <w:rPr>
          <w:sz w:val="22"/>
        </w:rPr>
        <w:t>A) in</w:t>
      </w:r>
    </w:p>
    <w:p>
      <w:pPr>
        <w:spacing w:before="20" w:after="20"/>
        <w:ind w:left="567"/>
      </w:pPr>
      <w:r>
        <w:rPr>
          <w:sz w:val="22"/>
        </w:rPr>
        <w:t>B) on</w:t>
      </w:r>
    </w:p>
    <w:p>
      <w:pPr>
        <w:spacing w:before="20" w:after="20"/>
        <w:ind w:left="567"/>
      </w:pPr>
      <w:r>
        <w:rPr>
          <w:sz w:val="22"/>
        </w:rPr>
        <w:t>C) at</w:t>
      </w:r>
    </w:p>
    <w:p>
      <w:pPr>
        <w:spacing w:before="20" w:after="20"/>
        <w:ind w:left="567"/>
      </w:pPr>
      <w:r>
        <w:rPr>
          <w:sz w:val="22"/>
        </w:rPr>
        <w:t>D) under</w:t>
      </w:r>
    </w:p>
    <w:p>
      <w:r>
        <w:rPr>
          <w:b/>
          <w:sz w:val="22"/>
        </w:rPr>
        <w:t xml:space="preserve">18. </w:t>
      </w:r>
    </w:p>
    <w:p>
      <w:pPr>
        <w:spacing w:before="20" w:after="20"/>
        <w:ind w:left="567"/>
      </w:pPr>
      <w:r>
        <w:rPr>
          <w:sz w:val="22"/>
        </w:rPr>
        <w:t>A) is</w:t>
      </w:r>
    </w:p>
    <w:p>
      <w:pPr>
        <w:spacing w:before="20" w:after="20"/>
        <w:ind w:left="567"/>
      </w:pPr>
      <w:r>
        <w:rPr>
          <w:sz w:val="22"/>
        </w:rPr>
        <w:t>B) are</w:t>
      </w:r>
    </w:p>
    <w:p>
      <w:pPr>
        <w:spacing w:before="20" w:after="20"/>
        <w:ind w:left="567"/>
      </w:pPr>
      <w:r>
        <w:rPr>
          <w:sz w:val="22"/>
        </w:rPr>
        <w:t>C) am</w:t>
      </w:r>
    </w:p>
    <w:p>
      <w:pPr>
        <w:spacing w:before="20" w:after="20"/>
        <w:ind w:left="567"/>
      </w:pPr>
      <w:r>
        <w:rPr>
          <w:sz w:val="22"/>
        </w:rPr>
        <w:t>D) be</w:t>
      </w:r>
    </w:p>
    <w:p>
      <w:r>
        <w:rPr>
          <w:b/>
          <w:sz w:val="22"/>
        </w:rPr>
        <w:t xml:space="preserve">19. </w:t>
      </w:r>
    </w:p>
    <w:p>
      <w:pPr>
        <w:spacing w:before="20" w:after="20"/>
        <w:ind w:left="567"/>
      </w:pPr>
      <w:r>
        <w:rPr>
          <w:sz w:val="22"/>
        </w:rPr>
        <w:t>A) but</w:t>
      </w:r>
    </w:p>
    <w:p>
      <w:pPr>
        <w:spacing w:before="20" w:after="20"/>
        <w:ind w:left="567"/>
      </w:pPr>
      <w:r>
        <w:rPr>
          <w:sz w:val="22"/>
        </w:rPr>
        <w:t>B) or</w:t>
      </w:r>
    </w:p>
    <w:p>
      <w:pPr>
        <w:spacing w:before="20" w:after="20"/>
        <w:ind w:left="567"/>
      </w:pPr>
      <w:r>
        <w:rPr>
          <w:sz w:val="22"/>
        </w:rPr>
        <w:t>C) and</w:t>
      </w:r>
    </w:p>
    <w:p>
      <w:pPr>
        <w:spacing w:before="20" w:after="20"/>
        <w:ind w:left="567"/>
      </w:pPr>
      <w:r>
        <w:rPr>
          <w:sz w:val="22"/>
        </w:rPr>
        <w:t>D) because</w:t>
      </w:r>
    </w:p>
    <w:p>
      <w:r>
        <w:rPr>
          <w:b/>
          <w:sz w:val="22"/>
        </w:rPr>
        <w:t xml:space="preserve">20. </w:t>
      </w:r>
    </w:p>
    <w:p>
      <w:pPr>
        <w:spacing w:before="20" w:after="20"/>
        <w:ind w:left="567"/>
      </w:pPr>
      <w:r>
        <w:rPr>
          <w:sz w:val="22"/>
        </w:rPr>
        <w:t>A) any</w:t>
      </w:r>
    </w:p>
    <w:p>
      <w:pPr>
        <w:spacing w:before="20" w:after="20"/>
        <w:ind w:left="567"/>
      </w:pPr>
      <w:r>
        <w:rPr>
          <w:sz w:val="22"/>
        </w:rPr>
        <w:t>B) a few</w:t>
      </w:r>
    </w:p>
    <w:p>
      <w:pPr>
        <w:spacing w:before="20" w:after="20"/>
        <w:ind w:left="567"/>
      </w:pPr>
      <w:r>
        <w:rPr>
          <w:sz w:val="22"/>
        </w:rPr>
        <w:t>C) some</w:t>
      </w:r>
    </w:p>
    <w:p>
      <w:pPr>
        <w:spacing w:before="20" w:after="20"/>
        <w:ind w:left="567"/>
      </w:pPr>
      <w:r>
        <w:rPr>
          <w:sz w:val="22"/>
        </w:rPr>
        <w:t>D) many</w:t>
      </w:r>
    </w:p>
    <w:p/>
    <w:p>
      <w:pPr>
        <w:spacing w:before="160" w:after="120"/>
      </w:pPr>
      <w:r>
        <w:rPr>
          <w:b/>
          <w:color w:val="1A478A"/>
          <w:sz w:val="24"/>
        </w:rPr>
        <w:t>BÖLÜM 3: OKUMA-ANLAMA (21-25)</w:t>
      </w:r>
    </w:p>
    <w:p>
      <w:pPr>
        <w:spacing w:after="80"/>
      </w:pPr>
      <w:r>
        <w:rPr>
          <w:i/>
          <w:sz w:val="20"/>
        </w:rPr>
        <w:t>Aşağıdaki metni okuyunuz. Soruları metne göre cevaplayınız.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  <w:shd w:val="clear" w:color="auto" w:fill="F0F4F8"/>
          </w:tcPr>
          <w:p>
            <w:pPr>
              <w:ind w:left="170" w:right="170"/>
            </w:pPr>
            <w:r/>
            <w:r>
              <w:rPr>
                <w:i/>
                <w:sz w:val="22"/>
              </w:rPr>
              <w:t>Hello! My name is Karen. I am 11 years old. I live in Kyrenia with my family. I like eating healthy food. For breakfast, I usually eat cereal with milk and drink a glass of orange juice. I don't like eggs. For lunch, I have soup or salad. My favourite food is pizza but I eat it only on Sundays. My mother always cooks delicious meals. She uses a lot of vegetables because she wants us to be healthy. My father likes cooking, too. He makes the best spaghetti in the world!</w:t>
            </w:r>
          </w:p>
        </w:tc>
      </w:tr>
    </w:tbl>
    <w:p/>
    <w:p>
      <w:r>
        <w:rPr>
          <w:b/>
          <w:sz w:val="22"/>
        </w:rPr>
        <w:t>21. What does Karen usually have for breakfast?</w:t>
      </w:r>
    </w:p>
    <w:p>
      <w:pPr>
        <w:spacing w:before="20" w:after="20"/>
        <w:ind w:left="567"/>
      </w:pPr>
      <w:r>
        <w:rPr>
          <w:sz w:val="22"/>
        </w:rPr>
        <w:t>A) Pizza and orange juice</w:t>
      </w:r>
    </w:p>
    <w:p>
      <w:pPr>
        <w:spacing w:before="20" w:after="20"/>
        <w:ind w:left="567"/>
      </w:pPr>
      <w:r>
        <w:rPr>
          <w:sz w:val="22"/>
        </w:rPr>
        <w:t>B) Cereal with milk and orange juice</w:t>
      </w:r>
    </w:p>
    <w:p>
      <w:pPr>
        <w:spacing w:before="20" w:after="20"/>
        <w:ind w:left="567"/>
      </w:pPr>
      <w:r>
        <w:rPr>
          <w:sz w:val="22"/>
        </w:rPr>
        <w:t>C) Eggs and soup</w:t>
      </w:r>
    </w:p>
    <w:p>
      <w:pPr>
        <w:spacing w:before="20" w:after="20"/>
        <w:ind w:left="567"/>
      </w:pPr>
      <w:r>
        <w:rPr>
          <w:sz w:val="22"/>
        </w:rPr>
        <w:t>D) Spaghetti and salad</w:t>
      </w:r>
    </w:p>
    <w:p>
      <w:r>
        <w:rPr>
          <w:b/>
          <w:sz w:val="22"/>
        </w:rPr>
        <w:t>22. What is Karen's favourite food?</w:t>
      </w:r>
    </w:p>
    <w:p>
      <w:pPr>
        <w:spacing w:before="20" w:after="20"/>
        <w:ind w:left="567"/>
      </w:pPr>
      <w:r>
        <w:rPr>
          <w:sz w:val="22"/>
        </w:rPr>
        <w:t>A) Spaghetti</w:t>
      </w:r>
    </w:p>
    <w:p>
      <w:pPr>
        <w:spacing w:before="20" w:after="20"/>
        <w:ind w:left="567"/>
      </w:pPr>
      <w:r>
        <w:rPr>
          <w:sz w:val="22"/>
        </w:rPr>
        <w:t>B) Salad</w:t>
      </w:r>
    </w:p>
    <w:p>
      <w:pPr>
        <w:spacing w:before="20" w:after="20"/>
        <w:ind w:left="567"/>
      </w:pPr>
      <w:r>
        <w:rPr>
          <w:sz w:val="22"/>
        </w:rPr>
        <w:t>C) Pizza</w:t>
      </w:r>
    </w:p>
    <w:p>
      <w:pPr>
        <w:spacing w:before="20" w:after="20"/>
        <w:ind w:left="567"/>
      </w:pPr>
      <w:r>
        <w:rPr>
          <w:sz w:val="22"/>
        </w:rPr>
        <w:t>D) Soup</w:t>
      </w:r>
    </w:p>
    <w:p>
      <w:r>
        <w:rPr>
          <w:b/>
          <w:sz w:val="22"/>
        </w:rPr>
        <w:t>23. Why does Karen's mother use a lot of vegetables?</w:t>
      </w:r>
    </w:p>
    <w:p>
      <w:pPr>
        <w:spacing w:before="20" w:after="20"/>
        <w:ind w:left="567"/>
      </w:pPr>
      <w:r>
        <w:rPr>
          <w:sz w:val="22"/>
        </w:rPr>
        <w:t>A) Because she doesn't like meat</w:t>
      </w:r>
    </w:p>
    <w:p>
      <w:pPr>
        <w:spacing w:before="20" w:after="20"/>
        <w:ind w:left="567"/>
      </w:pPr>
      <w:r>
        <w:rPr>
          <w:sz w:val="22"/>
        </w:rPr>
        <w:t>B) Because Karen doesn't like eggs</w:t>
      </w:r>
    </w:p>
    <w:p>
      <w:pPr>
        <w:spacing w:before="20" w:after="20"/>
        <w:ind w:left="567"/>
      </w:pPr>
      <w:r>
        <w:rPr>
          <w:sz w:val="22"/>
        </w:rPr>
        <w:t>C) Because she wants them to be healthy</w:t>
      </w:r>
    </w:p>
    <w:p>
      <w:pPr>
        <w:spacing w:before="20" w:after="20"/>
        <w:ind w:left="567"/>
      </w:pPr>
      <w:r>
        <w:rPr>
          <w:sz w:val="22"/>
        </w:rPr>
        <w:t>D) Because vegetables are cheap</w:t>
      </w:r>
    </w:p>
    <w:p>
      <w:r>
        <w:rPr>
          <w:b/>
          <w:sz w:val="22"/>
        </w:rPr>
        <w:t>24. When does Karen eat pizza?</w:t>
      </w:r>
    </w:p>
    <w:p>
      <w:pPr>
        <w:spacing w:before="20" w:after="20"/>
        <w:ind w:left="567"/>
      </w:pPr>
      <w:r>
        <w:rPr>
          <w:sz w:val="22"/>
        </w:rPr>
        <w:t>A) Every day</w:t>
      </w:r>
    </w:p>
    <w:p>
      <w:pPr>
        <w:spacing w:before="20" w:after="20"/>
        <w:ind w:left="567"/>
      </w:pPr>
      <w:r>
        <w:rPr>
          <w:sz w:val="22"/>
        </w:rPr>
        <w:t>B) On Saturdays</w:t>
      </w:r>
    </w:p>
    <w:p>
      <w:pPr>
        <w:spacing w:before="20" w:after="20"/>
        <w:ind w:left="567"/>
      </w:pPr>
      <w:r>
        <w:rPr>
          <w:sz w:val="22"/>
        </w:rPr>
        <w:t>C) Only on Sundays</w:t>
      </w:r>
    </w:p>
    <w:p>
      <w:pPr>
        <w:spacing w:before="20" w:after="20"/>
        <w:ind w:left="567"/>
      </w:pPr>
      <w:r>
        <w:rPr>
          <w:sz w:val="22"/>
        </w:rPr>
        <w:t>D) For breakfast</w:t>
      </w:r>
    </w:p>
    <w:p>
      <w:r>
        <w:rPr>
          <w:b/>
          <w:sz w:val="22"/>
        </w:rPr>
        <w:t>25. Who makes the best spaghetti in the world according to Karen?</w:t>
      </w:r>
    </w:p>
    <w:p>
      <w:pPr>
        <w:spacing w:before="20" w:after="20"/>
        <w:ind w:left="567"/>
      </w:pPr>
      <w:r>
        <w:rPr>
          <w:sz w:val="22"/>
        </w:rPr>
        <w:t>A) Her mother</w:t>
      </w:r>
    </w:p>
    <w:p>
      <w:pPr>
        <w:spacing w:before="20" w:after="20"/>
        <w:ind w:left="567"/>
      </w:pPr>
      <w:r>
        <w:rPr>
          <w:sz w:val="22"/>
        </w:rPr>
        <w:t>B) Her father</w:t>
      </w:r>
    </w:p>
    <w:p>
      <w:pPr>
        <w:spacing w:before="20" w:after="20"/>
        <w:ind w:left="567"/>
      </w:pPr>
      <w:r>
        <w:rPr>
          <w:sz w:val="22"/>
        </w:rPr>
        <w:t>C) Karen herself</w:t>
      </w:r>
    </w:p>
    <w:p>
      <w:pPr>
        <w:spacing w:before="20" w:after="20"/>
        <w:ind w:left="567"/>
      </w:pPr>
      <w:r>
        <w:rPr>
          <w:sz w:val="22"/>
        </w:rPr>
        <w:t>D) The waiter</w:t>
      </w:r>
    </w:p>
    <w:p>
      <w:r>
        <w:br w:type="page"/>
      </w:r>
    </w:p>
    <w:p>
      <w:pPr>
        <w:jc w:val="center"/>
      </w:pPr>
      <w:r>
        <w:rPr>
          <w:b/>
          <w:color w:val="1A478A"/>
          <w:sz w:val="28"/>
        </w:rPr>
        <w:t>CEVAP ANAHTARI</w:t>
      </w:r>
    </w:p>
    <w:p/>
    <w:p>
      <w:pPr>
        <w:spacing w:after="40"/>
      </w:pPr>
      <w:r>
        <w:rPr>
          <w:b/>
          <w:sz w:val="22"/>
        </w:rPr>
        <w:t>Soru 1: A</w:t>
      </w:r>
      <w:r>
        <w:rPr>
          <w:b/>
          <w:sz w:val="22"/>
        </w:rPr>
        <w:t xml:space="preserve">        Soru 14: A</w:t>
      </w:r>
    </w:p>
    <w:p>
      <w:pPr>
        <w:spacing w:after="40"/>
      </w:pPr>
      <w:r>
        <w:rPr>
          <w:b/>
          <w:sz w:val="22"/>
        </w:rPr>
        <w:t>Soru 2: A</w:t>
      </w:r>
      <w:r>
        <w:rPr>
          <w:b/>
          <w:sz w:val="22"/>
        </w:rPr>
        <w:t xml:space="preserve">        Soru 15: B</w:t>
      </w:r>
    </w:p>
    <w:p>
      <w:pPr>
        <w:spacing w:after="40"/>
      </w:pPr>
      <w:r>
        <w:rPr>
          <w:b/>
          <w:sz w:val="22"/>
        </w:rPr>
        <w:t>Soru 3: C</w:t>
      </w:r>
      <w:r>
        <w:rPr>
          <w:b/>
          <w:sz w:val="22"/>
        </w:rPr>
        <w:t xml:space="preserve">        Soru 16: A</w:t>
      </w:r>
    </w:p>
    <w:p>
      <w:pPr>
        <w:spacing w:after="40"/>
      </w:pPr>
      <w:r>
        <w:rPr>
          <w:b/>
          <w:sz w:val="22"/>
        </w:rPr>
        <w:t>Soru 4: B</w:t>
      </w:r>
      <w:r>
        <w:rPr>
          <w:b/>
          <w:sz w:val="22"/>
        </w:rPr>
        <w:t xml:space="preserve">        Soru 17: C</w:t>
      </w:r>
    </w:p>
    <w:p>
      <w:pPr>
        <w:spacing w:after="40"/>
      </w:pPr>
      <w:r>
        <w:rPr>
          <w:b/>
          <w:sz w:val="22"/>
        </w:rPr>
        <w:t>Soru 5: A</w:t>
      </w:r>
      <w:r>
        <w:rPr>
          <w:b/>
          <w:sz w:val="22"/>
        </w:rPr>
        <w:t xml:space="preserve">        Soru 18: B</w:t>
      </w:r>
    </w:p>
    <w:p>
      <w:pPr>
        <w:spacing w:after="40"/>
      </w:pPr>
      <w:r>
        <w:rPr>
          <w:b/>
          <w:sz w:val="22"/>
        </w:rPr>
        <w:t>Soru 6: B</w:t>
      </w:r>
      <w:r>
        <w:rPr>
          <w:b/>
          <w:sz w:val="22"/>
        </w:rPr>
        <w:t xml:space="preserve">        Soru 19: A</w:t>
      </w:r>
    </w:p>
    <w:p>
      <w:pPr>
        <w:spacing w:after="40"/>
      </w:pPr>
      <w:r>
        <w:rPr>
          <w:b/>
          <w:sz w:val="22"/>
        </w:rPr>
        <w:t>Soru 7: B</w:t>
      </w:r>
      <w:r>
        <w:rPr>
          <w:b/>
          <w:sz w:val="22"/>
        </w:rPr>
        <w:t xml:space="preserve">        Soru 20: C</w:t>
      </w:r>
    </w:p>
    <w:p>
      <w:pPr>
        <w:spacing w:after="40"/>
      </w:pPr>
      <w:r>
        <w:rPr>
          <w:b/>
          <w:sz w:val="22"/>
        </w:rPr>
        <w:t>Soru 8: B</w:t>
      </w:r>
      <w:r>
        <w:rPr>
          <w:b/>
          <w:sz w:val="22"/>
        </w:rPr>
        <w:t xml:space="preserve">        Soru 21: B</w:t>
      </w:r>
    </w:p>
    <w:p>
      <w:pPr>
        <w:spacing w:after="40"/>
      </w:pPr>
      <w:r>
        <w:rPr>
          <w:b/>
          <w:sz w:val="22"/>
        </w:rPr>
        <w:t>Soru 9: C</w:t>
      </w:r>
      <w:r>
        <w:rPr>
          <w:b/>
          <w:sz w:val="22"/>
        </w:rPr>
        <w:t xml:space="preserve">        Soru 22: C</w:t>
      </w:r>
    </w:p>
    <w:p>
      <w:pPr>
        <w:spacing w:after="40"/>
      </w:pPr>
      <w:r>
        <w:rPr>
          <w:b/>
          <w:sz w:val="22"/>
        </w:rPr>
        <w:t>Soru 10: C</w:t>
      </w:r>
      <w:r>
        <w:rPr>
          <w:b/>
          <w:sz w:val="22"/>
        </w:rPr>
        <w:t xml:space="preserve">        Soru 23: C</w:t>
      </w:r>
    </w:p>
    <w:p>
      <w:pPr>
        <w:spacing w:after="40"/>
      </w:pPr>
      <w:r>
        <w:rPr>
          <w:b/>
          <w:sz w:val="22"/>
        </w:rPr>
        <w:t>Soru 11: B</w:t>
      </w:r>
      <w:r>
        <w:rPr>
          <w:b/>
          <w:sz w:val="22"/>
        </w:rPr>
        <w:t xml:space="preserve">        Soru 24: C</w:t>
      </w:r>
    </w:p>
    <w:p>
      <w:pPr>
        <w:spacing w:after="40"/>
      </w:pPr>
      <w:r>
        <w:rPr>
          <w:b/>
          <w:sz w:val="22"/>
        </w:rPr>
        <w:t>Soru 12: B</w:t>
      </w:r>
      <w:r>
        <w:rPr>
          <w:b/>
          <w:sz w:val="22"/>
        </w:rPr>
        <w:t xml:space="preserve">        Soru 25: B</w:t>
      </w:r>
    </w:p>
    <w:p>
      <w:pPr>
        <w:spacing w:after="40"/>
      </w:pPr>
      <w:r>
        <w:rPr>
          <w:b/>
          <w:sz w:val="22"/>
        </w:rPr>
        <w:t>Soru 13: C</w:t>
      </w:r>
      <w:r>
        <w:rPr>
          <w:b/>
          <w:sz w:val="22"/>
        </w:rPr>
        <w:t xml:space="preserve">        Soru : </w:t>
      </w:r>
    </w:p>
    <w:p/>
    <w:p>
      <w:pPr>
        <w:jc w:val="center"/>
      </w:pPr>
      <w:r>
        <w:rPr>
          <w:color w:val="666666"/>
          <w:sz w:val="24"/>
        </w:rPr>
        <w:t>Başarılar!</w:t>
      </w:r>
    </w:p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