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iramit" w:hAnsi="Niramit"/>
          <w:b/>
          <w:color w:val="1A559E"/>
          <w:sz w:val="36"/>
        </w:rPr>
        <w:t>5. SINIF İNGİLİZCE</w:t>
      </w:r>
    </w:p>
    <w:p>
      <w:pPr>
        <w:jc w:val="center"/>
      </w:pPr>
      <w:r>
        <w:rPr>
          <w:rFonts w:ascii="Niramit" w:hAnsi="Niramit"/>
          <w:color w:val="666666"/>
          <w:sz w:val="20"/>
        </w:rPr>
        <w:t>KKTC KGS Hazırlık · Temel Eğitim İngilizce Öğretim Programı</w:t>
      </w:r>
    </w:p>
    <w:p>
      <w:pPr/>
    </w:p>
    <w:p>
      <w:pPr>
        <w:jc w:val="center"/>
      </w:pPr>
      <w:r>
        <w:rPr>
          <w:rFonts w:ascii="Niramit" w:hAnsi="Niramit"/>
          <w:b/>
          <w:color w:val="1A559E"/>
          <w:sz w:val="32"/>
        </w:rPr>
        <w:t>ÜNİTE 2: PEOPLE AND JOBS — DERS KİTABI</w:t>
      </w:r>
    </w:p>
    <w:p>
      <w:pPr>
        <w:jc w:val="center"/>
      </w:pPr>
      <w:r>
        <w:rPr>
          <w:rFonts w:ascii="Niramit" w:hAnsi="Niramit"/>
          <w:color w:val="666666"/>
          <w:sz w:val="20"/>
        </w:rPr>
        <w:t>Grammar · Vocabulary · 3 Deneme · Okuma Parçaları · Cevap Anahtarı</w:t>
      </w:r>
    </w:p>
    <w:p>
      <w:pPr/>
    </w:p>
    <w:p>
      <w:pPr/>
      <w:r>
        <w:rPr>
          <w:rFonts w:ascii="Niramit" w:hAnsi="Niramit"/>
          <w:color w:val="222222"/>
          <w:sz w:val="21"/>
        </w:rPr>
        <w:t>Bu kitap KKTC KGS İngilizce sınavına hazırlık için hazırlanmıştır.</w:t>
      </w:r>
    </w:p>
    <w:p>
      <w:pPr/>
      <w:r>
        <w:rPr>
          <w:rFonts w:ascii="Niramit" w:hAnsi="Niramit"/>
          <w:color w:val="222222"/>
          <w:sz w:val="21"/>
        </w:rPr>
        <w:t>Ünite 2'de insanları tarif etme, meslekler ve yetenekler konuları işlenir.</w:t>
      </w:r>
    </w:p>
    <w:p>
      <w:pPr/>
      <w:r>
        <w:rPr>
          <w:rFonts w:ascii="Niramit" w:hAnsi="Niramit"/>
          <w:color w:val="222222"/>
          <w:sz w:val="21"/>
        </w:rPr>
        <w:t>Her deneme 15 sorudan oluşur. Kolay, orta ve zor seviyelerde hazırlanmıştır.</w:t>
      </w:r>
    </w:p>
    <w:p>
      <w:r>
        <w:br w:type="page"/>
      </w:r>
    </w:p>
    <w:p>
      <w:pPr/>
      <w:r>
        <w:rPr>
          <w:rFonts w:ascii="Niramit" w:hAnsi="Niramit"/>
          <w:b/>
          <w:color w:val="1A559E"/>
          <w:sz w:val="28"/>
        </w:rPr>
        <w:t>DİL BİLGİSİ KAVRAMLARI</w:t>
      </w:r>
    </w:p>
    <w:p>
      <w:pPr/>
      <w:r>
        <w:rPr>
          <w:rFonts w:ascii="Niramit" w:hAnsi="Niramit"/>
          <w:color w:val="222222"/>
          <w:sz w:val="21"/>
        </w:rPr>
        <w:t>Bu bölüm, İngilizce öğrenirken ihtiyaç duyacağın temel dil bilgisi terimlerini açıklar.</w:t>
      </w:r>
    </w:p>
    <w:p>
      <w:pPr/>
      <w:r>
        <w:rPr>
          <w:rFonts w:ascii="Niramit" w:hAnsi="Niramit"/>
          <w:color w:val="222222"/>
          <w:sz w:val="21"/>
        </w:rPr>
        <w:t>Türkçe dersinde bu kavramlar artık öğretilmediği için burada kısaca tanıtıyoruz.</w:t>
      </w:r>
    </w:p>
    <w:p>
      <w:pPr/>
      <w:r>
        <w:rPr>
          <w:rFonts w:ascii="Niramit" w:hAnsi="Niramit"/>
          <w:b/>
          <w:color w:val="336D5C"/>
          <w:sz w:val="22"/>
        </w:rPr>
        <w:t>İsim (Noun)</w:t>
      </w:r>
    </w:p>
    <w:p>
      <w:pPr/>
      <w:r>
        <w:rPr>
          <w:rFonts w:ascii="Niramit" w:hAnsi="Niramit"/>
          <w:color w:val="222222"/>
          <w:sz w:val="21"/>
        </w:rPr>
        <w:t>Varlıkları, kavramları, yerleri, kişileri adlandıran kelimelerdir.</w:t>
      </w:r>
    </w:p>
    <w:p>
      <w:pPr/>
      <w:r>
        <w:rPr>
          <w:rFonts w:ascii="Niramit" w:hAnsi="Niramit"/>
          <w:color w:val="666666"/>
          <w:sz w:val="20"/>
        </w:rPr>
        <w:t xml:space="preserve">  Örnek: kitap, okul, masa, Ali, Lefkoşa, kedi, su, sevgi</w:t>
      </w:r>
    </w:p>
    <w:p>
      <w:pPr/>
      <w:r>
        <w:rPr>
          <w:rFonts w:ascii="Niramit" w:hAnsi="Niramit"/>
          <w:color w:val="666666"/>
          <w:sz w:val="20"/>
        </w:rPr>
        <w:t xml:space="preserve">  "book", "school", "table", "Ali", "Nicosia" → hepsi birer isimdir.</w:t>
      </w:r>
    </w:p>
    <w:p>
      <w:pPr/>
      <w:r>
        <w:rPr>
          <w:rFonts w:ascii="Niramit" w:hAnsi="Niramit"/>
          <w:color w:val="666666"/>
          <w:sz w:val="20"/>
        </w:rPr>
        <w:t xml:space="preserve">  İsimler cümlede özne, nesne veya dolaylı tümleç olabilir.</w:t>
      </w:r>
    </w:p>
    <w:p>
      <w:pPr/>
      <w:r>
        <w:rPr>
          <w:rFonts w:ascii="Niramit" w:hAnsi="Niramit"/>
          <w:b/>
          <w:color w:val="336D5C"/>
          <w:sz w:val="22"/>
        </w:rPr>
        <w:t>Fiil (Verb)</w:t>
      </w:r>
    </w:p>
    <w:p>
      <w:pPr/>
      <w:r>
        <w:rPr>
          <w:rFonts w:ascii="Niramit" w:hAnsi="Niramit"/>
          <w:color w:val="222222"/>
          <w:sz w:val="21"/>
        </w:rPr>
        <w:t>Bir eylemi, oluşu veya durumu bildiren kelimelerdir. Cümlenin yüklemidir.</w:t>
      </w:r>
    </w:p>
    <w:p>
      <w:pPr/>
      <w:r>
        <w:rPr>
          <w:rFonts w:ascii="Niramit" w:hAnsi="Niramit"/>
          <w:color w:val="666666"/>
          <w:sz w:val="20"/>
        </w:rPr>
        <w:t xml:space="preserve">  Örnek: koşmak, yemek, uyumak, olmak, sevmek</w:t>
      </w:r>
    </w:p>
    <w:p>
      <w:pPr/>
      <w:r>
        <w:rPr>
          <w:rFonts w:ascii="Niramit" w:hAnsi="Niramit"/>
          <w:color w:val="666666"/>
          <w:sz w:val="20"/>
        </w:rPr>
        <w:t xml:space="preserve">  "run", "eat", "sleep", "be (olmak)", "love" → hepsi birer fiildir.</w:t>
      </w:r>
    </w:p>
    <w:p>
      <w:pPr/>
      <w:r>
        <w:rPr>
          <w:rFonts w:ascii="Niramit" w:hAnsi="Niramit"/>
          <w:color w:val="666666"/>
          <w:sz w:val="20"/>
        </w:rPr>
        <w:t xml:space="preserve">  "I am a student." → "am" fiildir, "olmak" anlamındadır.</w:t>
      </w:r>
    </w:p>
    <w:p>
      <w:pPr/>
      <w:r>
        <w:rPr>
          <w:rFonts w:ascii="Niramit" w:hAnsi="Niramit"/>
          <w:color w:val="666666"/>
          <w:sz w:val="20"/>
        </w:rPr>
        <w:t xml:space="preserve">  "She reads a book." → "reads" fiildir, "okumak" eylemidir.</w:t>
      </w:r>
    </w:p>
    <w:p>
      <w:pPr/>
      <w:r>
        <w:rPr>
          <w:rFonts w:ascii="Niramit" w:hAnsi="Niramit"/>
          <w:b/>
          <w:color w:val="336D5C"/>
          <w:sz w:val="22"/>
        </w:rPr>
        <w:t>Sıfat (Adjective)</w:t>
      </w:r>
    </w:p>
    <w:p>
      <w:pPr/>
      <w:r>
        <w:rPr>
          <w:rFonts w:ascii="Niramit" w:hAnsi="Niramit"/>
          <w:color w:val="222222"/>
          <w:sz w:val="21"/>
        </w:rPr>
        <w:t>İsimlerin özelliklerini, niteliklerini belirten kelimelerdir. "Nasıl?" sorusuna cevap verir.</w:t>
      </w:r>
    </w:p>
    <w:p>
      <w:pPr/>
      <w:r>
        <w:rPr>
          <w:rFonts w:ascii="Niramit" w:hAnsi="Niramit"/>
          <w:color w:val="666666"/>
          <w:sz w:val="20"/>
        </w:rPr>
        <w:t xml:space="preserve">  Örnek: güzel, büyük, yorgun, mutlu, sarı, soğuk</w:t>
      </w:r>
    </w:p>
    <w:p>
      <w:pPr/>
      <w:r>
        <w:rPr>
          <w:rFonts w:ascii="Niramit" w:hAnsi="Niramit"/>
          <w:color w:val="666666"/>
          <w:sz w:val="20"/>
        </w:rPr>
        <w:t xml:space="preserve">  "beautiful", "big", "tired", "happy", "yellow", "cold" → birer sıfattır.</w:t>
      </w:r>
    </w:p>
    <w:p>
      <w:pPr/>
      <w:r>
        <w:rPr>
          <w:rFonts w:ascii="Niramit" w:hAnsi="Niramit"/>
          <w:color w:val="666666"/>
          <w:sz w:val="20"/>
        </w:rPr>
        <w:t xml:space="preserve">  "She is tired." → "tired" sıfattır, öznenin durumunu anlatır.</w:t>
      </w:r>
    </w:p>
    <w:p>
      <w:pPr/>
      <w:r>
        <w:rPr>
          <w:rFonts w:ascii="Niramit" w:hAnsi="Niramit"/>
          <w:color w:val="666666"/>
          <w:sz w:val="20"/>
        </w:rPr>
        <w:t xml:space="preserve">  "It is a big house." → "big" sıfattır, "house" ismini niteler.</w:t>
      </w:r>
    </w:p>
    <w:p>
      <w:pPr/>
      <w:r>
        <w:rPr>
          <w:rFonts w:ascii="Niramit" w:hAnsi="Niramit"/>
          <w:b/>
          <w:color w:val="336D5C"/>
          <w:sz w:val="22"/>
        </w:rPr>
        <w:t>Zamir (Pronoun)</w:t>
      </w:r>
    </w:p>
    <w:p>
      <w:pPr/>
      <w:r>
        <w:rPr>
          <w:rFonts w:ascii="Niramit" w:hAnsi="Niramit"/>
          <w:color w:val="222222"/>
          <w:sz w:val="21"/>
        </w:rPr>
        <w:t>İsimlerin yerine kullanılan kelimelerdir. İsmi tekrar etmemek için kullanılır.</w:t>
      </w:r>
    </w:p>
    <w:p>
      <w:pPr/>
      <w:r>
        <w:rPr>
          <w:rFonts w:ascii="Niramit" w:hAnsi="Niramit"/>
          <w:color w:val="666666"/>
          <w:sz w:val="20"/>
        </w:rPr>
        <w:t xml:space="preserve">  "Ayşe is happy. Ayşe is 10 years old." → tekrar var!</w:t>
      </w:r>
    </w:p>
    <w:p>
      <w:pPr/>
      <w:r>
        <w:rPr>
          <w:rFonts w:ascii="Niramit" w:hAnsi="Niramit"/>
          <w:color w:val="666666"/>
          <w:sz w:val="20"/>
        </w:rPr>
        <w:t xml:space="preserve">  "Ayşe is happy. She is 10 years old." → "She" zamirdir, Ayşe'nin yerine kullanılır.</w:t>
      </w:r>
    </w:p>
    <w:p>
      <w:pPr/>
    </w:p>
    <w:p>
      <w:pPr/>
      <w:r>
        <w:rPr>
          <w:rFonts w:ascii="Niramit" w:hAnsi="Niramit"/>
          <w:color w:val="222222"/>
          <w:sz w:val="21"/>
        </w:rPr>
        <w:t>İki tür zamir vardır:</w:t>
      </w:r>
    </w:p>
    <w:p>
      <w:pPr/>
      <w:r>
        <w:rPr>
          <w:rFonts w:ascii="Niramit" w:hAnsi="Niramit"/>
          <w:color w:val="666666"/>
          <w:sz w:val="20"/>
        </w:rPr>
        <w:t xml:space="preserve">  Özne zamiri (Subject Pronoun): I, you, he, she, it, we, they → cümlede ÖZNE olur</w:t>
      </w:r>
    </w:p>
    <w:p>
      <w:pPr/>
      <w:r>
        <w:rPr>
          <w:rFonts w:ascii="Niramit" w:hAnsi="Niramit"/>
          <w:color w:val="666666"/>
          <w:sz w:val="20"/>
        </w:rPr>
        <w:t xml:space="preserve">  Nesne zamiri (Object Pronoun): me, you, him, her, it, us, them → cümlede NESNE olur</w:t>
      </w:r>
    </w:p>
    <w:p>
      <w:pPr/>
      <w:r>
        <w:rPr>
          <w:rFonts w:ascii="Niramit" w:hAnsi="Niramit"/>
          <w:b/>
          <w:color w:val="336D5C"/>
          <w:sz w:val="22"/>
        </w:rPr>
        <w:t>Özne (Subject)</w:t>
      </w:r>
    </w:p>
    <w:p>
      <w:pPr/>
      <w:r>
        <w:rPr>
          <w:rFonts w:ascii="Niramit" w:hAnsi="Niramit"/>
          <w:color w:val="222222"/>
          <w:sz w:val="21"/>
        </w:rPr>
        <w:t>Cümlede eylemi yapan veya durumda olan kişi ya da varlıktır. "Kim?" sorusuna cevap verir.</w:t>
      </w:r>
    </w:p>
    <w:p>
      <w:pPr/>
      <w:r>
        <w:rPr>
          <w:rFonts w:ascii="Niramit" w:hAnsi="Niramit"/>
          <w:color w:val="666666"/>
          <w:sz w:val="20"/>
        </w:rPr>
        <w:t xml:space="preserve">  "I am happy." → Özne: I (ben) — mutlu olan kişi</w:t>
      </w:r>
    </w:p>
    <w:p>
      <w:pPr/>
      <w:r>
        <w:rPr>
          <w:rFonts w:ascii="Niramit" w:hAnsi="Niramit"/>
          <w:color w:val="666666"/>
          <w:sz w:val="20"/>
        </w:rPr>
        <w:t xml:space="preserve">  "She reads a book." → Özne: She (o) — okuma eylemini yapan</w:t>
      </w:r>
    </w:p>
    <w:p>
      <w:pPr/>
      <w:r>
        <w:rPr>
          <w:rFonts w:ascii="Niramit" w:hAnsi="Niramit"/>
          <w:color w:val="666666"/>
          <w:sz w:val="20"/>
        </w:rPr>
        <w:t xml:space="preserve">  "The cat is sleeping." → Özne: The cat (kedi) — uyuyan varlık</w:t>
      </w:r>
    </w:p>
    <w:p>
      <w:pPr/>
      <w:r>
        <w:rPr>
          <w:rFonts w:ascii="Niramit" w:hAnsi="Niramit"/>
          <w:b/>
          <w:color w:val="336D5C"/>
          <w:sz w:val="22"/>
        </w:rPr>
        <w:t>Nesne (Object)</w:t>
      </w:r>
    </w:p>
    <w:p>
      <w:pPr/>
      <w:r>
        <w:rPr>
          <w:rFonts w:ascii="Niramit" w:hAnsi="Niramit"/>
          <w:color w:val="222222"/>
          <w:sz w:val="21"/>
        </w:rPr>
        <w:t>Cümlede eylemden etkilenen kişi ya da varlıktır. "Kimi? Neyi?" sorularına cevap verir.</w:t>
      </w:r>
    </w:p>
    <w:p>
      <w:pPr/>
      <w:r>
        <w:rPr>
          <w:rFonts w:ascii="Niramit" w:hAnsi="Niramit"/>
          <w:color w:val="666666"/>
          <w:sz w:val="20"/>
        </w:rPr>
        <w:t xml:space="preserve">  "I love her." → Nesne: her (onu) — sevilen kişi</w:t>
      </w:r>
    </w:p>
    <w:p>
      <w:pPr/>
      <w:r>
        <w:rPr>
          <w:rFonts w:ascii="Niramit" w:hAnsi="Niramit"/>
          <w:color w:val="666666"/>
          <w:sz w:val="20"/>
        </w:rPr>
        <w:t xml:space="preserve">  "He reads a book." → Nesne: a book (kitap) — okunan şey</w:t>
      </w:r>
    </w:p>
    <w:p>
      <w:pPr/>
      <w:r>
        <w:rPr>
          <w:rFonts w:ascii="Niramit" w:hAnsi="Niramit"/>
          <w:color w:val="666666"/>
          <w:sz w:val="20"/>
        </w:rPr>
        <w:t xml:space="preserve">  "Look at him." → Nesne: him (ona) — bakılan kişi (edattan sonra)</w:t>
      </w:r>
    </w:p>
    <w:p>
      <w:pPr/>
      <w:r>
        <w:rPr>
          <w:rFonts w:ascii="Niramit" w:hAnsi="Niramit"/>
          <w:b/>
          <w:color w:val="336D5C"/>
          <w:sz w:val="22"/>
        </w:rPr>
        <w:t>Edat (Preposition)</w:t>
      </w:r>
    </w:p>
    <w:p>
      <w:pPr/>
      <w:r>
        <w:rPr>
          <w:rFonts w:ascii="Niramit" w:hAnsi="Niramit"/>
          <w:color w:val="222222"/>
          <w:sz w:val="21"/>
        </w:rPr>
        <w:t>Kelimeler arasında yer, zaman, yön gibi ilişkiler kuran kelimelerdir.</w:t>
      </w:r>
    </w:p>
    <w:p>
      <w:pPr/>
      <w:r>
        <w:rPr>
          <w:rFonts w:ascii="Niramit" w:hAnsi="Niramit"/>
          <w:color w:val="666666"/>
          <w:sz w:val="20"/>
        </w:rPr>
        <w:t xml:space="preserve">  Yer edatları: in, on, at, under, behind, near</w:t>
      </w:r>
    </w:p>
    <w:p>
      <w:pPr/>
      <w:r>
        <w:rPr>
          <w:rFonts w:ascii="Niramit" w:hAnsi="Niramit"/>
          <w:color w:val="666666"/>
          <w:sz w:val="20"/>
        </w:rPr>
        <w:t xml:space="preserve">  Zaman edatları: at, in, on, before, after</w:t>
      </w:r>
    </w:p>
    <w:p>
      <w:pPr/>
      <w:r>
        <w:rPr>
          <w:rFonts w:ascii="Niramit" w:hAnsi="Niramit"/>
          <w:color w:val="666666"/>
          <w:sz w:val="20"/>
        </w:rPr>
        <w:t xml:space="preserve">  "I am at school." → "at" edattır, konum belirtir.</w:t>
      </w:r>
    </w:p>
    <w:p>
      <w:pPr/>
      <w:r>
        <w:rPr>
          <w:rFonts w:ascii="Niramit" w:hAnsi="Niramit"/>
          <w:color w:val="666666"/>
          <w:sz w:val="20"/>
        </w:rPr>
        <w:t xml:space="preserve">  "I wake up at 7 o'clock." → "at" edattır, zaman belirtir.</w:t>
      </w:r>
    </w:p>
    <w:p>
      <w:pPr/>
      <w:r>
        <w:rPr>
          <w:rFonts w:ascii="Niramit" w:hAnsi="Niramit"/>
          <w:color w:val="666666"/>
          <w:sz w:val="20"/>
        </w:rPr>
        <w:t xml:space="preserve">  Edattan sonra gelen isim/zamir her zaman nesne durumundadır: "Look at him" (he ❌)</w:t>
      </w:r>
    </w:p>
    <w:p>
      <w:pPr/>
    </w:p>
    <w:p>
      <w:pPr/>
      <w:r>
        <w:rPr>
          <w:rFonts w:ascii="Niramit" w:hAnsi="Niramit"/>
          <w:b/>
          <w:color w:val="336D5C"/>
          <w:sz w:val="22"/>
        </w:rPr>
        <w:t>Hızlı Özet</w:t>
      </w:r>
    </w:p>
    <w:p>
      <w:pP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pPr>
              <w:jc w:val="center"/>
            </w:pPr>
            <w:r/>
            <w:r/>
            <w:r>
              <w:rPr>
                <w:rFonts w:ascii="Niramit" w:hAnsi="Niramit"/>
                <w:b/>
                <w:color w:val="FFFFFF"/>
                <w:sz w:val="20"/>
              </w:rPr>
              <w:t>Terim</w:t>
            </w:r>
          </w:p>
        </w:tc>
        <w:tc>
          <w:tcPr>
            <w:tcW w:type="dxa" w:w="2351"/>
          </w:tcPr>
          <w:p>
            <w:pPr>
              <w:jc w:val="center"/>
            </w:pPr>
            <w:r/>
            <w:r/>
            <w:r>
              <w:rPr>
                <w:rFonts w:ascii="Niramit" w:hAnsi="Niramit"/>
                <w:b/>
                <w:color w:val="FFFFFF"/>
                <w:sz w:val="20"/>
              </w:rPr>
              <w:t>İngilizcesi</w:t>
            </w:r>
          </w:p>
        </w:tc>
        <w:tc>
          <w:tcPr>
            <w:tcW w:type="dxa" w:w="2351"/>
          </w:tcPr>
          <w:p>
            <w:pPr>
              <w:jc w:val="center"/>
            </w:pPr>
            <w:r/>
            <w:r/>
            <w:r>
              <w:rPr>
                <w:rFonts w:ascii="Niramit" w:hAnsi="Niramit"/>
                <w:b/>
                <w:color w:val="FFFFFF"/>
                <w:sz w:val="20"/>
              </w:rPr>
              <w:t>Görevi</w:t>
            </w:r>
          </w:p>
        </w:tc>
        <w:tc>
          <w:tcPr>
            <w:tcW w:type="dxa" w:w="2351"/>
          </w:tcPr>
          <w:p>
            <w:pPr>
              <w:jc w:val="center"/>
            </w:pPr>
            <w:r/>
            <w:r/>
            <w:r>
              <w:rPr>
                <w:rFonts w:ascii="Niramit" w:hAnsi="Niramit"/>
                <w:b/>
                <w:color w:val="FFFFFF"/>
                <w:sz w:val="20"/>
              </w:rPr>
              <w:t>Örnek</w:t>
            </w:r>
          </w:p>
        </w:tc>
      </w:tr>
      <w:tr>
        <w:tc>
          <w:tcPr>
            <w:tcW w:type="dxa" w:w="2351"/>
          </w:tcPr>
          <w:p>
            <w:pPr>
              <w:jc w:val="center"/>
            </w:pPr>
            <w:r/>
            <w:r/>
            <w:r>
              <w:rPr>
                <w:rFonts w:ascii="Niramit" w:hAnsi="Niramit"/>
                <w:sz w:val="19"/>
              </w:rPr>
              <w:t>İsim</w:t>
            </w:r>
          </w:p>
        </w:tc>
        <w:tc>
          <w:tcPr>
            <w:tcW w:type="dxa" w:w="2351"/>
          </w:tcPr>
          <w:p>
            <w:pPr>
              <w:jc w:val="center"/>
            </w:pPr>
            <w:r/>
            <w:r/>
            <w:r>
              <w:rPr>
                <w:rFonts w:ascii="Niramit" w:hAnsi="Niramit"/>
                <w:sz w:val="19"/>
              </w:rPr>
              <w:t>Noun</w:t>
            </w:r>
          </w:p>
        </w:tc>
        <w:tc>
          <w:tcPr>
            <w:tcW w:type="dxa" w:w="2351"/>
          </w:tcPr>
          <w:p>
            <w:pPr>
              <w:jc w:val="center"/>
            </w:pPr>
            <w:r/>
            <w:r/>
            <w:r>
              <w:rPr>
                <w:rFonts w:ascii="Niramit" w:hAnsi="Niramit"/>
                <w:sz w:val="19"/>
              </w:rPr>
              <w:t>Varlıkları adlandırır</w:t>
            </w:r>
          </w:p>
        </w:tc>
        <w:tc>
          <w:tcPr>
            <w:tcW w:type="dxa" w:w="2351"/>
          </w:tcPr>
          <w:p>
            <w:pPr>
              <w:jc w:val="left"/>
            </w:pPr>
            <w:r/>
            <w:r/>
            <w:r>
              <w:rPr>
                <w:rFonts w:ascii="Niramit" w:hAnsi="Niramit"/>
                <w:sz w:val="19"/>
              </w:rPr>
              <w:t>book, school, cat</w:t>
            </w:r>
          </w:p>
        </w:tc>
      </w:tr>
      <w:tr>
        <w:tc>
          <w:tcPr>
            <w:tcW w:type="dxa" w:w="2351"/>
          </w:tcPr>
          <w:p>
            <w:pPr>
              <w:jc w:val="center"/>
            </w:pPr>
            <w:r/>
            <w:r/>
            <w:r>
              <w:rPr>
                <w:rFonts w:ascii="Niramit" w:hAnsi="Niramit"/>
                <w:sz w:val="19"/>
              </w:rPr>
              <w:t>Fiil</w:t>
            </w:r>
          </w:p>
        </w:tc>
        <w:tc>
          <w:tcPr>
            <w:tcW w:type="dxa" w:w="2351"/>
          </w:tcPr>
          <w:p>
            <w:pPr>
              <w:jc w:val="center"/>
            </w:pPr>
            <w:r/>
            <w:r/>
            <w:r>
              <w:rPr>
                <w:rFonts w:ascii="Niramit" w:hAnsi="Niramit"/>
                <w:sz w:val="19"/>
              </w:rPr>
              <w:t>Verb</w:t>
            </w:r>
          </w:p>
        </w:tc>
        <w:tc>
          <w:tcPr>
            <w:tcW w:type="dxa" w:w="2351"/>
          </w:tcPr>
          <w:p>
            <w:pPr>
              <w:jc w:val="center"/>
            </w:pPr>
            <w:r/>
            <w:r/>
            <w:r>
              <w:rPr>
                <w:rFonts w:ascii="Niramit" w:hAnsi="Niramit"/>
                <w:sz w:val="19"/>
              </w:rPr>
              <w:t>Eylem/durum bildirir (yüklem)</w:t>
            </w:r>
          </w:p>
        </w:tc>
        <w:tc>
          <w:tcPr>
            <w:tcW w:type="dxa" w:w="2351"/>
          </w:tcPr>
          <w:p>
            <w:pPr>
              <w:jc w:val="left"/>
            </w:pPr>
            <w:r/>
            <w:r/>
            <w:r>
              <w:rPr>
                <w:rFonts w:ascii="Niramit" w:hAnsi="Niramit"/>
                <w:sz w:val="19"/>
              </w:rPr>
              <w:t>am, is, are, read, go</w:t>
            </w:r>
          </w:p>
        </w:tc>
      </w:tr>
      <w:tr>
        <w:tc>
          <w:tcPr>
            <w:tcW w:type="dxa" w:w="2351"/>
          </w:tcPr>
          <w:p>
            <w:pPr>
              <w:jc w:val="center"/>
            </w:pPr>
            <w:r/>
            <w:r/>
            <w:r>
              <w:rPr>
                <w:rFonts w:ascii="Niramit" w:hAnsi="Niramit"/>
                <w:sz w:val="19"/>
              </w:rPr>
              <w:t>Sıfat</w:t>
            </w:r>
          </w:p>
        </w:tc>
        <w:tc>
          <w:tcPr>
            <w:tcW w:type="dxa" w:w="2351"/>
          </w:tcPr>
          <w:p>
            <w:pPr>
              <w:jc w:val="center"/>
            </w:pPr>
            <w:r/>
            <w:r/>
            <w:r>
              <w:rPr>
                <w:rFonts w:ascii="Niramit" w:hAnsi="Niramit"/>
                <w:sz w:val="19"/>
              </w:rPr>
              <w:t>Adjective</w:t>
            </w:r>
          </w:p>
        </w:tc>
        <w:tc>
          <w:tcPr>
            <w:tcW w:type="dxa" w:w="2351"/>
          </w:tcPr>
          <w:p>
            <w:pPr>
              <w:jc w:val="center"/>
            </w:pPr>
            <w:r/>
            <w:r/>
            <w:r>
              <w:rPr>
                <w:rFonts w:ascii="Niramit" w:hAnsi="Niramit"/>
                <w:sz w:val="19"/>
              </w:rPr>
              <w:t>İsmin özelliğini belirtir</w:t>
            </w:r>
          </w:p>
        </w:tc>
        <w:tc>
          <w:tcPr>
            <w:tcW w:type="dxa" w:w="2351"/>
          </w:tcPr>
          <w:p>
            <w:pPr>
              <w:jc w:val="left"/>
            </w:pPr>
            <w:r/>
            <w:r/>
            <w:r>
              <w:rPr>
                <w:rFonts w:ascii="Niramit" w:hAnsi="Niramit"/>
                <w:sz w:val="19"/>
              </w:rPr>
              <w:t>happy, big, tired, cold</w:t>
            </w:r>
          </w:p>
        </w:tc>
      </w:tr>
      <w:tr>
        <w:tc>
          <w:tcPr>
            <w:tcW w:type="dxa" w:w="2351"/>
          </w:tcPr>
          <w:p>
            <w:pPr>
              <w:jc w:val="center"/>
            </w:pPr>
            <w:r/>
            <w:r/>
            <w:r>
              <w:rPr>
                <w:rFonts w:ascii="Niramit" w:hAnsi="Niramit"/>
                <w:sz w:val="19"/>
              </w:rPr>
              <w:t>Zamir</w:t>
            </w:r>
          </w:p>
        </w:tc>
        <w:tc>
          <w:tcPr>
            <w:tcW w:type="dxa" w:w="2351"/>
          </w:tcPr>
          <w:p>
            <w:pPr>
              <w:jc w:val="center"/>
            </w:pPr>
            <w:r/>
            <w:r/>
            <w:r>
              <w:rPr>
                <w:rFonts w:ascii="Niramit" w:hAnsi="Niramit"/>
                <w:sz w:val="19"/>
              </w:rPr>
              <w:t>Pronoun</w:t>
            </w:r>
          </w:p>
        </w:tc>
        <w:tc>
          <w:tcPr>
            <w:tcW w:type="dxa" w:w="2351"/>
          </w:tcPr>
          <w:p>
            <w:pPr>
              <w:jc w:val="center"/>
            </w:pPr>
            <w:r/>
            <w:r/>
            <w:r>
              <w:rPr>
                <w:rFonts w:ascii="Niramit" w:hAnsi="Niramit"/>
                <w:sz w:val="19"/>
              </w:rPr>
              <w:t>İsmin yerine geçer</w:t>
            </w:r>
          </w:p>
        </w:tc>
        <w:tc>
          <w:tcPr>
            <w:tcW w:type="dxa" w:w="2351"/>
          </w:tcPr>
          <w:p>
            <w:pPr>
              <w:jc w:val="left"/>
            </w:pPr>
            <w:r/>
            <w:r/>
            <w:r>
              <w:rPr>
                <w:rFonts w:ascii="Niramit" w:hAnsi="Niramit"/>
                <w:sz w:val="19"/>
              </w:rPr>
              <w:t>I, you, he, she, him, her</w:t>
            </w:r>
          </w:p>
        </w:tc>
      </w:tr>
      <w:tr>
        <w:tc>
          <w:tcPr>
            <w:tcW w:type="dxa" w:w="2351"/>
          </w:tcPr>
          <w:p>
            <w:pPr>
              <w:jc w:val="center"/>
            </w:pPr>
            <w:r/>
            <w:r/>
            <w:r>
              <w:rPr>
                <w:rFonts w:ascii="Niramit" w:hAnsi="Niramit"/>
                <w:sz w:val="19"/>
              </w:rPr>
              <w:t>Özne</w:t>
            </w:r>
          </w:p>
        </w:tc>
        <w:tc>
          <w:tcPr>
            <w:tcW w:type="dxa" w:w="2351"/>
          </w:tcPr>
          <w:p>
            <w:pPr>
              <w:jc w:val="center"/>
            </w:pPr>
            <w:r/>
            <w:r/>
            <w:r>
              <w:rPr>
                <w:rFonts w:ascii="Niramit" w:hAnsi="Niramit"/>
                <w:sz w:val="19"/>
              </w:rPr>
              <w:t>Subject</w:t>
            </w:r>
          </w:p>
        </w:tc>
        <w:tc>
          <w:tcPr>
            <w:tcW w:type="dxa" w:w="2351"/>
          </w:tcPr>
          <w:p>
            <w:pPr>
              <w:jc w:val="center"/>
            </w:pPr>
            <w:r/>
            <w:r/>
            <w:r>
              <w:rPr>
                <w:rFonts w:ascii="Niramit" w:hAnsi="Niramit"/>
                <w:sz w:val="19"/>
              </w:rPr>
              <w:t>Eylemi yapan / durumda olan</w:t>
            </w:r>
          </w:p>
        </w:tc>
        <w:tc>
          <w:tcPr>
            <w:tcW w:type="dxa" w:w="2351"/>
          </w:tcPr>
          <w:p>
            <w:pPr>
              <w:jc w:val="left"/>
            </w:pPr>
            <w:r/>
            <w:r/>
            <w:r>
              <w:rPr>
                <w:rFonts w:ascii="Niramit" w:hAnsi="Niramit"/>
                <w:sz w:val="19"/>
              </w:rPr>
              <w:t>I (I am happy)</w:t>
            </w:r>
          </w:p>
        </w:tc>
      </w:tr>
      <w:tr>
        <w:tc>
          <w:tcPr>
            <w:tcW w:type="dxa" w:w="2351"/>
          </w:tcPr>
          <w:p>
            <w:pPr>
              <w:jc w:val="center"/>
            </w:pPr>
            <w:r/>
            <w:r/>
            <w:r>
              <w:rPr>
                <w:rFonts w:ascii="Niramit" w:hAnsi="Niramit"/>
                <w:sz w:val="19"/>
              </w:rPr>
              <w:t>Nesne</w:t>
            </w:r>
          </w:p>
        </w:tc>
        <w:tc>
          <w:tcPr>
            <w:tcW w:type="dxa" w:w="2351"/>
          </w:tcPr>
          <w:p>
            <w:pPr>
              <w:jc w:val="center"/>
            </w:pPr>
            <w:r/>
            <w:r/>
            <w:r>
              <w:rPr>
                <w:rFonts w:ascii="Niramit" w:hAnsi="Niramit"/>
                <w:sz w:val="19"/>
              </w:rPr>
              <w:t>Object</w:t>
            </w:r>
          </w:p>
        </w:tc>
        <w:tc>
          <w:tcPr>
            <w:tcW w:type="dxa" w:w="2351"/>
          </w:tcPr>
          <w:p>
            <w:pPr>
              <w:jc w:val="center"/>
            </w:pPr>
            <w:r/>
            <w:r/>
            <w:r>
              <w:rPr>
                <w:rFonts w:ascii="Niramit" w:hAnsi="Niramit"/>
                <w:sz w:val="19"/>
              </w:rPr>
              <w:t>Eylemden etkilenen</w:t>
            </w:r>
          </w:p>
        </w:tc>
        <w:tc>
          <w:tcPr>
            <w:tcW w:type="dxa" w:w="2351"/>
          </w:tcPr>
          <w:p>
            <w:pPr>
              <w:jc w:val="left"/>
            </w:pPr>
            <w:r/>
            <w:r/>
            <w:r>
              <w:rPr>
                <w:rFonts w:ascii="Niramit" w:hAnsi="Niramit"/>
                <w:sz w:val="19"/>
              </w:rPr>
              <w:t>her (I love her)</w:t>
            </w:r>
          </w:p>
        </w:tc>
      </w:tr>
      <w:tr>
        <w:tc>
          <w:tcPr>
            <w:tcW w:type="dxa" w:w="2351"/>
          </w:tcPr>
          <w:p>
            <w:pPr>
              <w:jc w:val="center"/>
            </w:pPr>
            <w:r/>
            <w:r/>
            <w:r>
              <w:rPr>
                <w:rFonts w:ascii="Niramit" w:hAnsi="Niramit"/>
                <w:sz w:val="19"/>
              </w:rPr>
              <w:t>Edat</w:t>
            </w:r>
          </w:p>
        </w:tc>
        <w:tc>
          <w:tcPr>
            <w:tcW w:type="dxa" w:w="2351"/>
          </w:tcPr>
          <w:p>
            <w:pPr>
              <w:jc w:val="center"/>
            </w:pPr>
            <w:r/>
            <w:r/>
            <w:r>
              <w:rPr>
                <w:rFonts w:ascii="Niramit" w:hAnsi="Niramit"/>
                <w:sz w:val="19"/>
              </w:rPr>
              <w:t>Preposition</w:t>
            </w:r>
          </w:p>
        </w:tc>
        <w:tc>
          <w:tcPr>
            <w:tcW w:type="dxa" w:w="2351"/>
          </w:tcPr>
          <w:p>
            <w:pPr>
              <w:jc w:val="center"/>
            </w:pPr>
            <w:r/>
            <w:r/>
            <w:r>
              <w:rPr>
                <w:rFonts w:ascii="Niramit" w:hAnsi="Niramit"/>
                <w:sz w:val="19"/>
              </w:rPr>
              <w:t>Yer/zaman ilişkisi kurar</w:t>
            </w:r>
          </w:p>
        </w:tc>
        <w:tc>
          <w:tcPr>
            <w:tcW w:type="dxa" w:w="2351"/>
          </w:tcPr>
          <w:p>
            <w:pPr>
              <w:jc w:val="left"/>
            </w:pPr>
            <w:r/>
            <w:r/>
            <w:r>
              <w:rPr>
                <w:rFonts w:ascii="Niramit" w:hAnsi="Niramit"/>
                <w:sz w:val="19"/>
              </w:rPr>
              <w:t>at, in, on, before, after</w:t>
            </w:r>
          </w:p>
        </w:tc>
      </w:tr>
    </w:tbl>
    <w:p>
      <w:r>
        <w:br w:type="page"/>
      </w:r>
    </w:p>
    <w:p>
      <w:pPr/>
      <w:r>
        <w:rPr>
          <w:rFonts w:ascii="Niramit" w:hAnsi="Niramit"/>
          <w:b/>
          <w:color w:val="1A559E"/>
          <w:sz w:val="28"/>
        </w:rPr>
        <w:t>BÖLÜM 1: GRAMMAR</w:t>
      </w:r>
    </w:p>
    <w:p>
      <w:pPr/>
      <w:r>
        <w:rPr>
          <w:rFonts w:ascii="Niramit" w:hAnsi="Niramit"/>
          <w:color w:val="222222"/>
          <w:sz w:val="21"/>
        </w:rPr>
        <w:t>Bu bölümde Ünite 2'nin üç temel grammar konusunu öğreneceksiniz.</w:t>
      </w:r>
    </w:p>
    <w:p>
      <w:pPr/>
      <w:r>
        <w:rPr>
          <w:rFonts w:ascii="Niramit" w:hAnsi="Niramit"/>
          <w:b/>
          <w:color w:val="336D5C"/>
          <w:sz w:val="22"/>
        </w:rPr>
        <w:t>2.1  Have got / Has got (Sahiplik — "sahip olmak")</w:t>
      </w:r>
    </w:p>
    <w:p>
      <w:pPr/>
      <w:r>
        <w:rPr>
          <w:rFonts w:ascii="Niramit" w:hAnsi="Niramit"/>
          <w:color w:val="222222"/>
          <w:sz w:val="21"/>
        </w:rPr>
        <w:t>Türkçede "benim ... var" / "onun ... var" demek için kullanılır.</w:t>
      </w:r>
    </w:p>
    <w:p>
      <w:pPr/>
      <w:r>
        <w:rPr>
          <w:rFonts w:ascii="Niramit" w:hAnsi="Niramit"/>
          <w:color w:val="222222"/>
          <w:sz w:val="21"/>
        </w:rPr>
        <w:t>Fiziksel özellikleri, sahip olunan şeyleri ve aile üyelerini anlatırken kullanırız.</w:t>
      </w:r>
    </w:p>
    <w:p>
      <w:pPr/>
    </w:p>
    <w:p>
      <w:pPr/>
      <w:r>
        <w:rPr>
          <w:rFonts w:ascii="Niramit" w:hAnsi="Niramit"/>
          <w:b/>
          <w:color w:val="336D5C"/>
          <w:sz w:val="22"/>
        </w:rPr>
        <w:t>Olumsuz Cümle</w:t>
      </w:r>
    </w:p>
    <w:p>
      <w:pPr/>
      <w:r>
        <w:rPr>
          <w:rFonts w:ascii="Niramit" w:hAnsi="Niramit"/>
          <w:color w:val="222222"/>
          <w:sz w:val="21"/>
        </w:rPr>
        <w:t>Olumsuz yapmak için "not" eklenir:</w:t>
      </w:r>
    </w:p>
    <w:p>
      <w:pPr/>
    </w:p>
    <w:p>
      <w:pPr/>
      <w:r>
        <w:rPr>
          <w:rFonts w:ascii="Niramit" w:hAnsi="Niramit"/>
          <w:b/>
          <w:color w:val="336D5C"/>
          <w:sz w:val="22"/>
        </w:rPr>
        <w:t>Soru Cümlesi</w:t>
      </w:r>
    </w:p>
    <w:p>
      <w:pPr/>
    </w:p>
    <w:p>
      <w:pPr/>
      <w:r>
        <w:rPr>
          <w:rFonts w:ascii="Niramit" w:hAnsi="Niramit"/>
          <w:b/>
          <w:color w:val="336D5C"/>
          <w:sz w:val="22"/>
        </w:rPr>
        <w:t>⚠️ Önemli Ayrım</w:t>
      </w:r>
    </w:p>
    <w:p>
      <w:pPr/>
      <w:r>
        <w:rPr>
          <w:rFonts w:ascii="Niramit" w:hAnsi="Niramit"/>
          <w:color w:val="222222"/>
          <w:sz w:val="21"/>
        </w:rPr>
        <w:t>He/She/It → has got | I/You/We/They → have got</w:t>
      </w:r>
    </w:p>
    <w:p>
      <w:pPr/>
      <w:r>
        <w:rPr>
          <w:rFonts w:ascii="Niramit" w:hAnsi="Niramit"/>
          <w:color w:val="666666"/>
          <w:sz w:val="20"/>
        </w:rPr>
        <w:t xml:space="preserve">  She has got a car. ✅ / She have got a car. ❌</w:t>
      </w:r>
    </w:p>
    <w:p>
      <w:pPr/>
      <w:r>
        <w:rPr>
          <w:rFonts w:ascii="Niramit" w:hAnsi="Niramit"/>
          <w:color w:val="666666"/>
          <w:sz w:val="20"/>
        </w:rPr>
        <w:t xml:space="preserve">  Has she got a car? ✅ / Have she got a car? ❌</w:t>
      </w:r>
    </w:p>
    <w:p>
      <w:pPr/>
      <w:r>
        <w:rPr>
          <w:rFonts w:ascii="Niramit" w:hAnsi="Niramit"/>
          <w:color w:val="666666"/>
          <w:sz w:val="20"/>
        </w:rPr>
        <w:t xml:space="preserve">  He hasn't got a bike. ✅ / He haven't got a bike. ❌</w:t>
      </w:r>
    </w:p>
    <w:p>
      <w:pPr/>
      <w:r/>
    </w:p>
    <w:p>
      <w:pPr/>
      <w:r>
        <w:rPr>
          <w:rFonts w:ascii="Niramit" w:hAnsi="Niramit"/>
          <w:b/>
          <w:color w:val="336D5C"/>
          <w:sz w:val="22"/>
        </w:rPr>
        <w:t>2.2  Can / Can't (Yetenek — "yapabilmek")</w:t>
      </w:r>
    </w:p>
    <w:p>
      <w:pPr/>
      <w:r>
        <w:rPr>
          <w:rFonts w:ascii="Niramit" w:hAnsi="Niramit"/>
          <w:color w:val="222222"/>
          <w:sz w:val="21"/>
        </w:rPr>
        <w:t>Bir işi yapabilme yeteneğini veya iznini anlatır.</w:t>
      </w:r>
    </w:p>
    <w:p>
      <w:pPr/>
      <w:r>
        <w:rPr>
          <w:rFonts w:ascii="Niramit" w:hAnsi="Niramit"/>
          <w:color w:val="222222"/>
          <w:sz w:val="21"/>
        </w:rPr>
        <w:t>Can bütün özneler için aynıdır — değişmez!</w:t>
      </w:r>
    </w:p>
    <w:p>
      <w:pPr/>
    </w:p>
    <w:p>
      <w:pPr/>
      <w:r>
        <w:rPr>
          <w:rFonts w:ascii="Niramit" w:hAnsi="Niramit"/>
          <w:b/>
          <w:color w:val="336D5C"/>
          <w:sz w:val="22"/>
        </w:rPr>
        <w:t>⚠️ Can'den sonra fiil YALIN gelir (ek almaz!)</w:t>
      </w:r>
    </w:p>
    <w:p>
      <w:pPr/>
      <w:r>
        <w:rPr>
          <w:rFonts w:ascii="Niramit" w:hAnsi="Niramit"/>
          <w:color w:val="666666"/>
          <w:sz w:val="20"/>
        </w:rPr>
        <w:t xml:space="preserve">  She can swims.  ❌  →  She can swim.  ✅</w:t>
      </w:r>
    </w:p>
    <w:p>
      <w:pPr/>
      <w:r>
        <w:rPr>
          <w:rFonts w:ascii="Niramit" w:hAnsi="Niramit"/>
          <w:color w:val="666666"/>
          <w:sz w:val="20"/>
        </w:rPr>
        <w:t xml:space="preserve">  He can cooks.   ❌  →  He can cook.   ✅</w:t>
      </w:r>
    </w:p>
    <w:p>
      <w:pPr/>
      <w:r>
        <w:rPr>
          <w:rFonts w:ascii="Niramit" w:hAnsi="Niramit"/>
          <w:color w:val="666666"/>
          <w:sz w:val="20"/>
        </w:rPr>
        <w:t xml:space="preserve">  Can she swims?  ❌  →  Can she swim?  ✅</w:t>
      </w:r>
    </w:p>
    <w:p>
      <w:pPr/>
      <w:r>
        <w:rPr>
          <w:rFonts w:ascii="Niramit" w:hAnsi="Niramit"/>
          <w:b/>
          <w:color w:val="336D5C"/>
          <w:sz w:val="22"/>
        </w:rPr>
        <w:t>Can + have got BİRLİKTE kullanımı</w:t>
      </w:r>
    </w:p>
    <w:p>
      <w:pPr/>
      <w:r>
        <w:rPr>
          <w:rFonts w:ascii="Niramit" w:hAnsi="Niramit"/>
          <w:color w:val="222222"/>
          <w:sz w:val="21"/>
        </w:rPr>
        <w:t>Bir mesleğin gerektirdiği özellikleri anlatırken:</w:t>
      </w:r>
    </w:p>
    <w:p>
      <w:pPr/>
      <w:r>
        <w:rPr>
          <w:rFonts w:ascii="Niramit" w:hAnsi="Niramit"/>
          <w:color w:val="666666"/>
          <w:sz w:val="20"/>
        </w:rPr>
        <w:t xml:space="preserve">  "A teacher must be patient" DEĞİL → "must" yasak!</w:t>
      </w:r>
    </w:p>
    <w:p>
      <w:pPr/>
      <w:r>
        <w:rPr>
          <w:rFonts w:ascii="Niramit" w:hAnsi="Niramit"/>
          <w:color w:val="666666"/>
          <w:sz w:val="20"/>
        </w:rPr>
        <w:t xml:space="preserve">  "A good teacher has got patience." ✅ (sahip olduğu özellik)</w:t>
      </w:r>
    </w:p>
    <w:p>
      <w:pPr/>
      <w:r>
        <w:rPr>
          <w:rFonts w:ascii="Niramit" w:hAnsi="Niramit"/>
          <w:color w:val="666666"/>
          <w:sz w:val="20"/>
        </w:rPr>
        <w:t xml:space="preserve">  "A firefighter can run fast." ✅ (yapabildiği şey)</w:t>
      </w:r>
    </w:p>
    <w:p>
      <w:pPr/>
      <w:r/>
    </w:p>
    <w:p>
      <w:pPr/>
      <w:r>
        <w:rPr>
          <w:rFonts w:ascii="Niramit" w:hAnsi="Niramit"/>
          <w:b/>
          <w:color w:val="336D5C"/>
          <w:sz w:val="22"/>
        </w:rPr>
        <w:t>2.3  Adjectives (Sıfatlar) — İnsanları Tarif Etme</w:t>
      </w:r>
    </w:p>
    <w:p>
      <w:pPr/>
      <w:r>
        <w:rPr>
          <w:rFonts w:ascii="Niramit" w:hAnsi="Niramit"/>
          <w:color w:val="222222"/>
          <w:sz w:val="21"/>
        </w:rPr>
        <w:t>Sıfatlar isimlerden ÖNCE veya "to be" fiilinden SONRA gelir.</w:t>
      </w:r>
    </w:p>
    <w:p>
      <w:pPr/>
      <w:r>
        <w:rPr>
          <w:rFonts w:ascii="Niramit" w:hAnsi="Niramit"/>
          <w:color w:val="222222"/>
          <w:sz w:val="21"/>
        </w:rPr>
        <w:t>İnsanları iki şekilde tarif ederiz: dış görünüş ve karakter.</w:t>
      </w:r>
    </w:p>
    <w:p>
      <w:pPr/>
      <w:r>
        <w:rPr>
          <w:rFonts w:ascii="Niramit" w:hAnsi="Niramit"/>
          <w:b/>
          <w:color w:val="336D5C"/>
          <w:sz w:val="22"/>
        </w:rPr>
        <w:t>Dış Görünüş (Physical Appearance)</w:t>
      </w:r>
    </w:p>
    <w:p>
      <w:pPr/>
    </w:p>
    <w:p>
      <w:pPr/>
      <w:r>
        <w:rPr>
          <w:rFonts w:ascii="Niramit" w:hAnsi="Niramit"/>
          <w:b/>
          <w:color w:val="336D5C"/>
          <w:sz w:val="22"/>
        </w:rPr>
        <w:t>Karakter (Character / Personality)</w:t>
      </w:r>
    </w:p>
    <w:p>
      <w:pP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pPr>
              <w:jc w:val="center"/>
            </w:pPr>
            <w:r/>
            <w:r/>
            <w:r>
              <w:rPr>
                <w:rFonts w:ascii="Niramit" w:hAnsi="Niramit"/>
                <w:b/>
                <w:color w:val="FFFFFF"/>
                <w:sz w:val="20"/>
              </w:rPr>
              <w:t>Özne</w:t>
            </w:r>
          </w:p>
        </w:tc>
        <w:tc>
          <w:tcPr>
            <w:tcW w:type="dxa" w:w="2351"/>
          </w:tcPr>
          <w:p>
            <w:pPr>
              <w:jc w:val="center"/>
            </w:pPr>
            <w:r/>
            <w:r/>
            <w:r>
              <w:rPr>
                <w:rFonts w:ascii="Niramit" w:hAnsi="Niramit"/>
                <w:b/>
                <w:color w:val="FFFFFF"/>
                <w:sz w:val="20"/>
              </w:rPr>
              <w:t>have got / has got</w:t>
            </w:r>
          </w:p>
        </w:tc>
        <w:tc>
          <w:tcPr>
            <w:tcW w:type="dxa" w:w="2351"/>
          </w:tcPr>
          <w:p>
            <w:pPr>
              <w:jc w:val="center"/>
            </w:pPr>
            <w:r/>
            <w:r/>
            <w:r>
              <w:rPr>
                <w:rFonts w:ascii="Niramit" w:hAnsi="Niramit"/>
                <w:b/>
                <w:color w:val="FFFFFF"/>
                <w:sz w:val="20"/>
              </w:rPr>
              <w:t>Kısaltma</w:t>
            </w:r>
          </w:p>
        </w:tc>
        <w:tc>
          <w:tcPr>
            <w:tcW w:type="dxa" w:w="2351"/>
          </w:tcPr>
          <w:p>
            <w:pPr>
              <w:jc w:val="center"/>
            </w:pPr>
            <w:r/>
            <w:r/>
            <w:r>
              <w:rPr>
                <w:rFonts w:ascii="Niramit" w:hAnsi="Niramit"/>
                <w:b/>
                <w:color w:val="FFFFFF"/>
                <w:sz w:val="20"/>
              </w:rPr>
              <w:t>Örnek</w:t>
            </w:r>
          </w:p>
        </w:tc>
      </w:tr>
      <w:tr>
        <w:tc>
          <w:tcPr>
            <w:tcW w:type="dxa" w:w="2351"/>
          </w:tcPr>
          <w:p>
            <w:pPr>
              <w:jc w:val="center"/>
            </w:pPr>
            <w:r/>
            <w:r/>
            <w:r>
              <w:rPr>
                <w:rFonts w:ascii="Niramit" w:hAnsi="Niramit"/>
                <w:sz w:val="19"/>
              </w:rPr>
              <w:t>I</w:t>
            </w:r>
          </w:p>
        </w:tc>
        <w:tc>
          <w:tcPr>
            <w:tcW w:type="dxa" w:w="2351"/>
          </w:tcPr>
          <w:p>
            <w:pPr>
              <w:jc w:val="center"/>
            </w:pPr>
            <w:r/>
            <w:r/>
            <w:r>
              <w:rPr>
                <w:rFonts w:ascii="Niramit" w:hAnsi="Niramit"/>
                <w:sz w:val="19"/>
              </w:rPr>
              <w:t>have got</w:t>
            </w:r>
          </w:p>
        </w:tc>
        <w:tc>
          <w:tcPr>
            <w:tcW w:type="dxa" w:w="2351"/>
          </w:tcPr>
          <w:p>
            <w:pPr>
              <w:jc w:val="center"/>
            </w:pPr>
            <w:r/>
            <w:r/>
            <w:r>
              <w:rPr>
                <w:rFonts w:ascii="Niramit" w:hAnsi="Niramit"/>
                <w:sz w:val="19"/>
              </w:rPr>
              <w:t>I've got</w:t>
            </w:r>
          </w:p>
        </w:tc>
        <w:tc>
          <w:tcPr>
            <w:tcW w:type="dxa" w:w="2351"/>
          </w:tcPr>
          <w:p>
            <w:pPr>
              <w:jc w:val="left"/>
            </w:pPr>
            <w:r/>
            <w:r/>
            <w:r>
              <w:rPr>
                <w:rFonts w:ascii="Niramit" w:hAnsi="Niramit"/>
                <w:sz w:val="19"/>
              </w:rPr>
              <w:t>I've got a dog.</w:t>
            </w:r>
          </w:p>
        </w:tc>
      </w:tr>
      <w:tr>
        <w:tc>
          <w:tcPr>
            <w:tcW w:type="dxa" w:w="2351"/>
          </w:tcPr>
          <w:p>
            <w:pPr>
              <w:jc w:val="center"/>
            </w:pPr>
            <w:r/>
            <w:r/>
            <w:r>
              <w:rPr>
                <w:rFonts w:ascii="Niramit" w:hAnsi="Niramit"/>
                <w:sz w:val="19"/>
              </w:rPr>
              <w:t>You</w:t>
            </w:r>
          </w:p>
        </w:tc>
        <w:tc>
          <w:tcPr>
            <w:tcW w:type="dxa" w:w="2351"/>
          </w:tcPr>
          <w:p>
            <w:pPr>
              <w:jc w:val="center"/>
            </w:pPr>
            <w:r/>
            <w:r/>
            <w:r>
              <w:rPr>
                <w:rFonts w:ascii="Niramit" w:hAnsi="Niramit"/>
                <w:sz w:val="19"/>
              </w:rPr>
              <w:t>have got</w:t>
            </w:r>
          </w:p>
        </w:tc>
        <w:tc>
          <w:tcPr>
            <w:tcW w:type="dxa" w:w="2351"/>
          </w:tcPr>
          <w:p>
            <w:pPr>
              <w:jc w:val="center"/>
            </w:pPr>
            <w:r/>
            <w:r/>
            <w:r>
              <w:rPr>
                <w:rFonts w:ascii="Niramit" w:hAnsi="Niramit"/>
                <w:sz w:val="19"/>
              </w:rPr>
              <w:t>You've got</w:t>
            </w:r>
          </w:p>
        </w:tc>
        <w:tc>
          <w:tcPr>
            <w:tcW w:type="dxa" w:w="2351"/>
          </w:tcPr>
          <w:p>
            <w:pPr>
              <w:jc w:val="left"/>
            </w:pPr>
            <w:r/>
            <w:r/>
            <w:r>
              <w:rPr>
                <w:rFonts w:ascii="Niramit" w:hAnsi="Niramit"/>
                <w:sz w:val="19"/>
              </w:rPr>
              <w:t>You've got blue eyes.</w:t>
            </w:r>
          </w:p>
        </w:tc>
      </w:tr>
      <w:tr>
        <w:tc>
          <w:tcPr>
            <w:tcW w:type="dxa" w:w="2351"/>
          </w:tcPr>
          <w:p>
            <w:pPr>
              <w:jc w:val="center"/>
            </w:pPr>
            <w:r/>
            <w:r/>
            <w:r>
              <w:rPr>
                <w:rFonts w:ascii="Niramit" w:hAnsi="Niramit"/>
                <w:sz w:val="19"/>
              </w:rPr>
              <w:t>He</w:t>
            </w:r>
          </w:p>
        </w:tc>
        <w:tc>
          <w:tcPr>
            <w:tcW w:type="dxa" w:w="2351"/>
          </w:tcPr>
          <w:p>
            <w:pPr>
              <w:jc w:val="center"/>
            </w:pPr>
            <w:r/>
            <w:r/>
            <w:r>
              <w:rPr>
                <w:rFonts w:ascii="Niramit" w:hAnsi="Niramit"/>
                <w:sz w:val="19"/>
              </w:rPr>
              <w:t>has got</w:t>
            </w:r>
          </w:p>
        </w:tc>
        <w:tc>
          <w:tcPr>
            <w:tcW w:type="dxa" w:w="2351"/>
          </w:tcPr>
          <w:p>
            <w:pPr>
              <w:jc w:val="center"/>
            </w:pPr>
            <w:r/>
            <w:r/>
            <w:r>
              <w:rPr>
                <w:rFonts w:ascii="Niramit" w:hAnsi="Niramit"/>
                <w:sz w:val="19"/>
              </w:rPr>
              <w:t>He's got</w:t>
            </w:r>
          </w:p>
        </w:tc>
        <w:tc>
          <w:tcPr>
            <w:tcW w:type="dxa" w:w="2351"/>
          </w:tcPr>
          <w:p>
            <w:pPr>
              <w:jc w:val="left"/>
            </w:pPr>
            <w:r/>
            <w:r/>
            <w:r>
              <w:rPr>
                <w:rFonts w:ascii="Niramit" w:hAnsi="Niramit"/>
                <w:sz w:val="19"/>
              </w:rPr>
              <w:t>He's got a car.</w:t>
            </w:r>
          </w:p>
        </w:tc>
      </w:tr>
      <w:tr>
        <w:tc>
          <w:tcPr>
            <w:tcW w:type="dxa" w:w="2351"/>
          </w:tcPr>
          <w:p>
            <w:pPr>
              <w:jc w:val="center"/>
            </w:pPr>
            <w:r/>
            <w:r/>
            <w:r>
              <w:rPr>
                <w:rFonts w:ascii="Niramit" w:hAnsi="Niramit"/>
                <w:sz w:val="19"/>
              </w:rPr>
              <w:t>She</w:t>
            </w:r>
          </w:p>
        </w:tc>
        <w:tc>
          <w:tcPr>
            <w:tcW w:type="dxa" w:w="2351"/>
          </w:tcPr>
          <w:p>
            <w:pPr>
              <w:jc w:val="center"/>
            </w:pPr>
            <w:r/>
            <w:r/>
            <w:r>
              <w:rPr>
                <w:rFonts w:ascii="Niramit" w:hAnsi="Niramit"/>
                <w:sz w:val="19"/>
              </w:rPr>
              <w:t>has got</w:t>
            </w:r>
          </w:p>
        </w:tc>
        <w:tc>
          <w:tcPr>
            <w:tcW w:type="dxa" w:w="2351"/>
          </w:tcPr>
          <w:p>
            <w:pPr>
              <w:jc w:val="center"/>
            </w:pPr>
            <w:r/>
            <w:r/>
            <w:r>
              <w:rPr>
                <w:rFonts w:ascii="Niramit" w:hAnsi="Niramit"/>
                <w:sz w:val="19"/>
              </w:rPr>
              <w:t>She's got</w:t>
            </w:r>
          </w:p>
        </w:tc>
        <w:tc>
          <w:tcPr>
            <w:tcW w:type="dxa" w:w="2351"/>
          </w:tcPr>
          <w:p>
            <w:pPr>
              <w:jc w:val="left"/>
            </w:pPr>
            <w:r/>
            <w:r/>
            <w:r>
              <w:rPr>
                <w:rFonts w:ascii="Niramit" w:hAnsi="Niramit"/>
                <w:sz w:val="19"/>
              </w:rPr>
              <w:t>She's got long hair.</w:t>
            </w:r>
          </w:p>
        </w:tc>
      </w:tr>
      <w:tr>
        <w:tc>
          <w:tcPr>
            <w:tcW w:type="dxa" w:w="2351"/>
          </w:tcPr>
          <w:p>
            <w:pPr>
              <w:jc w:val="center"/>
            </w:pPr>
            <w:r/>
            <w:r/>
            <w:r>
              <w:rPr>
                <w:rFonts w:ascii="Niramit" w:hAnsi="Niramit"/>
                <w:sz w:val="19"/>
              </w:rPr>
              <w:t>It</w:t>
            </w:r>
          </w:p>
        </w:tc>
        <w:tc>
          <w:tcPr>
            <w:tcW w:type="dxa" w:w="2351"/>
          </w:tcPr>
          <w:p>
            <w:pPr>
              <w:jc w:val="center"/>
            </w:pPr>
            <w:r/>
            <w:r/>
            <w:r>
              <w:rPr>
                <w:rFonts w:ascii="Niramit" w:hAnsi="Niramit"/>
                <w:sz w:val="19"/>
              </w:rPr>
              <w:t>has got</w:t>
            </w:r>
          </w:p>
        </w:tc>
        <w:tc>
          <w:tcPr>
            <w:tcW w:type="dxa" w:w="2351"/>
          </w:tcPr>
          <w:p>
            <w:pPr>
              <w:jc w:val="center"/>
            </w:pPr>
            <w:r/>
            <w:r/>
            <w:r>
              <w:rPr>
                <w:rFonts w:ascii="Niramit" w:hAnsi="Niramit"/>
                <w:sz w:val="19"/>
              </w:rPr>
              <w:t>It's got</w:t>
            </w:r>
          </w:p>
        </w:tc>
        <w:tc>
          <w:tcPr>
            <w:tcW w:type="dxa" w:w="2351"/>
          </w:tcPr>
          <w:p>
            <w:pPr>
              <w:jc w:val="left"/>
            </w:pPr>
            <w:r/>
            <w:r/>
            <w:r>
              <w:rPr>
                <w:rFonts w:ascii="Niramit" w:hAnsi="Niramit"/>
                <w:sz w:val="19"/>
              </w:rPr>
              <w:t>It's got a long tail.</w:t>
            </w:r>
          </w:p>
        </w:tc>
      </w:tr>
      <w:tr>
        <w:tc>
          <w:tcPr>
            <w:tcW w:type="dxa" w:w="2351"/>
          </w:tcPr>
          <w:p>
            <w:pPr>
              <w:jc w:val="center"/>
            </w:pPr>
            <w:r/>
            <w:r/>
            <w:r>
              <w:rPr>
                <w:rFonts w:ascii="Niramit" w:hAnsi="Niramit"/>
                <w:sz w:val="19"/>
              </w:rPr>
              <w:t>We</w:t>
            </w:r>
          </w:p>
        </w:tc>
        <w:tc>
          <w:tcPr>
            <w:tcW w:type="dxa" w:w="2351"/>
          </w:tcPr>
          <w:p>
            <w:pPr>
              <w:jc w:val="center"/>
            </w:pPr>
            <w:r/>
            <w:r/>
            <w:r>
              <w:rPr>
                <w:rFonts w:ascii="Niramit" w:hAnsi="Niramit"/>
                <w:sz w:val="19"/>
              </w:rPr>
              <w:t>have got</w:t>
            </w:r>
          </w:p>
        </w:tc>
        <w:tc>
          <w:tcPr>
            <w:tcW w:type="dxa" w:w="2351"/>
          </w:tcPr>
          <w:p>
            <w:pPr>
              <w:jc w:val="center"/>
            </w:pPr>
            <w:r/>
            <w:r/>
            <w:r>
              <w:rPr>
                <w:rFonts w:ascii="Niramit" w:hAnsi="Niramit"/>
                <w:sz w:val="19"/>
              </w:rPr>
              <w:t>We've got</w:t>
            </w:r>
          </w:p>
        </w:tc>
        <w:tc>
          <w:tcPr>
            <w:tcW w:type="dxa" w:w="2351"/>
          </w:tcPr>
          <w:p>
            <w:pPr>
              <w:jc w:val="left"/>
            </w:pPr>
            <w:r/>
            <w:r/>
            <w:r>
              <w:rPr>
                <w:rFonts w:ascii="Niramit" w:hAnsi="Niramit"/>
                <w:sz w:val="19"/>
              </w:rPr>
              <w:t>We've got a big family.</w:t>
            </w:r>
          </w:p>
        </w:tc>
      </w:tr>
      <w:tr>
        <w:tc>
          <w:tcPr>
            <w:tcW w:type="dxa" w:w="2351"/>
          </w:tcPr>
          <w:p>
            <w:pPr>
              <w:jc w:val="center"/>
            </w:pPr>
            <w:r/>
            <w:r/>
            <w:r>
              <w:rPr>
                <w:rFonts w:ascii="Niramit" w:hAnsi="Niramit"/>
                <w:sz w:val="19"/>
              </w:rPr>
              <w:t>They</w:t>
            </w:r>
          </w:p>
        </w:tc>
        <w:tc>
          <w:tcPr>
            <w:tcW w:type="dxa" w:w="2351"/>
          </w:tcPr>
          <w:p>
            <w:pPr>
              <w:jc w:val="center"/>
            </w:pPr>
            <w:r/>
            <w:r/>
            <w:r>
              <w:rPr>
                <w:rFonts w:ascii="Niramit" w:hAnsi="Niramit"/>
                <w:sz w:val="19"/>
              </w:rPr>
              <w:t>have got</w:t>
            </w:r>
          </w:p>
        </w:tc>
        <w:tc>
          <w:tcPr>
            <w:tcW w:type="dxa" w:w="2351"/>
          </w:tcPr>
          <w:p>
            <w:pPr>
              <w:jc w:val="center"/>
            </w:pPr>
            <w:r/>
            <w:r/>
            <w:r>
              <w:rPr>
                <w:rFonts w:ascii="Niramit" w:hAnsi="Niramit"/>
                <w:sz w:val="19"/>
              </w:rPr>
              <w:t>They've got</w:t>
            </w:r>
          </w:p>
        </w:tc>
        <w:tc>
          <w:tcPr>
            <w:tcW w:type="dxa" w:w="2351"/>
          </w:tcPr>
          <w:p>
            <w:pPr>
              <w:jc w:val="left"/>
            </w:pPr>
            <w:r/>
            <w:r/>
            <w:r>
              <w:rPr>
                <w:rFonts w:ascii="Niramit" w:hAnsi="Niramit"/>
                <w:sz w:val="19"/>
              </w:rPr>
              <w:t>They've got a new teacher.</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Olumlu</w:t>
            </w:r>
          </w:p>
        </w:tc>
        <w:tc>
          <w:tcPr>
            <w:tcW w:type="dxa" w:w="3135"/>
          </w:tcPr>
          <w:p>
            <w:pPr>
              <w:jc w:val="center"/>
            </w:pPr>
            <w:r/>
            <w:r/>
            <w:r>
              <w:rPr>
                <w:rFonts w:ascii="Niramit" w:hAnsi="Niramit"/>
                <w:b/>
                <w:color w:val="FFFFFF"/>
                <w:sz w:val="20"/>
              </w:rPr>
              <w:t>Olumsuz</w:t>
            </w:r>
          </w:p>
        </w:tc>
        <w:tc>
          <w:tcPr>
            <w:tcW w:type="dxa" w:w="3135"/>
          </w:tcPr>
          <w:p>
            <w:pPr>
              <w:jc w:val="center"/>
            </w:pPr>
            <w:r/>
            <w:r/>
            <w:r>
              <w:rPr>
                <w:rFonts w:ascii="Niramit" w:hAnsi="Niramit"/>
                <w:b/>
                <w:color w:val="FFFFFF"/>
                <w:sz w:val="20"/>
              </w:rPr>
              <w:t>Kısaltma</w:t>
            </w:r>
          </w:p>
        </w:tc>
      </w:tr>
      <w:tr>
        <w:tc>
          <w:tcPr>
            <w:tcW w:type="dxa" w:w="3135"/>
          </w:tcPr>
          <w:p>
            <w:pPr>
              <w:jc w:val="center"/>
            </w:pPr>
            <w:r/>
            <w:r/>
            <w:r>
              <w:rPr>
                <w:rFonts w:ascii="Niramit" w:hAnsi="Niramit"/>
                <w:sz w:val="19"/>
              </w:rPr>
              <w:t>I have got</w:t>
            </w:r>
          </w:p>
        </w:tc>
        <w:tc>
          <w:tcPr>
            <w:tcW w:type="dxa" w:w="3135"/>
          </w:tcPr>
          <w:p>
            <w:pPr>
              <w:jc w:val="center"/>
            </w:pPr>
            <w:r/>
            <w:r/>
            <w:r>
              <w:rPr>
                <w:rFonts w:ascii="Niramit" w:hAnsi="Niramit"/>
                <w:sz w:val="19"/>
              </w:rPr>
              <w:t>I have not got</w:t>
            </w:r>
          </w:p>
        </w:tc>
        <w:tc>
          <w:tcPr>
            <w:tcW w:type="dxa" w:w="3135"/>
          </w:tcPr>
          <w:p>
            <w:pPr>
              <w:jc w:val="left"/>
            </w:pPr>
            <w:r/>
            <w:r/>
            <w:r>
              <w:rPr>
                <w:rFonts w:ascii="Niramit" w:hAnsi="Niramit"/>
                <w:sz w:val="19"/>
              </w:rPr>
              <w:t>I haven't got</w:t>
            </w:r>
          </w:p>
        </w:tc>
      </w:tr>
      <w:tr>
        <w:tc>
          <w:tcPr>
            <w:tcW w:type="dxa" w:w="3135"/>
          </w:tcPr>
          <w:p>
            <w:pPr>
              <w:jc w:val="center"/>
            </w:pPr>
            <w:r/>
            <w:r/>
            <w:r>
              <w:rPr>
                <w:rFonts w:ascii="Niramit" w:hAnsi="Niramit"/>
                <w:sz w:val="19"/>
              </w:rPr>
              <w:t>You have got</w:t>
            </w:r>
          </w:p>
        </w:tc>
        <w:tc>
          <w:tcPr>
            <w:tcW w:type="dxa" w:w="3135"/>
          </w:tcPr>
          <w:p>
            <w:pPr>
              <w:jc w:val="center"/>
            </w:pPr>
            <w:r/>
            <w:r/>
            <w:r>
              <w:rPr>
                <w:rFonts w:ascii="Niramit" w:hAnsi="Niramit"/>
                <w:sz w:val="19"/>
              </w:rPr>
              <w:t>You have not got</w:t>
            </w:r>
          </w:p>
        </w:tc>
        <w:tc>
          <w:tcPr>
            <w:tcW w:type="dxa" w:w="3135"/>
          </w:tcPr>
          <w:p>
            <w:pPr>
              <w:jc w:val="left"/>
            </w:pPr>
            <w:r/>
            <w:r/>
            <w:r>
              <w:rPr>
                <w:rFonts w:ascii="Niramit" w:hAnsi="Niramit"/>
                <w:sz w:val="19"/>
              </w:rPr>
              <w:t>You haven't got</w:t>
            </w:r>
          </w:p>
        </w:tc>
      </w:tr>
      <w:tr>
        <w:tc>
          <w:tcPr>
            <w:tcW w:type="dxa" w:w="3135"/>
          </w:tcPr>
          <w:p>
            <w:pPr>
              <w:jc w:val="center"/>
            </w:pPr>
            <w:r/>
            <w:r/>
            <w:r>
              <w:rPr>
                <w:rFonts w:ascii="Niramit" w:hAnsi="Niramit"/>
                <w:sz w:val="19"/>
              </w:rPr>
              <w:t>He has got</w:t>
            </w:r>
          </w:p>
        </w:tc>
        <w:tc>
          <w:tcPr>
            <w:tcW w:type="dxa" w:w="3135"/>
          </w:tcPr>
          <w:p>
            <w:pPr>
              <w:jc w:val="center"/>
            </w:pPr>
            <w:r/>
            <w:r/>
            <w:r>
              <w:rPr>
                <w:rFonts w:ascii="Niramit" w:hAnsi="Niramit"/>
                <w:sz w:val="19"/>
              </w:rPr>
              <w:t>He has not got</w:t>
            </w:r>
          </w:p>
        </w:tc>
        <w:tc>
          <w:tcPr>
            <w:tcW w:type="dxa" w:w="3135"/>
          </w:tcPr>
          <w:p>
            <w:pPr>
              <w:jc w:val="left"/>
            </w:pPr>
            <w:r/>
            <w:r/>
            <w:r>
              <w:rPr>
                <w:rFonts w:ascii="Niramit" w:hAnsi="Niramit"/>
                <w:sz w:val="19"/>
              </w:rPr>
              <w:t>He hasn't got</w:t>
            </w:r>
          </w:p>
        </w:tc>
      </w:tr>
      <w:tr>
        <w:tc>
          <w:tcPr>
            <w:tcW w:type="dxa" w:w="3135"/>
          </w:tcPr>
          <w:p>
            <w:pPr>
              <w:jc w:val="center"/>
            </w:pPr>
            <w:r/>
            <w:r/>
            <w:r>
              <w:rPr>
                <w:rFonts w:ascii="Niramit" w:hAnsi="Niramit"/>
                <w:sz w:val="19"/>
              </w:rPr>
              <w:t>She has got</w:t>
            </w:r>
          </w:p>
        </w:tc>
        <w:tc>
          <w:tcPr>
            <w:tcW w:type="dxa" w:w="3135"/>
          </w:tcPr>
          <w:p>
            <w:pPr>
              <w:jc w:val="center"/>
            </w:pPr>
            <w:r/>
            <w:r/>
            <w:r>
              <w:rPr>
                <w:rFonts w:ascii="Niramit" w:hAnsi="Niramit"/>
                <w:sz w:val="19"/>
              </w:rPr>
              <w:t>She has not got</w:t>
            </w:r>
          </w:p>
        </w:tc>
        <w:tc>
          <w:tcPr>
            <w:tcW w:type="dxa" w:w="3135"/>
          </w:tcPr>
          <w:p>
            <w:pPr>
              <w:jc w:val="left"/>
            </w:pPr>
            <w:r/>
            <w:r/>
            <w:r>
              <w:rPr>
                <w:rFonts w:ascii="Niramit" w:hAnsi="Niramit"/>
                <w:sz w:val="19"/>
              </w:rPr>
              <w:t>She hasn't got</w:t>
            </w:r>
          </w:p>
        </w:tc>
      </w:tr>
      <w:tr>
        <w:tc>
          <w:tcPr>
            <w:tcW w:type="dxa" w:w="3135"/>
          </w:tcPr>
          <w:p>
            <w:pPr>
              <w:jc w:val="center"/>
            </w:pPr>
            <w:r/>
            <w:r/>
            <w:r>
              <w:rPr>
                <w:rFonts w:ascii="Niramit" w:hAnsi="Niramit"/>
                <w:sz w:val="19"/>
              </w:rPr>
              <w:t>It has got</w:t>
            </w:r>
          </w:p>
        </w:tc>
        <w:tc>
          <w:tcPr>
            <w:tcW w:type="dxa" w:w="3135"/>
          </w:tcPr>
          <w:p>
            <w:pPr>
              <w:jc w:val="center"/>
            </w:pPr>
            <w:r/>
            <w:r/>
            <w:r>
              <w:rPr>
                <w:rFonts w:ascii="Niramit" w:hAnsi="Niramit"/>
                <w:sz w:val="19"/>
              </w:rPr>
              <w:t>It has not got</w:t>
            </w:r>
          </w:p>
        </w:tc>
        <w:tc>
          <w:tcPr>
            <w:tcW w:type="dxa" w:w="3135"/>
          </w:tcPr>
          <w:p>
            <w:pPr>
              <w:jc w:val="left"/>
            </w:pPr>
            <w:r/>
            <w:r/>
            <w:r>
              <w:rPr>
                <w:rFonts w:ascii="Niramit" w:hAnsi="Niramit"/>
                <w:sz w:val="19"/>
              </w:rPr>
              <w:t>It hasn't got</w:t>
            </w:r>
          </w:p>
        </w:tc>
      </w:tr>
      <w:tr>
        <w:tc>
          <w:tcPr>
            <w:tcW w:type="dxa" w:w="3135"/>
          </w:tcPr>
          <w:p>
            <w:pPr>
              <w:jc w:val="center"/>
            </w:pPr>
            <w:r/>
            <w:r/>
            <w:r>
              <w:rPr>
                <w:rFonts w:ascii="Niramit" w:hAnsi="Niramit"/>
                <w:sz w:val="19"/>
              </w:rPr>
              <w:t>We have got</w:t>
            </w:r>
          </w:p>
        </w:tc>
        <w:tc>
          <w:tcPr>
            <w:tcW w:type="dxa" w:w="3135"/>
          </w:tcPr>
          <w:p>
            <w:pPr>
              <w:jc w:val="center"/>
            </w:pPr>
            <w:r/>
            <w:r/>
            <w:r>
              <w:rPr>
                <w:rFonts w:ascii="Niramit" w:hAnsi="Niramit"/>
                <w:sz w:val="19"/>
              </w:rPr>
              <w:t>We have not got</w:t>
            </w:r>
          </w:p>
        </w:tc>
        <w:tc>
          <w:tcPr>
            <w:tcW w:type="dxa" w:w="3135"/>
          </w:tcPr>
          <w:p>
            <w:pPr>
              <w:jc w:val="left"/>
            </w:pPr>
            <w:r/>
            <w:r/>
            <w:r>
              <w:rPr>
                <w:rFonts w:ascii="Niramit" w:hAnsi="Niramit"/>
                <w:sz w:val="19"/>
              </w:rPr>
              <w:t>We haven't got</w:t>
            </w:r>
          </w:p>
        </w:tc>
      </w:tr>
      <w:tr>
        <w:tc>
          <w:tcPr>
            <w:tcW w:type="dxa" w:w="3135"/>
          </w:tcPr>
          <w:p>
            <w:pPr>
              <w:jc w:val="center"/>
            </w:pPr>
            <w:r/>
            <w:r/>
            <w:r>
              <w:rPr>
                <w:rFonts w:ascii="Niramit" w:hAnsi="Niramit"/>
                <w:sz w:val="19"/>
              </w:rPr>
              <w:t>They have got</w:t>
            </w:r>
          </w:p>
        </w:tc>
        <w:tc>
          <w:tcPr>
            <w:tcW w:type="dxa" w:w="3135"/>
          </w:tcPr>
          <w:p>
            <w:pPr>
              <w:jc w:val="center"/>
            </w:pPr>
            <w:r/>
            <w:r/>
            <w:r>
              <w:rPr>
                <w:rFonts w:ascii="Niramit" w:hAnsi="Niramit"/>
                <w:sz w:val="19"/>
              </w:rPr>
              <w:t>They have not got</w:t>
            </w:r>
          </w:p>
        </w:tc>
        <w:tc>
          <w:tcPr>
            <w:tcW w:type="dxa" w:w="3135"/>
          </w:tcPr>
          <w:p>
            <w:pPr>
              <w:jc w:val="left"/>
            </w:pPr>
            <w:r/>
            <w:r/>
            <w:r>
              <w:rPr>
                <w:rFonts w:ascii="Niramit" w:hAnsi="Niramit"/>
                <w:sz w:val="19"/>
              </w:rPr>
              <w:t>They haven't got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Kısa Cevap (+)</w:t>
            </w:r>
          </w:p>
        </w:tc>
        <w:tc>
          <w:tcPr>
            <w:tcW w:type="dxa" w:w="3135"/>
          </w:tcPr>
          <w:p>
            <w:pPr>
              <w:jc w:val="center"/>
            </w:pPr>
            <w:r/>
            <w:r/>
            <w:r>
              <w:rPr>
                <w:rFonts w:ascii="Niramit" w:hAnsi="Niramit"/>
                <w:b/>
                <w:color w:val="FFFFFF"/>
                <w:sz w:val="20"/>
              </w:rPr>
              <w:t>Kısa Cevap (−)</w:t>
            </w:r>
          </w:p>
        </w:tc>
      </w:tr>
      <w:tr>
        <w:tc>
          <w:tcPr>
            <w:tcW w:type="dxa" w:w="3135"/>
          </w:tcPr>
          <w:p>
            <w:pPr>
              <w:jc w:val="center"/>
            </w:pPr>
            <w:r/>
            <w:r/>
            <w:r>
              <w:rPr>
                <w:rFonts w:ascii="Niramit" w:hAnsi="Niramit"/>
                <w:sz w:val="19"/>
              </w:rPr>
              <w:t>Have I got...?</w:t>
            </w:r>
          </w:p>
        </w:tc>
        <w:tc>
          <w:tcPr>
            <w:tcW w:type="dxa" w:w="3135"/>
          </w:tcPr>
          <w:p>
            <w:pPr>
              <w:jc w:val="center"/>
            </w:pPr>
            <w:r/>
            <w:r/>
            <w:r>
              <w:rPr>
                <w:rFonts w:ascii="Niramit" w:hAnsi="Niramit"/>
                <w:sz w:val="19"/>
              </w:rPr>
              <w:t>Yes, I have.</w:t>
            </w:r>
          </w:p>
        </w:tc>
        <w:tc>
          <w:tcPr>
            <w:tcW w:type="dxa" w:w="3135"/>
          </w:tcPr>
          <w:p>
            <w:pPr>
              <w:jc w:val="left"/>
            </w:pPr>
            <w:r/>
            <w:r/>
            <w:r>
              <w:rPr>
                <w:rFonts w:ascii="Niramit" w:hAnsi="Niramit"/>
                <w:sz w:val="19"/>
              </w:rPr>
              <w:t>No, I haven't.</w:t>
            </w:r>
          </w:p>
        </w:tc>
      </w:tr>
      <w:tr>
        <w:tc>
          <w:tcPr>
            <w:tcW w:type="dxa" w:w="3135"/>
          </w:tcPr>
          <w:p>
            <w:pPr>
              <w:jc w:val="center"/>
            </w:pPr>
            <w:r/>
            <w:r/>
            <w:r>
              <w:rPr>
                <w:rFonts w:ascii="Niramit" w:hAnsi="Niramit"/>
                <w:sz w:val="19"/>
              </w:rPr>
              <w:t>Have you got...?</w:t>
            </w:r>
          </w:p>
        </w:tc>
        <w:tc>
          <w:tcPr>
            <w:tcW w:type="dxa" w:w="3135"/>
          </w:tcPr>
          <w:p>
            <w:pPr>
              <w:jc w:val="center"/>
            </w:pPr>
            <w:r/>
            <w:r/>
            <w:r>
              <w:rPr>
                <w:rFonts w:ascii="Niramit" w:hAnsi="Niramit"/>
                <w:sz w:val="19"/>
              </w:rPr>
              <w:t>Yes, you have.</w:t>
            </w:r>
          </w:p>
        </w:tc>
        <w:tc>
          <w:tcPr>
            <w:tcW w:type="dxa" w:w="3135"/>
          </w:tcPr>
          <w:p>
            <w:pPr>
              <w:jc w:val="left"/>
            </w:pPr>
            <w:r/>
            <w:r/>
            <w:r>
              <w:rPr>
                <w:rFonts w:ascii="Niramit" w:hAnsi="Niramit"/>
                <w:sz w:val="19"/>
              </w:rPr>
              <w:t>No, you haven't.</w:t>
            </w:r>
          </w:p>
        </w:tc>
      </w:tr>
      <w:tr>
        <w:tc>
          <w:tcPr>
            <w:tcW w:type="dxa" w:w="3135"/>
          </w:tcPr>
          <w:p>
            <w:pPr>
              <w:jc w:val="center"/>
            </w:pPr>
            <w:r/>
            <w:r/>
            <w:r>
              <w:rPr>
                <w:rFonts w:ascii="Niramit" w:hAnsi="Niramit"/>
                <w:sz w:val="19"/>
              </w:rPr>
              <w:t>Has he got...?</w:t>
            </w:r>
          </w:p>
        </w:tc>
        <w:tc>
          <w:tcPr>
            <w:tcW w:type="dxa" w:w="3135"/>
          </w:tcPr>
          <w:p>
            <w:pPr>
              <w:jc w:val="center"/>
            </w:pPr>
            <w:r/>
            <w:r/>
            <w:r>
              <w:rPr>
                <w:rFonts w:ascii="Niramit" w:hAnsi="Niramit"/>
                <w:sz w:val="19"/>
              </w:rPr>
              <w:t>Yes, he has.</w:t>
            </w:r>
          </w:p>
        </w:tc>
        <w:tc>
          <w:tcPr>
            <w:tcW w:type="dxa" w:w="3135"/>
          </w:tcPr>
          <w:p>
            <w:pPr>
              <w:jc w:val="left"/>
            </w:pPr>
            <w:r/>
            <w:r/>
            <w:r>
              <w:rPr>
                <w:rFonts w:ascii="Niramit" w:hAnsi="Niramit"/>
                <w:sz w:val="19"/>
              </w:rPr>
              <w:t>No, he hasn't.</w:t>
            </w:r>
          </w:p>
        </w:tc>
      </w:tr>
      <w:tr>
        <w:tc>
          <w:tcPr>
            <w:tcW w:type="dxa" w:w="3135"/>
          </w:tcPr>
          <w:p>
            <w:pPr>
              <w:jc w:val="center"/>
            </w:pPr>
            <w:r/>
            <w:r/>
            <w:r>
              <w:rPr>
                <w:rFonts w:ascii="Niramit" w:hAnsi="Niramit"/>
                <w:sz w:val="19"/>
              </w:rPr>
              <w:t>Has she got...?</w:t>
            </w:r>
          </w:p>
        </w:tc>
        <w:tc>
          <w:tcPr>
            <w:tcW w:type="dxa" w:w="3135"/>
          </w:tcPr>
          <w:p>
            <w:pPr>
              <w:jc w:val="center"/>
            </w:pPr>
            <w:r/>
            <w:r/>
            <w:r>
              <w:rPr>
                <w:rFonts w:ascii="Niramit" w:hAnsi="Niramit"/>
                <w:sz w:val="19"/>
              </w:rPr>
              <w:t>Yes, she has.</w:t>
            </w:r>
          </w:p>
        </w:tc>
        <w:tc>
          <w:tcPr>
            <w:tcW w:type="dxa" w:w="3135"/>
          </w:tcPr>
          <w:p>
            <w:pPr>
              <w:jc w:val="left"/>
            </w:pPr>
            <w:r/>
            <w:r/>
            <w:r>
              <w:rPr>
                <w:rFonts w:ascii="Niramit" w:hAnsi="Niramit"/>
                <w:sz w:val="19"/>
              </w:rPr>
              <w:t>No, she hasn't.</w:t>
            </w:r>
          </w:p>
        </w:tc>
      </w:tr>
      <w:tr>
        <w:tc>
          <w:tcPr>
            <w:tcW w:type="dxa" w:w="3135"/>
          </w:tcPr>
          <w:p>
            <w:pPr>
              <w:jc w:val="center"/>
            </w:pPr>
            <w:r/>
            <w:r/>
            <w:r>
              <w:rPr>
                <w:rFonts w:ascii="Niramit" w:hAnsi="Niramit"/>
                <w:sz w:val="19"/>
              </w:rPr>
              <w:t>Have we got...?</w:t>
            </w:r>
          </w:p>
        </w:tc>
        <w:tc>
          <w:tcPr>
            <w:tcW w:type="dxa" w:w="3135"/>
          </w:tcPr>
          <w:p>
            <w:pPr>
              <w:jc w:val="center"/>
            </w:pPr>
            <w:r/>
            <w:r/>
            <w:r>
              <w:rPr>
                <w:rFonts w:ascii="Niramit" w:hAnsi="Niramit"/>
                <w:sz w:val="19"/>
              </w:rPr>
              <w:t>Yes, we have.</w:t>
            </w:r>
          </w:p>
        </w:tc>
        <w:tc>
          <w:tcPr>
            <w:tcW w:type="dxa" w:w="3135"/>
          </w:tcPr>
          <w:p>
            <w:pPr>
              <w:jc w:val="left"/>
            </w:pPr>
            <w:r/>
            <w:r/>
            <w:r>
              <w:rPr>
                <w:rFonts w:ascii="Niramit" w:hAnsi="Niramit"/>
                <w:sz w:val="19"/>
              </w:rPr>
              <w:t>No, we haven't.</w:t>
            </w:r>
          </w:p>
        </w:tc>
      </w:tr>
      <w:tr>
        <w:tc>
          <w:tcPr>
            <w:tcW w:type="dxa" w:w="3135"/>
          </w:tcPr>
          <w:p>
            <w:pPr>
              <w:jc w:val="center"/>
            </w:pPr>
            <w:r/>
            <w:r/>
            <w:r>
              <w:rPr>
                <w:rFonts w:ascii="Niramit" w:hAnsi="Niramit"/>
                <w:sz w:val="19"/>
              </w:rPr>
              <w:t>Have they got...?</w:t>
            </w:r>
          </w:p>
        </w:tc>
        <w:tc>
          <w:tcPr>
            <w:tcW w:type="dxa" w:w="3135"/>
          </w:tcPr>
          <w:p>
            <w:pPr>
              <w:jc w:val="center"/>
            </w:pPr>
            <w:r/>
            <w:r/>
            <w:r>
              <w:rPr>
                <w:rFonts w:ascii="Niramit" w:hAnsi="Niramit"/>
                <w:sz w:val="19"/>
              </w:rPr>
              <w:t>Yes, they have.</w:t>
            </w:r>
          </w:p>
        </w:tc>
        <w:tc>
          <w:tcPr>
            <w:tcW w:type="dxa" w:w="3135"/>
          </w:tcPr>
          <w:p>
            <w:pPr>
              <w:jc w:val="left"/>
            </w:pPr>
            <w:r/>
            <w:r/>
            <w:r>
              <w:rPr>
                <w:rFonts w:ascii="Niramit" w:hAnsi="Niramit"/>
                <w:sz w:val="19"/>
              </w:rPr>
              <w:t>No, they haven't.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Cümle Tipi</w:t>
            </w:r>
          </w:p>
        </w:tc>
        <w:tc>
          <w:tcPr>
            <w:tcW w:type="dxa" w:w="3135"/>
          </w:tcPr>
          <w:p>
            <w:pPr>
              <w:jc w:val="center"/>
            </w:pPr>
            <w:r/>
            <w:r/>
            <w:r>
              <w:rPr>
                <w:rFonts w:ascii="Niramit" w:hAnsi="Niramit"/>
                <w:b/>
                <w:color w:val="FFFFFF"/>
                <w:sz w:val="20"/>
              </w:rPr>
              <w:t>Yapı</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Olumlu</w:t>
            </w:r>
          </w:p>
        </w:tc>
        <w:tc>
          <w:tcPr>
            <w:tcW w:type="dxa" w:w="3135"/>
          </w:tcPr>
          <w:p>
            <w:pPr>
              <w:jc w:val="center"/>
            </w:pPr>
            <w:r/>
            <w:r/>
            <w:r>
              <w:rPr>
                <w:rFonts w:ascii="Niramit" w:hAnsi="Niramit"/>
                <w:sz w:val="19"/>
              </w:rPr>
              <w:t>Özne + can + fiil (V1)</w:t>
            </w:r>
          </w:p>
        </w:tc>
        <w:tc>
          <w:tcPr>
            <w:tcW w:type="dxa" w:w="3135"/>
          </w:tcPr>
          <w:p>
            <w:pPr>
              <w:jc w:val="left"/>
            </w:pPr>
            <w:r/>
            <w:r/>
            <w:r>
              <w:rPr>
                <w:rFonts w:ascii="Niramit" w:hAnsi="Niramit"/>
                <w:sz w:val="19"/>
              </w:rPr>
              <w:t>I can swim. / She can cook.</w:t>
            </w:r>
          </w:p>
        </w:tc>
      </w:tr>
      <w:tr>
        <w:tc>
          <w:tcPr>
            <w:tcW w:type="dxa" w:w="3135"/>
          </w:tcPr>
          <w:p>
            <w:pPr>
              <w:jc w:val="center"/>
            </w:pPr>
            <w:r/>
            <w:r/>
            <w:r>
              <w:rPr>
                <w:rFonts w:ascii="Niramit" w:hAnsi="Niramit"/>
                <w:sz w:val="19"/>
              </w:rPr>
              <w:t>Olumsuz</w:t>
            </w:r>
          </w:p>
        </w:tc>
        <w:tc>
          <w:tcPr>
            <w:tcW w:type="dxa" w:w="3135"/>
          </w:tcPr>
          <w:p>
            <w:pPr>
              <w:jc w:val="center"/>
            </w:pPr>
            <w:r/>
            <w:r/>
            <w:r>
              <w:rPr>
                <w:rFonts w:ascii="Niramit" w:hAnsi="Niramit"/>
                <w:sz w:val="19"/>
              </w:rPr>
              <w:t>Özne + cannot / can't + fiil</w:t>
            </w:r>
          </w:p>
        </w:tc>
        <w:tc>
          <w:tcPr>
            <w:tcW w:type="dxa" w:w="3135"/>
          </w:tcPr>
          <w:p>
            <w:pPr>
              <w:jc w:val="left"/>
            </w:pPr>
            <w:r/>
            <w:r/>
            <w:r>
              <w:rPr>
                <w:rFonts w:ascii="Niramit" w:hAnsi="Niramit"/>
                <w:sz w:val="19"/>
              </w:rPr>
              <w:t>I can't fly. / He can't sing.</w:t>
            </w:r>
          </w:p>
        </w:tc>
      </w:tr>
      <w:tr>
        <w:tc>
          <w:tcPr>
            <w:tcW w:type="dxa" w:w="3135"/>
          </w:tcPr>
          <w:p>
            <w:pPr>
              <w:jc w:val="center"/>
            </w:pPr>
            <w:r/>
            <w:r/>
            <w:r>
              <w:rPr>
                <w:rFonts w:ascii="Niramit" w:hAnsi="Niramit"/>
                <w:sz w:val="19"/>
              </w:rPr>
              <w:t>Soru</w:t>
            </w:r>
          </w:p>
        </w:tc>
        <w:tc>
          <w:tcPr>
            <w:tcW w:type="dxa" w:w="3135"/>
          </w:tcPr>
          <w:p>
            <w:pPr>
              <w:jc w:val="center"/>
            </w:pPr>
            <w:r/>
            <w:r/>
            <w:r>
              <w:rPr>
                <w:rFonts w:ascii="Niramit" w:hAnsi="Niramit"/>
                <w:sz w:val="19"/>
              </w:rPr>
              <w:t>Can + özne + fiil...?</w:t>
            </w:r>
          </w:p>
        </w:tc>
        <w:tc>
          <w:tcPr>
            <w:tcW w:type="dxa" w:w="3135"/>
          </w:tcPr>
          <w:p>
            <w:pPr>
              <w:jc w:val="left"/>
            </w:pPr>
            <w:r/>
            <w:r/>
            <w:r>
              <w:rPr>
                <w:rFonts w:ascii="Niramit" w:hAnsi="Niramit"/>
                <w:sz w:val="19"/>
              </w:rPr>
              <w:t>Can you speak English?</w:t>
            </w:r>
          </w:p>
        </w:tc>
      </w:tr>
      <w:tr>
        <w:tc>
          <w:tcPr>
            <w:tcW w:type="dxa" w:w="3135"/>
          </w:tcPr>
          <w:p>
            <w:pPr>
              <w:jc w:val="center"/>
            </w:pPr>
            <w:r/>
            <w:r/>
            <w:r>
              <w:rPr>
                <w:rFonts w:ascii="Niramit" w:hAnsi="Niramit"/>
                <w:sz w:val="19"/>
              </w:rPr>
              <w:t>Kısa +</w:t>
            </w:r>
          </w:p>
        </w:tc>
        <w:tc>
          <w:tcPr>
            <w:tcW w:type="dxa" w:w="3135"/>
          </w:tcPr>
          <w:p>
            <w:pPr>
              <w:jc w:val="center"/>
            </w:pPr>
            <w:r/>
            <w:r/>
            <w:r>
              <w:rPr>
                <w:rFonts w:ascii="Niramit" w:hAnsi="Niramit"/>
                <w:sz w:val="19"/>
              </w:rPr>
              <w:t>Yes, özne + can.</w:t>
            </w:r>
          </w:p>
        </w:tc>
        <w:tc>
          <w:tcPr>
            <w:tcW w:type="dxa" w:w="3135"/>
          </w:tcPr>
          <w:p>
            <w:pPr>
              <w:jc w:val="left"/>
            </w:pPr>
            <w:r/>
            <w:r/>
            <w:r>
              <w:rPr>
                <w:rFonts w:ascii="Niramit" w:hAnsi="Niramit"/>
                <w:sz w:val="19"/>
              </w:rPr>
              <w:t>Yes, I can. / Yes, she can.</w:t>
            </w:r>
          </w:p>
        </w:tc>
      </w:tr>
      <w:tr>
        <w:tc>
          <w:tcPr>
            <w:tcW w:type="dxa" w:w="3135"/>
          </w:tcPr>
          <w:p>
            <w:pPr>
              <w:jc w:val="center"/>
            </w:pPr>
            <w:r/>
            <w:r/>
            <w:r>
              <w:rPr>
                <w:rFonts w:ascii="Niramit" w:hAnsi="Niramit"/>
                <w:sz w:val="19"/>
              </w:rPr>
              <w:t>Kısa −</w:t>
            </w:r>
          </w:p>
        </w:tc>
        <w:tc>
          <w:tcPr>
            <w:tcW w:type="dxa" w:w="3135"/>
          </w:tcPr>
          <w:p>
            <w:pPr>
              <w:jc w:val="center"/>
            </w:pPr>
            <w:r/>
            <w:r/>
            <w:r>
              <w:rPr>
                <w:rFonts w:ascii="Niramit" w:hAnsi="Niramit"/>
                <w:sz w:val="19"/>
              </w:rPr>
              <w:t>No, özne + can't.</w:t>
            </w:r>
          </w:p>
        </w:tc>
        <w:tc>
          <w:tcPr>
            <w:tcW w:type="dxa" w:w="3135"/>
          </w:tcPr>
          <w:p>
            <w:pPr>
              <w:jc w:val="left"/>
            </w:pPr>
            <w:r/>
            <w:r/>
            <w:r>
              <w:rPr>
                <w:rFonts w:ascii="Niramit" w:hAnsi="Niramit"/>
                <w:sz w:val="19"/>
              </w:rPr>
              <w:t>No, I can't. / No, he can't.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Sıfat</w:t>
            </w:r>
          </w:p>
        </w:tc>
        <w:tc>
          <w:tcPr>
            <w:tcW w:type="dxa" w:w="3135"/>
          </w:tcPr>
          <w:p>
            <w:pPr>
              <w:jc w:val="center"/>
            </w:pPr>
            <w:r/>
            <w:r/>
            <w:r>
              <w:rPr>
                <w:rFonts w:ascii="Niramit" w:hAnsi="Niramit"/>
                <w:b/>
                <w:color w:val="FFFFFF"/>
                <w:sz w:val="20"/>
              </w:rPr>
              <w:t>Anlamı</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tall</w:t>
            </w:r>
          </w:p>
        </w:tc>
        <w:tc>
          <w:tcPr>
            <w:tcW w:type="dxa" w:w="3135"/>
          </w:tcPr>
          <w:p>
            <w:pPr>
              <w:jc w:val="center"/>
            </w:pPr>
            <w:r/>
            <w:r/>
            <w:r>
              <w:rPr>
                <w:rFonts w:ascii="Niramit" w:hAnsi="Niramit"/>
                <w:sz w:val="19"/>
              </w:rPr>
              <w:t>uzun boylu</w:t>
            </w:r>
          </w:p>
        </w:tc>
        <w:tc>
          <w:tcPr>
            <w:tcW w:type="dxa" w:w="3135"/>
          </w:tcPr>
          <w:p>
            <w:pPr>
              <w:jc w:val="left"/>
            </w:pPr>
            <w:r/>
            <w:r/>
            <w:r>
              <w:rPr>
                <w:rFonts w:ascii="Niramit" w:hAnsi="Niramit"/>
                <w:sz w:val="19"/>
              </w:rPr>
              <w:t>He is tall.</w:t>
            </w:r>
          </w:p>
        </w:tc>
      </w:tr>
      <w:tr>
        <w:tc>
          <w:tcPr>
            <w:tcW w:type="dxa" w:w="3135"/>
          </w:tcPr>
          <w:p>
            <w:pPr>
              <w:jc w:val="center"/>
            </w:pPr>
            <w:r/>
            <w:r/>
            <w:r>
              <w:rPr>
                <w:rFonts w:ascii="Niramit" w:hAnsi="Niramit"/>
                <w:sz w:val="19"/>
              </w:rPr>
              <w:t>short</w:t>
            </w:r>
          </w:p>
        </w:tc>
        <w:tc>
          <w:tcPr>
            <w:tcW w:type="dxa" w:w="3135"/>
          </w:tcPr>
          <w:p>
            <w:pPr>
              <w:jc w:val="center"/>
            </w:pPr>
            <w:r/>
            <w:r/>
            <w:r>
              <w:rPr>
                <w:rFonts w:ascii="Niramit" w:hAnsi="Niramit"/>
                <w:sz w:val="19"/>
              </w:rPr>
              <w:t>kısa boylu</w:t>
            </w:r>
          </w:p>
        </w:tc>
        <w:tc>
          <w:tcPr>
            <w:tcW w:type="dxa" w:w="3135"/>
          </w:tcPr>
          <w:p>
            <w:pPr>
              <w:jc w:val="left"/>
            </w:pPr>
            <w:r/>
            <w:r/>
            <w:r>
              <w:rPr>
                <w:rFonts w:ascii="Niramit" w:hAnsi="Niramit"/>
                <w:sz w:val="19"/>
              </w:rPr>
              <w:t>She is short.</w:t>
            </w:r>
          </w:p>
        </w:tc>
      </w:tr>
      <w:tr>
        <w:tc>
          <w:tcPr>
            <w:tcW w:type="dxa" w:w="3135"/>
          </w:tcPr>
          <w:p>
            <w:pPr>
              <w:jc w:val="center"/>
            </w:pPr>
            <w:r/>
            <w:r/>
            <w:r>
              <w:rPr>
                <w:rFonts w:ascii="Niramit" w:hAnsi="Niramit"/>
                <w:sz w:val="19"/>
              </w:rPr>
              <w:t>slim / thin</w:t>
            </w:r>
          </w:p>
        </w:tc>
        <w:tc>
          <w:tcPr>
            <w:tcW w:type="dxa" w:w="3135"/>
          </w:tcPr>
          <w:p>
            <w:pPr>
              <w:jc w:val="center"/>
            </w:pPr>
            <w:r/>
            <w:r/>
            <w:r>
              <w:rPr>
                <w:rFonts w:ascii="Niramit" w:hAnsi="Niramit"/>
                <w:sz w:val="19"/>
              </w:rPr>
              <w:t>zayıf</w:t>
            </w:r>
          </w:p>
        </w:tc>
        <w:tc>
          <w:tcPr>
            <w:tcW w:type="dxa" w:w="3135"/>
          </w:tcPr>
          <w:p>
            <w:pPr>
              <w:jc w:val="left"/>
            </w:pPr>
            <w:r/>
            <w:r/>
            <w:r>
              <w:rPr>
                <w:rFonts w:ascii="Niramit" w:hAnsi="Niramit"/>
                <w:sz w:val="19"/>
              </w:rPr>
              <w:t>My sister is slim.</w:t>
            </w:r>
          </w:p>
        </w:tc>
      </w:tr>
      <w:tr>
        <w:tc>
          <w:tcPr>
            <w:tcW w:type="dxa" w:w="3135"/>
          </w:tcPr>
          <w:p>
            <w:pPr>
              <w:jc w:val="center"/>
            </w:pPr>
            <w:r/>
            <w:r/>
            <w:r>
              <w:rPr>
                <w:rFonts w:ascii="Niramit" w:hAnsi="Niramit"/>
                <w:sz w:val="19"/>
              </w:rPr>
              <w:t>plump</w:t>
            </w:r>
          </w:p>
        </w:tc>
        <w:tc>
          <w:tcPr>
            <w:tcW w:type="dxa" w:w="3135"/>
          </w:tcPr>
          <w:p>
            <w:pPr>
              <w:jc w:val="center"/>
            </w:pPr>
            <w:r/>
            <w:r/>
            <w:r>
              <w:rPr>
                <w:rFonts w:ascii="Niramit" w:hAnsi="Niramit"/>
                <w:sz w:val="19"/>
              </w:rPr>
              <w:t>tombul</w:t>
            </w:r>
          </w:p>
        </w:tc>
        <w:tc>
          <w:tcPr>
            <w:tcW w:type="dxa" w:w="3135"/>
          </w:tcPr>
          <w:p>
            <w:pPr>
              <w:jc w:val="left"/>
            </w:pPr>
            <w:r/>
            <w:r/>
            <w:r>
              <w:rPr>
                <w:rFonts w:ascii="Niramit" w:hAnsi="Niramit"/>
                <w:sz w:val="19"/>
              </w:rPr>
              <w:t>The baby is plump.</w:t>
            </w:r>
          </w:p>
        </w:tc>
      </w:tr>
      <w:tr>
        <w:tc>
          <w:tcPr>
            <w:tcW w:type="dxa" w:w="3135"/>
          </w:tcPr>
          <w:p>
            <w:pPr>
              <w:jc w:val="center"/>
            </w:pPr>
            <w:r/>
            <w:r/>
            <w:r>
              <w:rPr>
                <w:rFonts w:ascii="Niramit" w:hAnsi="Niramit"/>
                <w:sz w:val="19"/>
              </w:rPr>
              <w:t>strong</w:t>
            </w:r>
          </w:p>
        </w:tc>
        <w:tc>
          <w:tcPr>
            <w:tcW w:type="dxa" w:w="3135"/>
          </w:tcPr>
          <w:p>
            <w:pPr>
              <w:jc w:val="center"/>
            </w:pPr>
            <w:r/>
            <w:r/>
            <w:r>
              <w:rPr>
                <w:rFonts w:ascii="Niramit" w:hAnsi="Niramit"/>
                <w:sz w:val="19"/>
              </w:rPr>
              <w:t>güçlü</w:t>
            </w:r>
          </w:p>
        </w:tc>
        <w:tc>
          <w:tcPr>
            <w:tcW w:type="dxa" w:w="3135"/>
          </w:tcPr>
          <w:p>
            <w:pPr>
              <w:jc w:val="left"/>
            </w:pPr>
            <w:r/>
            <w:r/>
            <w:r>
              <w:rPr>
                <w:rFonts w:ascii="Niramit" w:hAnsi="Niramit"/>
                <w:sz w:val="19"/>
              </w:rPr>
              <w:t>My father is strong.</w:t>
            </w:r>
          </w:p>
        </w:tc>
      </w:tr>
      <w:tr>
        <w:tc>
          <w:tcPr>
            <w:tcW w:type="dxa" w:w="3135"/>
          </w:tcPr>
          <w:p>
            <w:pPr>
              <w:jc w:val="center"/>
            </w:pPr>
            <w:r/>
            <w:r/>
            <w:r>
              <w:rPr>
                <w:rFonts w:ascii="Niramit" w:hAnsi="Niramit"/>
                <w:sz w:val="19"/>
              </w:rPr>
              <w:t>beautiful</w:t>
            </w:r>
          </w:p>
        </w:tc>
        <w:tc>
          <w:tcPr>
            <w:tcW w:type="dxa" w:w="3135"/>
          </w:tcPr>
          <w:p>
            <w:pPr>
              <w:jc w:val="center"/>
            </w:pPr>
            <w:r/>
            <w:r/>
            <w:r>
              <w:rPr>
                <w:rFonts w:ascii="Niramit" w:hAnsi="Niramit"/>
                <w:sz w:val="19"/>
              </w:rPr>
              <w:t>güzel (kadın)</w:t>
            </w:r>
          </w:p>
        </w:tc>
        <w:tc>
          <w:tcPr>
            <w:tcW w:type="dxa" w:w="3135"/>
          </w:tcPr>
          <w:p>
            <w:pPr>
              <w:jc w:val="left"/>
            </w:pPr>
            <w:r/>
            <w:r/>
            <w:r>
              <w:rPr>
                <w:rFonts w:ascii="Niramit" w:hAnsi="Niramit"/>
                <w:sz w:val="19"/>
              </w:rPr>
              <w:t>She is beautiful.</w:t>
            </w:r>
          </w:p>
        </w:tc>
      </w:tr>
      <w:tr>
        <w:tc>
          <w:tcPr>
            <w:tcW w:type="dxa" w:w="3135"/>
          </w:tcPr>
          <w:p>
            <w:pPr>
              <w:jc w:val="center"/>
            </w:pPr>
            <w:r/>
            <w:r/>
            <w:r>
              <w:rPr>
                <w:rFonts w:ascii="Niramit" w:hAnsi="Niramit"/>
                <w:sz w:val="19"/>
              </w:rPr>
              <w:t>handsome</w:t>
            </w:r>
          </w:p>
        </w:tc>
        <w:tc>
          <w:tcPr>
            <w:tcW w:type="dxa" w:w="3135"/>
          </w:tcPr>
          <w:p>
            <w:pPr>
              <w:jc w:val="center"/>
            </w:pPr>
            <w:r/>
            <w:r/>
            <w:r>
              <w:rPr>
                <w:rFonts w:ascii="Niramit" w:hAnsi="Niramit"/>
                <w:sz w:val="19"/>
              </w:rPr>
              <w:t>yakışıklı</w:t>
            </w:r>
          </w:p>
        </w:tc>
        <w:tc>
          <w:tcPr>
            <w:tcW w:type="dxa" w:w="3135"/>
          </w:tcPr>
          <w:p>
            <w:pPr>
              <w:jc w:val="left"/>
            </w:pPr>
            <w:r/>
            <w:r/>
            <w:r>
              <w:rPr>
                <w:rFonts w:ascii="Niramit" w:hAnsi="Niramit"/>
                <w:sz w:val="19"/>
              </w:rPr>
              <w:t>He is handsome.</w:t>
            </w:r>
          </w:p>
        </w:tc>
      </w:tr>
      <w:tr>
        <w:tc>
          <w:tcPr>
            <w:tcW w:type="dxa" w:w="3135"/>
          </w:tcPr>
          <w:p>
            <w:pPr>
              <w:jc w:val="center"/>
            </w:pPr>
            <w:r/>
            <w:r/>
            <w:r>
              <w:rPr>
                <w:rFonts w:ascii="Niramit" w:hAnsi="Niramit"/>
                <w:sz w:val="19"/>
              </w:rPr>
              <w:t>young</w:t>
            </w:r>
          </w:p>
        </w:tc>
        <w:tc>
          <w:tcPr>
            <w:tcW w:type="dxa" w:w="3135"/>
          </w:tcPr>
          <w:p>
            <w:pPr>
              <w:jc w:val="center"/>
            </w:pPr>
            <w:r/>
            <w:r/>
            <w:r>
              <w:rPr>
                <w:rFonts w:ascii="Niramit" w:hAnsi="Niramit"/>
                <w:sz w:val="19"/>
              </w:rPr>
              <w:t>genç</w:t>
            </w:r>
          </w:p>
        </w:tc>
        <w:tc>
          <w:tcPr>
            <w:tcW w:type="dxa" w:w="3135"/>
          </w:tcPr>
          <w:p>
            <w:pPr>
              <w:jc w:val="left"/>
            </w:pPr>
            <w:r/>
            <w:r/>
            <w:r>
              <w:rPr>
                <w:rFonts w:ascii="Niramit" w:hAnsi="Niramit"/>
                <w:sz w:val="19"/>
              </w:rPr>
              <w:t>Our teacher is young.</w:t>
            </w:r>
          </w:p>
        </w:tc>
      </w:tr>
      <w:tr>
        <w:tc>
          <w:tcPr>
            <w:tcW w:type="dxa" w:w="3135"/>
          </w:tcPr>
          <w:p>
            <w:pPr>
              <w:jc w:val="center"/>
            </w:pPr>
            <w:r/>
            <w:r/>
            <w:r>
              <w:rPr>
                <w:rFonts w:ascii="Niramit" w:hAnsi="Niramit"/>
                <w:sz w:val="19"/>
              </w:rPr>
              <w:t>old</w:t>
            </w:r>
          </w:p>
        </w:tc>
        <w:tc>
          <w:tcPr>
            <w:tcW w:type="dxa" w:w="3135"/>
          </w:tcPr>
          <w:p>
            <w:pPr>
              <w:jc w:val="center"/>
            </w:pPr>
            <w:r/>
            <w:r/>
            <w:r>
              <w:rPr>
                <w:rFonts w:ascii="Niramit" w:hAnsi="Niramit"/>
                <w:sz w:val="19"/>
              </w:rPr>
              <w:t>yaşlı</w:t>
            </w:r>
          </w:p>
        </w:tc>
        <w:tc>
          <w:tcPr>
            <w:tcW w:type="dxa" w:w="3135"/>
          </w:tcPr>
          <w:p>
            <w:pPr>
              <w:jc w:val="left"/>
            </w:pPr>
            <w:r/>
            <w:r/>
            <w:r>
              <w:rPr>
                <w:rFonts w:ascii="Niramit" w:hAnsi="Niramit"/>
                <w:sz w:val="19"/>
              </w:rPr>
              <w:t>My grandpa is old.</w:t>
            </w:r>
          </w:p>
        </w:tc>
      </w:tr>
      <w:tr>
        <w:tc>
          <w:tcPr>
            <w:tcW w:type="dxa" w:w="3135"/>
          </w:tcPr>
          <w:p>
            <w:pPr>
              <w:jc w:val="center"/>
            </w:pPr>
            <w:r/>
            <w:r/>
            <w:r>
              <w:rPr>
                <w:rFonts w:ascii="Niramit" w:hAnsi="Niramit"/>
                <w:sz w:val="19"/>
              </w:rPr>
              <w:t>curly hair</w:t>
            </w:r>
          </w:p>
        </w:tc>
        <w:tc>
          <w:tcPr>
            <w:tcW w:type="dxa" w:w="3135"/>
          </w:tcPr>
          <w:p>
            <w:pPr>
              <w:jc w:val="center"/>
            </w:pPr>
            <w:r/>
            <w:r/>
            <w:r>
              <w:rPr>
                <w:rFonts w:ascii="Niramit" w:hAnsi="Niramit"/>
                <w:sz w:val="19"/>
              </w:rPr>
              <w:t>kıvırcık saç</w:t>
            </w:r>
          </w:p>
        </w:tc>
        <w:tc>
          <w:tcPr>
            <w:tcW w:type="dxa" w:w="3135"/>
          </w:tcPr>
          <w:p>
            <w:pPr>
              <w:jc w:val="left"/>
            </w:pPr>
            <w:r/>
            <w:r/>
            <w:r>
              <w:rPr>
                <w:rFonts w:ascii="Niramit" w:hAnsi="Niramit"/>
                <w:sz w:val="19"/>
              </w:rPr>
              <w:t>She has got curly hair.</w:t>
            </w:r>
          </w:p>
        </w:tc>
      </w:tr>
      <w:tr>
        <w:tc>
          <w:tcPr>
            <w:tcW w:type="dxa" w:w="3135"/>
          </w:tcPr>
          <w:p>
            <w:pPr>
              <w:jc w:val="center"/>
            </w:pPr>
            <w:r/>
            <w:r/>
            <w:r>
              <w:rPr>
                <w:rFonts w:ascii="Niramit" w:hAnsi="Niramit"/>
                <w:sz w:val="19"/>
              </w:rPr>
              <w:t>straight hair</w:t>
            </w:r>
          </w:p>
        </w:tc>
        <w:tc>
          <w:tcPr>
            <w:tcW w:type="dxa" w:w="3135"/>
          </w:tcPr>
          <w:p>
            <w:pPr>
              <w:jc w:val="center"/>
            </w:pPr>
            <w:r/>
            <w:r/>
            <w:r>
              <w:rPr>
                <w:rFonts w:ascii="Niramit" w:hAnsi="Niramit"/>
                <w:sz w:val="19"/>
              </w:rPr>
              <w:t>düz saç</w:t>
            </w:r>
          </w:p>
        </w:tc>
        <w:tc>
          <w:tcPr>
            <w:tcW w:type="dxa" w:w="3135"/>
          </w:tcPr>
          <w:p>
            <w:pPr>
              <w:jc w:val="left"/>
            </w:pPr>
            <w:r/>
            <w:r/>
            <w:r>
              <w:rPr>
                <w:rFonts w:ascii="Niramit" w:hAnsi="Niramit"/>
                <w:sz w:val="19"/>
              </w:rPr>
              <w:t>He has got straight hair.</w:t>
            </w:r>
          </w:p>
        </w:tc>
      </w:tr>
      <w:tr>
        <w:tc>
          <w:tcPr>
            <w:tcW w:type="dxa" w:w="3135"/>
          </w:tcPr>
          <w:p>
            <w:pPr>
              <w:jc w:val="center"/>
            </w:pPr>
            <w:r/>
            <w:r/>
            <w:r>
              <w:rPr>
                <w:rFonts w:ascii="Niramit" w:hAnsi="Niramit"/>
                <w:sz w:val="19"/>
              </w:rPr>
              <w:t>blonde hair</w:t>
            </w:r>
          </w:p>
        </w:tc>
        <w:tc>
          <w:tcPr>
            <w:tcW w:type="dxa" w:w="3135"/>
          </w:tcPr>
          <w:p>
            <w:pPr>
              <w:jc w:val="center"/>
            </w:pPr>
            <w:r/>
            <w:r/>
            <w:r>
              <w:rPr>
                <w:rFonts w:ascii="Niramit" w:hAnsi="Niramit"/>
                <w:sz w:val="19"/>
              </w:rPr>
              <w:t>sarı saç</w:t>
            </w:r>
          </w:p>
        </w:tc>
        <w:tc>
          <w:tcPr>
            <w:tcW w:type="dxa" w:w="3135"/>
          </w:tcPr>
          <w:p>
            <w:pPr>
              <w:jc w:val="left"/>
            </w:pPr>
            <w:r/>
            <w:r/>
            <w:r>
              <w:rPr>
                <w:rFonts w:ascii="Niramit" w:hAnsi="Niramit"/>
                <w:sz w:val="19"/>
              </w:rPr>
              <w:t>She has got blonde hair.</w:t>
            </w:r>
          </w:p>
        </w:tc>
      </w:tr>
      <w:tr>
        <w:tc>
          <w:tcPr>
            <w:tcW w:type="dxa" w:w="3135"/>
          </w:tcPr>
          <w:p>
            <w:pPr>
              <w:jc w:val="center"/>
            </w:pPr>
            <w:r/>
            <w:r/>
            <w:r>
              <w:rPr>
                <w:rFonts w:ascii="Niramit" w:hAnsi="Niramit"/>
                <w:sz w:val="19"/>
              </w:rPr>
              <w:t>dark hair</w:t>
            </w:r>
          </w:p>
        </w:tc>
        <w:tc>
          <w:tcPr>
            <w:tcW w:type="dxa" w:w="3135"/>
          </w:tcPr>
          <w:p>
            <w:pPr>
              <w:jc w:val="center"/>
            </w:pPr>
            <w:r/>
            <w:r/>
            <w:r>
              <w:rPr>
                <w:rFonts w:ascii="Niramit" w:hAnsi="Niramit"/>
                <w:sz w:val="19"/>
              </w:rPr>
              <w:t>koyu saç</w:t>
            </w:r>
          </w:p>
        </w:tc>
        <w:tc>
          <w:tcPr>
            <w:tcW w:type="dxa" w:w="3135"/>
          </w:tcPr>
          <w:p>
            <w:pPr>
              <w:jc w:val="left"/>
            </w:pPr>
            <w:r/>
            <w:r/>
            <w:r>
              <w:rPr>
                <w:rFonts w:ascii="Niramit" w:hAnsi="Niramit"/>
                <w:sz w:val="19"/>
              </w:rPr>
              <w:t>He has got dark hair.</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Sıfat</w:t>
            </w:r>
          </w:p>
        </w:tc>
        <w:tc>
          <w:tcPr>
            <w:tcW w:type="dxa" w:w="3135"/>
          </w:tcPr>
          <w:p>
            <w:pPr>
              <w:jc w:val="center"/>
            </w:pPr>
            <w:r/>
            <w:r/>
            <w:r>
              <w:rPr>
                <w:rFonts w:ascii="Niramit" w:hAnsi="Niramit"/>
                <w:b/>
                <w:color w:val="FFFFFF"/>
                <w:sz w:val="20"/>
              </w:rPr>
              <w:t>Anlamı</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kind</w:t>
            </w:r>
          </w:p>
        </w:tc>
        <w:tc>
          <w:tcPr>
            <w:tcW w:type="dxa" w:w="3135"/>
          </w:tcPr>
          <w:p>
            <w:pPr>
              <w:jc w:val="center"/>
            </w:pPr>
            <w:r/>
            <w:r/>
            <w:r>
              <w:rPr>
                <w:rFonts w:ascii="Niramit" w:hAnsi="Niramit"/>
                <w:sz w:val="19"/>
              </w:rPr>
              <w:t>nazik / iyi kalpli</w:t>
            </w:r>
          </w:p>
        </w:tc>
        <w:tc>
          <w:tcPr>
            <w:tcW w:type="dxa" w:w="3135"/>
          </w:tcPr>
          <w:p>
            <w:pPr>
              <w:jc w:val="left"/>
            </w:pPr>
            <w:r/>
            <w:r/>
            <w:r>
              <w:rPr>
                <w:rFonts w:ascii="Niramit" w:hAnsi="Niramit"/>
                <w:sz w:val="19"/>
              </w:rPr>
              <w:t>She is a kind person.</w:t>
            </w:r>
          </w:p>
        </w:tc>
      </w:tr>
      <w:tr>
        <w:tc>
          <w:tcPr>
            <w:tcW w:type="dxa" w:w="3135"/>
          </w:tcPr>
          <w:p>
            <w:pPr>
              <w:jc w:val="center"/>
            </w:pPr>
            <w:r/>
            <w:r/>
            <w:r>
              <w:rPr>
                <w:rFonts w:ascii="Niramit" w:hAnsi="Niramit"/>
                <w:sz w:val="19"/>
              </w:rPr>
              <w:t>friendly</w:t>
            </w:r>
          </w:p>
        </w:tc>
        <w:tc>
          <w:tcPr>
            <w:tcW w:type="dxa" w:w="3135"/>
          </w:tcPr>
          <w:p>
            <w:pPr>
              <w:jc w:val="center"/>
            </w:pPr>
            <w:r/>
            <w:r/>
            <w:r>
              <w:rPr>
                <w:rFonts w:ascii="Niramit" w:hAnsi="Niramit"/>
                <w:sz w:val="19"/>
              </w:rPr>
              <w:t>arkadaş canlısı</w:t>
            </w:r>
          </w:p>
        </w:tc>
        <w:tc>
          <w:tcPr>
            <w:tcW w:type="dxa" w:w="3135"/>
          </w:tcPr>
          <w:p>
            <w:pPr>
              <w:jc w:val="left"/>
            </w:pPr>
            <w:r/>
            <w:r/>
            <w:r>
              <w:rPr>
                <w:rFonts w:ascii="Niramit" w:hAnsi="Niramit"/>
                <w:sz w:val="19"/>
              </w:rPr>
              <w:t>My friend is friendly.</w:t>
            </w:r>
          </w:p>
        </w:tc>
      </w:tr>
      <w:tr>
        <w:tc>
          <w:tcPr>
            <w:tcW w:type="dxa" w:w="3135"/>
          </w:tcPr>
          <w:p>
            <w:pPr>
              <w:jc w:val="center"/>
            </w:pPr>
            <w:r/>
            <w:r/>
            <w:r>
              <w:rPr>
                <w:rFonts w:ascii="Niramit" w:hAnsi="Niramit"/>
                <w:sz w:val="19"/>
              </w:rPr>
              <w:t>hardworking</w:t>
            </w:r>
          </w:p>
        </w:tc>
        <w:tc>
          <w:tcPr>
            <w:tcW w:type="dxa" w:w="3135"/>
          </w:tcPr>
          <w:p>
            <w:pPr>
              <w:jc w:val="center"/>
            </w:pPr>
            <w:r/>
            <w:r/>
            <w:r>
              <w:rPr>
                <w:rFonts w:ascii="Niramit" w:hAnsi="Niramit"/>
                <w:sz w:val="19"/>
              </w:rPr>
              <w:t>çalışkan</w:t>
            </w:r>
          </w:p>
        </w:tc>
        <w:tc>
          <w:tcPr>
            <w:tcW w:type="dxa" w:w="3135"/>
          </w:tcPr>
          <w:p>
            <w:pPr>
              <w:jc w:val="left"/>
            </w:pPr>
            <w:r/>
            <w:r/>
            <w:r>
              <w:rPr>
                <w:rFonts w:ascii="Niramit" w:hAnsi="Niramit"/>
                <w:sz w:val="19"/>
              </w:rPr>
              <w:t>He is a hardworking student.</w:t>
            </w:r>
          </w:p>
        </w:tc>
      </w:tr>
      <w:tr>
        <w:tc>
          <w:tcPr>
            <w:tcW w:type="dxa" w:w="3135"/>
          </w:tcPr>
          <w:p>
            <w:pPr>
              <w:jc w:val="center"/>
            </w:pPr>
            <w:r/>
            <w:r/>
            <w:r>
              <w:rPr>
                <w:rFonts w:ascii="Niramit" w:hAnsi="Niramit"/>
                <w:sz w:val="19"/>
              </w:rPr>
              <w:t>lazy</w:t>
            </w:r>
          </w:p>
        </w:tc>
        <w:tc>
          <w:tcPr>
            <w:tcW w:type="dxa" w:w="3135"/>
          </w:tcPr>
          <w:p>
            <w:pPr>
              <w:jc w:val="center"/>
            </w:pPr>
            <w:r/>
            <w:r/>
            <w:r>
              <w:rPr>
                <w:rFonts w:ascii="Niramit" w:hAnsi="Niramit"/>
                <w:sz w:val="19"/>
              </w:rPr>
              <w:t>tembel</w:t>
            </w:r>
          </w:p>
        </w:tc>
        <w:tc>
          <w:tcPr>
            <w:tcW w:type="dxa" w:w="3135"/>
          </w:tcPr>
          <w:p>
            <w:pPr>
              <w:jc w:val="left"/>
            </w:pPr>
            <w:r/>
            <w:r/>
            <w:r>
              <w:rPr>
                <w:rFonts w:ascii="Niramit" w:hAnsi="Niramit"/>
                <w:sz w:val="19"/>
              </w:rPr>
              <w:t>Don't be lazy!</w:t>
            </w:r>
          </w:p>
        </w:tc>
      </w:tr>
      <w:tr>
        <w:tc>
          <w:tcPr>
            <w:tcW w:type="dxa" w:w="3135"/>
          </w:tcPr>
          <w:p>
            <w:pPr>
              <w:jc w:val="center"/>
            </w:pPr>
            <w:r/>
            <w:r/>
            <w:r>
              <w:rPr>
                <w:rFonts w:ascii="Niramit" w:hAnsi="Niramit"/>
                <w:sz w:val="19"/>
              </w:rPr>
              <w:t>clever / smart</w:t>
            </w:r>
          </w:p>
        </w:tc>
        <w:tc>
          <w:tcPr>
            <w:tcW w:type="dxa" w:w="3135"/>
          </w:tcPr>
          <w:p>
            <w:pPr>
              <w:jc w:val="center"/>
            </w:pPr>
            <w:r/>
            <w:r/>
            <w:r>
              <w:rPr>
                <w:rFonts w:ascii="Niramit" w:hAnsi="Niramit"/>
                <w:sz w:val="19"/>
              </w:rPr>
              <w:t>zeki</w:t>
            </w:r>
          </w:p>
        </w:tc>
        <w:tc>
          <w:tcPr>
            <w:tcW w:type="dxa" w:w="3135"/>
          </w:tcPr>
          <w:p>
            <w:pPr>
              <w:jc w:val="left"/>
            </w:pPr>
            <w:r/>
            <w:r/>
            <w:r>
              <w:rPr>
                <w:rFonts w:ascii="Niramit" w:hAnsi="Niramit"/>
                <w:sz w:val="19"/>
              </w:rPr>
              <w:t>She is very clever.</w:t>
            </w:r>
          </w:p>
        </w:tc>
      </w:tr>
      <w:tr>
        <w:tc>
          <w:tcPr>
            <w:tcW w:type="dxa" w:w="3135"/>
          </w:tcPr>
          <w:p>
            <w:pPr>
              <w:jc w:val="center"/>
            </w:pPr>
            <w:r/>
            <w:r/>
            <w:r>
              <w:rPr>
                <w:rFonts w:ascii="Niramit" w:hAnsi="Niramit"/>
                <w:sz w:val="19"/>
              </w:rPr>
              <w:t>brave</w:t>
            </w:r>
          </w:p>
        </w:tc>
        <w:tc>
          <w:tcPr>
            <w:tcW w:type="dxa" w:w="3135"/>
          </w:tcPr>
          <w:p>
            <w:pPr>
              <w:jc w:val="center"/>
            </w:pPr>
            <w:r/>
            <w:r/>
            <w:r>
              <w:rPr>
                <w:rFonts w:ascii="Niramit" w:hAnsi="Niramit"/>
                <w:sz w:val="19"/>
              </w:rPr>
              <w:t>cesur</w:t>
            </w:r>
          </w:p>
        </w:tc>
        <w:tc>
          <w:tcPr>
            <w:tcW w:type="dxa" w:w="3135"/>
          </w:tcPr>
          <w:p>
            <w:pPr>
              <w:jc w:val="left"/>
            </w:pPr>
            <w:r/>
            <w:r/>
            <w:r>
              <w:rPr>
                <w:rFonts w:ascii="Niramit" w:hAnsi="Niramit"/>
                <w:sz w:val="19"/>
              </w:rPr>
              <w:t>Firefighters are brave.</w:t>
            </w:r>
          </w:p>
        </w:tc>
      </w:tr>
      <w:tr>
        <w:tc>
          <w:tcPr>
            <w:tcW w:type="dxa" w:w="3135"/>
          </w:tcPr>
          <w:p>
            <w:pPr>
              <w:jc w:val="center"/>
            </w:pPr>
            <w:r/>
            <w:r/>
            <w:r>
              <w:rPr>
                <w:rFonts w:ascii="Niramit" w:hAnsi="Niramit"/>
                <w:sz w:val="19"/>
              </w:rPr>
              <w:t>helpful</w:t>
            </w:r>
          </w:p>
        </w:tc>
        <w:tc>
          <w:tcPr>
            <w:tcW w:type="dxa" w:w="3135"/>
          </w:tcPr>
          <w:p>
            <w:pPr>
              <w:jc w:val="center"/>
            </w:pPr>
            <w:r/>
            <w:r/>
            <w:r>
              <w:rPr>
                <w:rFonts w:ascii="Niramit" w:hAnsi="Niramit"/>
                <w:sz w:val="19"/>
              </w:rPr>
              <w:t>yardımsever</w:t>
            </w:r>
          </w:p>
        </w:tc>
        <w:tc>
          <w:tcPr>
            <w:tcW w:type="dxa" w:w="3135"/>
          </w:tcPr>
          <w:p>
            <w:pPr>
              <w:jc w:val="left"/>
            </w:pPr>
            <w:r/>
            <w:r/>
            <w:r>
              <w:rPr>
                <w:rFonts w:ascii="Niramit" w:hAnsi="Niramit"/>
                <w:sz w:val="19"/>
              </w:rPr>
              <w:t>Nurses are helpful.</w:t>
            </w:r>
          </w:p>
        </w:tc>
      </w:tr>
      <w:tr>
        <w:tc>
          <w:tcPr>
            <w:tcW w:type="dxa" w:w="3135"/>
          </w:tcPr>
          <w:p>
            <w:pPr>
              <w:jc w:val="center"/>
            </w:pPr>
            <w:r/>
            <w:r/>
            <w:r>
              <w:rPr>
                <w:rFonts w:ascii="Niramit" w:hAnsi="Niramit"/>
                <w:sz w:val="19"/>
              </w:rPr>
              <w:t>honest</w:t>
            </w:r>
          </w:p>
        </w:tc>
        <w:tc>
          <w:tcPr>
            <w:tcW w:type="dxa" w:w="3135"/>
          </w:tcPr>
          <w:p>
            <w:pPr>
              <w:jc w:val="center"/>
            </w:pPr>
            <w:r/>
            <w:r/>
            <w:r>
              <w:rPr>
                <w:rFonts w:ascii="Niramit" w:hAnsi="Niramit"/>
                <w:sz w:val="19"/>
              </w:rPr>
              <w:t>dürüst</w:t>
            </w:r>
          </w:p>
        </w:tc>
        <w:tc>
          <w:tcPr>
            <w:tcW w:type="dxa" w:w="3135"/>
          </w:tcPr>
          <w:p>
            <w:pPr>
              <w:jc w:val="left"/>
            </w:pPr>
            <w:r/>
            <w:r/>
            <w:r>
              <w:rPr>
                <w:rFonts w:ascii="Niramit" w:hAnsi="Niramit"/>
                <w:sz w:val="19"/>
              </w:rPr>
              <w:t>A good person is honest.</w:t>
            </w:r>
          </w:p>
        </w:tc>
      </w:tr>
      <w:tr>
        <w:tc>
          <w:tcPr>
            <w:tcW w:type="dxa" w:w="3135"/>
          </w:tcPr>
          <w:p>
            <w:pPr>
              <w:jc w:val="center"/>
            </w:pPr>
            <w:r/>
            <w:r/>
            <w:r>
              <w:rPr>
                <w:rFonts w:ascii="Niramit" w:hAnsi="Niramit"/>
                <w:sz w:val="19"/>
              </w:rPr>
              <w:t>patient</w:t>
            </w:r>
          </w:p>
        </w:tc>
        <w:tc>
          <w:tcPr>
            <w:tcW w:type="dxa" w:w="3135"/>
          </w:tcPr>
          <w:p>
            <w:pPr>
              <w:jc w:val="center"/>
            </w:pPr>
            <w:r/>
            <w:r/>
            <w:r>
              <w:rPr>
                <w:rFonts w:ascii="Niramit" w:hAnsi="Niramit"/>
                <w:sz w:val="19"/>
              </w:rPr>
              <w:t>sabırlı</w:t>
            </w:r>
          </w:p>
        </w:tc>
        <w:tc>
          <w:tcPr>
            <w:tcW w:type="dxa" w:w="3135"/>
          </w:tcPr>
          <w:p>
            <w:pPr>
              <w:jc w:val="left"/>
            </w:pPr>
            <w:r/>
            <w:r/>
            <w:r>
              <w:rPr>
                <w:rFonts w:ascii="Niramit" w:hAnsi="Niramit"/>
                <w:sz w:val="19"/>
              </w:rPr>
              <w:t>Teachers must be patient.</w:t>
            </w:r>
          </w:p>
        </w:tc>
      </w:tr>
      <w:tr>
        <w:tc>
          <w:tcPr>
            <w:tcW w:type="dxa" w:w="3135"/>
          </w:tcPr>
          <w:p>
            <w:pPr>
              <w:jc w:val="center"/>
            </w:pPr>
            <w:r/>
            <w:r/>
            <w:r>
              <w:rPr>
                <w:rFonts w:ascii="Niramit" w:hAnsi="Niramit"/>
                <w:sz w:val="19"/>
              </w:rPr>
              <w:t>funny</w:t>
            </w:r>
          </w:p>
        </w:tc>
        <w:tc>
          <w:tcPr>
            <w:tcW w:type="dxa" w:w="3135"/>
          </w:tcPr>
          <w:p>
            <w:pPr>
              <w:jc w:val="center"/>
            </w:pPr>
            <w:r/>
            <w:r/>
            <w:r>
              <w:rPr>
                <w:rFonts w:ascii="Niramit" w:hAnsi="Niramit"/>
                <w:sz w:val="19"/>
              </w:rPr>
              <w:t>komik</w:t>
            </w:r>
          </w:p>
        </w:tc>
        <w:tc>
          <w:tcPr>
            <w:tcW w:type="dxa" w:w="3135"/>
          </w:tcPr>
          <w:p>
            <w:pPr>
              <w:jc w:val="left"/>
            </w:pPr>
            <w:r/>
            <w:r/>
            <w:r>
              <w:rPr>
                <w:rFonts w:ascii="Niramit" w:hAnsi="Niramit"/>
                <w:sz w:val="19"/>
              </w:rPr>
              <w:t>My uncle is very funny.</w:t>
            </w:r>
          </w:p>
        </w:tc>
      </w:tr>
      <w:tr>
        <w:tc>
          <w:tcPr>
            <w:tcW w:type="dxa" w:w="3135"/>
          </w:tcPr>
          <w:p>
            <w:pPr>
              <w:jc w:val="center"/>
            </w:pPr>
            <w:r/>
            <w:r/>
            <w:r>
              <w:rPr>
                <w:rFonts w:ascii="Niramit" w:hAnsi="Niramit"/>
                <w:sz w:val="19"/>
              </w:rPr>
              <w:t>shy</w:t>
            </w:r>
          </w:p>
        </w:tc>
        <w:tc>
          <w:tcPr>
            <w:tcW w:type="dxa" w:w="3135"/>
          </w:tcPr>
          <w:p>
            <w:pPr>
              <w:jc w:val="center"/>
            </w:pPr>
            <w:r/>
            <w:r/>
            <w:r>
              <w:rPr>
                <w:rFonts w:ascii="Niramit" w:hAnsi="Niramit"/>
                <w:sz w:val="19"/>
              </w:rPr>
              <w:t>utangaç</w:t>
            </w:r>
          </w:p>
        </w:tc>
        <w:tc>
          <w:tcPr>
            <w:tcW w:type="dxa" w:w="3135"/>
          </w:tcPr>
          <w:p>
            <w:pPr>
              <w:jc w:val="left"/>
            </w:pPr>
            <w:r/>
            <w:r/>
            <w:r>
              <w:rPr>
                <w:rFonts w:ascii="Niramit" w:hAnsi="Niramit"/>
                <w:sz w:val="19"/>
              </w:rPr>
              <w:t>The new student is shy.</w:t>
            </w:r>
          </w:p>
        </w:tc>
      </w:tr>
      <w:tr>
        <w:tc>
          <w:tcPr>
            <w:tcW w:type="dxa" w:w="3135"/>
          </w:tcPr>
          <w:p>
            <w:pPr>
              <w:jc w:val="center"/>
            </w:pPr>
            <w:r/>
            <w:r/>
            <w:r>
              <w:rPr>
                <w:rFonts w:ascii="Niramit" w:hAnsi="Niramit"/>
                <w:sz w:val="19"/>
              </w:rPr>
              <w:t>talkative</w:t>
            </w:r>
          </w:p>
        </w:tc>
        <w:tc>
          <w:tcPr>
            <w:tcW w:type="dxa" w:w="3135"/>
          </w:tcPr>
          <w:p>
            <w:pPr>
              <w:jc w:val="center"/>
            </w:pPr>
            <w:r/>
            <w:r/>
            <w:r>
              <w:rPr>
                <w:rFonts w:ascii="Niramit" w:hAnsi="Niramit"/>
                <w:sz w:val="19"/>
              </w:rPr>
              <w:t>konuşkan</w:t>
            </w:r>
          </w:p>
        </w:tc>
        <w:tc>
          <w:tcPr>
            <w:tcW w:type="dxa" w:w="3135"/>
          </w:tcPr>
          <w:p>
            <w:pPr>
              <w:jc w:val="left"/>
            </w:pPr>
            <w:r/>
            <w:r/>
            <w:r>
              <w:rPr>
                <w:rFonts w:ascii="Niramit" w:hAnsi="Niramit"/>
                <w:sz w:val="19"/>
              </w:rPr>
              <w:t>My best friend is talkative.</w:t>
            </w:r>
          </w:p>
        </w:tc>
      </w:tr>
    </w:tbl>
    <w:p>
      <w:r>
        <w:br w:type="page"/>
      </w:r>
    </w:p>
    <w:p>
      <w:pPr/>
      <w:r>
        <w:rPr>
          <w:rFonts w:ascii="Niramit" w:hAnsi="Niramit"/>
          <w:b/>
          <w:color w:val="1A559E"/>
          <w:sz w:val="28"/>
        </w:rPr>
        <w:t>BÖLÜM 2: VOCABULARY</w:t>
      </w:r>
    </w:p>
    <w:p>
      <w:pPr/>
      <w:r>
        <w:rPr>
          <w:rFonts w:ascii="Niramit" w:hAnsi="Niramit"/>
          <w:b/>
          <w:color w:val="336D5C"/>
          <w:sz w:val="22"/>
        </w:rPr>
        <w:t>2.1  Jobs / Occupations (Meslekler)</w:t>
      </w:r>
    </w:p>
    <w:p>
      <w:pPr/>
      <w:r>
        <w:rPr>
          <w:rFonts w:ascii="Niramit" w:hAnsi="Niramit"/>
          <w:color w:val="666666"/>
          <w:sz w:val="20"/>
        </w:rPr>
        <w:t xml:space="preserve">  teacher                →  öğretmen</w:t>
      </w:r>
    </w:p>
    <w:p>
      <w:pPr/>
      <w:r>
        <w:rPr>
          <w:rFonts w:ascii="Niramit" w:hAnsi="Niramit"/>
          <w:color w:val="666666"/>
          <w:sz w:val="20"/>
        </w:rPr>
        <w:t xml:space="preserve">  doctor                 →  doktor</w:t>
      </w:r>
    </w:p>
    <w:p>
      <w:pPr/>
      <w:r>
        <w:rPr>
          <w:rFonts w:ascii="Niramit" w:hAnsi="Niramit"/>
          <w:color w:val="666666"/>
          <w:sz w:val="20"/>
        </w:rPr>
        <w:t xml:space="preserve">  nurse                  →  hemşire</w:t>
      </w:r>
    </w:p>
    <w:p>
      <w:pPr/>
      <w:r>
        <w:rPr>
          <w:rFonts w:ascii="Niramit" w:hAnsi="Niramit"/>
          <w:color w:val="666666"/>
          <w:sz w:val="20"/>
        </w:rPr>
        <w:t xml:space="preserve">  firefighter            →  itfaiyeci</w:t>
      </w:r>
    </w:p>
    <w:p>
      <w:pPr/>
      <w:r>
        <w:rPr>
          <w:rFonts w:ascii="Niramit" w:hAnsi="Niramit"/>
          <w:color w:val="666666"/>
          <w:sz w:val="20"/>
        </w:rPr>
        <w:t xml:space="preserve">  police officer         →  polis memuru</w:t>
      </w:r>
    </w:p>
    <w:p>
      <w:pPr/>
      <w:r>
        <w:rPr>
          <w:rFonts w:ascii="Niramit" w:hAnsi="Niramit"/>
          <w:color w:val="666666"/>
          <w:sz w:val="20"/>
        </w:rPr>
        <w:t xml:space="preserve">  farmer                 →  çiftçi</w:t>
      </w:r>
    </w:p>
    <w:p>
      <w:pPr/>
      <w:r>
        <w:rPr>
          <w:rFonts w:ascii="Niramit" w:hAnsi="Niramit"/>
          <w:color w:val="666666"/>
          <w:sz w:val="20"/>
        </w:rPr>
        <w:t xml:space="preserve">  driver                 →  sürücü/şoför</w:t>
      </w:r>
    </w:p>
    <w:p>
      <w:pPr/>
      <w:r>
        <w:rPr>
          <w:rFonts w:ascii="Niramit" w:hAnsi="Niramit"/>
          <w:color w:val="666666"/>
          <w:sz w:val="20"/>
        </w:rPr>
        <w:t xml:space="preserve">  pilot                  →  pilot</w:t>
      </w:r>
    </w:p>
    <w:p>
      <w:pPr/>
      <w:r>
        <w:rPr>
          <w:rFonts w:ascii="Niramit" w:hAnsi="Niramit"/>
          <w:color w:val="666666"/>
          <w:sz w:val="20"/>
        </w:rPr>
        <w:t xml:space="preserve">  chef / cook            →  aşçı</w:t>
      </w:r>
    </w:p>
    <w:p>
      <w:pPr/>
      <w:r>
        <w:rPr>
          <w:rFonts w:ascii="Niramit" w:hAnsi="Niramit"/>
          <w:color w:val="666666"/>
          <w:sz w:val="20"/>
        </w:rPr>
        <w:t xml:space="preserve">  waiter / waitress      →  garson</w:t>
      </w:r>
    </w:p>
    <w:p>
      <w:pPr/>
      <w:r>
        <w:rPr>
          <w:rFonts w:ascii="Niramit" w:hAnsi="Niramit"/>
          <w:color w:val="666666"/>
          <w:sz w:val="20"/>
        </w:rPr>
        <w:t xml:space="preserve">  engineer               →  mühendis</w:t>
      </w:r>
    </w:p>
    <w:p>
      <w:pPr/>
      <w:r>
        <w:rPr>
          <w:rFonts w:ascii="Niramit" w:hAnsi="Niramit"/>
          <w:color w:val="666666"/>
          <w:sz w:val="20"/>
        </w:rPr>
        <w:t xml:space="preserve">  lawyer                 →  avukat</w:t>
      </w:r>
    </w:p>
    <w:p>
      <w:pPr/>
      <w:r>
        <w:rPr>
          <w:rFonts w:ascii="Niramit" w:hAnsi="Niramit"/>
          <w:color w:val="666666"/>
          <w:sz w:val="20"/>
        </w:rPr>
        <w:t xml:space="preserve">  dentist                →  diş doktoru</w:t>
      </w:r>
    </w:p>
    <w:p>
      <w:pPr/>
      <w:r>
        <w:rPr>
          <w:rFonts w:ascii="Niramit" w:hAnsi="Niramit"/>
          <w:color w:val="666666"/>
          <w:sz w:val="20"/>
        </w:rPr>
        <w:t xml:space="preserve">  vet (veterinarian)     →  veteriner</w:t>
      </w:r>
    </w:p>
    <w:p>
      <w:pPr/>
      <w:r>
        <w:rPr>
          <w:rFonts w:ascii="Niramit" w:hAnsi="Niramit"/>
          <w:color w:val="666666"/>
          <w:sz w:val="20"/>
        </w:rPr>
        <w:t xml:space="preserve">  singer                 →  şarkıcı</w:t>
      </w:r>
    </w:p>
    <w:p>
      <w:pPr/>
      <w:r>
        <w:rPr>
          <w:rFonts w:ascii="Niramit" w:hAnsi="Niramit"/>
          <w:color w:val="666666"/>
          <w:sz w:val="20"/>
        </w:rPr>
        <w:t xml:space="preserve">  actor / actress        →  oyuncu</w:t>
      </w:r>
    </w:p>
    <w:p>
      <w:pPr/>
      <w:r>
        <w:rPr>
          <w:rFonts w:ascii="Niramit" w:hAnsi="Niramit"/>
          <w:color w:val="666666"/>
          <w:sz w:val="20"/>
        </w:rPr>
        <w:t xml:space="preserve">  artist                 →  sanatçı / ressam</w:t>
      </w:r>
    </w:p>
    <w:p>
      <w:pPr/>
      <w:r>
        <w:rPr>
          <w:rFonts w:ascii="Niramit" w:hAnsi="Niramit"/>
          <w:color w:val="666666"/>
          <w:sz w:val="20"/>
        </w:rPr>
        <w:t xml:space="preserve">  scientist              →  bilim insanı</w:t>
      </w:r>
    </w:p>
    <w:p>
      <w:pPr/>
      <w:r>
        <w:rPr>
          <w:rFonts w:ascii="Niramit" w:hAnsi="Niramit"/>
          <w:color w:val="666666"/>
          <w:sz w:val="20"/>
        </w:rPr>
        <w:t xml:space="preserve">  businessman/woman      →  iş insanı</w:t>
      </w:r>
    </w:p>
    <w:p>
      <w:pPr/>
      <w:r>
        <w:rPr>
          <w:rFonts w:ascii="Niramit" w:hAnsi="Niramit"/>
          <w:color w:val="666666"/>
          <w:sz w:val="20"/>
        </w:rPr>
        <w:t xml:space="preserve">  shop assistant         →  tezgahtar</w:t>
      </w:r>
    </w:p>
    <w:p>
      <w:pPr/>
      <w:r>
        <w:rPr>
          <w:rFonts w:ascii="Niramit" w:hAnsi="Niramit"/>
          <w:color w:val="666666"/>
          <w:sz w:val="20"/>
        </w:rPr>
        <w:t xml:space="preserve">  hairdresser            →  kuaför</w:t>
      </w:r>
    </w:p>
    <w:p>
      <w:pPr/>
      <w:r>
        <w:rPr>
          <w:rFonts w:ascii="Niramit" w:hAnsi="Niramit"/>
          <w:color w:val="666666"/>
          <w:sz w:val="20"/>
        </w:rPr>
        <w:t xml:space="preserve">  journalist             →  gazeteci</w:t>
      </w:r>
    </w:p>
    <w:p>
      <w:pPr/>
      <w:r>
        <w:rPr>
          <w:rFonts w:ascii="Niramit" w:hAnsi="Niramit"/>
          <w:color w:val="666666"/>
          <w:sz w:val="20"/>
        </w:rPr>
        <w:t xml:space="preserve">  footballer             →  futbolcu</w:t>
      </w:r>
    </w:p>
    <w:p>
      <w:pPr/>
      <w:r>
        <w:rPr>
          <w:rFonts w:ascii="Niramit" w:hAnsi="Niramit"/>
          <w:color w:val="666666"/>
          <w:sz w:val="20"/>
        </w:rPr>
        <w:t xml:space="preserve">  student                →  öğrenci</w:t>
      </w:r>
    </w:p>
    <w:p>
      <w:pPr/>
      <w:r>
        <w:rPr>
          <w:rFonts w:ascii="Niramit" w:hAnsi="Niramit"/>
          <w:color w:val="666666"/>
          <w:sz w:val="20"/>
        </w:rPr>
        <w:t xml:space="preserve">  housewife              →  ev hanımı</w:t>
      </w:r>
    </w:p>
    <w:p>
      <w:pPr/>
    </w:p>
    <w:p>
      <w:pPr/>
      <w:r>
        <w:rPr>
          <w:rFonts w:ascii="Niramit" w:hAnsi="Niramit"/>
          <w:b/>
          <w:color w:val="336D5C"/>
          <w:sz w:val="22"/>
        </w:rPr>
        <w:t>2.2  Physical Appearance (Dış Görünüş)</w:t>
      </w:r>
    </w:p>
    <w:p>
      <w:pPr/>
      <w:r>
        <w:rPr>
          <w:rFonts w:ascii="Niramit" w:hAnsi="Niramit"/>
          <w:color w:val="666666"/>
          <w:sz w:val="20"/>
        </w:rPr>
        <w:t xml:space="preserve">  tall                   →  uzun boylu</w:t>
      </w:r>
    </w:p>
    <w:p>
      <w:pPr/>
      <w:r>
        <w:rPr>
          <w:rFonts w:ascii="Niramit" w:hAnsi="Niramit"/>
          <w:color w:val="666666"/>
          <w:sz w:val="20"/>
        </w:rPr>
        <w:t xml:space="preserve">  short                  →  kısa boylu</w:t>
      </w:r>
    </w:p>
    <w:p>
      <w:pPr/>
      <w:r>
        <w:rPr>
          <w:rFonts w:ascii="Niramit" w:hAnsi="Niramit"/>
          <w:color w:val="666666"/>
          <w:sz w:val="20"/>
        </w:rPr>
        <w:t xml:space="preserve">  slim                   →  zayıf/ince</w:t>
      </w:r>
    </w:p>
    <w:p>
      <w:pPr/>
      <w:r>
        <w:rPr>
          <w:rFonts w:ascii="Niramit" w:hAnsi="Niramit"/>
          <w:color w:val="666666"/>
          <w:sz w:val="20"/>
        </w:rPr>
        <w:t xml:space="preserve">  plump                  →  tombul</w:t>
      </w:r>
    </w:p>
    <w:p>
      <w:pPr/>
      <w:r>
        <w:rPr>
          <w:rFonts w:ascii="Niramit" w:hAnsi="Niramit"/>
          <w:color w:val="666666"/>
          <w:sz w:val="20"/>
        </w:rPr>
        <w:t xml:space="preserve">  strong                 →  güçlü</w:t>
      </w:r>
    </w:p>
    <w:p>
      <w:pPr/>
      <w:r>
        <w:rPr>
          <w:rFonts w:ascii="Niramit" w:hAnsi="Niramit"/>
          <w:color w:val="666666"/>
          <w:sz w:val="20"/>
        </w:rPr>
        <w:t xml:space="preserve">  weak                   →  zayıf/güçsüz</w:t>
      </w:r>
    </w:p>
    <w:p>
      <w:pPr/>
      <w:r>
        <w:rPr>
          <w:rFonts w:ascii="Niramit" w:hAnsi="Niramit"/>
          <w:color w:val="666666"/>
          <w:sz w:val="20"/>
        </w:rPr>
        <w:t xml:space="preserve">  beautiful              →  güzel</w:t>
      </w:r>
    </w:p>
    <w:p>
      <w:pPr/>
      <w:r>
        <w:rPr>
          <w:rFonts w:ascii="Niramit" w:hAnsi="Niramit"/>
          <w:color w:val="666666"/>
          <w:sz w:val="20"/>
        </w:rPr>
        <w:t xml:space="preserve">  handsome               →  yakışıklı</w:t>
      </w:r>
    </w:p>
    <w:p>
      <w:pPr/>
      <w:r>
        <w:rPr>
          <w:rFonts w:ascii="Niramit" w:hAnsi="Niramit"/>
          <w:color w:val="666666"/>
          <w:sz w:val="20"/>
        </w:rPr>
        <w:t xml:space="preserve">  cute                   →  sevimli</w:t>
      </w:r>
    </w:p>
    <w:p>
      <w:pPr/>
      <w:r>
        <w:rPr>
          <w:rFonts w:ascii="Niramit" w:hAnsi="Niramit"/>
          <w:color w:val="666666"/>
          <w:sz w:val="20"/>
        </w:rPr>
        <w:t xml:space="preserve">  young                  →  genç</w:t>
      </w:r>
    </w:p>
    <w:p>
      <w:pPr/>
      <w:r>
        <w:rPr>
          <w:rFonts w:ascii="Niramit" w:hAnsi="Niramit"/>
          <w:color w:val="666666"/>
          <w:sz w:val="20"/>
        </w:rPr>
        <w:t xml:space="preserve">  old                    →  yaşlı</w:t>
      </w:r>
    </w:p>
    <w:p>
      <w:pPr/>
      <w:r>
        <w:rPr>
          <w:rFonts w:ascii="Niramit" w:hAnsi="Niramit"/>
          <w:color w:val="666666"/>
          <w:sz w:val="20"/>
        </w:rPr>
        <w:t xml:space="preserve">  middle-aged            →  orta yaşlı</w:t>
      </w:r>
    </w:p>
    <w:p>
      <w:pPr/>
      <w:r>
        <w:rPr>
          <w:rFonts w:ascii="Niramit" w:hAnsi="Niramit"/>
          <w:color w:val="666666"/>
          <w:sz w:val="20"/>
        </w:rPr>
        <w:t xml:space="preserve">  curly hair             →  kıvırcık saç</w:t>
      </w:r>
    </w:p>
    <w:p>
      <w:pPr/>
      <w:r>
        <w:rPr>
          <w:rFonts w:ascii="Niramit" w:hAnsi="Niramit"/>
          <w:color w:val="666666"/>
          <w:sz w:val="20"/>
        </w:rPr>
        <w:t xml:space="preserve">  straight hair          →  düz saç</w:t>
      </w:r>
    </w:p>
    <w:p>
      <w:pPr/>
      <w:r>
        <w:rPr>
          <w:rFonts w:ascii="Niramit" w:hAnsi="Niramit"/>
          <w:color w:val="666666"/>
          <w:sz w:val="20"/>
        </w:rPr>
        <w:t xml:space="preserve">  blonde hair            →  sarı saç</w:t>
      </w:r>
    </w:p>
    <w:p>
      <w:pPr/>
      <w:r>
        <w:rPr>
          <w:rFonts w:ascii="Niramit" w:hAnsi="Niramit"/>
          <w:color w:val="666666"/>
          <w:sz w:val="20"/>
        </w:rPr>
        <w:t xml:space="preserve">  dark hair              →  koyu saç</w:t>
      </w:r>
    </w:p>
    <w:p>
      <w:pPr/>
      <w:r>
        <w:rPr>
          <w:rFonts w:ascii="Niramit" w:hAnsi="Niramit"/>
          <w:color w:val="666666"/>
          <w:sz w:val="20"/>
        </w:rPr>
        <w:t xml:space="preserve">  brown eyes             →  kahverengi gözler</w:t>
      </w:r>
    </w:p>
    <w:p>
      <w:pPr/>
      <w:r>
        <w:rPr>
          <w:rFonts w:ascii="Niramit" w:hAnsi="Niramit"/>
          <w:color w:val="666666"/>
          <w:sz w:val="20"/>
        </w:rPr>
        <w:t xml:space="preserve">  blue eyes              →  mavi gözler</w:t>
      </w:r>
    </w:p>
    <w:p>
      <w:pPr/>
      <w:r>
        <w:rPr>
          <w:rFonts w:ascii="Niramit" w:hAnsi="Niramit"/>
          <w:color w:val="666666"/>
          <w:sz w:val="20"/>
        </w:rPr>
        <w:t xml:space="preserve">  moustache              →  bıyık</w:t>
      </w:r>
    </w:p>
    <w:p>
      <w:pPr/>
      <w:r>
        <w:rPr>
          <w:rFonts w:ascii="Niramit" w:hAnsi="Niramit"/>
          <w:color w:val="666666"/>
          <w:sz w:val="20"/>
        </w:rPr>
        <w:t xml:space="preserve">  beard                  →  sakal</w:t>
      </w:r>
    </w:p>
    <w:p>
      <w:pPr/>
    </w:p>
    <w:p>
      <w:pPr/>
      <w:r>
        <w:rPr>
          <w:rFonts w:ascii="Niramit" w:hAnsi="Niramit"/>
          <w:b/>
          <w:color w:val="336D5C"/>
          <w:sz w:val="22"/>
        </w:rPr>
        <w:t>2.3  Character / Personality (Karakter)</w:t>
      </w:r>
    </w:p>
    <w:p>
      <w:pPr/>
      <w:r>
        <w:rPr>
          <w:rFonts w:ascii="Niramit" w:hAnsi="Niramit"/>
          <w:color w:val="666666"/>
          <w:sz w:val="20"/>
        </w:rPr>
        <w:t xml:space="preserve">  kind                   →  nazik</w:t>
      </w:r>
    </w:p>
    <w:p>
      <w:pPr/>
      <w:r>
        <w:rPr>
          <w:rFonts w:ascii="Niramit" w:hAnsi="Niramit"/>
          <w:color w:val="666666"/>
          <w:sz w:val="20"/>
        </w:rPr>
        <w:t xml:space="preserve">  friendly               →  arkadaş canlısı</w:t>
      </w:r>
    </w:p>
    <w:p>
      <w:pPr/>
      <w:r>
        <w:rPr>
          <w:rFonts w:ascii="Niramit" w:hAnsi="Niramit"/>
          <w:color w:val="666666"/>
          <w:sz w:val="20"/>
        </w:rPr>
        <w:t xml:space="preserve">  hardworking            →  çalışkan</w:t>
      </w:r>
    </w:p>
    <w:p>
      <w:pPr/>
      <w:r>
        <w:rPr>
          <w:rFonts w:ascii="Niramit" w:hAnsi="Niramit"/>
          <w:color w:val="666666"/>
          <w:sz w:val="20"/>
        </w:rPr>
        <w:t xml:space="preserve">  lazy                   →  tembel</w:t>
      </w:r>
    </w:p>
    <w:p>
      <w:pPr/>
      <w:r>
        <w:rPr>
          <w:rFonts w:ascii="Niramit" w:hAnsi="Niramit"/>
          <w:color w:val="666666"/>
          <w:sz w:val="20"/>
        </w:rPr>
        <w:t xml:space="preserve">  clever                 →  zeki</w:t>
      </w:r>
    </w:p>
    <w:p>
      <w:pPr/>
      <w:r>
        <w:rPr>
          <w:rFonts w:ascii="Niramit" w:hAnsi="Niramit"/>
          <w:color w:val="666666"/>
          <w:sz w:val="20"/>
        </w:rPr>
        <w:t xml:space="preserve">  brave                  →  cesur</w:t>
      </w:r>
    </w:p>
    <w:p>
      <w:pPr/>
      <w:r>
        <w:rPr>
          <w:rFonts w:ascii="Niramit" w:hAnsi="Niramit"/>
          <w:color w:val="666666"/>
          <w:sz w:val="20"/>
        </w:rPr>
        <w:t xml:space="preserve">  helpful                →  yardımsever</w:t>
      </w:r>
    </w:p>
    <w:p>
      <w:pPr/>
      <w:r>
        <w:rPr>
          <w:rFonts w:ascii="Niramit" w:hAnsi="Niramit"/>
          <w:color w:val="666666"/>
          <w:sz w:val="20"/>
        </w:rPr>
        <w:t xml:space="preserve">  honest                 →  dürüst</w:t>
      </w:r>
    </w:p>
    <w:p>
      <w:pPr/>
      <w:r>
        <w:rPr>
          <w:rFonts w:ascii="Niramit" w:hAnsi="Niramit"/>
          <w:color w:val="666666"/>
          <w:sz w:val="20"/>
        </w:rPr>
        <w:t xml:space="preserve">  patient                →  sabırlı</w:t>
      </w:r>
    </w:p>
    <w:p>
      <w:pPr/>
      <w:r>
        <w:rPr>
          <w:rFonts w:ascii="Niramit" w:hAnsi="Niramit"/>
          <w:color w:val="666666"/>
          <w:sz w:val="20"/>
        </w:rPr>
        <w:t xml:space="preserve">  funny                  →  komik</w:t>
      </w:r>
    </w:p>
    <w:p>
      <w:pPr/>
      <w:r>
        <w:rPr>
          <w:rFonts w:ascii="Niramit" w:hAnsi="Niramit"/>
          <w:color w:val="666666"/>
          <w:sz w:val="20"/>
        </w:rPr>
        <w:t xml:space="preserve">  shy                    →  utangaç</w:t>
      </w:r>
    </w:p>
    <w:p>
      <w:pPr/>
      <w:r>
        <w:rPr>
          <w:rFonts w:ascii="Niramit" w:hAnsi="Niramit"/>
          <w:color w:val="666666"/>
          <w:sz w:val="20"/>
        </w:rPr>
        <w:t xml:space="preserve">  talkative              →  konuşkan</w:t>
      </w:r>
    </w:p>
    <w:p>
      <w:pPr/>
      <w:r>
        <w:rPr>
          <w:rFonts w:ascii="Niramit" w:hAnsi="Niramit"/>
          <w:color w:val="666666"/>
          <w:sz w:val="20"/>
        </w:rPr>
        <w:t xml:space="preserve">  polite                 →  kibar</w:t>
      </w:r>
    </w:p>
    <w:p>
      <w:pPr/>
      <w:r>
        <w:rPr>
          <w:rFonts w:ascii="Niramit" w:hAnsi="Niramit"/>
          <w:color w:val="666666"/>
          <w:sz w:val="20"/>
        </w:rPr>
        <w:t xml:space="preserve">  rude                   →  kaba</w:t>
      </w:r>
    </w:p>
    <w:p>
      <w:pPr/>
    </w:p>
    <w:p>
      <w:pPr/>
      <w:r>
        <w:rPr>
          <w:rFonts w:ascii="Niramit" w:hAnsi="Niramit"/>
          <w:b/>
          <w:color w:val="336D5C"/>
          <w:sz w:val="22"/>
        </w:rPr>
        <w:t>2.4  Action Verbs (Eylem Fiilleri) — Can ile kullanım</w:t>
      </w:r>
    </w:p>
    <w:p>
      <w:pPr/>
      <w:r>
        <w:rPr>
          <w:rFonts w:ascii="Niramit" w:hAnsi="Niramit"/>
          <w:color w:val="666666"/>
          <w:sz w:val="20"/>
        </w:rPr>
        <w:t xml:space="preserve">  swim                   →  yüzmek</w:t>
      </w:r>
    </w:p>
    <w:p>
      <w:pPr/>
      <w:r>
        <w:rPr>
          <w:rFonts w:ascii="Niramit" w:hAnsi="Niramit"/>
          <w:color w:val="666666"/>
          <w:sz w:val="20"/>
        </w:rPr>
        <w:t xml:space="preserve">  run                    →  koşmak</w:t>
      </w:r>
    </w:p>
    <w:p>
      <w:pPr/>
      <w:r>
        <w:rPr>
          <w:rFonts w:ascii="Niramit" w:hAnsi="Niramit"/>
          <w:color w:val="666666"/>
          <w:sz w:val="20"/>
        </w:rPr>
        <w:t xml:space="preserve">  jump                   →  zıplamak</w:t>
      </w:r>
    </w:p>
    <w:p>
      <w:pPr/>
      <w:r>
        <w:rPr>
          <w:rFonts w:ascii="Niramit" w:hAnsi="Niramit"/>
          <w:color w:val="666666"/>
          <w:sz w:val="20"/>
        </w:rPr>
        <w:t xml:space="preserve">  climb                  →  tırmanmak</w:t>
      </w:r>
    </w:p>
    <w:p>
      <w:pPr/>
      <w:r>
        <w:rPr>
          <w:rFonts w:ascii="Niramit" w:hAnsi="Niramit"/>
          <w:color w:val="666666"/>
          <w:sz w:val="20"/>
        </w:rPr>
        <w:t xml:space="preserve">  fly                    →  uçmak</w:t>
      </w:r>
    </w:p>
    <w:p>
      <w:pPr/>
      <w:r>
        <w:rPr>
          <w:rFonts w:ascii="Niramit" w:hAnsi="Niramit"/>
          <w:color w:val="666666"/>
          <w:sz w:val="20"/>
        </w:rPr>
        <w:t xml:space="preserve">  sing                   →  şarkı söylemek</w:t>
      </w:r>
    </w:p>
    <w:p>
      <w:pPr/>
      <w:r>
        <w:rPr>
          <w:rFonts w:ascii="Niramit" w:hAnsi="Niramit"/>
          <w:color w:val="666666"/>
          <w:sz w:val="20"/>
        </w:rPr>
        <w:t xml:space="preserve">  dance                  →  dans etmek</w:t>
      </w:r>
    </w:p>
    <w:p>
      <w:pPr/>
      <w:r>
        <w:rPr>
          <w:rFonts w:ascii="Niramit" w:hAnsi="Niramit"/>
          <w:color w:val="666666"/>
          <w:sz w:val="20"/>
        </w:rPr>
        <w:t xml:space="preserve">  cook                   →  yemek pişirmek</w:t>
      </w:r>
    </w:p>
    <w:p>
      <w:pPr/>
      <w:r>
        <w:rPr>
          <w:rFonts w:ascii="Niramit" w:hAnsi="Niramit"/>
          <w:color w:val="666666"/>
          <w:sz w:val="20"/>
        </w:rPr>
        <w:t xml:space="preserve">  speak                  →  konuşmak</w:t>
      </w:r>
    </w:p>
    <w:p>
      <w:pPr/>
      <w:r>
        <w:rPr>
          <w:rFonts w:ascii="Niramit" w:hAnsi="Niramit"/>
          <w:color w:val="666666"/>
          <w:sz w:val="20"/>
        </w:rPr>
        <w:t xml:space="preserve">  ride a bike            →  bisiklet sürmek</w:t>
      </w:r>
    </w:p>
    <w:p>
      <w:pPr/>
      <w:r>
        <w:rPr>
          <w:rFonts w:ascii="Niramit" w:hAnsi="Niramit"/>
          <w:color w:val="666666"/>
          <w:sz w:val="20"/>
        </w:rPr>
        <w:t xml:space="preserve">  play football          →  futbol oynamak</w:t>
      </w:r>
    </w:p>
    <w:p>
      <w:pPr/>
      <w:r>
        <w:rPr>
          <w:rFonts w:ascii="Niramit" w:hAnsi="Niramit"/>
          <w:color w:val="666666"/>
          <w:sz w:val="20"/>
        </w:rPr>
        <w:t xml:space="preserve">  play the guitar        →  gitar çalmak</w:t>
      </w:r>
    </w:p>
    <w:p>
      <w:pPr/>
    </w:p>
    <w:p>
      <w:pPr/>
      <w:r>
        <w:rPr>
          <w:rFonts w:ascii="Niramit" w:hAnsi="Niramit"/>
          <w:color w:val="222222"/>
          <w:sz w:val="21"/>
        </w:rPr>
        <w:t>Toplam: 25 meslek + 20 dış görünüş + 14 karakter + 12 eylem = 71 kelime</w:t>
      </w:r>
    </w:p>
    <w:p>
      <w:r>
        <w:br w:type="page"/>
      </w:r>
    </w:p>
    <w:p>
      <w:pPr/>
      <w:r>
        <w:rPr>
          <w:rFonts w:ascii="Niramit" w:hAnsi="Niramit"/>
          <w:b/>
          <w:color w:val="1A559E"/>
          <w:sz w:val="26"/>
        </w:rPr>
        <w:t>DENEME 1 — KOLAY</w:t>
      </w:r>
    </w:p>
    <w:p>
      <w:pPr>
        <w:jc w:val="center"/>
      </w:pPr>
      <w:r>
        <w:rPr>
          <w:rFonts w:ascii="Niramit" w:hAnsi="Niramit"/>
          <w:color w:val="666666"/>
          <w:sz w:val="20"/>
        </w:rPr>
        <w:t>15 Soru  |  Süre: 20 Dakika  |  Kapsam: Unit 2 Temel</w:t>
      </w:r>
    </w:p>
    <w:p>
      <w:pPr/>
    </w:p>
    <w:p>
      <w:pPr/>
      <w:r>
        <w:rPr>
          <w:rFonts w:ascii="Niramit" w:hAnsi="Niramit"/>
          <w:b/>
          <w:color w:val="222222"/>
          <w:sz w:val="22"/>
        </w:rPr>
        <w:t>1. She _______ a new bicycle.</w:t>
      </w:r>
    </w:p>
    <w:p>
      <w:pPr/>
      <w:r>
        <w:rPr>
          <w:rFonts w:ascii="Niramit" w:hAnsi="Niramit"/>
          <w:color w:val="222222"/>
          <w:sz w:val="21"/>
        </w:rPr>
        <w:t>A) have got</w:t>
      </w:r>
    </w:p>
    <w:p>
      <w:pPr/>
      <w:r>
        <w:rPr>
          <w:rFonts w:ascii="Niramit" w:hAnsi="Niramit"/>
          <w:color w:val="222222"/>
          <w:sz w:val="21"/>
        </w:rPr>
        <w:t>B) haven't got</w:t>
      </w:r>
    </w:p>
    <w:p>
      <w:pPr/>
      <w:r>
        <w:rPr>
          <w:rFonts w:ascii="Niramit" w:hAnsi="Niramit"/>
          <w:color w:val="222222"/>
          <w:sz w:val="21"/>
        </w:rPr>
        <w:t>C) has got</w:t>
      </w:r>
    </w:p>
    <w:p>
      <w:pPr/>
      <w:r>
        <w:rPr>
          <w:rFonts w:ascii="Niramit" w:hAnsi="Niramit"/>
          <w:color w:val="222222"/>
          <w:sz w:val="21"/>
        </w:rPr>
        <w:t>D) hasn't got</w:t>
      </w:r>
    </w:p>
    <w:p>
      <w:pPr/>
    </w:p>
    <w:p>
      <w:pPr/>
      <w:r>
        <w:rPr>
          <w:rFonts w:ascii="Niramit" w:hAnsi="Niramit"/>
          <w:b/>
          <w:color w:val="222222"/>
          <w:sz w:val="22"/>
        </w:rPr>
        <w:t>2. I _______ a big family.</w:t>
      </w:r>
    </w:p>
    <w:p>
      <w:pPr/>
      <w:r>
        <w:rPr>
          <w:rFonts w:ascii="Niramit" w:hAnsi="Niramit"/>
          <w:color w:val="222222"/>
          <w:sz w:val="21"/>
        </w:rPr>
        <w:t>A) have got</w:t>
      </w:r>
    </w:p>
    <w:p>
      <w:pPr/>
      <w:r>
        <w:rPr>
          <w:rFonts w:ascii="Niramit" w:hAnsi="Niramit"/>
          <w:color w:val="222222"/>
          <w:sz w:val="21"/>
        </w:rPr>
        <w:t>B) has got</w:t>
      </w:r>
    </w:p>
    <w:p>
      <w:pPr/>
      <w:r>
        <w:rPr>
          <w:rFonts w:ascii="Niramit" w:hAnsi="Niramit"/>
          <w:color w:val="222222"/>
          <w:sz w:val="21"/>
        </w:rPr>
        <w:t>C) haven't got</w:t>
      </w:r>
    </w:p>
    <w:p>
      <w:pPr/>
      <w:r>
        <w:rPr>
          <w:rFonts w:ascii="Niramit" w:hAnsi="Niramit"/>
          <w:color w:val="222222"/>
          <w:sz w:val="21"/>
        </w:rPr>
        <w:t>D) hasn't got</w:t>
      </w:r>
    </w:p>
    <w:p>
      <w:pPr/>
    </w:p>
    <w:p>
      <w:pPr/>
      <w:r>
        <w:rPr>
          <w:rFonts w:ascii="Niramit" w:hAnsi="Niramit"/>
          <w:b/>
          <w:color w:val="222222"/>
          <w:sz w:val="22"/>
        </w:rPr>
        <w:t>3. A: _______ you swim?</w:t>
        <w:br/>
        <w:t xml:space="preserve"> B: Yes, I can.</w:t>
      </w:r>
    </w:p>
    <w:p>
      <w:pPr/>
      <w:r>
        <w:rPr>
          <w:rFonts w:ascii="Niramit" w:hAnsi="Niramit"/>
          <w:color w:val="222222"/>
          <w:sz w:val="21"/>
        </w:rPr>
        <w:t>A) Are</w:t>
      </w:r>
    </w:p>
    <w:p>
      <w:pPr/>
      <w:r>
        <w:rPr>
          <w:rFonts w:ascii="Niramit" w:hAnsi="Niramit"/>
          <w:color w:val="222222"/>
          <w:sz w:val="21"/>
        </w:rPr>
        <w:t>B) Have</w:t>
      </w:r>
    </w:p>
    <w:p>
      <w:pPr/>
      <w:r>
        <w:rPr>
          <w:rFonts w:ascii="Niramit" w:hAnsi="Niramit"/>
          <w:color w:val="222222"/>
          <w:sz w:val="21"/>
        </w:rPr>
        <w:t>C) Do</w:t>
      </w:r>
    </w:p>
    <w:p>
      <w:pPr/>
      <w:r>
        <w:rPr>
          <w:rFonts w:ascii="Niramit" w:hAnsi="Niramit"/>
          <w:color w:val="222222"/>
          <w:sz w:val="21"/>
        </w:rPr>
        <w:t>D) Can</w:t>
      </w:r>
    </w:p>
    <w:p>
      <w:pPr/>
    </w:p>
    <w:p>
      <w:pPr/>
      <w:r>
        <w:rPr>
          <w:rFonts w:ascii="Niramit" w:hAnsi="Niramit"/>
          <w:b/>
          <w:color w:val="222222"/>
          <w:sz w:val="22"/>
        </w:rPr>
        <w:t>4. A _______ works at a hospital and helps sick people.</w:t>
      </w:r>
    </w:p>
    <w:p>
      <w:pPr/>
      <w:r>
        <w:rPr>
          <w:rFonts w:ascii="Niramit" w:hAnsi="Niramit"/>
          <w:color w:val="222222"/>
          <w:sz w:val="21"/>
        </w:rPr>
        <w:t>A) teacher</w:t>
      </w:r>
    </w:p>
    <w:p>
      <w:pPr/>
      <w:r>
        <w:rPr>
          <w:rFonts w:ascii="Niramit" w:hAnsi="Niramit"/>
          <w:color w:val="222222"/>
          <w:sz w:val="21"/>
        </w:rPr>
        <w:t>B) doctor</w:t>
      </w:r>
    </w:p>
    <w:p>
      <w:pPr/>
      <w:r>
        <w:rPr>
          <w:rFonts w:ascii="Niramit" w:hAnsi="Niramit"/>
          <w:color w:val="222222"/>
          <w:sz w:val="21"/>
        </w:rPr>
        <w:t>C) pilot</w:t>
      </w:r>
    </w:p>
    <w:p>
      <w:pPr/>
      <w:r>
        <w:rPr>
          <w:rFonts w:ascii="Niramit" w:hAnsi="Niramit"/>
          <w:color w:val="222222"/>
          <w:sz w:val="21"/>
        </w:rPr>
        <w:t>D) farmer</w:t>
      </w:r>
    </w:p>
    <w:p>
      <w:pPr/>
    </w:p>
    <w:p>
      <w:pPr/>
      <w:r>
        <w:rPr>
          <w:rFonts w:ascii="Niramit" w:hAnsi="Niramit"/>
          <w:b/>
          <w:color w:val="222222"/>
          <w:sz w:val="22"/>
        </w:rPr>
        <w:t>5. My brother is very _______ . He is 185 cm.</w:t>
      </w:r>
    </w:p>
    <w:p>
      <w:pPr/>
      <w:r>
        <w:rPr>
          <w:rFonts w:ascii="Niramit" w:hAnsi="Niramit"/>
          <w:color w:val="222222"/>
          <w:sz w:val="21"/>
        </w:rPr>
        <w:t>A) tall</w:t>
      </w:r>
    </w:p>
    <w:p>
      <w:pPr/>
      <w:r>
        <w:rPr>
          <w:rFonts w:ascii="Niramit" w:hAnsi="Niramit"/>
          <w:color w:val="222222"/>
          <w:sz w:val="21"/>
        </w:rPr>
        <w:t>B) short</w:t>
      </w:r>
    </w:p>
    <w:p>
      <w:pPr/>
      <w:r>
        <w:rPr>
          <w:rFonts w:ascii="Niramit" w:hAnsi="Niramit"/>
          <w:color w:val="222222"/>
          <w:sz w:val="21"/>
        </w:rPr>
        <w:t>C) small</w:t>
      </w:r>
    </w:p>
    <w:p>
      <w:pPr/>
      <w:r>
        <w:rPr>
          <w:rFonts w:ascii="Niramit" w:hAnsi="Niramit"/>
          <w:color w:val="222222"/>
          <w:sz w:val="21"/>
        </w:rPr>
        <w:t>D) plump</w:t>
      </w:r>
    </w:p>
    <w:p>
      <w:pPr/>
    </w:p>
    <w:p>
      <w:pPr/>
      <w:r>
        <w:rPr>
          <w:rFonts w:ascii="Niramit" w:hAnsi="Niramit"/>
          <w:b/>
          <w:color w:val="222222"/>
          <w:sz w:val="22"/>
        </w:rPr>
        <w:t>6. A fish _______ fly.</w:t>
      </w:r>
    </w:p>
    <w:p>
      <w:pPr/>
      <w:r>
        <w:rPr>
          <w:rFonts w:ascii="Niramit" w:hAnsi="Niramit"/>
          <w:color w:val="222222"/>
          <w:sz w:val="21"/>
        </w:rPr>
        <w:t>A) can</w:t>
      </w:r>
    </w:p>
    <w:p>
      <w:pPr/>
      <w:r>
        <w:rPr>
          <w:rFonts w:ascii="Niramit" w:hAnsi="Niramit"/>
          <w:color w:val="222222"/>
          <w:sz w:val="21"/>
        </w:rPr>
        <w:t>B) has got</w:t>
      </w:r>
    </w:p>
    <w:p>
      <w:pPr/>
      <w:r>
        <w:rPr>
          <w:rFonts w:ascii="Niramit" w:hAnsi="Niramit"/>
          <w:color w:val="222222"/>
          <w:sz w:val="21"/>
        </w:rPr>
        <w:t>C) can't</w:t>
      </w:r>
    </w:p>
    <w:p>
      <w:pPr/>
      <w:r>
        <w:rPr>
          <w:rFonts w:ascii="Niramit" w:hAnsi="Niramit"/>
          <w:color w:val="222222"/>
          <w:sz w:val="21"/>
        </w:rPr>
        <w:t>D) isn't</w:t>
      </w:r>
    </w:p>
    <w:p>
      <w:pPr/>
    </w:p>
    <w:p>
      <w:pPr/>
      <w:r>
        <w:rPr>
          <w:rFonts w:ascii="Niramit" w:hAnsi="Niramit"/>
          <w:b/>
          <w:color w:val="222222"/>
          <w:sz w:val="22"/>
        </w:rPr>
        <w:t>7. He _______ a car. He walks to work.</w:t>
      </w:r>
    </w:p>
    <w:p>
      <w:pPr/>
      <w:r>
        <w:rPr>
          <w:rFonts w:ascii="Niramit" w:hAnsi="Niramit"/>
          <w:color w:val="222222"/>
          <w:sz w:val="21"/>
        </w:rPr>
        <w:t>A) have got</w:t>
      </w:r>
    </w:p>
    <w:p>
      <w:pPr/>
      <w:r>
        <w:rPr>
          <w:rFonts w:ascii="Niramit" w:hAnsi="Niramit"/>
          <w:color w:val="222222"/>
          <w:sz w:val="21"/>
        </w:rPr>
        <w:t>B) hasn't got</w:t>
      </w:r>
    </w:p>
    <w:p>
      <w:pPr/>
      <w:r>
        <w:rPr>
          <w:rFonts w:ascii="Niramit" w:hAnsi="Niramit"/>
          <w:color w:val="222222"/>
          <w:sz w:val="21"/>
        </w:rPr>
        <w:t>C) haven't got</w:t>
      </w:r>
    </w:p>
    <w:p>
      <w:pPr/>
      <w:r>
        <w:rPr>
          <w:rFonts w:ascii="Niramit" w:hAnsi="Niramit"/>
          <w:color w:val="222222"/>
          <w:sz w:val="21"/>
        </w:rPr>
        <w:t>D) has got</w:t>
      </w:r>
    </w:p>
    <w:p>
      <w:pPr/>
    </w:p>
    <w:p>
      <w:pPr/>
      <w:r>
        <w:rPr>
          <w:rFonts w:ascii="Niramit" w:hAnsi="Niramit"/>
          <w:b/>
          <w:color w:val="222222"/>
          <w:sz w:val="22"/>
        </w:rPr>
        <w:t>8. My grandmother always helps people. She is very _______ .</w:t>
      </w:r>
    </w:p>
    <w:p>
      <w:pPr/>
      <w:r>
        <w:rPr>
          <w:rFonts w:ascii="Niramit" w:hAnsi="Niramit"/>
          <w:color w:val="222222"/>
          <w:sz w:val="21"/>
        </w:rPr>
        <w:t>A) lazy</w:t>
      </w:r>
    </w:p>
    <w:p>
      <w:pPr/>
      <w:r>
        <w:rPr>
          <w:rFonts w:ascii="Niramit" w:hAnsi="Niramit"/>
          <w:color w:val="222222"/>
          <w:sz w:val="21"/>
        </w:rPr>
        <w:t>B) rude</w:t>
      </w:r>
    </w:p>
    <w:p>
      <w:pPr/>
      <w:r>
        <w:rPr>
          <w:rFonts w:ascii="Niramit" w:hAnsi="Niramit"/>
          <w:color w:val="222222"/>
          <w:sz w:val="21"/>
        </w:rPr>
        <w:t>C) kind</w:t>
      </w:r>
    </w:p>
    <w:p>
      <w:pPr/>
      <w:r>
        <w:rPr>
          <w:rFonts w:ascii="Niramit" w:hAnsi="Niramit"/>
          <w:color w:val="222222"/>
          <w:sz w:val="21"/>
        </w:rPr>
        <w:t>D) brave</w:t>
      </w:r>
    </w:p>
    <w:p>
      <w:pPr/>
    </w:p>
    <w:p>
      <w:pPr/>
      <w:r>
        <w:rPr>
          <w:rFonts w:ascii="Niramit" w:hAnsi="Niramit"/>
          <w:b/>
          <w:color w:val="222222"/>
          <w:sz w:val="22"/>
        </w:rPr>
        <w:t>9. A: _______ you _______ a pet?</w:t>
        <w:br/>
        <w:t xml:space="preserve"> B: Yes, I have got a cat.</w:t>
      </w:r>
    </w:p>
    <w:p>
      <w:pPr/>
      <w:r>
        <w:rPr>
          <w:rFonts w:ascii="Niramit" w:hAnsi="Niramit"/>
          <w:color w:val="222222"/>
          <w:sz w:val="21"/>
        </w:rPr>
        <w:t>A) Have / got</w:t>
      </w:r>
    </w:p>
    <w:p>
      <w:pPr/>
      <w:r>
        <w:rPr>
          <w:rFonts w:ascii="Niramit" w:hAnsi="Niramit"/>
          <w:color w:val="222222"/>
          <w:sz w:val="21"/>
        </w:rPr>
        <w:t>B) Has / got</w:t>
      </w:r>
    </w:p>
    <w:p>
      <w:pPr/>
      <w:r>
        <w:rPr>
          <w:rFonts w:ascii="Niramit" w:hAnsi="Niramit"/>
          <w:color w:val="222222"/>
          <w:sz w:val="21"/>
        </w:rPr>
        <w:t>C) Do / got</w:t>
      </w:r>
    </w:p>
    <w:p>
      <w:pPr/>
      <w:r>
        <w:rPr>
          <w:rFonts w:ascii="Niramit" w:hAnsi="Niramit"/>
          <w:color w:val="222222"/>
          <w:sz w:val="21"/>
        </w:rPr>
        <w:t>D) Can / got</w:t>
      </w:r>
    </w:p>
    <w:p>
      <w:pPr/>
    </w:p>
    <w:p>
      <w:pPr/>
      <w:r>
        <w:rPr>
          <w:rFonts w:ascii="Niramit" w:hAnsi="Niramit"/>
          <w:b/>
          <w:color w:val="222222"/>
          <w:sz w:val="22"/>
        </w:rPr>
        <w:t>10. A _______ puts out fires and saves people.</w:t>
      </w:r>
    </w:p>
    <w:p>
      <w:pPr/>
      <w:r>
        <w:rPr>
          <w:rFonts w:ascii="Niramit" w:hAnsi="Niramit"/>
          <w:color w:val="222222"/>
          <w:sz w:val="21"/>
        </w:rPr>
        <w:t>A) nurse</w:t>
      </w:r>
    </w:p>
    <w:p>
      <w:pPr/>
      <w:r>
        <w:rPr>
          <w:rFonts w:ascii="Niramit" w:hAnsi="Niramit"/>
          <w:color w:val="222222"/>
          <w:sz w:val="21"/>
        </w:rPr>
        <w:t>B) police officer</w:t>
      </w:r>
    </w:p>
    <w:p>
      <w:pPr/>
      <w:r>
        <w:rPr>
          <w:rFonts w:ascii="Niramit" w:hAnsi="Niramit"/>
          <w:color w:val="222222"/>
          <w:sz w:val="21"/>
        </w:rPr>
        <w:t>C) firefighter</w:t>
      </w:r>
    </w:p>
    <w:p>
      <w:pPr/>
      <w:r>
        <w:rPr>
          <w:rFonts w:ascii="Niramit" w:hAnsi="Niramit"/>
          <w:color w:val="222222"/>
          <w:sz w:val="21"/>
        </w:rPr>
        <w:t>D) teacher</w:t>
      </w:r>
    </w:p>
    <w:p>
      <w:pPr/>
    </w:p>
    <w:p>
      <w:pPr/>
      <w:r>
        <w:rPr>
          <w:rFonts w:ascii="Niramit" w:hAnsi="Niramit"/>
          <w:b/>
          <w:color w:val="222222"/>
          <w:sz w:val="22"/>
        </w:rPr>
        <w:t>11. She has got _______ hair. It is not straight.</w:t>
      </w:r>
    </w:p>
    <w:p>
      <w:pPr/>
      <w:r>
        <w:rPr>
          <w:rFonts w:ascii="Niramit" w:hAnsi="Niramit"/>
          <w:color w:val="222222"/>
          <w:sz w:val="21"/>
        </w:rPr>
        <w:t>A) straight</w:t>
      </w:r>
    </w:p>
    <w:p>
      <w:pPr/>
      <w:r>
        <w:rPr>
          <w:rFonts w:ascii="Niramit" w:hAnsi="Niramit"/>
          <w:color w:val="222222"/>
          <w:sz w:val="21"/>
        </w:rPr>
        <w:t>B) curly</w:t>
      </w:r>
    </w:p>
    <w:p>
      <w:pPr/>
      <w:r>
        <w:rPr>
          <w:rFonts w:ascii="Niramit" w:hAnsi="Niramit"/>
          <w:color w:val="222222"/>
          <w:sz w:val="21"/>
        </w:rPr>
        <w:t>C) dark</w:t>
      </w:r>
    </w:p>
    <w:p>
      <w:pPr/>
      <w:r>
        <w:rPr>
          <w:rFonts w:ascii="Niramit" w:hAnsi="Niramit"/>
          <w:color w:val="222222"/>
          <w:sz w:val="21"/>
        </w:rPr>
        <w:t>D) blonde</w:t>
      </w:r>
    </w:p>
    <w:p>
      <w:pPr/>
    </w:p>
    <w:p>
      <w:pPr/>
      <w:r>
        <w:rPr>
          <w:rFonts w:ascii="Niramit" w:hAnsi="Niramit"/>
          <w:b/>
          <w:color w:val="222222"/>
          <w:sz w:val="22"/>
        </w:rPr>
        <w:t>12. A pilot can _______ a plane.</w:t>
      </w:r>
    </w:p>
    <w:p>
      <w:pPr/>
      <w:r>
        <w:rPr>
          <w:rFonts w:ascii="Niramit" w:hAnsi="Niramit"/>
          <w:color w:val="222222"/>
          <w:sz w:val="21"/>
        </w:rPr>
        <w:t>A) swims</w:t>
      </w:r>
    </w:p>
    <w:p>
      <w:pPr/>
      <w:r>
        <w:rPr>
          <w:rFonts w:ascii="Niramit" w:hAnsi="Niramit"/>
          <w:color w:val="222222"/>
          <w:sz w:val="21"/>
        </w:rPr>
        <w:t>B) flying</w:t>
      </w:r>
    </w:p>
    <w:p>
      <w:pPr/>
      <w:r>
        <w:rPr>
          <w:rFonts w:ascii="Niramit" w:hAnsi="Niramit"/>
          <w:color w:val="222222"/>
          <w:sz w:val="21"/>
        </w:rPr>
        <w:t>C) flies</w:t>
      </w:r>
    </w:p>
    <w:p>
      <w:pPr/>
      <w:r>
        <w:rPr>
          <w:rFonts w:ascii="Niramit" w:hAnsi="Niramit"/>
          <w:color w:val="222222"/>
          <w:sz w:val="21"/>
        </w:rPr>
        <w:t>D) fly</w:t>
      </w:r>
    </w:p>
    <w:p>
      <w:pPr/>
    </w:p>
    <w:p>
      <w:pPr/>
      <w:r>
        <w:rPr>
          <w:rFonts w:ascii="Niramit" w:hAnsi="Niramit"/>
          <w:b/>
          <w:color w:val="222222"/>
          <w:sz w:val="22"/>
        </w:rPr>
        <w:t>13. A: _______ she _______ brown eyes?</w:t>
        <w:br/>
        <w:t xml:space="preserve"> B: Yes, she has.</w:t>
      </w:r>
    </w:p>
    <w:p>
      <w:pPr/>
      <w:r>
        <w:rPr>
          <w:rFonts w:ascii="Niramit" w:hAnsi="Niramit"/>
          <w:color w:val="222222"/>
          <w:sz w:val="21"/>
        </w:rPr>
        <w:t>A) Has / got</w:t>
      </w:r>
    </w:p>
    <w:p>
      <w:pPr/>
      <w:r>
        <w:rPr>
          <w:rFonts w:ascii="Niramit" w:hAnsi="Niramit"/>
          <w:color w:val="222222"/>
          <w:sz w:val="21"/>
        </w:rPr>
        <w:t>B) Have / got</w:t>
      </w:r>
    </w:p>
    <w:p>
      <w:pPr/>
      <w:r>
        <w:rPr>
          <w:rFonts w:ascii="Niramit" w:hAnsi="Niramit"/>
          <w:color w:val="222222"/>
          <w:sz w:val="21"/>
        </w:rPr>
        <w:t>C) Can / got</w:t>
      </w:r>
    </w:p>
    <w:p>
      <w:pPr/>
      <w:r>
        <w:rPr>
          <w:rFonts w:ascii="Niramit" w:hAnsi="Niramit"/>
          <w:color w:val="222222"/>
          <w:sz w:val="21"/>
        </w:rPr>
        <w:t>D) Is / got</w:t>
      </w:r>
    </w:p>
    <w:p>
      <w:pPr/>
    </w:p>
    <w:p>
      <w:pPr/>
      <w:r>
        <w:rPr>
          <w:rFonts w:ascii="Niramit" w:hAnsi="Niramit"/>
          <w:b/>
          <w:color w:val="222222"/>
          <w:sz w:val="22"/>
        </w:rPr>
        <w:t>14. A singer is a person who can _______ well.</w:t>
      </w:r>
    </w:p>
    <w:p>
      <w:pPr/>
      <w:r>
        <w:rPr>
          <w:rFonts w:ascii="Niramit" w:hAnsi="Niramit"/>
          <w:color w:val="222222"/>
          <w:sz w:val="21"/>
        </w:rPr>
        <w:t>A) cooks</w:t>
      </w:r>
    </w:p>
    <w:p>
      <w:pPr/>
      <w:r>
        <w:rPr>
          <w:rFonts w:ascii="Niramit" w:hAnsi="Niramit"/>
          <w:color w:val="222222"/>
          <w:sz w:val="21"/>
        </w:rPr>
        <w:t>B) dances</w:t>
      </w:r>
    </w:p>
    <w:p>
      <w:pPr/>
      <w:r>
        <w:rPr>
          <w:rFonts w:ascii="Niramit" w:hAnsi="Niramit"/>
          <w:color w:val="222222"/>
          <w:sz w:val="21"/>
        </w:rPr>
        <w:t>C) sing</w:t>
      </w:r>
    </w:p>
    <w:p>
      <w:pPr/>
      <w:r>
        <w:rPr>
          <w:rFonts w:ascii="Niramit" w:hAnsi="Niramit"/>
          <w:color w:val="222222"/>
          <w:sz w:val="21"/>
        </w:rPr>
        <w:t>D) runs</w:t>
      </w:r>
    </w:p>
    <w:p>
      <w:pPr/>
    </w:p>
    <w:p>
      <w:pPr/>
      <w:r>
        <w:rPr>
          <w:rFonts w:ascii="Niramit" w:hAnsi="Niramit"/>
          <w:b/>
          <w:color w:val="222222"/>
          <w:sz w:val="22"/>
        </w:rPr>
        <w:t>15. My best friend always talks to new people. He is very _______ .</w:t>
      </w:r>
    </w:p>
    <w:p>
      <w:pPr/>
      <w:r>
        <w:rPr>
          <w:rFonts w:ascii="Niramit" w:hAnsi="Niramit"/>
          <w:color w:val="222222"/>
          <w:sz w:val="21"/>
        </w:rPr>
        <w:t>A) shy</w:t>
      </w:r>
    </w:p>
    <w:p>
      <w:pPr/>
      <w:r>
        <w:rPr>
          <w:rFonts w:ascii="Niramit" w:hAnsi="Niramit"/>
          <w:color w:val="222222"/>
          <w:sz w:val="21"/>
        </w:rPr>
        <w:t>B) friendly</w:t>
      </w:r>
    </w:p>
    <w:p>
      <w:pPr/>
      <w:r>
        <w:rPr>
          <w:rFonts w:ascii="Niramit" w:hAnsi="Niramit"/>
          <w:color w:val="222222"/>
          <w:sz w:val="21"/>
        </w:rPr>
        <w:t>C) lazy</w:t>
      </w:r>
    </w:p>
    <w:p>
      <w:pPr/>
      <w:r>
        <w:rPr>
          <w:rFonts w:ascii="Niramit" w:hAnsi="Niramit"/>
          <w:color w:val="222222"/>
          <w:sz w:val="21"/>
        </w:rPr>
        <w:t>D) rude</w:t>
      </w:r>
    </w:p>
    <w:p>
      <w:r>
        <w:br w:type="page"/>
      </w:r>
    </w:p>
    <w:p>
      <w:pPr/>
      <w:r>
        <w:rPr>
          <w:rFonts w:ascii="Niramit" w:hAnsi="Niramit"/>
          <w:b/>
          <w:color w:val="1A559E"/>
          <w:sz w:val="26"/>
        </w:rPr>
        <w:t>DENEME 2 — ORTA</w:t>
      </w:r>
    </w:p>
    <w:p>
      <w:pPr>
        <w:jc w:val="center"/>
      </w:pPr>
      <w:r>
        <w:rPr>
          <w:rFonts w:ascii="Niramit" w:hAnsi="Niramit"/>
          <w:color w:val="666666"/>
          <w:sz w:val="20"/>
        </w:rPr>
        <w:t>15 Soru  |  Süre: 20 Dakika  |  Kapsam: Unit 2 Orta Düzey</w:t>
      </w:r>
    </w:p>
    <w:p>
      <w:pPr/>
    </w:p>
    <w:p>
      <w:pPr/>
      <w:r>
        <w:rPr>
          <w:rFonts w:ascii="Niramit" w:hAnsi="Niramit"/>
          <w:b/>
          <w:color w:val="222222"/>
          <w:sz w:val="22"/>
        </w:rPr>
        <w:t>1. A: Has your father got a moustache?</w:t>
        <w:br/>
        <w:t xml:space="preserve"> B: Yes, he _______ .</w:t>
      </w:r>
    </w:p>
    <w:p>
      <w:pPr/>
      <w:r>
        <w:rPr>
          <w:rFonts w:ascii="Niramit" w:hAnsi="Niramit"/>
          <w:color w:val="222222"/>
          <w:sz w:val="21"/>
        </w:rPr>
        <w:t>A) have</w:t>
      </w:r>
    </w:p>
    <w:p>
      <w:pPr/>
      <w:r>
        <w:rPr>
          <w:rFonts w:ascii="Niramit" w:hAnsi="Niramit"/>
          <w:color w:val="222222"/>
          <w:sz w:val="21"/>
        </w:rPr>
        <w:t>B) has got</w:t>
      </w:r>
    </w:p>
    <w:p>
      <w:pPr/>
      <w:r>
        <w:rPr>
          <w:rFonts w:ascii="Niramit" w:hAnsi="Niramit"/>
          <w:color w:val="222222"/>
          <w:sz w:val="21"/>
        </w:rPr>
        <w:t>C) hasn't</w:t>
      </w:r>
    </w:p>
    <w:p>
      <w:pPr/>
      <w:r>
        <w:rPr>
          <w:rFonts w:ascii="Niramit" w:hAnsi="Niramit"/>
          <w:color w:val="222222"/>
          <w:sz w:val="21"/>
        </w:rPr>
        <w:t>D) has</w:t>
      </w:r>
    </w:p>
    <w:p>
      <w:pPr/>
    </w:p>
    <w:p>
      <w:pPr/>
      <w:r>
        <w:rPr>
          <w:rFonts w:ascii="Niramit" w:hAnsi="Niramit"/>
          <w:b/>
          <w:color w:val="222222"/>
          <w:sz w:val="22"/>
        </w:rPr>
        <w:t>2. My parents _______ a shop in Nicosia.</w:t>
      </w:r>
    </w:p>
    <w:p>
      <w:pPr/>
      <w:r>
        <w:rPr>
          <w:rFonts w:ascii="Niramit" w:hAnsi="Niramit"/>
          <w:color w:val="222222"/>
          <w:sz w:val="21"/>
        </w:rPr>
        <w:t>A) has got</w:t>
      </w:r>
    </w:p>
    <w:p>
      <w:pPr/>
      <w:r>
        <w:rPr>
          <w:rFonts w:ascii="Niramit" w:hAnsi="Niramit"/>
          <w:color w:val="222222"/>
          <w:sz w:val="21"/>
        </w:rPr>
        <w:t>B) have got</w:t>
      </w:r>
    </w:p>
    <w:p>
      <w:pPr/>
      <w:r>
        <w:rPr>
          <w:rFonts w:ascii="Niramit" w:hAnsi="Niramit"/>
          <w:color w:val="222222"/>
          <w:sz w:val="21"/>
        </w:rPr>
        <w:t>C) hasn't got</w:t>
      </w:r>
    </w:p>
    <w:p>
      <w:pPr/>
      <w:r>
        <w:rPr>
          <w:rFonts w:ascii="Niramit" w:hAnsi="Niramit"/>
          <w:color w:val="222222"/>
          <w:sz w:val="21"/>
        </w:rPr>
        <w:t>D) haven't got</w:t>
      </w:r>
    </w:p>
    <w:p>
      <w:pPr/>
    </w:p>
    <w:p>
      <w:pPr/>
      <w:r>
        <w:rPr>
          <w:rFonts w:ascii="Niramit" w:hAnsi="Niramit"/>
          <w:b/>
          <w:color w:val="222222"/>
          <w:sz w:val="22"/>
        </w:rPr>
        <w:t>3. A: Can your little brother ride a bike?</w:t>
        <w:br/>
        <w:t xml:space="preserve"> B: No, he _______ . He is only 3 years old.</w:t>
      </w:r>
    </w:p>
    <w:p>
      <w:pPr/>
      <w:r>
        <w:rPr>
          <w:rFonts w:ascii="Niramit" w:hAnsi="Niramit"/>
          <w:color w:val="222222"/>
          <w:sz w:val="21"/>
        </w:rPr>
        <w:t>A) can</w:t>
      </w:r>
    </w:p>
    <w:p>
      <w:pPr/>
      <w:r>
        <w:rPr>
          <w:rFonts w:ascii="Niramit" w:hAnsi="Niramit"/>
          <w:color w:val="222222"/>
          <w:sz w:val="21"/>
        </w:rPr>
        <w:t>B) hasn't</w:t>
      </w:r>
    </w:p>
    <w:p>
      <w:pPr/>
      <w:r>
        <w:rPr>
          <w:rFonts w:ascii="Niramit" w:hAnsi="Niramit"/>
          <w:color w:val="222222"/>
          <w:sz w:val="21"/>
        </w:rPr>
        <w:t>C) can't</w:t>
      </w:r>
    </w:p>
    <w:p>
      <w:pPr/>
      <w:r>
        <w:rPr>
          <w:rFonts w:ascii="Niramit" w:hAnsi="Niramit"/>
          <w:color w:val="222222"/>
          <w:sz w:val="21"/>
        </w:rPr>
        <w:t>D) don't</w:t>
      </w:r>
    </w:p>
    <w:p>
      <w:pPr/>
    </w:p>
    <w:p>
      <w:pPr/>
      <w:r>
        <w:rPr>
          <w:rFonts w:ascii="Niramit" w:hAnsi="Niramit"/>
          <w:b/>
          <w:color w:val="222222"/>
          <w:sz w:val="22"/>
        </w:rPr>
        <w:t>4. A _______ treats animals when they are sick.</w:t>
      </w:r>
    </w:p>
    <w:p>
      <w:pPr/>
      <w:r>
        <w:rPr>
          <w:rFonts w:ascii="Niramit" w:hAnsi="Niramit"/>
          <w:color w:val="222222"/>
          <w:sz w:val="21"/>
        </w:rPr>
        <w:t>A) vet</w:t>
      </w:r>
    </w:p>
    <w:p>
      <w:pPr/>
      <w:r>
        <w:rPr>
          <w:rFonts w:ascii="Niramit" w:hAnsi="Niramit"/>
          <w:color w:val="222222"/>
          <w:sz w:val="21"/>
        </w:rPr>
        <w:t>B) dentist</w:t>
      </w:r>
    </w:p>
    <w:p>
      <w:pPr/>
      <w:r>
        <w:rPr>
          <w:rFonts w:ascii="Niramit" w:hAnsi="Niramit"/>
          <w:color w:val="222222"/>
          <w:sz w:val="21"/>
        </w:rPr>
        <w:t>C) doctor</w:t>
      </w:r>
    </w:p>
    <w:p>
      <w:pPr/>
      <w:r>
        <w:rPr>
          <w:rFonts w:ascii="Niramit" w:hAnsi="Niramit"/>
          <w:color w:val="222222"/>
          <w:sz w:val="21"/>
        </w:rPr>
        <w:t>D) nurse</w:t>
      </w:r>
    </w:p>
    <w:p>
      <w:pPr/>
    </w:p>
    <w:p>
      <w:pPr/>
      <w:r>
        <w:rPr>
          <w:rFonts w:ascii="Niramit" w:hAnsi="Niramit"/>
          <w:b/>
          <w:color w:val="222222"/>
          <w:sz w:val="22"/>
        </w:rPr>
        <w:t>5. My uncle is a very _______ man. He runs 10 km every morning.</w:t>
      </w:r>
    </w:p>
    <w:p>
      <w:pPr/>
      <w:r>
        <w:rPr>
          <w:rFonts w:ascii="Niramit" w:hAnsi="Niramit"/>
          <w:color w:val="222222"/>
          <w:sz w:val="21"/>
        </w:rPr>
        <w:t>A) lazy</w:t>
      </w:r>
    </w:p>
    <w:p>
      <w:pPr/>
      <w:r>
        <w:rPr>
          <w:rFonts w:ascii="Niramit" w:hAnsi="Niramit"/>
          <w:color w:val="222222"/>
          <w:sz w:val="21"/>
        </w:rPr>
        <w:t>B) shy</w:t>
      </w:r>
    </w:p>
    <w:p>
      <w:pPr/>
      <w:r>
        <w:rPr>
          <w:rFonts w:ascii="Niramit" w:hAnsi="Niramit"/>
          <w:color w:val="222222"/>
          <w:sz w:val="21"/>
        </w:rPr>
        <w:t>C) weak</w:t>
      </w:r>
    </w:p>
    <w:p>
      <w:pPr/>
      <w:r>
        <w:rPr>
          <w:rFonts w:ascii="Niramit" w:hAnsi="Niramit"/>
          <w:color w:val="222222"/>
          <w:sz w:val="21"/>
        </w:rPr>
        <w:t>D) strong</w:t>
      </w:r>
    </w:p>
    <w:p>
      <w:pPr/>
    </w:p>
    <w:p>
      <w:pPr/>
      <w:r>
        <w:rPr>
          <w:rFonts w:ascii="Niramit" w:hAnsi="Niramit"/>
          <w:b/>
          <w:color w:val="222222"/>
          <w:sz w:val="22"/>
        </w:rPr>
        <w:t>6. A: Have they got a new teacher?</w:t>
        <w:br/>
        <w:t xml:space="preserve"> B: No, _______ .</w:t>
      </w:r>
    </w:p>
    <w:p>
      <w:pPr/>
      <w:r>
        <w:rPr>
          <w:rFonts w:ascii="Niramit" w:hAnsi="Niramit"/>
          <w:color w:val="222222"/>
          <w:sz w:val="21"/>
        </w:rPr>
        <w:t>A) they have</w:t>
      </w:r>
    </w:p>
    <w:p>
      <w:pPr/>
      <w:r>
        <w:rPr>
          <w:rFonts w:ascii="Niramit" w:hAnsi="Niramit"/>
          <w:color w:val="222222"/>
          <w:sz w:val="21"/>
        </w:rPr>
        <w:t>B) they haven't</w:t>
      </w:r>
    </w:p>
    <w:p>
      <w:pPr/>
      <w:r>
        <w:rPr>
          <w:rFonts w:ascii="Niramit" w:hAnsi="Niramit"/>
          <w:color w:val="222222"/>
          <w:sz w:val="21"/>
        </w:rPr>
        <w:t>C) they hasn't</w:t>
      </w:r>
    </w:p>
    <w:p>
      <w:pPr/>
      <w:r>
        <w:rPr>
          <w:rFonts w:ascii="Niramit" w:hAnsi="Niramit"/>
          <w:color w:val="222222"/>
          <w:sz w:val="21"/>
        </w:rPr>
        <w:t>D) they has</w:t>
      </w:r>
    </w:p>
    <w:p>
      <w:pPr/>
    </w:p>
    <w:p>
      <w:pPr/>
      <w:r>
        <w:rPr>
          <w:rFonts w:ascii="Niramit" w:hAnsi="Niramit"/>
          <w:b/>
          <w:color w:val="222222"/>
          <w:sz w:val="22"/>
        </w:rPr>
        <w:t>7. She can _______ delicious cakes. She wants to be a chef.</w:t>
      </w:r>
    </w:p>
    <w:p>
      <w:pPr/>
      <w:r>
        <w:rPr>
          <w:rFonts w:ascii="Niramit" w:hAnsi="Niramit"/>
          <w:color w:val="222222"/>
          <w:sz w:val="21"/>
        </w:rPr>
        <w:t>A) cooks</w:t>
      </w:r>
    </w:p>
    <w:p>
      <w:pPr/>
      <w:r>
        <w:rPr>
          <w:rFonts w:ascii="Niramit" w:hAnsi="Niramit"/>
          <w:color w:val="222222"/>
          <w:sz w:val="21"/>
        </w:rPr>
        <w:t>B) cooking</w:t>
      </w:r>
    </w:p>
    <w:p>
      <w:pPr/>
      <w:r>
        <w:rPr>
          <w:rFonts w:ascii="Niramit" w:hAnsi="Niramit"/>
          <w:color w:val="222222"/>
          <w:sz w:val="21"/>
        </w:rPr>
        <w:t>C) cook</w:t>
      </w:r>
    </w:p>
    <w:p>
      <w:pPr/>
      <w:r>
        <w:rPr>
          <w:rFonts w:ascii="Niramit" w:hAnsi="Niramit"/>
          <w:color w:val="222222"/>
          <w:sz w:val="21"/>
        </w:rPr>
        <w:t>D) cooked</w:t>
      </w:r>
    </w:p>
    <w:p>
      <w:pPr/>
    </w:p>
    <w:p>
      <w:pPr/>
      <w:r>
        <w:rPr>
          <w:rFonts w:ascii="Niramit" w:hAnsi="Niramit"/>
          <w:b/>
          <w:color w:val="222222"/>
          <w:sz w:val="22"/>
        </w:rPr>
        <w:t>8. My sister is very _______ . She never talks to new people.</w:t>
      </w:r>
    </w:p>
    <w:p>
      <w:pPr/>
      <w:r>
        <w:rPr>
          <w:rFonts w:ascii="Niramit" w:hAnsi="Niramit"/>
          <w:color w:val="222222"/>
          <w:sz w:val="21"/>
        </w:rPr>
        <w:t>A) shy</w:t>
      </w:r>
    </w:p>
    <w:p>
      <w:pPr/>
      <w:r>
        <w:rPr>
          <w:rFonts w:ascii="Niramit" w:hAnsi="Niramit"/>
          <w:color w:val="222222"/>
          <w:sz w:val="21"/>
        </w:rPr>
        <w:t>B) talkative</w:t>
      </w:r>
    </w:p>
    <w:p>
      <w:pPr/>
      <w:r>
        <w:rPr>
          <w:rFonts w:ascii="Niramit" w:hAnsi="Niramit"/>
          <w:color w:val="222222"/>
          <w:sz w:val="21"/>
        </w:rPr>
        <w:t>C) friendly</w:t>
      </w:r>
    </w:p>
    <w:p>
      <w:pPr/>
      <w:r>
        <w:rPr>
          <w:rFonts w:ascii="Niramit" w:hAnsi="Niramit"/>
          <w:color w:val="222222"/>
          <w:sz w:val="21"/>
        </w:rPr>
        <w:t>D) brave</w:t>
      </w:r>
    </w:p>
    <w:p>
      <w:pPr/>
    </w:p>
    <w:p>
      <w:pPr/>
      <w:r>
        <w:rPr>
          <w:rFonts w:ascii="Niramit" w:hAnsi="Niramit"/>
          <w:b/>
          <w:color w:val="222222"/>
          <w:sz w:val="22"/>
        </w:rPr>
        <w:t>9. A: What does Mr. Brown look like?</w:t>
        <w:br/>
        <w:t xml:space="preserve"> B: He is tall and _______ got dark hair.</w:t>
      </w:r>
    </w:p>
    <w:p>
      <w:pPr/>
      <w:r>
        <w:rPr>
          <w:rFonts w:ascii="Niramit" w:hAnsi="Niramit"/>
          <w:color w:val="222222"/>
          <w:sz w:val="21"/>
        </w:rPr>
        <w:t>A) have</w:t>
      </w:r>
    </w:p>
    <w:p>
      <w:pPr/>
      <w:r>
        <w:rPr>
          <w:rFonts w:ascii="Niramit" w:hAnsi="Niramit"/>
          <w:color w:val="222222"/>
          <w:sz w:val="21"/>
        </w:rPr>
        <w:t>B) is</w:t>
      </w:r>
    </w:p>
    <w:p>
      <w:pPr/>
      <w:r>
        <w:rPr>
          <w:rFonts w:ascii="Niramit" w:hAnsi="Niramit"/>
          <w:color w:val="222222"/>
          <w:sz w:val="21"/>
        </w:rPr>
        <w:t>C) has</w:t>
      </w:r>
    </w:p>
    <w:p>
      <w:pPr/>
      <w:r>
        <w:rPr>
          <w:rFonts w:ascii="Niramit" w:hAnsi="Niramit"/>
          <w:color w:val="222222"/>
          <w:sz w:val="21"/>
        </w:rPr>
        <w:t>D) can</w:t>
      </w:r>
    </w:p>
    <w:p>
      <w:pPr/>
    </w:p>
    <w:p>
      <w:pPr/>
      <w:r>
        <w:rPr>
          <w:rFonts w:ascii="Niramit" w:hAnsi="Niramit"/>
          <w:b/>
          <w:color w:val="222222"/>
          <w:sz w:val="22"/>
        </w:rPr>
        <w:t>10. A _______ works in a restaurant and brings food to the tables.</w:t>
      </w:r>
    </w:p>
    <w:p>
      <w:pPr/>
      <w:r>
        <w:rPr>
          <w:rFonts w:ascii="Niramit" w:hAnsi="Niramit"/>
          <w:color w:val="222222"/>
          <w:sz w:val="21"/>
        </w:rPr>
        <w:t>A) cook</w:t>
      </w:r>
    </w:p>
    <w:p>
      <w:pPr/>
      <w:r>
        <w:rPr>
          <w:rFonts w:ascii="Niramit" w:hAnsi="Niramit"/>
          <w:color w:val="222222"/>
          <w:sz w:val="21"/>
        </w:rPr>
        <w:t>B) waiter</w:t>
      </w:r>
    </w:p>
    <w:p>
      <w:pPr/>
      <w:r>
        <w:rPr>
          <w:rFonts w:ascii="Niramit" w:hAnsi="Niramit"/>
          <w:color w:val="222222"/>
          <w:sz w:val="21"/>
        </w:rPr>
        <w:t>C) pilot</w:t>
      </w:r>
    </w:p>
    <w:p>
      <w:pPr/>
      <w:r>
        <w:rPr>
          <w:rFonts w:ascii="Niramit" w:hAnsi="Niramit"/>
          <w:color w:val="222222"/>
          <w:sz w:val="21"/>
        </w:rPr>
        <w:t>D) journalist</w:t>
      </w:r>
    </w:p>
    <w:p>
      <w:pPr/>
    </w:p>
    <w:p>
      <w:pPr/>
      <w:r>
        <w:rPr>
          <w:rFonts w:ascii="Niramit" w:hAnsi="Niramit"/>
          <w:b/>
          <w:color w:val="222222"/>
          <w:sz w:val="22"/>
        </w:rPr>
        <w:t>11. My grandfather hasn't got much hair. He is _______ .</w:t>
      </w:r>
    </w:p>
    <w:p>
      <w:pPr/>
      <w:r>
        <w:rPr>
          <w:rFonts w:ascii="Niramit" w:hAnsi="Niramit"/>
          <w:color w:val="222222"/>
          <w:sz w:val="21"/>
        </w:rPr>
        <w:t>A) handsome</w:t>
      </w:r>
    </w:p>
    <w:p>
      <w:pPr/>
      <w:r>
        <w:rPr>
          <w:rFonts w:ascii="Niramit" w:hAnsi="Niramit"/>
          <w:color w:val="222222"/>
          <w:sz w:val="21"/>
        </w:rPr>
        <w:t>B) young</w:t>
      </w:r>
    </w:p>
    <w:p>
      <w:pPr/>
      <w:r>
        <w:rPr>
          <w:rFonts w:ascii="Niramit" w:hAnsi="Niramit"/>
          <w:color w:val="222222"/>
          <w:sz w:val="21"/>
        </w:rPr>
        <w:t>C) curly</w:t>
      </w:r>
    </w:p>
    <w:p>
      <w:pPr/>
      <w:r>
        <w:rPr>
          <w:rFonts w:ascii="Niramit" w:hAnsi="Niramit"/>
          <w:color w:val="222222"/>
          <w:sz w:val="21"/>
        </w:rPr>
        <w:t>D) bald</w:t>
      </w:r>
    </w:p>
    <w:p>
      <w:pPr/>
    </w:p>
    <w:p>
      <w:pPr/>
      <w:r>
        <w:rPr>
          <w:rFonts w:ascii="Niramit" w:hAnsi="Niramit"/>
          <w:b/>
          <w:color w:val="222222"/>
          <w:sz w:val="22"/>
        </w:rPr>
        <w:t>12. A: Can your sister speak English?</w:t>
        <w:br/>
        <w:t xml:space="preserve"> B: Yes, she _______ . She is very good at it.</w:t>
      </w:r>
    </w:p>
    <w:p>
      <w:pPr/>
      <w:r>
        <w:rPr>
          <w:rFonts w:ascii="Niramit" w:hAnsi="Niramit"/>
          <w:color w:val="222222"/>
          <w:sz w:val="21"/>
        </w:rPr>
        <w:t>A) has</w:t>
      </w:r>
    </w:p>
    <w:p>
      <w:pPr/>
      <w:r>
        <w:rPr>
          <w:rFonts w:ascii="Niramit" w:hAnsi="Niramit"/>
          <w:color w:val="222222"/>
          <w:sz w:val="21"/>
        </w:rPr>
        <w:t>B) speaks</w:t>
      </w:r>
    </w:p>
    <w:p>
      <w:pPr/>
      <w:r>
        <w:rPr>
          <w:rFonts w:ascii="Niramit" w:hAnsi="Niramit"/>
          <w:color w:val="222222"/>
          <w:sz w:val="21"/>
        </w:rPr>
        <w:t>C) can</w:t>
      </w:r>
    </w:p>
    <w:p>
      <w:pPr/>
      <w:r>
        <w:rPr>
          <w:rFonts w:ascii="Niramit" w:hAnsi="Niramit"/>
          <w:color w:val="222222"/>
          <w:sz w:val="21"/>
        </w:rPr>
        <w:t>D) does</w:t>
      </w:r>
    </w:p>
    <w:p>
      <w:pPr/>
    </w:p>
    <w:p>
      <w:pPr/>
      <w:r>
        <w:rPr>
          <w:rFonts w:ascii="Niramit" w:hAnsi="Niramit"/>
          <w:b/>
          <w:color w:val="222222"/>
          <w:sz w:val="22"/>
        </w:rPr>
        <w:t>13. Police officers are _______ because they catch criminals.</w:t>
      </w:r>
    </w:p>
    <w:p>
      <w:pPr/>
      <w:r>
        <w:rPr>
          <w:rFonts w:ascii="Niramit" w:hAnsi="Niramit"/>
          <w:color w:val="222222"/>
          <w:sz w:val="21"/>
        </w:rPr>
        <w:t>A) lazy</w:t>
      </w:r>
    </w:p>
    <w:p>
      <w:pPr/>
      <w:r>
        <w:rPr>
          <w:rFonts w:ascii="Niramit" w:hAnsi="Niramit"/>
          <w:color w:val="222222"/>
          <w:sz w:val="21"/>
        </w:rPr>
        <w:t>B) brave</w:t>
      </w:r>
    </w:p>
    <w:p>
      <w:pPr/>
      <w:r>
        <w:rPr>
          <w:rFonts w:ascii="Niramit" w:hAnsi="Niramit"/>
          <w:color w:val="222222"/>
          <w:sz w:val="21"/>
        </w:rPr>
        <w:t>C) shy</w:t>
      </w:r>
    </w:p>
    <w:p>
      <w:pPr/>
      <w:r>
        <w:rPr>
          <w:rFonts w:ascii="Niramit" w:hAnsi="Niramit"/>
          <w:color w:val="222222"/>
          <w:sz w:val="21"/>
        </w:rPr>
        <w:t>D) funny</w:t>
      </w:r>
    </w:p>
    <w:p>
      <w:pPr/>
    </w:p>
    <w:p>
      <w:pPr/>
      <w:r>
        <w:rPr>
          <w:rFonts w:ascii="Niramit" w:hAnsi="Niramit"/>
          <w:b/>
          <w:color w:val="222222"/>
          <w:sz w:val="22"/>
        </w:rPr>
        <w:t>14. A: Have you got a sister?</w:t>
        <w:br/>
        <w:t xml:space="preserve"> B: Yes, I _______ . Her name is Zeynep.</w:t>
      </w:r>
    </w:p>
    <w:p>
      <w:pPr/>
      <w:r>
        <w:rPr>
          <w:rFonts w:ascii="Niramit" w:hAnsi="Niramit"/>
          <w:color w:val="222222"/>
          <w:sz w:val="21"/>
        </w:rPr>
        <w:t>A) has</w:t>
      </w:r>
    </w:p>
    <w:p>
      <w:pPr/>
      <w:r>
        <w:rPr>
          <w:rFonts w:ascii="Niramit" w:hAnsi="Niramit"/>
          <w:color w:val="222222"/>
          <w:sz w:val="21"/>
        </w:rPr>
        <w:t>B) hasn't</w:t>
      </w:r>
    </w:p>
    <w:p>
      <w:pPr/>
      <w:r>
        <w:rPr>
          <w:rFonts w:ascii="Niramit" w:hAnsi="Niramit"/>
          <w:color w:val="222222"/>
          <w:sz w:val="21"/>
        </w:rPr>
        <w:t>C) haven't</w:t>
      </w:r>
    </w:p>
    <w:p>
      <w:pPr/>
      <w:r>
        <w:rPr>
          <w:rFonts w:ascii="Niramit" w:hAnsi="Niramit"/>
          <w:color w:val="222222"/>
          <w:sz w:val="21"/>
        </w:rPr>
        <w:t>D) have</w:t>
      </w:r>
    </w:p>
    <w:p>
      <w:pPr/>
    </w:p>
    <w:p>
      <w:pPr/>
      <w:r>
        <w:rPr>
          <w:rFonts w:ascii="Niramit" w:hAnsi="Niramit"/>
          <w:b/>
          <w:color w:val="222222"/>
          <w:sz w:val="22"/>
        </w:rPr>
        <w:t>15. A: What is his job?</w:t>
        <w:br/>
        <w:t xml:space="preserve"> B: He is a _______. He flies aeroplanes.</w:t>
      </w:r>
    </w:p>
    <w:p>
      <w:pPr/>
      <w:r>
        <w:rPr>
          <w:rFonts w:ascii="Niramit" w:hAnsi="Niramit"/>
          <w:color w:val="222222"/>
          <w:sz w:val="21"/>
        </w:rPr>
        <w:t>A) pilot</w:t>
      </w:r>
    </w:p>
    <w:p>
      <w:pPr/>
      <w:r>
        <w:rPr>
          <w:rFonts w:ascii="Niramit" w:hAnsi="Niramit"/>
          <w:color w:val="222222"/>
          <w:sz w:val="21"/>
        </w:rPr>
        <w:t>B) driver</w:t>
      </w:r>
    </w:p>
    <w:p>
      <w:pPr/>
      <w:r>
        <w:rPr>
          <w:rFonts w:ascii="Niramit" w:hAnsi="Niramit"/>
          <w:color w:val="222222"/>
          <w:sz w:val="21"/>
        </w:rPr>
        <w:t>C) doctor</w:t>
      </w:r>
    </w:p>
    <w:p>
      <w:pPr/>
      <w:r>
        <w:rPr>
          <w:rFonts w:ascii="Niramit" w:hAnsi="Niramit"/>
          <w:color w:val="222222"/>
          <w:sz w:val="21"/>
        </w:rPr>
        <w:t>D) engineer</w:t>
      </w:r>
    </w:p>
    <w:p>
      <w:r>
        <w:br w:type="page"/>
      </w:r>
    </w:p>
    <w:p>
      <w:pPr/>
      <w:r>
        <w:rPr>
          <w:rFonts w:ascii="Niramit" w:hAnsi="Niramit"/>
          <w:b/>
          <w:color w:val="1A559E"/>
          <w:sz w:val="26"/>
        </w:rPr>
        <w:t>DENEME 3 — ZOR</w:t>
      </w:r>
    </w:p>
    <w:p>
      <w:pPr>
        <w:jc w:val="center"/>
      </w:pPr>
      <w:r>
        <w:rPr>
          <w:rFonts w:ascii="Niramit" w:hAnsi="Niramit"/>
          <w:color w:val="666666"/>
          <w:sz w:val="20"/>
        </w:rPr>
        <w:t>15 Soru  |  Süre: 20 Dakika  |  Trik Noktalar Odaklı</w:t>
      </w:r>
    </w:p>
    <w:p>
      <w:pPr/>
    </w:p>
    <w:p>
      <w:pPr/>
      <w:r>
        <w:rPr>
          <w:rFonts w:ascii="Niramit" w:hAnsi="Niramit"/>
          <w:b/>
          <w:color w:val="222222"/>
          <w:sz w:val="22"/>
        </w:rPr>
        <w:t>1. A: Is she a teacher?</w:t>
        <w:br/>
        <w:t xml:space="preserve"> B: No. But she _______ a degree in education.</w:t>
      </w:r>
    </w:p>
    <w:p>
      <w:pPr/>
      <w:r>
        <w:rPr>
          <w:rFonts w:ascii="Niramit" w:hAnsi="Niramit"/>
          <w:color w:val="222222"/>
          <w:sz w:val="21"/>
        </w:rPr>
        <w:t>A) has got</w:t>
      </w:r>
    </w:p>
    <w:p>
      <w:pPr/>
      <w:r>
        <w:rPr>
          <w:rFonts w:ascii="Niramit" w:hAnsi="Niramit"/>
          <w:color w:val="222222"/>
          <w:sz w:val="21"/>
        </w:rPr>
        <w:t>B) is</w:t>
      </w:r>
    </w:p>
    <w:p>
      <w:pPr/>
      <w:r>
        <w:rPr>
          <w:rFonts w:ascii="Niramit" w:hAnsi="Niramit"/>
          <w:color w:val="222222"/>
          <w:sz w:val="21"/>
        </w:rPr>
        <w:t>C) can</w:t>
      </w:r>
    </w:p>
    <w:p>
      <w:pPr/>
      <w:r>
        <w:rPr>
          <w:rFonts w:ascii="Niramit" w:hAnsi="Niramit"/>
          <w:color w:val="222222"/>
          <w:sz w:val="21"/>
        </w:rPr>
        <w:t>D) does</w:t>
      </w:r>
    </w:p>
    <w:p>
      <w:pPr/>
    </w:p>
    <w:p>
      <w:pPr/>
      <w:r>
        <w:rPr>
          <w:rFonts w:ascii="Niramit" w:hAnsi="Niramit"/>
          <w:b/>
          <w:color w:val="222222"/>
          <w:sz w:val="22"/>
        </w:rPr>
        <w:t>2. A: Does he work at a restaurant?</w:t>
        <w:br/>
        <w:t xml:space="preserve"> B: No. But he _______ cook very well.</w:t>
      </w:r>
    </w:p>
    <w:p>
      <w:pPr/>
      <w:r>
        <w:rPr>
          <w:rFonts w:ascii="Niramit" w:hAnsi="Niramit"/>
          <w:color w:val="222222"/>
          <w:sz w:val="21"/>
        </w:rPr>
        <w:t>A) does</w:t>
      </w:r>
    </w:p>
    <w:p>
      <w:pPr/>
      <w:r>
        <w:rPr>
          <w:rFonts w:ascii="Niramit" w:hAnsi="Niramit"/>
          <w:color w:val="222222"/>
          <w:sz w:val="21"/>
        </w:rPr>
        <w:t>B) can</w:t>
      </w:r>
    </w:p>
    <w:p>
      <w:pPr/>
      <w:r>
        <w:rPr>
          <w:rFonts w:ascii="Niramit" w:hAnsi="Niramit"/>
          <w:color w:val="222222"/>
          <w:sz w:val="21"/>
        </w:rPr>
        <w:t>C) is</w:t>
      </w:r>
    </w:p>
    <w:p>
      <w:pPr/>
      <w:r>
        <w:rPr>
          <w:rFonts w:ascii="Niramit" w:hAnsi="Niramit"/>
          <w:color w:val="222222"/>
          <w:sz w:val="21"/>
        </w:rPr>
        <w:t>D) has got</w:t>
      </w:r>
    </w:p>
    <w:p>
      <w:pPr/>
    </w:p>
    <w:p>
      <w:pPr/>
      <w:r>
        <w:rPr>
          <w:rFonts w:ascii="Niramit" w:hAnsi="Niramit"/>
          <w:b/>
          <w:color w:val="222222"/>
          <w:sz w:val="22"/>
        </w:rPr>
        <w:t>3. A: Has your uncle got a shop?</w:t>
        <w:br/>
        <w:t xml:space="preserve"> B: No. He _______ an engineer at a big company.</w:t>
      </w:r>
    </w:p>
    <w:p>
      <w:pPr/>
      <w:r>
        <w:rPr>
          <w:rFonts w:ascii="Niramit" w:hAnsi="Niramit"/>
          <w:color w:val="222222"/>
          <w:sz w:val="21"/>
        </w:rPr>
        <w:t>A) has got</w:t>
      </w:r>
    </w:p>
    <w:p>
      <w:pPr/>
      <w:r>
        <w:rPr>
          <w:rFonts w:ascii="Niramit" w:hAnsi="Niramit"/>
          <w:color w:val="222222"/>
          <w:sz w:val="21"/>
        </w:rPr>
        <w:t>B) can</w:t>
      </w:r>
    </w:p>
    <w:p>
      <w:pPr/>
      <w:r>
        <w:rPr>
          <w:rFonts w:ascii="Niramit" w:hAnsi="Niramit"/>
          <w:color w:val="222222"/>
          <w:sz w:val="21"/>
        </w:rPr>
        <w:t>C) have got</w:t>
      </w:r>
    </w:p>
    <w:p>
      <w:pPr/>
      <w:r>
        <w:rPr>
          <w:rFonts w:ascii="Niramit" w:hAnsi="Niramit"/>
          <w:color w:val="222222"/>
          <w:sz w:val="21"/>
        </w:rPr>
        <w:t>D) is</w:t>
      </w:r>
    </w:p>
    <w:p>
      <w:pPr/>
    </w:p>
    <w:p>
      <w:pPr/>
      <w:r>
        <w:rPr>
          <w:rFonts w:ascii="Niramit" w:hAnsi="Niramit"/>
          <w:b/>
          <w:color w:val="222222"/>
          <w:sz w:val="22"/>
        </w:rPr>
        <w:t>4. A good chef _______ got good cooking skills and _______ work very fast.</w:t>
      </w:r>
    </w:p>
    <w:p>
      <w:pPr/>
      <w:r>
        <w:rPr>
          <w:rFonts w:ascii="Niramit" w:hAnsi="Niramit"/>
          <w:color w:val="222222"/>
          <w:sz w:val="21"/>
        </w:rPr>
        <w:t>A) have / can</w:t>
      </w:r>
    </w:p>
    <w:p>
      <w:pPr/>
      <w:r>
        <w:rPr>
          <w:rFonts w:ascii="Niramit" w:hAnsi="Niramit"/>
          <w:color w:val="222222"/>
          <w:sz w:val="21"/>
        </w:rPr>
        <w:t>B) is / can</w:t>
      </w:r>
    </w:p>
    <w:p>
      <w:pPr/>
      <w:r>
        <w:rPr>
          <w:rFonts w:ascii="Niramit" w:hAnsi="Niramit"/>
          <w:color w:val="222222"/>
          <w:sz w:val="21"/>
        </w:rPr>
        <w:t>C) has / can</w:t>
      </w:r>
    </w:p>
    <w:p>
      <w:pPr/>
      <w:r>
        <w:rPr>
          <w:rFonts w:ascii="Niramit" w:hAnsi="Niramit"/>
          <w:color w:val="222222"/>
          <w:sz w:val="21"/>
        </w:rPr>
        <w:t>D) has / cans</w:t>
      </w:r>
    </w:p>
    <w:p>
      <w:pPr/>
    </w:p>
    <w:p>
      <w:pPr/>
      <w:r>
        <w:rPr>
          <w:rFonts w:ascii="Niramit" w:hAnsi="Niramit"/>
          <w:b/>
          <w:color w:val="222222"/>
          <w:sz w:val="22"/>
        </w:rPr>
        <w:t>5. My sister is a nurse. _______ is very hardworking. I admire _______ a lot.</w:t>
      </w:r>
    </w:p>
    <w:p>
      <w:pPr/>
      <w:r>
        <w:rPr>
          <w:rFonts w:ascii="Niramit" w:hAnsi="Niramit"/>
          <w:color w:val="222222"/>
          <w:sz w:val="21"/>
        </w:rPr>
        <w:t>A) She / she</w:t>
      </w:r>
    </w:p>
    <w:p>
      <w:pPr/>
      <w:r>
        <w:rPr>
          <w:rFonts w:ascii="Niramit" w:hAnsi="Niramit"/>
          <w:color w:val="222222"/>
          <w:sz w:val="21"/>
        </w:rPr>
        <w:t>B) Her / her</w:t>
      </w:r>
    </w:p>
    <w:p>
      <w:pPr/>
      <w:r>
        <w:rPr>
          <w:rFonts w:ascii="Niramit" w:hAnsi="Niramit"/>
          <w:color w:val="222222"/>
          <w:sz w:val="21"/>
        </w:rPr>
        <w:t>C) She / hers</w:t>
      </w:r>
    </w:p>
    <w:p>
      <w:pPr/>
      <w:r>
        <w:rPr>
          <w:rFonts w:ascii="Niramit" w:hAnsi="Niramit"/>
          <w:color w:val="222222"/>
          <w:sz w:val="21"/>
        </w:rPr>
        <w:t>D) She / her</w:t>
      </w:r>
    </w:p>
    <w:p>
      <w:pPr/>
    </w:p>
    <w:p>
      <w:pPr/>
      <w:r>
        <w:rPr>
          <w:rFonts w:ascii="Niramit" w:hAnsi="Niramit"/>
          <w:b/>
          <w:color w:val="222222"/>
          <w:sz w:val="22"/>
        </w:rPr>
        <w:t>6. My grandmother is 80 years old. She _______ run fast, but she _______ walk every morning.</w:t>
      </w:r>
    </w:p>
    <w:p>
      <w:pPr/>
      <w:r>
        <w:rPr>
          <w:rFonts w:ascii="Niramit" w:hAnsi="Niramit"/>
          <w:color w:val="222222"/>
          <w:sz w:val="21"/>
        </w:rPr>
        <w:t>A) can / can</w:t>
      </w:r>
    </w:p>
    <w:p>
      <w:pPr/>
      <w:r>
        <w:rPr>
          <w:rFonts w:ascii="Niramit" w:hAnsi="Niramit"/>
          <w:color w:val="222222"/>
          <w:sz w:val="21"/>
        </w:rPr>
        <w:t>B) can't / can</w:t>
      </w:r>
    </w:p>
    <w:p>
      <w:pPr/>
      <w:r>
        <w:rPr>
          <w:rFonts w:ascii="Niramit" w:hAnsi="Niramit"/>
          <w:color w:val="222222"/>
          <w:sz w:val="21"/>
        </w:rPr>
        <w:t>C) cans / can't</w:t>
      </w:r>
    </w:p>
    <w:p>
      <w:pPr/>
      <w:r>
        <w:rPr>
          <w:rFonts w:ascii="Niramit" w:hAnsi="Niramit"/>
          <w:color w:val="222222"/>
          <w:sz w:val="21"/>
        </w:rPr>
        <w:t>D) can't / cans</w:t>
      </w:r>
    </w:p>
    <w:p>
      <w:pPr/>
    </w:p>
    <w:p>
      <w:pPr/>
      <w:r>
        <w:rPr>
          <w:rFonts w:ascii="Niramit" w:hAnsi="Niramit"/>
          <w:b/>
          <w:color w:val="222222"/>
          <w:sz w:val="22"/>
        </w:rPr>
        <w:t>7. A: _______ your best friend _______ curly hair?</w:t>
        <w:br/>
        <w:t xml:space="preserve"> B: No, she has got straight hair.</w:t>
      </w:r>
    </w:p>
    <w:p>
      <w:pPr/>
      <w:r>
        <w:rPr>
          <w:rFonts w:ascii="Niramit" w:hAnsi="Niramit"/>
          <w:color w:val="222222"/>
          <w:sz w:val="21"/>
        </w:rPr>
        <w:t>A) Do / got</w:t>
      </w:r>
    </w:p>
    <w:p>
      <w:pPr/>
      <w:r>
        <w:rPr>
          <w:rFonts w:ascii="Niramit" w:hAnsi="Niramit"/>
          <w:color w:val="222222"/>
          <w:sz w:val="21"/>
        </w:rPr>
        <w:t>B) Have / got</w:t>
      </w:r>
    </w:p>
    <w:p>
      <w:pPr/>
      <w:r>
        <w:rPr>
          <w:rFonts w:ascii="Niramit" w:hAnsi="Niramit"/>
          <w:color w:val="222222"/>
          <w:sz w:val="21"/>
        </w:rPr>
        <w:t>C) Has / got</w:t>
      </w:r>
    </w:p>
    <w:p>
      <w:pPr/>
      <w:r>
        <w:rPr>
          <w:rFonts w:ascii="Niramit" w:hAnsi="Niramit"/>
          <w:color w:val="222222"/>
          <w:sz w:val="21"/>
        </w:rPr>
        <w:t>D) Is / got</w:t>
      </w:r>
    </w:p>
    <w:p>
      <w:pPr/>
    </w:p>
    <w:p>
      <w:pPr/>
      <w:r>
        <w:rPr>
          <w:rFonts w:ascii="Niramit" w:hAnsi="Niramit"/>
          <w:b/>
          <w:color w:val="222222"/>
          <w:sz w:val="22"/>
        </w:rPr>
        <w:t>8. A: _______ your parents _______ a summer house?</w:t>
        <w:br/>
        <w:t xml:space="preserve"> B: Yes, they have.</w:t>
      </w:r>
    </w:p>
    <w:p>
      <w:pPr/>
      <w:r>
        <w:rPr>
          <w:rFonts w:ascii="Niramit" w:hAnsi="Niramit"/>
          <w:color w:val="222222"/>
          <w:sz w:val="21"/>
        </w:rPr>
        <w:t>A) Have / got</w:t>
      </w:r>
    </w:p>
    <w:p>
      <w:pPr/>
      <w:r>
        <w:rPr>
          <w:rFonts w:ascii="Niramit" w:hAnsi="Niramit"/>
          <w:color w:val="222222"/>
          <w:sz w:val="21"/>
        </w:rPr>
        <w:t>B) Has / got</w:t>
      </w:r>
    </w:p>
    <w:p>
      <w:pPr/>
      <w:r>
        <w:rPr>
          <w:rFonts w:ascii="Niramit" w:hAnsi="Niramit"/>
          <w:color w:val="222222"/>
          <w:sz w:val="21"/>
        </w:rPr>
        <w:t>C) Do / got</w:t>
      </w:r>
    </w:p>
    <w:p>
      <w:pPr/>
      <w:r>
        <w:rPr>
          <w:rFonts w:ascii="Niramit" w:hAnsi="Niramit"/>
          <w:color w:val="222222"/>
          <w:sz w:val="21"/>
        </w:rPr>
        <w:t>D) Are / got</w:t>
      </w:r>
    </w:p>
    <w:p>
      <w:pPr/>
    </w:p>
    <w:p>
      <w:pPr/>
      <w:r>
        <w:rPr>
          <w:rFonts w:ascii="Niramit" w:hAnsi="Niramit"/>
          <w:b/>
          <w:color w:val="222222"/>
          <w:sz w:val="22"/>
        </w:rPr>
        <w:t>9. My father is a firefighter. He is very _______ and he has got a very _______ body.</w:t>
      </w:r>
    </w:p>
    <w:p>
      <w:pPr/>
      <w:r>
        <w:rPr>
          <w:rFonts w:ascii="Niramit" w:hAnsi="Niramit"/>
          <w:color w:val="222222"/>
          <w:sz w:val="21"/>
        </w:rPr>
        <w:t>A) lazy / weak</w:t>
      </w:r>
    </w:p>
    <w:p>
      <w:pPr/>
      <w:r>
        <w:rPr>
          <w:rFonts w:ascii="Niramit" w:hAnsi="Niramit"/>
          <w:color w:val="222222"/>
          <w:sz w:val="21"/>
        </w:rPr>
        <w:t>B) shy / strong</w:t>
      </w:r>
    </w:p>
    <w:p>
      <w:pPr/>
      <w:r>
        <w:rPr>
          <w:rFonts w:ascii="Niramit" w:hAnsi="Niramit"/>
          <w:color w:val="222222"/>
          <w:sz w:val="21"/>
        </w:rPr>
        <w:t>C) talkative / short</w:t>
      </w:r>
    </w:p>
    <w:p>
      <w:pPr/>
      <w:r>
        <w:rPr>
          <w:rFonts w:ascii="Niramit" w:hAnsi="Niramit"/>
          <w:color w:val="222222"/>
          <w:sz w:val="21"/>
        </w:rPr>
        <w:t>D) brave / strong</w:t>
      </w:r>
    </w:p>
    <w:p>
      <w:pPr/>
    </w:p>
    <w:p>
      <w:pPr/>
      <w:r>
        <w:rPr>
          <w:rFonts w:ascii="Niramit" w:hAnsi="Niramit"/>
          <w:b/>
          <w:color w:val="222222"/>
          <w:sz w:val="22"/>
        </w:rPr>
        <w:t>10. A _______ works in a newspaper. He/She _______ write interesting stories.</w:t>
      </w:r>
    </w:p>
    <w:p>
      <w:pPr/>
      <w:r>
        <w:rPr>
          <w:rFonts w:ascii="Niramit" w:hAnsi="Niramit"/>
          <w:color w:val="222222"/>
          <w:sz w:val="21"/>
        </w:rPr>
        <w:t>A) pilot / can</w:t>
      </w:r>
    </w:p>
    <w:p>
      <w:pPr/>
      <w:r>
        <w:rPr>
          <w:rFonts w:ascii="Niramit" w:hAnsi="Niramit"/>
          <w:color w:val="222222"/>
          <w:sz w:val="21"/>
        </w:rPr>
        <w:t>B) artist / has</w:t>
      </w:r>
    </w:p>
    <w:p>
      <w:pPr/>
      <w:r>
        <w:rPr>
          <w:rFonts w:ascii="Niramit" w:hAnsi="Niramit"/>
          <w:color w:val="222222"/>
          <w:sz w:val="21"/>
        </w:rPr>
        <w:t>C) journalist / can</w:t>
      </w:r>
    </w:p>
    <w:p>
      <w:pPr/>
      <w:r>
        <w:rPr>
          <w:rFonts w:ascii="Niramit" w:hAnsi="Niramit"/>
          <w:color w:val="222222"/>
          <w:sz w:val="21"/>
        </w:rPr>
        <w:t>D) journalist / has</w:t>
      </w:r>
    </w:p>
    <w:p>
      <w:pPr/>
    </w:p>
    <w:p>
      <w:pPr/>
      <w:r>
        <w:rPr>
          <w:rFonts w:ascii="Niramit" w:hAnsi="Niramit"/>
          <w:b/>
          <w:color w:val="222222"/>
          <w:sz w:val="22"/>
        </w:rPr>
        <w:t>11. She is a _______ girl with _______ hair.</w:t>
      </w:r>
    </w:p>
    <w:p>
      <w:pPr/>
      <w:r>
        <w:rPr>
          <w:rFonts w:ascii="Niramit" w:hAnsi="Niramit"/>
          <w:color w:val="222222"/>
          <w:sz w:val="21"/>
        </w:rPr>
        <w:t>A) beautifully / curly</w:t>
      </w:r>
    </w:p>
    <w:p>
      <w:pPr/>
      <w:r>
        <w:rPr>
          <w:rFonts w:ascii="Niramit" w:hAnsi="Niramit"/>
          <w:color w:val="222222"/>
          <w:sz w:val="21"/>
        </w:rPr>
        <w:t>B) beautiful / curly</w:t>
      </w:r>
    </w:p>
    <w:p>
      <w:pPr/>
      <w:r>
        <w:rPr>
          <w:rFonts w:ascii="Niramit" w:hAnsi="Niramit"/>
          <w:color w:val="222222"/>
          <w:sz w:val="21"/>
        </w:rPr>
        <w:t>C) beautiful / curl</w:t>
      </w:r>
    </w:p>
    <w:p>
      <w:pPr/>
      <w:r>
        <w:rPr>
          <w:rFonts w:ascii="Niramit" w:hAnsi="Niramit"/>
          <w:color w:val="222222"/>
          <w:sz w:val="21"/>
        </w:rPr>
        <w:t>D) beauty / curly</w:t>
      </w:r>
    </w:p>
    <w:p>
      <w:pPr/>
    </w:p>
    <w:p>
      <w:pPr/>
      <w:r>
        <w:rPr>
          <w:rFonts w:ascii="Niramit" w:hAnsi="Niramit"/>
          <w:b/>
          <w:color w:val="222222"/>
          <w:sz w:val="22"/>
        </w:rPr>
        <w:t>12. My brother _______ cook at all. He burns everything!</w:t>
      </w:r>
    </w:p>
    <w:p>
      <w:pPr/>
      <w:r>
        <w:rPr>
          <w:rFonts w:ascii="Niramit" w:hAnsi="Niramit"/>
          <w:color w:val="222222"/>
          <w:sz w:val="21"/>
        </w:rPr>
        <w:t>A) can't</w:t>
      </w:r>
    </w:p>
    <w:p>
      <w:pPr/>
      <w:r>
        <w:rPr>
          <w:rFonts w:ascii="Niramit" w:hAnsi="Niramit"/>
          <w:color w:val="222222"/>
          <w:sz w:val="21"/>
        </w:rPr>
        <w:t>B) can</w:t>
      </w:r>
    </w:p>
    <w:p>
      <w:pPr/>
      <w:r>
        <w:rPr>
          <w:rFonts w:ascii="Niramit" w:hAnsi="Niramit"/>
          <w:color w:val="222222"/>
          <w:sz w:val="21"/>
        </w:rPr>
        <w:t>C) hasn't</w:t>
      </w:r>
    </w:p>
    <w:p>
      <w:pPr/>
      <w:r>
        <w:rPr>
          <w:rFonts w:ascii="Niramit" w:hAnsi="Niramit"/>
          <w:color w:val="222222"/>
          <w:sz w:val="21"/>
        </w:rPr>
        <w:t>D) isn't</w:t>
      </w:r>
    </w:p>
    <w:p>
      <w:pPr/>
    </w:p>
    <w:p>
      <w:pPr/>
      <w:r>
        <w:rPr>
          <w:rFonts w:ascii="Niramit" w:hAnsi="Niramit"/>
          <w:b/>
          <w:color w:val="222222"/>
          <w:sz w:val="22"/>
        </w:rPr>
        <w:t>13. A: What is your aunt like?</w:t>
        <w:br/>
        <w:t xml:space="preserve"> B: She is very _______ . She always buys presents for everyone.</w:t>
      </w:r>
    </w:p>
    <w:p>
      <w:pPr/>
      <w:r>
        <w:rPr>
          <w:rFonts w:ascii="Niramit" w:hAnsi="Niramit"/>
          <w:color w:val="222222"/>
          <w:sz w:val="21"/>
        </w:rPr>
        <w:t>A) hardworking</w:t>
      </w:r>
    </w:p>
    <w:p>
      <w:pPr/>
      <w:r>
        <w:rPr>
          <w:rFonts w:ascii="Niramit" w:hAnsi="Niramit"/>
          <w:color w:val="222222"/>
          <w:sz w:val="21"/>
        </w:rPr>
        <w:t>B) talkative</w:t>
      </w:r>
    </w:p>
    <w:p>
      <w:pPr/>
      <w:r>
        <w:rPr>
          <w:rFonts w:ascii="Niramit" w:hAnsi="Niramit"/>
          <w:color w:val="222222"/>
          <w:sz w:val="21"/>
        </w:rPr>
        <w:t>C) brave</w:t>
      </w:r>
    </w:p>
    <w:p>
      <w:pPr/>
      <w:r>
        <w:rPr>
          <w:rFonts w:ascii="Niramit" w:hAnsi="Niramit"/>
          <w:color w:val="222222"/>
          <w:sz w:val="21"/>
        </w:rPr>
        <w:t>D) kind</w:t>
      </w:r>
    </w:p>
    <w:p>
      <w:pPr/>
    </w:p>
    <w:p>
      <w:pPr/>
      <w:r>
        <w:rPr>
          <w:rFonts w:ascii="Niramit" w:hAnsi="Niramit"/>
          <w:b/>
          <w:color w:val="222222"/>
          <w:sz w:val="22"/>
        </w:rPr>
        <w:t>14. A: Is your classmate lazy?</w:t>
        <w:br/>
        <w:t xml:space="preserve"> B: No, quite the opposite. He is very _______ .</w:t>
      </w:r>
    </w:p>
    <w:p>
      <w:pPr/>
      <w:r>
        <w:rPr>
          <w:rFonts w:ascii="Niramit" w:hAnsi="Niramit"/>
          <w:color w:val="222222"/>
          <w:sz w:val="21"/>
        </w:rPr>
        <w:t>A) lazy</w:t>
      </w:r>
    </w:p>
    <w:p>
      <w:pPr/>
      <w:r>
        <w:rPr>
          <w:rFonts w:ascii="Niramit" w:hAnsi="Niramit"/>
          <w:color w:val="222222"/>
          <w:sz w:val="21"/>
        </w:rPr>
        <w:t>B) shy</w:t>
      </w:r>
    </w:p>
    <w:p>
      <w:pPr/>
      <w:r>
        <w:rPr>
          <w:rFonts w:ascii="Niramit" w:hAnsi="Niramit"/>
          <w:color w:val="222222"/>
          <w:sz w:val="21"/>
        </w:rPr>
        <w:t>C) hardworking</w:t>
      </w:r>
    </w:p>
    <w:p>
      <w:pPr/>
      <w:r>
        <w:rPr>
          <w:rFonts w:ascii="Niramit" w:hAnsi="Niramit"/>
          <w:color w:val="222222"/>
          <w:sz w:val="21"/>
        </w:rPr>
        <w:t>D) plump</w:t>
      </w:r>
    </w:p>
    <w:p>
      <w:pPr/>
    </w:p>
    <w:p>
      <w:pPr/>
      <w:r>
        <w:rPr>
          <w:rFonts w:ascii="Niramit" w:hAnsi="Niramit"/>
          <w:b/>
          <w:color w:val="222222"/>
          <w:sz w:val="22"/>
        </w:rPr>
        <w:t>15. My mother has got long _______ hair and _______ eyes.</w:t>
      </w:r>
    </w:p>
    <w:p>
      <w:pPr/>
      <w:r>
        <w:rPr>
          <w:rFonts w:ascii="Niramit" w:hAnsi="Niramit"/>
          <w:color w:val="222222"/>
          <w:sz w:val="21"/>
        </w:rPr>
        <w:t>A) blonde / blue</w:t>
      </w:r>
    </w:p>
    <w:p>
      <w:pPr/>
      <w:r>
        <w:rPr>
          <w:rFonts w:ascii="Niramit" w:hAnsi="Niramit"/>
          <w:color w:val="222222"/>
          <w:sz w:val="21"/>
        </w:rPr>
        <w:t>B) blonde / blues</w:t>
      </w:r>
    </w:p>
    <w:p>
      <w:pPr/>
      <w:r>
        <w:rPr>
          <w:rFonts w:ascii="Niramit" w:hAnsi="Niramit"/>
          <w:color w:val="222222"/>
          <w:sz w:val="21"/>
        </w:rPr>
        <w:t>C) blond / blue</w:t>
      </w:r>
    </w:p>
    <w:p>
      <w:pPr/>
      <w:r>
        <w:rPr>
          <w:rFonts w:ascii="Niramit" w:hAnsi="Niramit"/>
          <w:color w:val="222222"/>
          <w:sz w:val="21"/>
        </w:rPr>
        <w:t>D) blond / blues</w:t>
      </w:r>
    </w:p>
    <w:p>
      <w:r>
        <w:br w:type="page"/>
      </w:r>
    </w:p>
    <w:p>
      <w:pPr/>
      <w:r>
        <w:rPr>
          <w:rFonts w:ascii="Niramit" w:hAnsi="Niramit"/>
          <w:b/>
          <w:color w:val="1A559E"/>
          <w:sz w:val="26"/>
        </w:rPr>
        <w:t>OKUMA 1 — KOLAY</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My Friend Tom</w:t>
      </w:r>
    </w:p>
    <w:p>
      <w:pPr/>
    </w:p>
    <w:p>
      <w:pPr/>
    </w:p>
    <w:p>
      <w:pPr/>
      <w:r>
        <w:rPr>
          <w:rFonts w:ascii="Niramit" w:hAnsi="Niramit"/>
          <w:b/>
          <w:color w:val="222222"/>
          <w:sz w:val="22"/>
        </w:rPr>
        <w:t>1. What colour are Tom's eyes?</w:t>
      </w:r>
    </w:p>
    <w:p>
      <w:pPr/>
      <w:r>
        <w:rPr>
          <w:rFonts w:ascii="Niramit" w:hAnsi="Niramit"/>
          <w:color w:val="222222"/>
          <w:sz w:val="21"/>
        </w:rPr>
        <w:t>A) Blue</w:t>
      </w:r>
    </w:p>
    <w:p>
      <w:pPr/>
      <w:r>
        <w:rPr>
          <w:rFonts w:ascii="Niramit" w:hAnsi="Niramit"/>
          <w:color w:val="222222"/>
          <w:sz w:val="21"/>
        </w:rPr>
        <w:t>B) Brown</w:t>
      </w:r>
    </w:p>
    <w:p>
      <w:pPr/>
      <w:r>
        <w:rPr>
          <w:rFonts w:ascii="Niramit" w:hAnsi="Niramit"/>
          <w:color w:val="222222"/>
          <w:sz w:val="21"/>
        </w:rPr>
        <w:t>C) Green</w:t>
      </w:r>
    </w:p>
    <w:p>
      <w:pPr/>
      <w:r>
        <w:rPr>
          <w:rFonts w:ascii="Niramit" w:hAnsi="Niramit"/>
          <w:color w:val="222222"/>
          <w:sz w:val="21"/>
        </w:rPr>
        <w:t>D) Black</w:t>
      </w:r>
    </w:p>
    <w:p>
      <w:pPr/>
    </w:p>
    <w:p>
      <w:pPr/>
      <w:r>
        <w:rPr>
          <w:rFonts w:ascii="Niramit" w:hAnsi="Niramit"/>
          <w:b/>
          <w:color w:val="222222"/>
          <w:sz w:val="22"/>
        </w:rPr>
        <w:t>2. What can Tom play well?</w:t>
      </w:r>
    </w:p>
    <w:p>
      <w:pPr/>
      <w:r>
        <w:rPr>
          <w:rFonts w:ascii="Niramit" w:hAnsi="Niramit"/>
          <w:color w:val="222222"/>
          <w:sz w:val="21"/>
        </w:rPr>
        <w:t>A) Football</w:t>
      </w:r>
    </w:p>
    <w:p>
      <w:pPr/>
      <w:r>
        <w:rPr>
          <w:rFonts w:ascii="Niramit" w:hAnsi="Niramit"/>
          <w:color w:val="222222"/>
          <w:sz w:val="21"/>
        </w:rPr>
        <w:t>B) The piano</w:t>
      </w:r>
    </w:p>
    <w:p>
      <w:pPr/>
      <w:r>
        <w:rPr>
          <w:rFonts w:ascii="Niramit" w:hAnsi="Niramit"/>
          <w:color w:val="222222"/>
          <w:sz w:val="21"/>
        </w:rPr>
        <w:t>C) The guitar</w:t>
      </w:r>
    </w:p>
    <w:p>
      <w:pPr/>
      <w:r>
        <w:rPr>
          <w:rFonts w:ascii="Niramit" w:hAnsi="Niramit"/>
          <w:color w:val="222222"/>
          <w:sz w:val="21"/>
        </w:rPr>
        <w:t>D) The drums</w:t>
      </w:r>
    </w:p>
    <w:p>
      <w:pPr/>
    </w:p>
    <w:p>
      <w:pPr/>
      <w:r>
        <w:rPr>
          <w:rFonts w:ascii="Niramit" w:hAnsi="Niramit"/>
          <w:b/>
          <w:color w:val="222222"/>
          <w:sz w:val="22"/>
        </w:rPr>
        <w:t>3. What is Tom's mother's job?</w:t>
      </w:r>
    </w:p>
    <w:p>
      <w:pPr/>
      <w:r>
        <w:rPr>
          <w:rFonts w:ascii="Niramit" w:hAnsi="Niramit"/>
          <w:color w:val="222222"/>
          <w:sz w:val="21"/>
        </w:rPr>
        <w:t>A) Doctor</w:t>
      </w:r>
    </w:p>
    <w:p>
      <w:pPr/>
      <w:r>
        <w:rPr>
          <w:rFonts w:ascii="Niramit" w:hAnsi="Niramit"/>
          <w:color w:val="222222"/>
          <w:sz w:val="21"/>
        </w:rPr>
        <w:t>B) Nurse</w:t>
      </w:r>
    </w:p>
    <w:p>
      <w:pPr/>
      <w:r>
        <w:rPr>
          <w:rFonts w:ascii="Niramit" w:hAnsi="Niramit"/>
          <w:color w:val="222222"/>
          <w:sz w:val="21"/>
        </w:rPr>
        <w:t>C) Teacher</w:t>
      </w:r>
    </w:p>
    <w:p>
      <w:pPr/>
      <w:r>
        <w:rPr>
          <w:rFonts w:ascii="Niramit" w:hAnsi="Niramit"/>
          <w:color w:val="222222"/>
          <w:sz w:val="21"/>
        </w:rPr>
        <w:t>D) Housewife</w:t>
      </w:r>
    </w:p>
    <w:p>
      <w:pPr/>
    </w:p>
    <w:p>
      <w:pPr/>
      <w:r>
        <w:rPr>
          <w:rFonts w:ascii="Niramit" w:hAnsi="Niramit"/>
          <w:b/>
          <w:color w:val="222222"/>
          <w:sz w:val="22"/>
        </w:rPr>
        <w:t>4. Tom's sister Emily has got _______ hair.</w:t>
      </w:r>
    </w:p>
    <w:p>
      <w:pPr/>
      <w:r>
        <w:rPr>
          <w:rFonts w:ascii="Niramit" w:hAnsi="Niramit"/>
          <w:color w:val="222222"/>
          <w:sz w:val="21"/>
        </w:rPr>
        <w:t>A) straight, short</w:t>
      </w:r>
    </w:p>
    <w:p>
      <w:pPr/>
      <w:r>
        <w:rPr>
          <w:rFonts w:ascii="Niramit" w:hAnsi="Niramit"/>
          <w:color w:val="222222"/>
          <w:sz w:val="21"/>
        </w:rPr>
        <w:t>B) long, curly</w:t>
      </w:r>
    </w:p>
    <w:p>
      <w:pPr/>
      <w:r>
        <w:rPr>
          <w:rFonts w:ascii="Niramit" w:hAnsi="Niramit"/>
          <w:color w:val="222222"/>
          <w:sz w:val="21"/>
        </w:rPr>
        <w:t>C) short, curly</w:t>
      </w:r>
    </w:p>
    <w:p>
      <w:pPr/>
      <w:r>
        <w:rPr>
          <w:rFonts w:ascii="Niramit" w:hAnsi="Niramit"/>
          <w:color w:val="222222"/>
          <w:sz w:val="21"/>
        </w:rPr>
        <w:t>D) long, straight</w:t>
      </w:r>
    </w:p>
    <w:p>
      <w:pPr/>
    </w:p>
    <w:p>
      <w:pPr/>
      <w:r>
        <w:rPr>
          <w:rFonts w:ascii="Niramit" w:hAnsi="Niramit"/>
          <w:b/>
          <w:color w:val="222222"/>
          <w:sz w:val="22"/>
        </w:rPr>
        <w:t>5. What pet have Tom and Emily got?</w:t>
      </w:r>
    </w:p>
    <w:p>
      <w:pPr/>
      <w:r>
        <w:rPr>
          <w:rFonts w:ascii="Niramit" w:hAnsi="Niramit"/>
          <w:color w:val="222222"/>
          <w:sz w:val="21"/>
        </w:rPr>
        <w:t>A) A cat</w:t>
      </w:r>
    </w:p>
    <w:p>
      <w:pPr/>
      <w:r>
        <w:rPr>
          <w:rFonts w:ascii="Niramit" w:hAnsi="Niramit"/>
          <w:color w:val="222222"/>
          <w:sz w:val="21"/>
        </w:rPr>
        <w:t>B) A bird</w:t>
      </w:r>
    </w:p>
    <w:p>
      <w:pPr/>
      <w:r>
        <w:rPr>
          <w:rFonts w:ascii="Niramit" w:hAnsi="Niramit"/>
          <w:color w:val="222222"/>
          <w:sz w:val="21"/>
        </w:rPr>
        <w:t>C) A fish</w:t>
      </w:r>
    </w:p>
    <w:p>
      <w:pPr/>
      <w:r>
        <w:rPr>
          <w:rFonts w:ascii="Niramit" w:hAnsi="Niramit"/>
          <w:color w:val="222222"/>
          <w:sz w:val="21"/>
        </w:rPr>
        <w:t>D) A dog</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This is my friend, Tom. He is 11 years old. He is a student. Tom is tall and slim. He has got short, brown hair and green eyes. He has got a friendly smile. Tom is very clever and hardworking. He can speak two languages: English and Turkish. He can also play the guitar very well. He can't swim but he can run very fast. Tom's father is a doctor. His mother is a teacher. Tom has got one sister. Her name is Emily. She is 8 years old. She has got long, curly hair. She is funny and talkative. Tom and Emily have got a dog. Its name is Max. Max can jump very high!</w:t>
            </w:r>
          </w:p>
        </w:tc>
      </w:tr>
    </w:tbl>
    <w:p>
      <w:r>
        <w:br w:type="page"/>
      </w:r>
    </w:p>
    <w:p>
      <w:pPr/>
      <w:r>
        <w:rPr>
          <w:rFonts w:ascii="Niramit" w:hAnsi="Niramit"/>
          <w:b/>
          <w:color w:val="1A559E"/>
          <w:sz w:val="26"/>
        </w:rPr>
        <w:t>OKUMA 2 — ORTA</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The Yılmaz Family</w:t>
      </w:r>
    </w:p>
    <w:p>
      <w:pPr/>
    </w:p>
    <w:p>
      <w:pPr/>
    </w:p>
    <w:p>
      <w:pPr/>
      <w:r>
        <w:rPr>
          <w:rFonts w:ascii="Niramit" w:hAnsi="Niramit"/>
          <w:b/>
          <w:color w:val="222222"/>
          <w:sz w:val="22"/>
        </w:rPr>
        <w:t>1. What is Mr. Yılmaz's job?</w:t>
      </w:r>
    </w:p>
    <w:p>
      <w:pPr/>
      <w:r>
        <w:rPr>
          <w:rFonts w:ascii="Niramit" w:hAnsi="Niramit"/>
          <w:color w:val="222222"/>
          <w:sz w:val="21"/>
        </w:rPr>
        <w:t>A) Doctor</w:t>
      </w:r>
    </w:p>
    <w:p>
      <w:pPr/>
      <w:r>
        <w:rPr>
          <w:rFonts w:ascii="Niramit" w:hAnsi="Niramit"/>
          <w:color w:val="222222"/>
          <w:sz w:val="21"/>
        </w:rPr>
        <w:t>B) Police officer</w:t>
      </w:r>
    </w:p>
    <w:p>
      <w:pPr/>
      <w:r>
        <w:rPr>
          <w:rFonts w:ascii="Niramit" w:hAnsi="Niramit"/>
          <w:color w:val="222222"/>
          <w:sz w:val="21"/>
        </w:rPr>
        <w:t>C) Teacher</w:t>
      </w:r>
    </w:p>
    <w:p>
      <w:pPr/>
      <w:r>
        <w:rPr>
          <w:rFonts w:ascii="Niramit" w:hAnsi="Niramit"/>
          <w:color w:val="222222"/>
          <w:sz w:val="21"/>
        </w:rPr>
        <w:t>D) Engineer</w:t>
      </w:r>
    </w:p>
    <w:p>
      <w:pPr/>
    </w:p>
    <w:p>
      <w:pPr/>
      <w:r>
        <w:rPr>
          <w:rFonts w:ascii="Niramit" w:hAnsi="Niramit"/>
          <w:b/>
          <w:color w:val="222222"/>
          <w:sz w:val="22"/>
        </w:rPr>
        <w:t>2. What can Mr. Yılmaz do?</w:t>
      </w:r>
    </w:p>
    <w:p>
      <w:pPr/>
      <w:r>
        <w:rPr>
          <w:rFonts w:ascii="Niramit" w:hAnsi="Niramit"/>
          <w:color w:val="222222"/>
          <w:sz w:val="21"/>
        </w:rPr>
        <w:t>A) He can sing.</w:t>
      </w:r>
    </w:p>
    <w:p>
      <w:pPr/>
      <w:r>
        <w:rPr>
          <w:rFonts w:ascii="Niramit" w:hAnsi="Niramit"/>
          <w:color w:val="222222"/>
          <w:sz w:val="21"/>
        </w:rPr>
        <w:t>B) He can solve maths problems.</w:t>
      </w:r>
    </w:p>
    <w:p>
      <w:pPr/>
      <w:r>
        <w:rPr>
          <w:rFonts w:ascii="Niramit" w:hAnsi="Niramit"/>
          <w:color w:val="222222"/>
          <w:sz w:val="21"/>
        </w:rPr>
        <w:t>C) He can drive a car and a motorcycle.</w:t>
      </w:r>
    </w:p>
    <w:p>
      <w:pPr/>
      <w:r>
        <w:rPr>
          <w:rFonts w:ascii="Niramit" w:hAnsi="Niramit"/>
          <w:color w:val="222222"/>
          <w:sz w:val="21"/>
        </w:rPr>
        <w:t>D) He can cook.</w:t>
      </w:r>
    </w:p>
    <w:p>
      <w:pPr/>
    </w:p>
    <w:p>
      <w:pPr/>
      <w:r>
        <w:rPr>
          <w:rFonts w:ascii="Niramit" w:hAnsi="Niramit"/>
          <w:b/>
          <w:color w:val="222222"/>
          <w:sz w:val="22"/>
        </w:rPr>
        <w:t>3. What is Mrs. Yılmaz like?</w:t>
      </w:r>
    </w:p>
    <w:p>
      <w:pPr/>
      <w:r>
        <w:rPr>
          <w:rFonts w:ascii="Niramit" w:hAnsi="Niramit"/>
          <w:color w:val="222222"/>
          <w:sz w:val="21"/>
        </w:rPr>
        <w:t>A) She is lazy and rude.</w:t>
      </w:r>
    </w:p>
    <w:p>
      <w:pPr/>
      <w:r>
        <w:rPr>
          <w:rFonts w:ascii="Niramit" w:hAnsi="Niramit"/>
          <w:color w:val="222222"/>
          <w:sz w:val="21"/>
        </w:rPr>
        <w:t>B) She is shy and quiet.</w:t>
      </w:r>
    </w:p>
    <w:p>
      <w:pPr/>
      <w:r>
        <w:rPr>
          <w:rFonts w:ascii="Niramit" w:hAnsi="Niramit"/>
          <w:color w:val="222222"/>
          <w:sz w:val="21"/>
        </w:rPr>
        <w:t>C) She is patient and helpful.</w:t>
      </w:r>
    </w:p>
    <w:p>
      <w:pPr/>
      <w:r>
        <w:rPr>
          <w:rFonts w:ascii="Niramit" w:hAnsi="Niramit"/>
          <w:color w:val="222222"/>
          <w:sz w:val="21"/>
        </w:rPr>
        <w:t>D) She is brave and strong.</w:t>
      </w:r>
    </w:p>
    <w:p>
      <w:pPr/>
    </w:p>
    <w:p>
      <w:pPr/>
      <w:r>
        <w:rPr>
          <w:rFonts w:ascii="Niramit" w:hAnsi="Niramit"/>
          <w:b/>
          <w:color w:val="222222"/>
          <w:sz w:val="22"/>
        </w:rPr>
        <w:t>4. What does Ali want to be?</w:t>
      </w:r>
    </w:p>
    <w:p>
      <w:pPr/>
      <w:r>
        <w:rPr>
          <w:rFonts w:ascii="Niramit" w:hAnsi="Niramit"/>
          <w:color w:val="222222"/>
          <w:sz w:val="21"/>
        </w:rPr>
        <w:t>A) A doctor</w:t>
      </w:r>
    </w:p>
    <w:p>
      <w:pPr/>
      <w:r>
        <w:rPr>
          <w:rFonts w:ascii="Niramit" w:hAnsi="Niramit"/>
          <w:color w:val="222222"/>
          <w:sz w:val="21"/>
        </w:rPr>
        <w:t>B) A police officer</w:t>
      </w:r>
    </w:p>
    <w:p>
      <w:pPr/>
      <w:r>
        <w:rPr>
          <w:rFonts w:ascii="Niramit" w:hAnsi="Niramit"/>
          <w:color w:val="222222"/>
          <w:sz w:val="21"/>
        </w:rPr>
        <w:t>C) An engineer</w:t>
      </w:r>
    </w:p>
    <w:p>
      <w:pPr/>
      <w:r>
        <w:rPr>
          <w:rFonts w:ascii="Niramit" w:hAnsi="Niramit"/>
          <w:color w:val="222222"/>
          <w:sz w:val="21"/>
        </w:rPr>
        <w:t>D) A teacher</w:t>
      </w:r>
    </w:p>
    <w:p>
      <w:pPr/>
    </w:p>
    <w:p>
      <w:pPr/>
      <w:r>
        <w:rPr>
          <w:rFonts w:ascii="Niramit" w:hAnsi="Niramit"/>
          <w:b/>
          <w:color w:val="222222"/>
          <w:sz w:val="22"/>
        </w:rPr>
        <w:t>5. Which one is TRUE about Ayşe?</w:t>
      </w:r>
    </w:p>
    <w:p>
      <w:pPr/>
      <w:r>
        <w:rPr>
          <w:rFonts w:ascii="Niramit" w:hAnsi="Niramit"/>
          <w:color w:val="222222"/>
          <w:sz w:val="21"/>
        </w:rPr>
        <w:t>A) She has got straight hair.</w:t>
      </w:r>
    </w:p>
    <w:p>
      <w:pPr/>
      <w:r>
        <w:rPr>
          <w:rFonts w:ascii="Niramit" w:hAnsi="Niramit"/>
          <w:color w:val="222222"/>
          <w:sz w:val="21"/>
        </w:rPr>
        <w:t>B) She can dance well.</w:t>
      </w:r>
    </w:p>
    <w:p>
      <w:pPr/>
      <w:r>
        <w:rPr>
          <w:rFonts w:ascii="Niramit" w:hAnsi="Niramit"/>
          <w:color w:val="222222"/>
          <w:sz w:val="21"/>
        </w:rPr>
        <w:t>C) She has got a dog.</w:t>
      </w:r>
    </w:p>
    <w:p>
      <w:pPr/>
      <w:r>
        <w:rPr>
          <w:rFonts w:ascii="Niramit" w:hAnsi="Niramit"/>
          <w:color w:val="222222"/>
          <w:sz w:val="21"/>
        </w:rPr>
        <w:t>D) She wants to be a nurse.</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The Yılmaz family lives in Kyrenia. Mr. Yılmaz is 45 years old. He is tall and strong. He has got dark hair and a moustache. He is a police officer. He is very brave and honest. He can drive a car and a motorcycle. He can also run very fast. Mrs. Yılmaz is 42 years old. She is slim and beautiful. She has got long, straight, brown hair. She is a nurse at a big hospital. She is very patient and helpful. She can speak English very well. They have got two children: Ali and Ayşe. Ali is 14 years old. He is a student. He wants to be an engineer. He is clever and hardworking. He can solve difficult maths problems. He can't sing but he can play football well. Ayşe is 10 years old. She has got curly, blonde hair and blue eyes. She is very funny and talkative. She can dance beautifully. She has got a pet cat. Its name is Pamuk. Pamuk is white and very cute.</w:t>
            </w:r>
          </w:p>
        </w:tc>
      </w:tr>
    </w:tbl>
    <w:p>
      <w:r>
        <w:br w:type="page"/>
      </w:r>
    </w:p>
    <w:p>
      <w:pPr/>
      <w:r>
        <w:rPr>
          <w:rFonts w:ascii="Niramit" w:hAnsi="Niramit"/>
          <w:b/>
          <w:color w:val="1A559E"/>
          <w:sz w:val="26"/>
        </w:rPr>
        <w:t>OKUMA 3 — ZOR</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People in My Neighbourhood</w:t>
      </w:r>
    </w:p>
    <w:p>
      <w:pPr/>
    </w:p>
    <w:p>
      <w:pPr/>
    </w:p>
    <w:p>
      <w:pPr/>
      <w:r>
        <w:rPr>
          <w:rFonts w:ascii="Niramit" w:hAnsi="Niramit"/>
          <w:b/>
          <w:color w:val="222222"/>
          <w:sz w:val="22"/>
        </w:rPr>
        <w:t>1. What can Mrs. Ayşe do?</w:t>
      </w:r>
    </w:p>
    <w:p>
      <w:pPr/>
      <w:r>
        <w:rPr>
          <w:rFonts w:ascii="Niramit" w:hAnsi="Niramit"/>
          <w:color w:val="222222"/>
          <w:sz w:val="21"/>
        </w:rPr>
        <w:t>A) She can climb ladders.</w:t>
      </w:r>
    </w:p>
    <w:p>
      <w:pPr/>
      <w:r>
        <w:rPr>
          <w:rFonts w:ascii="Niramit" w:hAnsi="Niramit"/>
          <w:color w:val="222222"/>
          <w:sz w:val="21"/>
        </w:rPr>
        <w:t>B) She can write news articles.</w:t>
      </w:r>
    </w:p>
    <w:p>
      <w:pPr/>
      <w:r>
        <w:rPr>
          <w:rFonts w:ascii="Niramit" w:hAnsi="Niramit"/>
          <w:color w:val="222222"/>
          <w:sz w:val="21"/>
        </w:rPr>
        <w:t>C) She can cook and knit.</w:t>
      </w:r>
    </w:p>
    <w:p>
      <w:pPr/>
      <w:r>
        <w:rPr>
          <w:rFonts w:ascii="Niramit" w:hAnsi="Niramit"/>
          <w:color w:val="222222"/>
          <w:sz w:val="21"/>
        </w:rPr>
        <w:t>D) She can speak three languages.</w:t>
      </w:r>
    </w:p>
    <w:p>
      <w:pPr/>
    </w:p>
    <w:p>
      <w:pPr/>
      <w:r>
        <w:rPr>
          <w:rFonts w:ascii="Niramit" w:hAnsi="Niramit"/>
          <w:b/>
          <w:color w:val="222222"/>
          <w:sz w:val="22"/>
        </w:rPr>
        <w:t>2. Which adjective does NOT describe Mr. Ali?</w:t>
      </w:r>
    </w:p>
    <w:p>
      <w:pPr/>
      <w:r>
        <w:rPr>
          <w:rFonts w:ascii="Niramit" w:hAnsi="Niramit"/>
          <w:color w:val="222222"/>
          <w:sz w:val="21"/>
        </w:rPr>
        <w:t>A) Brave</w:t>
      </w:r>
    </w:p>
    <w:p>
      <w:pPr/>
      <w:r>
        <w:rPr>
          <w:rFonts w:ascii="Niramit" w:hAnsi="Niramit"/>
          <w:color w:val="222222"/>
          <w:sz w:val="21"/>
        </w:rPr>
        <w:t>B) Kind</w:t>
      </w:r>
    </w:p>
    <w:p>
      <w:pPr/>
      <w:r>
        <w:rPr>
          <w:rFonts w:ascii="Niramit" w:hAnsi="Niramit"/>
          <w:color w:val="222222"/>
          <w:sz w:val="21"/>
        </w:rPr>
        <w:t>C) Strong</w:t>
      </w:r>
    </w:p>
    <w:p>
      <w:pPr/>
      <w:r>
        <w:rPr>
          <w:rFonts w:ascii="Niramit" w:hAnsi="Niramit"/>
          <w:color w:val="222222"/>
          <w:sz w:val="21"/>
        </w:rPr>
        <w:t>D) Talkative</w:t>
      </w:r>
    </w:p>
    <w:p>
      <w:pPr/>
    </w:p>
    <w:p>
      <w:pPr/>
      <w:r>
        <w:rPr>
          <w:rFonts w:ascii="Niramit" w:hAnsi="Niramit"/>
          <w:b/>
          <w:color w:val="222222"/>
          <w:sz w:val="22"/>
        </w:rPr>
        <w:t>3. What makes Mrs. Fatma special?</w:t>
      </w:r>
    </w:p>
    <w:p>
      <w:pPr/>
      <w:r>
        <w:rPr>
          <w:rFonts w:ascii="Niramit" w:hAnsi="Niramit"/>
          <w:color w:val="222222"/>
          <w:sz w:val="21"/>
        </w:rPr>
        <w:t>A) She can carry heavy things.</w:t>
      </w:r>
    </w:p>
    <w:p>
      <w:pPr/>
      <w:r>
        <w:rPr>
          <w:rFonts w:ascii="Niramit" w:hAnsi="Niramit"/>
          <w:color w:val="222222"/>
          <w:sz w:val="21"/>
        </w:rPr>
        <w:t>B) She can remember all her customers' names.</w:t>
      </w:r>
    </w:p>
    <w:p>
      <w:pPr/>
      <w:r>
        <w:rPr>
          <w:rFonts w:ascii="Niramit" w:hAnsi="Niramit"/>
          <w:color w:val="222222"/>
          <w:sz w:val="21"/>
        </w:rPr>
        <w:t>C) She can run very fast.</w:t>
      </w:r>
    </w:p>
    <w:p>
      <w:pPr/>
      <w:r>
        <w:rPr>
          <w:rFonts w:ascii="Niramit" w:hAnsi="Niramit"/>
          <w:color w:val="222222"/>
          <w:sz w:val="21"/>
        </w:rPr>
        <w:t>D) She can knit sweaters.</w:t>
      </w:r>
    </w:p>
    <w:p>
      <w:pPr/>
    </w:p>
    <w:p>
      <w:pPr/>
      <w:r>
        <w:rPr>
          <w:rFonts w:ascii="Niramit" w:hAnsi="Niramit"/>
          <w:b/>
          <w:color w:val="222222"/>
          <w:sz w:val="22"/>
        </w:rPr>
        <w:t>4. How many languages can Hasan speak?</w:t>
      </w:r>
    </w:p>
    <w:p>
      <w:pPr/>
      <w:r>
        <w:rPr>
          <w:rFonts w:ascii="Niramit" w:hAnsi="Niramit"/>
          <w:color w:val="222222"/>
          <w:sz w:val="21"/>
        </w:rPr>
        <w:t>A) One</w:t>
      </w:r>
    </w:p>
    <w:p>
      <w:pPr/>
      <w:r>
        <w:rPr>
          <w:rFonts w:ascii="Niramit" w:hAnsi="Niramit"/>
          <w:color w:val="222222"/>
          <w:sz w:val="21"/>
        </w:rPr>
        <w:t>B) Two</w:t>
      </w:r>
    </w:p>
    <w:p>
      <w:pPr/>
      <w:r>
        <w:rPr>
          <w:rFonts w:ascii="Niramit" w:hAnsi="Niramit"/>
          <w:color w:val="222222"/>
          <w:sz w:val="21"/>
        </w:rPr>
        <w:t>C) Three</w:t>
      </w:r>
    </w:p>
    <w:p>
      <w:pPr/>
      <w:r>
        <w:rPr>
          <w:rFonts w:ascii="Niramit" w:hAnsi="Niramit"/>
          <w:color w:val="222222"/>
          <w:sz w:val="21"/>
        </w:rPr>
        <w:t>D) Four</w:t>
      </w:r>
    </w:p>
    <w:p>
      <w:pPr/>
    </w:p>
    <w:p>
      <w:pPr/>
      <w:r>
        <w:rPr>
          <w:rFonts w:ascii="Niramit" w:hAnsi="Niramit"/>
          <w:b/>
          <w:color w:val="222222"/>
          <w:sz w:val="22"/>
        </w:rPr>
        <w:t>5. Who is the youngest person in the text?</w:t>
      </w:r>
    </w:p>
    <w:p>
      <w:pPr/>
      <w:r>
        <w:rPr>
          <w:rFonts w:ascii="Niramit" w:hAnsi="Niramit"/>
          <w:color w:val="222222"/>
          <w:sz w:val="21"/>
        </w:rPr>
        <w:t>A) Mrs. Ayşe</w:t>
      </w:r>
    </w:p>
    <w:p>
      <w:pPr/>
      <w:r>
        <w:rPr>
          <w:rFonts w:ascii="Niramit" w:hAnsi="Niramit"/>
          <w:color w:val="222222"/>
          <w:sz w:val="21"/>
        </w:rPr>
        <w:t>B) Mr. Ali</w:t>
      </w:r>
    </w:p>
    <w:p>
      <w:pPr/>
      <w:r>
        <w:rPr>
          <w:rFonts w:ascii="Niramit" w:hAnsi="Niramit"/>
          <w:color w:val="222222"/>
          <w:sz w:val="21"/>
        </w:rPr>
        <w:t>C) Mrs. Fatma</w:t>
      </w:r>
    </w:p>
    <w:p>
      <w:pPr/>
      <w:r>
        <w:rPr>
          <w:rFonts w:ascii="Niramit" w:hAnsi="Niramit"/>
          <w:color w:val="222222"/>
          <w:sz w:val="21"/>
        </w:rPr>
        <w:t>D) Hasan</w:t>
      </w:r>
    </w:p>
    <w:p>
      <w:pPr/>
    </w:p>
    <w:p>
      <w:pPr/>
      <w:r>
        <w:rPr>
          <w:rFonts w:ascii="Niramit" w:hAnsi="Niramit"/>
          <w:b/>
          <w:color w:val="222222"/>
          <w:sz w:val="22"/>
        </w:rPr>
        <w:t>6. What is the main idea of this text?</w:t>
      </w:r>
    </w:p>
    <w:p>
      <w:pPr/>
      <w:r>
        <w:rPr>
          <w:rFonts w:ascii="Niramit" w:hAnsi="Niramit"/>
          <w:color w:val="222222"/>
          <w:sz w:val="21"/>
        </w:rPr>
        <w:t>A) Different jobs are dangerous.</w:t>
      </w:r>
    </w:p>
    <w:p>
      <w:pPr/>
      <w:r>
        <w:rPr>
          <w:rFonts w:ascii="Niramit" w:hAnsi="Niramit"/>
          <w:color w:val="222222"/>
          <w:sz w:val="21"/>
        </w:rPr>
        <w:t>B) Old people can't do many things.</w:t>
      </w:r>
    </w:p>
    <w:p>
      <w:pPr/>
      <w:r>
        <w:rPr>
          <w:rFonts w:ascii="Niramit" w:hAnsi="Niramit"/>
          <w:color w:val="222222"/>
          <w:sz w:val="21"/>
        </w:rPr>
        <w:t>C) The neighbourhood has got interesting people with different jobs and abilities.</w:t>
      </w:r>
    </w:p>
    <w:p>
      <w:pPr/>
      <w:r>
        <w:rPr>
          <w:rFonts w:ascii="Niramit" w:hAnsi="Niramit"/>
          <w:color w:val="222222"/>
          <w:sz w:val="21"/>
        </w:rPr>
        <w:t>D) Firefighters are the most important people.</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In our neighbourhood, there are many interesting people with different jobs. Let me tell you about some of them. Mrs. Ayşe lives next door. She is 50 years old. She is short and plump. She has got grey, curly hair and always has got a warm smile. She is a housewife but she can do many things. She can cook amazing meals and she can knit beautiful sweaters. Every winter, she makes sweaters for her grandchildren. Mr. Ali lives across the street. He is 35 years old. He is tall and well-built. He has got short, dark hair and a small beard. He is a firefighter. He is very brave but he is also very kind. He can climb ladders very quickly and he can carry heavy things. He says his job is dangerous but he loves helping people. On the corner, there is a small shop. The owner is Mrs. Fatma. She is 60 years old. She is thin and short. She has got white, straight hair and she wears glasses. She is a very honest and hardworking woman. She can remember all her customers' names. She has got a very good memory! Finally, there is young Hasan. He is 25 years old. He is handsome and tall. He has got wavy, blonde hair and blue eyes. He works as a journalist for a local newspaper. He can write very well and he can speak three languages! He is talkative and friendly. Everybody in the neighbourhood likes him. I think our neighbourhood is a wonderful place because of these people.</w:t>
            </w:r>
          </w:p>
        </w:tc>
      </w:tr>
    </w:tbl>
    <w:p>
      <w:r>
        <w:br w:type="page"/>
      </w:r>
    </w:p>
    <w:p>
      <w:pPr/>
      <w:r>
        <w:rPr>
          <w:rFonts w:ascii="Niramit" w:hAnsi="Niramit"/>
          <w:b/>
          <w:color w:val="1A559E"/>
          <w:sz w:val="28"/>
        </w:rPr>
        <w:t>CEVAP ANAHTARLARI</w:t>
      </w:r>
    </w:p>
    <w:p>
      <w:pPr/>
      <w:r>
        <w:rPr>
          <w:rFonts w:ascii="Niramit" w:hAnsi="Niramit"/>
          <w:b/>
          <w:color w:val="336D5C"/>
          <w:sz w:val="22"/>
        </w:rPr>
        <w:t>DENEME 1 — KOLAY</w:t>
      </w:r>
    </w:p>
    <w:p>
      <w:pPr/>
    </w:p>
    <w:p>
      <w:pPr/>
    </w:p>
    <w:p>
      <w:pPr/>
      <w:r>
        <w:rPr>
          <w:rFonts w:ascii="Niramit" w:hAnsi="Niramit"/>
          <w:b/>
          <w:color w:val="336D5C"/>
          <w:sz w:val="22"/>
        </w:rPr>
        <w:t>DENEME 2 — ORTA</w:t>
      </w:r>
    </w:p>
    <w:p>
      <w:pPr/>
    </w:p>
    <w:p>
      <w:pPr/>
    </w:p>
    <w:p>
      <w:pPr/>
      <w:r>
        <w:rPr>
          <w:rFonts w:ascii="Niramit" w:hAnsi="Niramit"/>
          <w:b/>
          <w:color w:val="336D5C"/>
          <w:sz w:val="22"/>
        </w:rPr>
        <w:t>DENEME 3 — ZOR</w:t>
      </w:r>
    </w:p>
    <w:p>
      <w:pPr/>
    </w:p>
    <w:p>
      <w:pPr/>
      <w:r/>
    </w:p>
    <w:p>
      <w:pPr/>
      <w:r>
        <w:rPr>
          <w:rFonts w:ascii="Niramit" w:hAnsi="Niramit"/>
          <w:b/>
          <w:color w:val="1A559E"/>
          <w:sz w:val="26"/>
        </w:rPr>
        <w:t>OKUMA PARÇALARI — CEVAP ANAHTARI</w:t>
      </w:r>
    </w:p>
    <w:p>
      <w:pPr/>
      <w:r>
        <w:rPr>
          <w:rFonts w:ascii="Niramit" w:hAnsi="Niramit"/>
          <w:b/>
          <w:color w:val="336D5C"/>
          <w:sz w:val="22"/>
        </w:rPr>
        <w:t>Okuma 1 — Kolay (My Friend Tom)</w:t>
      </w:r>
    </w:p>
    <w:p>
      <w:pPr/>
      <w:r>
        <w:rPr>
          <w:rFonts w:ascii="Niramit" w:hAnsi="Niramit"/>
          <w:color w:val="222222"/>
          <w:sz w:val="21"/>
        </w:rPr>
        <w:t>1.C  2.C  3.C  4.B  5.D</w:t>
      </w:r>
    </w:p>
    <w:p>
      <w:pPr/>
      <w:r>
        <w:rPr>
          <w:rFonts w:ascii="Niramit" w:hAnsi="Niramit"/>
          <w:b/>
          <w:color w:val="336D5C"/>
          <w:sz w:val="22"/>
        </w:rPr>
        <w:t>Okuma 2 — Orta (The Yılmaz Family)</w:t>
      </w:r>
    </w:p>
    <w:p>
      <w:pPr/>
      <w:r>
        <w:rPr>
          <w:rFonts w:ascii="Niramit" w:hAnsi="Niramit"/>
          <w:color w:val="222222"/>
          <w:sz w:val="21"/>
        </w:rPr>
        <w:t>1.B  2.C  3.C  4.C  5.B</w:t>
      </w:r>
    </w:p>
    <w:p>
      <w:pPr/>
      <w:r>
        <w:rPr>
          <w:rFonts w:ascii="Niramit" w:hAnsi="Niramit"/>
          <w:b/>
          <w:color w:val="336D5C"/>
          <w:sz w:val="22"/>
        </w:rPr>
        <w:t>Okuma 3 — Zor (People in My Neighbourhood)</w:t>
      </w:r>
    </w:p>
    <w:p>
      <w:pPr/>
      <w:r>
        <w:rPr>
          <w:rFonts w:ascii="Niramit" w:hAnsi="Niramit"/>
          <w:color w:val="222222"/>
          <w:sz w:val="21"/>
        </w:rPr>
        <w:t>1.C  2.D  3.B  4.C  5.D  6.C</w:t>
      </w:r>
    </w:p>
    <w:p>
      <w:pPr/>
    </w:p>
    <w:p>
      <w:pPr/>
      <w:r>
        <w:rPr>
          <w:rFonts w:ascii="Niramit" w:hAnsi="Niramit"/>
          <w:b/>
          <w:color w:val="336D5C"/>
          <w:sz w:val="22"/>
        </w:rPr>
        <w:t>Şık Dağılımı Özeti</w:t>
      </w:r>
    </w:p>
    <w:p>
      <w:pPr/>
    </w:p>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She → has got (He/She/It + has got)</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I → have got (I/You/We/They + have got)</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Can you...? yetenek sorusu</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Hastanede çalışan, hasta iyileştiren → doctor</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185 cm → tall (uzun boylu)</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Balık uçamaz → can't fly</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Arabası yok → hasn't got (He + hasn't)</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Yardımsever → kind</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Have you got...? (you → have)</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Yangın söndüren → firefighter</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Düz değil → curly (kıvırcık)</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Can'den sonra yalın fiil: fly (flying/flies ❌)</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She → Has she got...?</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Şarkıcı iyi şarkı SÖYLER → sing</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Yeni insanlarla konuşan → friendly</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Has he got...? → Yes, he has.</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parents (çoğul) → have got</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Can...? → No, he can't. (3 yaşında, yapamaz)</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Hayvanları tedavi eden → vet</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10 km koşan → strong (güçlü)</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Have they got...? → No, they haven't.</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Can'den sonra yalın fiil: cook (cooks ❌)</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Yeni insanlarla konuşmayan → shy</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He is tall and has got dark hair (has = has got)</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Restoranda yemek servisi → waiter</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Saçı az olan → bald</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Can she...? → Yes, she can.</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Suçlu yakalayan polis → brave (cesur)</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Have you got...? → Yes, I have.</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Uçak uçuran → pilot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Is she...? → cevap sahiplik: has got (kalıp çakışması)</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Does he work...? → cevap yetenek: can cook</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Has...got...? → cevap meslek: is an engineer</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She → has / can (can'den sonra yalın: work)</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Özne: She / Fiilden sonra nesne: her</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80 yaş → can't run / ama can walk</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your best friend (tekil) → Has she got...?</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your parents (çoğul) → Have they got...?</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İtfaiyeci → brave / strong vücut</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Gazetede çalışan → journalist / can write</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Sıfat + isim: beautiful girl / curly hair</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Hiç yemek yapamaz → can't cook</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Herkese hediye alan → kind (nazik)</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Tembelin zıttı → hardworking (çalışkan)</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blonde hair + blue eyes (sıfat tekil, isim çoğul)</w:t>
            </w:r>
          </w:p>
        </w:tc>
      </w:tr>
    </w:tbl>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pPr>
              <w:jc w:val="center"/>
            </w:pPr>
            <w:r/>
            <w:r/>
            <w:r>
              <w:rPr>
                <w:rFonts w:ascii="Niramit" w:hAnsi="Niramit"/>
                <w:b/>
                <w:color w:val="FFFFFF"/>
                <w:sz w:val="20"/>
              </w:rPr>
              <w:t>Test</w:t>
            </w:r>
          </w:p>
        </w:tc>
        <w:tc>
          <w:tcPr>
            <w:tcW w:type="dxa" w:w="1881"/>
          </w:tcPr>
          <w:p>
            <w:pPr>
              <w:jc w:val="center"/>
            </w:pPr>
            <w:r/>
            <w:r/>
            <w:r>
              <w:rPr>
                <w:rFonts w:ascii="Niramit" w:hAnsi="Niramit"/>
                <w:b/>
                <w:color w:val="FFFFFF"/>
                <w:sz w:val="20"/>
              </w:rPr>
              <w:t>A</w:t>
            </w:r>
          </w:p>
        </w:tc>
        <w:tc>
          <w:tcPr>
            <w:tcW w:type="dxa" w:w="1881"/>
          </w:tcPr>
          <w:p>
            <w:pPr>
              <w:jc w:val="center"/>
            </w:pPr>
            <w:r/>
            <w:r/>
            <w:r>
              <w:rPr>
                <w:rFonts w:ascii="Niramit" w:hAnsi="Niramit"/>
                <w:b/>
                <w:color w:val="FFFFFF"/>
                <w:sz w:val="20"/>
              </w:rPr>
              <w:t>B</w:t>
            </w:r>
          </w:p>
        </w:tc>
        <w:tc>
          <w:tcPr>
            <w:tcW w:type="dxa" w:w="1881"/>
          </w:tcPr>
          <w:p>
            <w:pPr>
              <w:jc w:val="center"/>
            </w:pPr>
            <w:r/>
            <w:r/>
            <w:r>
              <w:rPr>
                <w:rFonts w:ascii="Niramit" w:hAnsi="Niramit"/>
                <w:b/>
                <w:color w:val="FFFFFF"/>
                <w:sz w:val="20"/>
              </w:rPr>
              <w:t>C</w:t>
            </w:r>
          </w:p>
        </w:tc>
        <w:tc>
          <w:tcPr>
            <w:tcW w:type="dxa" w:w="1881"/>
          </w:tcPr>
          <w:p>
            <w:pPr>
              <w:jc w:val="center"/>
            </w:pPr>
            <w:r/>
            <w:r/>
            <w:r>
              <w:rPr>
                <w:rFonts w:ascii="Niramit" w:hAnsi="Niramit"/>
                <w:b/>
                <w:color w:val="FFFFFF"/>
                <w:sz w:val="20"/>
              </w:rPr>
              <w:t>D</w:t>
            </w:r>
          </w:p>
        </w:tc>
      </w:tr>
      <w:tr>
        <w:tc>
          <w:tcPr>
            <w:tcW w:type="dxa" w:w="1881"/>
          </w:tcPr>
          <w:p>
            <w:pPr>
              <w:jc w:val="center"/>
            </w:pPr>
            <w:r/>
            <w:r/>
            <w:r>
              <w:rPr>
                <w:rFonts w:ascii="Niramit" w:hAnsi="Niramit"/>
                <w:sz w:val="19"/>
              </w:rPr>
              <w:t>Deneme 1 Kolay</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3</w:t>
            </w:r>
          </w:p>
        </w:tc>
      </w:tr>
      <w:tr>
        <w:tc>
          <w:tcPr>
            <w:tcW w:type="dxa" w:w="1881"/>
          </w:tcPr>
          <w:p>
            <w:pPr>
              <w:jc w:val="center"/>
            </w:pPr>
            <w:r/>
            <w:r/>
            <w:r>
              <w:rPr>
                <w:rFonts w:ascii="Niramit" w:hAnsi="Niramit"/>
                <w:sz w:val="19"/>
              </w:rPr>
              <w:t>Deneme 2 Orta</w:t>
            </w:r>
          </w:p>
        </w:tc>
        <w:tc>
          <w:tcPr>
            <w:tcW w:type="dxa" w:w="1881"/>
          </w:tcPr>
          <w:p>
            <w:pPr>
              <w:jc w:val="center"/>
            </w:pPr>
            <w:r/>
            <w:r/>
            <w:r>
              <w:rPr>
                <w:rFonts w:ascii="Niramit" w:hAnsi="Niramit"/>
                <w:sz w:val="19"/>
              </w:rPr>
              <w:t>3</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4</w:t>
            </w:r>
          </w:p>
        </w:tc>
      </w:tr>
      <w:tr>
        <w:tc>
          <w:tcPr>
            <w:tcW w:type="dxa" w:w="1881"/>
          </w:tcPr>
          <w:p>
            <w:pPr>
              <w:jc w:val="center"/>
            </w:pPr>
            <w:r/>
            <w:r/>
            <w:r>
              <w:rPr>
                <w:rFonts w:ascii="Niramit" w:hAnsi="Niramit"/>
                <w:sz w:val="19"/>
              </w:rPr>
              <w:t>Deneme 3 Zor</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3</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4</w:t>
            </w:r>
          </w:p>
        </w:tc>
      </w:tr>
      <w:tr>
        <w:tc>
          <w:tcPr>
            <w:tcW w:type="dxa" w:w="1881"/>
          </w:tcPr>
          <w:p>
            <w:pPr>
              <w:jc w:val="center"/>
            </w:pPr>
            <w:r/>
            <w:r/>
            <w:r>
              <w:rPr>
                <w:rFonts w:ascii="Niramit" w:hAnsi="Niramit"/>
                <w:sz w:val="19"/>
              </w:rPr>
              <w:t>Toplam (45 soru)</w:t>
            </w:r>
          </w:p>
        </w:tc>
        <w:tc>
          <w:tcPr>
            <w:tcW w:type="dxa" w:w="1881"/>
          </w:tcPr>
          <w:p>
            <w:pPr>
              <w:jc w:val="center"/>
            </w:pPr>
            <w:r/>
            <w:r/>
            <w:r>
              <w:rPr>
                <w:rFonts w:ascii="Niramit" w:hAnsi="Niramit"/>
                <w:sz w:val="19"/>
              </w:rPr>
              <w:t>11</w:t>
            </w:r>
          </w:p>
        </w:tc>
        <w:tc>
          <w:tcPr>
            <w:tcW w:type="dxa" w:w="1881"/>
          </w:tcPr>
          <w:p>
            <w:pPr>
              <w:jc w:val="center"/>
            </w:pPr>
            <w:r/>
            <w:r/>
            <w:r>
              <w:rPr>
                <w:rFonts w:ascii="Niramit" w:hAnsi="Niramit"/>
                <w:sz w:val="19"/>
              </w:rPr>
              <w:t>11</w:t>
            </w:r>
          </w:p>
        </w:tc>
        <w:tc>
          <w:tcPr>
            <w:tcW w:type="dxa" w:w="1881"/>
          </w:tcPr>
          <w:p>
            <w:pPr>
              <w:jc w:val="center"/>
            </w:pPr>
            <w:r/>
            <w:r/>
            <w:r>
              <w:rPr>
                <w:rFonts w:ascii="Niramit" w:hAnsi="Niramit"/>
                <w:sz w:val="19"/>
              </w:rPr>
              <w:t>12</w:t>
            </w:r>
          </w:p>
        </w:tc>
        <w:tc>
          <w:tcPr>
            <w:tcW w:type="dxa" w:w="1881"/>
          </w:tcPr>
          <w:p>
            <w:pPr>
              <w:jc w:val="left"/>
            </w:pPr>
            <w:r/>
            <w:r/>
            <w:r>
              <w:rPr>
                <w:rFonts w:ascii="Niramit" w:hAnsi="Niramit"/>
                <w:sz w:val="19"/>
              </w:rPr>
              <w:t>11</w:t>
            </w:r>
          </w:p>
        </w:tc>
      </w:tr>
    </w:tbl>
    <w:p>
      <w:r>
        <w:br w:type="page"/>
      </w:r>
    </w:p>
    <w:p>
      <w:pPr>
        <w:jc w:val="center"/>
      </w:pPr>
      <w:r>
        <w:rPr>
          <w:b/>
          <w:color w:val="1A559E"/>
          <w:sz w:val="28"/>
        </w:rPr>
        <w:t>— KİTAP SONU —</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