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8"/>
        </w:rPr>
        <w:t>CEVAP ANAHTARLARI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DENEME 1 — KOLAY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Soru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Cevap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Açıklama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→ has got (He/She/It + has got)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2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→ have got (I/You/We/They + have got)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3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Can you...? yetenek sorusu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Hastanede çalışan, hasta iyileştiren → doctor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5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185 cm → tall (uzun boylu)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6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Balık uçamaz → can't fly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7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Arabası yok → hasn't got (He + hasn't)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8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Yardımsever → kind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9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Have you got...? (you → have)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10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Yangın söndüren → firefighter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11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Düz değil → curly (kıvırcık)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12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Can'den sonra yalın fiil: fly (flying/flies ❌)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13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→ Has she got...?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14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Şarkıcı iyi şarkı SÖYLER → sing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15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Yeni insanlarla konuşan → friendly</w:t>
            </w:r>
          </w:p>
        </w:tc>
      </w:tr>
    </w:tbl>
    <w:p/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DENEME 2 — ORTA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Soru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Cevap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Açıklama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Has he got...? → Yes, he has.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2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parents (çoğul) → have got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3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Can...? → No, he can't. (3 yaşında, yapamaz)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Hayvanları tedavi eden → vet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5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10 km koşan → strong (güçlü)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6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Have they got...? → No, they haven't.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7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Can'den sonra yalın fiil: cook (cooks ❌)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8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Yeni insanlarla konuşmayan → shy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9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 is tall and has got dark hair (has = has got)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10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Restoranda yemek servisi → waiter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11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Saçı az olan → bald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12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Can she...? → Yes, she can.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13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Suçlu yakalayan polis → brave (cesur)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14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Have you got...? → Yes, I have.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15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Uçak uçuran → pilot</w:t>
            </w:r>
          </w:p>
        </w:tc>
      </w:tr>
    </w:tbl>
    <w:p/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DENEME 3 — ZOR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Soru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Cevap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Açıklama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Is she...? → cevap sahiplik: has got (kalıp çakışması)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2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Does he work...? → cevap yetenek: can cook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3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Has...got...? → cevap meslek: is an engineer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→ has / can (can'den sonra yalın: work)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5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Özne: She / Fiilden sonra nesne: her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6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80 yaş → can't run / ama can walk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7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your best friend (tekil) → Has she got...?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8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your parents (çoğul) → Have they got...?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9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İtfaiyeci → brave / strong vücut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10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Gazetede çalışan → journalist / can write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11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Sıfat + isim: beautiful girl / curly hair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12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Hiç yemek yapamaz → can't cook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13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Herkese hediye alan → kind (nazik)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14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Tembelin zıttı → hardworking (çalışkan)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15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blonde hair + blue eyes (sıfat tekil, isim çoğul)</w:t>
            </w:r>
          </w:p>
        </w:tc>
      </w:tr>
    </w:tbl>
    <w:p/>
    <w:p>
      <w:r>
        <w:br w:type="page"/>
      </w:r>
    </w:p>
    <w:p>
      <w:pPr>
        <w:spacing w:before="240"/>
      </w:pPr>
      <w:r>
        <w:rPr>
          <w:rFonts w:ascii="Niramit" w:hAnsi="Niramit"/>
          <w:b/>
          <w:i w:val="0"/>
          <w:color w:val="1A559E"/>
          <w:sz w:val="26"/>
        </w:rPr>
        <w:t>OKUMA PARÇALARI — CEVAP ANAHTARI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Okuma 1 — Kolay (My Friend Tom)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1.C  2.C  3.C  4.B  5.D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Okuma 2 — Orta (The Yılmaz Family)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1.B  2.C  3.C  4.C  5.B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Okuma 3 — Zor (People in My Neighbourhood)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1.C  2.D  3.B  4.C  5.D  6.C</w:t>
      </w:r>
    </w:p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Şık Dağılımı Özeti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Test</w:t>
            </w:r>
          </w:p>
        </w:tc>
        <w:tc>
          <w:tcPr>
            <w:tcW w:type="dxa" w:w="188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A</w:t>
            </w:r>
          </w:p>
        </w:tc>
        <w:tc>
          <w:tcPr>
            <w:tcW w:type="dxa" w:w="188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B</w:t>
            </w:r>
          </w:p>
        </w:tc>
        <w:tc>
          <w:tcPr>
            <w:tcW w:type="dxa" w:w="188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C</w:t>
            </w:r>
          </w:p>
        </w:tc>
        <w:tc>
          <w:tcPr>
            <w:tcW w:type="dxa" w:w="188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D</w:t>
            </w:r>
          </w:p>
        </w:tc>
      </w:tr>
      <w:tr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Deneme 1 Kolay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3</w:t>
            </w:r>
          </w:p>
        </w:tc>
      </w:tr>
      <w:tr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Deneme 2 Orta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3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</w:tr>
      <w:tr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Deneme 3 Zor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3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</w:tr>
      <w:tr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Toplam (45 soru)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11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11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12</w:t>
            </w:r>
          </w:p>
        </w:tc>
        <w:tc>
          <w:tcPr>
            <w:tcW w:type="dxa" w:w="188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11</w:t>
            </w:r>
          </w:p>
        </w:tc>
      </w:tr>
    </w:tbl>
    <w:p/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