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pPr>
      <w:r>
        <w:rPr>
          <w:rFonts w:ascii="Niramit" w:hAnsi="Niramit"/>
          <w:b/>
          <w:i w:val="0"/>
          <w:color w:val="1A559E"/>
          <w:sz w:val="26"/>
        </w:rPr>
        <w:t>OKUMA 3 — ZOR</w:t>
      </w:r>
    </w:p>
    <w:p>
      <w:pPr>
        <w:jc w:val="center"/>
      </w:pPr>
      <w:r>
        <w:rPr>
          <w:rFonts w:ascii="Niramit" w:hAnsi="Niramit"/>
          <w:b w:val="0"/>
          <w:i w:val="0"/>
          <w:color w:val="666666"/>
          <w:sz w:val="20"/>
        </w:rPr>
        <w:t>Aşağıdaki metni okuyunuz. Soruları metne göre cevaplayınız.</w:t>
      </w:r>
    </w:p>
    <w:p>
      <w:r>
        <w:rPr>
          <w:rFonts w:ascii="Niramit" w:hAnsi="Niramit"/>
          <w:b/>
          <w:i/>
          <w:color w:val="222222"/>
          <w:sz w:val="22"/>
        </w:rPr>
        <w:t>People in My Neighbourhood</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In our neighbourhood, there are many interesting people with different jobs. Let me tell you about some of them. Mrs. Ayşe lives next door. She is 50 years old. She is short and plump. She has got grey, curly hair and always has got a warm smile. She is a housewife but she can do many things. She can cook amazing meals and she can knit beautiful sweaters. Every winter, she makes sweaters for her grandchildren. Mr. Ali lives across the street. He is 35 years old. He is tall and well-built. He has got short, dark hair and a small beard. He is a firefighter. He is very brave but he is also very kind. He can climb ladders very quickly and he can carry heavy things. He says his job is dangerous but he loves helping people. On the corner, there is a small shop. The owner is Mrs. Fatma. She is 60 years old. She is thin and short. She has got white, straight hair and she wears glasses. She is a very honest and hardworking woman. She can remember all her customers' names. She has got a very good memory! Finally, there is young Hasan. He is 25 years old. He is handsome and tall. He has got wavy, blonde hair and blue eyes. He works as a journalist for a local newspaper. He can write very well and he can speak three languages! He is talkative and friendly. Everybody in the neighbourhood likes him. I think our neighbourhood is a wonderful place because of these people.</w:t>
            </w:r>
          </w:p>
        </w:tc>
      </w:tr>
    </w:tbl>
    <w:p/>
    <w:p/>
    <w:p>
      <w:pPr>
        <w:spacing w:before="120"/>
      </w:pPr>
      <w:r>
        <w:rPr>
          <w:rFonts w:ascii="Niramit" w:hAnsi="Niramit"/>
          <w:b/>
          <w:i w:val="0"/>
          <w:color w:val="222222"/>
          <w:sz w:val="22"/>
        </w:rPr>
        <w:t>1. What can Mrs. Ayşe do?</w:t>
      </w:r>
    </w:p>
    <w:p>
      <w:pPr>
        <w:spacing w:before="20" w:after="20"/>
        <w:ind w:left="567"/>
      </w:pPr>
      <w:r>
        <w:rPr>
          <w:rFonts w:ascii="Niramit" w:hAnsi="Niramit"/>
          <w:b w:val="0"/>
          <w:i w:val="0"/>
          <w:color w:val="222222"/>
          <w:sz w:val="21"/>
        </w:rPr>
        <w:t>A) She can climb ladders.</w:t>
      </w:r>
    </w:p>
    <w:p>
      <w:pPr>
        <w:spacing w:before="20" w:after="20"/>
        <w:ind w:left="567"/>
      </w:pPr>
      <w:r>
        <w:rPr>
          <w:rFonts w:ascii="Niramit" w:hAnsi="Niramit"/>
          <w:b w:val="0"/>
          <w:i w:val="0"/>
          <w:color w:val="222222"/>
          <w:sz w:val="21"/>
        </w:rPr>
        <w:t>B) She can write news articles.</w:t>
      </w:r>
    </w:p>
    <w:p>
      <w:pPr>
        <w:spacing w:before="20" w:after="20"/>
        <w:ind w:left="567"/>
      </w:pPr>
      <w:r>
        <w:rPr>
          <w:rFonts w:ascii="Niramit" w:hAnsi="Niramit"/>
          <w:b w:val="0"/>
          <w:i w:val="0"/>
          <w:color w:val="222222"/>
          <w:sz w:val="21"/>
        </w:rPr>
        <w:t>C) She can cook and knit.</w:t>
      </w:r>
    </w:p>
    <w:p>
      <w:pPr>
        <w:spacing w:before="20" w:after="20"/>
        <w:ind w:left="567"/>
      </w:pPr>
      <w:r>
        <w:rPr>
          <w:rFonts w:ascii="Niramit" w:hAnsi="Niramit"/>
          <w:b w:val="0"/>
          <w:i w:val="0"/>
          <w:color w:val="222222"/>
          <w:sz w:val="21"/>
        </w:rPr>
        <w:t>D) She can speak three languages.</w:t>
      </w:r>
    </w:p>
    <w:p/>
    <w:p>
      <w:pPr>
        <w:spacing w:before="120"/>
      </w:pPr>
      <w:r>
        <w:rPr>
          <w:rFonts w:ascii="Niramit" w:hAnsi="Niramit"/>
          <w:b/>
          <w:i w:val="0"/>
          <w:color w:val="222222"/>
          <w:sz w:val="22"/>
        </w:rPr>
        <w:t>2. Which adjective does NOT describe Mr. Ali?</w:t>
      </w:r>
    </w:p>
    <w:p>
      <w:pPr>
        <w:spacing w:before="20" w:after="20"/>
        <w:ind w:left="567"/>
      </w:pPr>
      <w:r>
        <w:rPr>
          <w:rFonts w:ascii="Niramit" w:hAnsi="Niramit"/>
          <w:b w:val="0"/>
          <w:i w:val="0"/>
          <w:color w:val="222222"/>
          <w:sz w:val="21"/>
        </w:rPr>
        <w:t>A) Brave</w:t>
      </w:r>
    </w:p>
    <w:p>
      <w:pPr>
        <w:spacing w:before="20" w:after="20"/>
        <w:ind w:left="567"/>
      </w:pPr>
      <w:r>
        <w:rPr>
          <w:rFonts w:ascii="Niramit" w:hAnsi="Niramit"/>
          <w:b w:val="0"/>
          <w:i w:val="0"/>
          <w:color w:val="222222"/>
          <w:sz w:val="21"/>
        </w:rPr>
        <w:t>B) Kind</w:t>
      </w:r>
    </w:p>
    <w:p>
      <w:pPr>
        <w:spacing w:before="20" w:after="20"/>
        <w:ind w:left="567"/>
      </w:pPr>
      <w:r>
        <w:rPr>
          <w:rFonts w:ascii="Niramit" w:hAnsi="Niramit"/>
          <w:b w:val="0"/>
          <w:i w:val="0"/>
          <w:color w:val="222222"/>
          <w:sz w:val="21"/>
        </w:rPr>
        <w:t>C) Strong</w:t>
      </w:r>
    </w:p>
    <w:p>
      <w:pPr>
        <w:spacing w:before="20" w:after="20"/>
        <w:ind w:left="567"/>
      </w:pPr>
      <w:r>
        <w:rPr>
          <w:rFonts w:ascii="Niramit" w:hAnsi="Niramit"/>
          <w:b w:val="0"/>
          <w:i w:val="0"/>
          <w:color w:val="222222"/>
          <w:sz w:val="21"/>
        </w:rPr>
        <w:t>D) Talkative</w:t>
      </w:r>
    </w:p>
    <w:p/>
    <w:p>
      <w:pPr>
        <w:spacing w:before="120"/>
      </w:pPr>
      <w:r>
        <w:rPr>
          <w:rFonts w:ascii="Niramit" w:hAnsi="Niramit"/>
          <w:b/>
          <w:i w:val="0"/>
          <w:color w:val="222222"/>
          <w:sz w:val="22"/>
        </w:rPr>
        <w:t>3. What makes Mrs. Fatma special?</w:t>
      </w:r>
    </w:p>
    <w:p>
      <w:pPr>
        <w:spacing w:before="20" w:after="20"/>
        <w:ind w:left="567"/>
      </w:pPr>
      <w:r>
        <w:rPr>
          <w:rFonts w:ascii="Niramit" w:hAnsi="Niramit"/>
          <w:b w:val="0"/>
          <w:i w:val="0"/>
          <w:color w:val="222222"/>
          <w:sz w:val="21"/>
        </w:rPr>
        <w:t>A) She can carry heavy things.</w:t>
      </w:r>
    </w:p>
    <w:p>
      <w:pPr>
        <w:spacing w:before="20" w:after="20"/>
        <w:ind w:left="567"/>
      </w:pPr>
      <w:r>
        <w:rPr>
          <w:rFonts w:ascii="Niramit" w:hAnsi="Niramit"/>
          <w:b w:val="0"/>
          <w:i w:val="0"/>
          <w:color w:val="222222"/>
          <w:sz w:val="21"/>
        </w:rPr>
        <w:t>B) She can remember all her customers' names.</w:t>
      </w:r>
    </w:p>
    <w:p>
      <w:pPr>
        <w:spacing w:before="20" w:after="20"/>
        <w:ind w:left="567"/>
      </w:pPr>
      <w:r>
        <w:rPr>
          <w:rFonts w:ascii="Niramit" w:hAnsi="Niramit"/>
          <w:b w:val="0"/>
          <w:i w:val="0"/>
          <w:color w:val="222222"/>
          <w:sz w:val="21"/>
        </w:rPr>
        <w:t>C) She can run very fast.</w:t>
      </w:r>
    </w:p>
    <w:p>
      <w:pPr>
        <w:spacing w:before="20" w:after="20"/>
        <w:ind w:left="567"/>
      </w:pPr>
      <w:r>
        <w:rPr>
          <w:rFonts w:ascii="Niramit" w:hAnsi="Niramit"/>
          <w:b w:val="0"/>
          <w:i w:val="0"/>
          <w:color w:val="222222"/>
          <w:sz w:val="21"/>
        </w:rPr>
        <w:t>D) She can knit sweaters.</w:t>
      </w:r>
    </w:p>
    <w:p/>
    <w:p>
      <w:pPr>
        <w:spacing w:before="120"/>
      </w:pPr>
      <w:r>
        <w:rPr>
          <w:rFonts w:ascii="Niramit" w:hAnsi="Niramit"/>
          <w:b/>
          <w:i w:val="0"/>
          <w:color w:val="222222"/>
          <w:sz w:val="22"/>
        </w:rPr>
        <w:t>4. How many languages can Hasan speak?</w:t>
      </w:r>
    </w:p>
    <w:p>
      <w:pPr>
        <w:spacing w:before="20" w:after="20"/>
        <w:ind w:left="567"/>
      </w:pPr>
      <w:r>
        <w:rPr>
          <w:rFonts w:ascii="Niramit" w:hAnsi="Niramit"/>
          <w:b w:val="0"/>
          <w:i w:val="0"/>
          <w:color w:val="222222"/>
          <w:sz w:val="21"/>
        </w:rPr>
        <w:t>A) One</w:t>
      </w:r>
    </w:p>
    <w:p>
      <w:pPr>
        <w:spacing w:before="20" w:after="20"/>
        <w:ind w:left="567"/>
      </w:pPr>
      <w:r>
        <w:rPr>
          <w:rFonts w:ascii="Niramit" w:hAnsi="Niramit"/>
          <w:b w:val="0"/>
          <w:i w:val="0"/>
          <w:color w:val="222222"/>
          <w:sz w:val="21"/>
        </w:rPr>
        <w:t>B) Two</w:t>
      </w:r>
    </w:p>
    <w:p>
      <w:pPr>
        <w:spacing w:before="20" w:after="20"/>
        <w:ind w:left="567"/>
      </w:pPr>
      <w:r>
        <w:rPr>
          <w:rFonts w:ascii="Niramit" w:hAnsi="Niramit"/>
          <w:b w:val="0"/>
          <w:i w:val="0"/>
          <w:color w:val="222222"/>
          <w:sz w:val="21"/>
        </w:rPr>
        <w:t>C) Three</w:t>
      </w:r>
    </w:p>
    <w:p>
      <w:pPr>
        <w:spacing w:before="20" w:after="20"/>
        <w:ind w:left="567"/>
      </w:pPr>
      <w:r>
        <w:rPr>
          <w:rFonts w:ascii="Niramit" w:hAnsi="Niramit"/>
          <w:b w:val="0"/>
          <w:i w:val="0"/>
          <w:color w:val="222222"/>
          <w:sz w:val="21"/>
        </w:rPr>
        <w:t>D) Four</w:t>
      </w:r>
    </w:p>
    <w:p/>
    <w:p>
      <w:pPr>
        <w:spacing w:before="120"/>
      </w:pPr>
      <w:r>
        <w:rPr>
          <w:rFonts w:ascii="Niramit" w:hAnsi="Niramit"/>
          <w:b/>
          <w:i w:val="0"/>
          <w:color w:val="222222"/>
          <w:sz w:val="22"/>
        </w:rPr>
        <w:t>5. Who is the youngest person in the text?</w:t>
      </w:r>
    </w:p>
    <w:p>
      <w:pPr>
        <w:spacing w:before="20" w:after="20"/>
        <w:ind w:left="567"/>
      </w:pPr>
      <w:r>
        <w:rPr>
          <w:rFonts w:ascii="Niramit" w:hAnsi="Niramit"/>
          <w:b w:val="0"/>
          <w:i w:val="0"/>
          <w:color w:val="222222"/>
          <w:sz w:val="21"/>
        </w:rPr>
        <w:t>A) Mrs. Ayşe</w:t>
      </w:r>
    </w:p>
    <w:p>
      <w:pPr>
        <w:spacing w:before="20" w:after="20"/>
        <w:ind w:left="567"/>
      </w:pPr>
      <w:r>
        <w:rPr>
          <w:rFonts w:ascii="Niramit" w:hAnsi="Niramit"/>
          <w:b w:val="0"/>
          <w:i w:val="0"/>
          <w:color w:val="222222"/>
          <w:sz w:val="21"/>
        </w:rPr>
        <w:t>B) Mr. Ali</w:t>
      </w:r>
    </w:p>
    <w:p>
      <w:pPr>
        <w:spacing w:before="20" w:after="20"/>
        <w:ind w:left="567"/>
      </w:pPr>
      <w:r>
        <w:rPr>
          <w:rFonts w:ascii="Niramit" w:hAnsi="Niramit"/>
          <w:b w:val="0"/>
          <w:i w:val="0"/>
          <w:color w:val="222222"/>
          <w:sz w:val="21"/>
        </w:rPr>
        <w:t>C) Mrs. Fatma</w:t>
      </w:r>
    </w:p>
    <w:p>
      <w:pPr>
        <w:spacing w:before="20" w:after="20"/>
        <w:ind w:left="567"/>
      </w:pPr>
      <w:r>
        <w:rPr>
          <w:rFonts w:ascii="Niramit" w:hAnsi="Niramit"/>
          <w:b w:val="0"/>
          <w:i w:val="0"/>
          <w:color w:val="222222"/>
          <w:sz w:val="21"/>
        </w:rPr>
        <w:t>D) Hasan</w:t>
      </w:r>
    </w:p>
    <w:p/>
    <w:p>
      <w:pPr>
        <w:spacing w:before="120"/>
      </w:pPr>
      <w:r>
        <w:rPr>
          <w:rFonts w:ascii="Niramit" w:hAnsi="Niramit"/>
          <w:b/>
          <w:i w:val="0"/>
          <w:color w:val="222222"/>
          <w:sz w:val="22"/>
        </w:rPr>
        <w:t>6. What is the main idea of this text?</w:t>
      </w:r>
    </w:p>
    <w:p>
      <w:pPr>
        <w:spacing w:before="20" w:after="20"/>
        <w:ind w:left="567"/>
      </w:pPr>
      <w:r>
        <w:rPr>
          <w:rFonts w:ascii="Niramit" w:hAnsi="Niramit"/>
          <w:b w:val="0"/>
          <w:i w:val="0"/>
          <w:color w:val="222222"/>
          <w:sz w:val="21"/>
        </w:rPr>
        <w:t>A) Different jobs are dangerous.</w:t>
      </w:r>
    </w:p>
    <w:p>
      <w:pPr>
        <w:spacing w:before="20" w:after="20"/>
        <w:ind w:left="567"/>
      </w:pPr>
      <w:r>
        <w:rPr>
          <w:rFonts w:ascii="Niramit" w:hAnsi="Niramit"/>
          <w:b w:val="0"/>
          <w:i w:val="0"/>
          <w:color w:val="222222"/>
          <w:sz w:val="21"/>
        </w:rPr>
        <w:t>B) Old people can't do many things.</w:t>
      </w:r>
    </w:p>
    <w:p>
      <w:pPr>
        <w:spacing w:before="20" w:after="20"/>
        <w:ind w:left="567"/>
      </w:pPr>
      <w:r>
        <w:rPr>
          <w:rFonts w:ascii="Niramit" w:hAnsi="Niramit"/>
          <w:b w:val="0"/>
          <w:i w:val="0"/>
          <w:color w:val="222222"/>
          <w:sz w:val="21"/>
        </w:rPr>
        <w:t>C) The neighbourhood has got interesting people with different jobs and abilities.</w:t>
      </w:r>
    </w:p>
    <w:p>
      <w:pPr>
        <w:spacing w:before="20" w:after="20"/>
        <w:ind w:left="567"/>
      </w:pPr>
      <w:r>
        <w:rPr>
          <w:rFonts w:ascii="Niramit" w:hAnsi="Niramit"/>
          <w:b w:val="0"/>
          <w:i w:val="0"/>
          <w:color w:val="222222"/>
          <w:sz w:val="21"/>
        </w:rPr>
        <w:t>D) Firefighters are the most important people.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