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pPr>
      <w:r>
        <w:rPr>
          <w:rFonts w:ascii="Niramit" w:hAnsi="Niramit"/>
          <w:b/>
          <w:i w:val="0"/>
          <w:color w:val="1A559E"/>
          <w:sz w:val="26"/>
        </w:rPr>
        <w:t>OKUMA 2 — ORTA</w:t>
      </w:r>
    </w:p>
    <w:p>
      <w:pPr>
        <w:jc w:val="center"/>
      </w:pPr>
      <w:r>
        <w:rPr>
          <w:rFonts w:ascii="Niramit" w:hAnsi="Niramit"/>
          <w:b w:val="0"/>
          <w:i w:val="0"/>
          <w:color w:val="666666"/>
          <w:sz w:val="20"/>
        </w:rPr>
        <w:t>Aşağıdaki metni okuyunuz. Soruları metne göre cevaplayınız.</w:t>
      </w:r>
    </w:p>
    <w:p>
      <w:r>
        <w:rPr>
          <w:rFonts w:ascii="Niramit" w:hAnsi="Niramit"/>
          <w:b/>
          <w:i/>
          <w:color w:val="222222"/>
          <w:sz w:val="22"/>
        </w:rPr>
        <w:t>The Yılmaz Family</w:t>
      </w:r>
    </w:p>
    <w:tbl>
      <w:tblPr>
        <w:tblW w:type="auto" w:w="0"/>
        <w:tblLook w:firstColumn="1" w:firstRow="1" w:lastColumn="0" w:lastRow="0" w:noHBand="0" w:noVBand="1" w:val="04A0"/>
      </w:tblPr>
      <w:tblGrid>
        <w:gridCol w:w="9406"/>
      </w:tblGrid>
      <w:tr>
        <w:tc>
          <w:tcPr>
            <w:tcW w:type="dxa" w:w="9406"/>
            <w:shd w:val="clear" w:color="auto" w:fill="F5F8FC"/>
          </w:tcPr>
          <w:p>
            <w:r>
              <w:rPr>
                <w:rFonts w:ascii="Niramit" w:hAnsi="Niramit"/>
                <w:i/>
                <w:sz w:val="22"/>
              </w:rPr>
              <w:t>The Yılmaz family lives in Kyrenia. Mr. Yılmaz is 45 years old. He is tall and strong. He has got dark hair and a moustache. He is a police officer. He is very brave and honest. He can drive a car and a motorcycle. He can also run very fast. Mrs. Yılmaz is 42 years old. She is slim and beautiful. She has got long, straight, brown hair. She is a nurse at a big hospital. She is very patient and helpful. She can speak English very well. They have got two children: Ali and Ayşe. Ali is 14 years old. He is a student. He wants to be an engineer. He is clever and hardworking. He can solve difficult maths problems. He can't sing but he can play football well. Ayşe is 10 years old. She has got curly, blonde hair and blue eyes. She is very funny and talkative. She can dance beautifully. She has got a pet cat. Its name is Pamuk. Pamuk is white and very cute.</w:t>
            </w:r>
          </w:p>
        </w:tc>
      </w:tr>
    </w:tbl>
    <w:p/>
    <w:p/>
    <w:p>
      <w:pPr>
        <w:spacing w:before="120"/>
      </w:pPr>
      <w:r>
        <w:rPr>
          <w:rFonts w:ascii="Niramit" w:hAnsi="Niramit"/>
          <w:b/>
          <w:i w:val="0"/>
          <w:color w:val="222222"/>
          <w:sz w:val="22"/>
        </w:rPr>
        <w:t>1. What is Mr. Yılmaz's job?</w:t>
      </w:r>
    </w:p>
    <w:p>
      <w:pPr>
        <w:spacing w:before="20" w:after="20"/>
        <w:ind w:left="567"/>
      </w:pPr>
      <w:r>
        <w:rPr>
          <w:rFonts w:ascii="Niramit" w:hAnsi="Niramit"/>
          <w:b w:val="0"/>
          <w:i w:val="0"/>
          <w:color w:val="222222"/>
          <w:sz w:val="21"/>
        </w:rPr>
        <w:t>A) Doctor</w:t>
      </w:r>
    </w:p>
    <w:p>
      <w:pPr>
        <w:spacing w:before="20" w:after="20"/>
        <w:ind w:left="567"/>
      </w:pPr>
      <w:r>
        <w:rPr>
          <w:rFonts w:ascii="Niramit" w:hAnsi="Niramit"/>
          <w:b w:val="0"/>
          <w:i w:val="0"/>
          <w:color w:val="222222"/>
          <w:sz w:val="21"/>
        </w:rPr>
        <w:t>B) Police officer</w:t>
      </w:r>
    </w:p>
    <w:p>
      <w:pPr>
        <w:spacing w:before="20" w:after="20"/>
        <w:ind w:left="567"/>
      </w:pPr>
      <w:r>
        <w:rPr>
          <w:rFonts w:ascii="Niramit" w:hAnsi="Niramit"/>
          <w:b w:val="0"/>
          <w:i w:val="0"/>
          <w:color w:val="222222"/>
          <w:sz w:val="21"/>
        </w:rPr>
        <w:t>C) Teacher</w:t>
      </w:r>
    </w:p>
    <w:p>
      <w:pPr>
        <w:spacing w:before="20" w:after="20"/>
        <w:ind w:left="567"/>
      </w:pPr>
      <w:r>
        <w:rPr>
          <w:rFonts w:ascii="Niramit" w:hAnsi="Niramit"/>
          <w:b w:val="0"/>
          <w:i w:val="0"/>
          <w:color w:val="222222"/>
          <w:sz w:val="21"/>
        </w:rPr>
        <w:t>D) Engineer</w:t>
      </w:r>
    </w:p>
    <w:p/>
    <w:p>
      <w:pPr>
        <w:spacing w:before="120"/>
      </w:pPr>
      <w:r>
        <w:rPr>
          <w:rFonts w:ascii="Niramit" w:hAnsi="Niramit"/>
          <w:b/>
          <w:i w:val="0"/>
          <w:color w:val="222222"/>
          <w:sz w:val="22"/>
        </w:rPr>
        <w:t>2. What can Mr. Yılmaz do?</w:t>
      </w:r>
    </w:p>
    <w:p>
      <w:pPr>
        <w:spacing w:before="20" w:after="20"/>
        <w:ind w:left="567"/>
      </w:pPr>
      <w:r>
        <w:rPr>
          <w:rFonts w:ascii="Niramit" w:hAnsi="Niramit"/>
          <w:b w:val="0"/>
          <w:i w:val="0"/>
          <w:color w:val="222222"/>
          <w:sz w:val="21"/>
        </w:rPr>
        <w:t>A) He can sing.</w:t>
      </w:r>
    </w:p>
    <w:p>
      <w:pPr>
        <w:spacing w:before="20" w:after="20"/>
        <w:ind w:left="567"/>
      </w:pPr>
      <w:r>
        <w:rPr>
          <w:rFonts w:ascii="Niramit" w:hAnsi="Niramit"/>
          <w:b w:val="0"/>
          <w:i w:val="0"/>
          <w:color w:val="222222"/>
          <w:sz w:val="21"/>
        </w:rPr>
        <w:t>B) He can solve maths problems.</w:t>
      </w:r>
    </w:p>
    <w:p>
      <w:pPr>
        <w:spacing w:before="20" w:after="20"/>
        <w:ind w:left="567"/>
      </w:pPr>
      <w:r>
        <w:rPr>
          <w:rFonts w:ascii="Niramit" w:hAnsi="Niramit"/>
          <w:b w:val="0"/>
          <w:i w:val="0"/>
          <w:color w:val="222222"/>
          <w:sz w:val="21"/>
        </w:rPr>
        <w:t>C) He can drive a car and a motorcycle.</w:t>
      </w:r>
    </w:p>
    <w:p>
      <w:pPr>
        <w:spacing w:before="20" w:after="20"/>
        <w:ind w:left="567"/>
      </w:pPr>
      <w:r>
        <w:rPr>
          <w:rFonts w:ascii="Niramit" w:hAnsi="Niramit"/>
          <w:b w:val="0"/>
          <w:i w:val="0"/>
          <w:color w:val="222222"/>
          <w:sz w:val="21"/>
        </w:rPr>
        <w:t>D) He can cook.</w:t>
      </w:r>
    </w:p>
    <w:p/>
    <w:p>
      <w:pPr>
        <w:spacing w:before="120"/>
      </w:pPr>
      <w:r>
        <w:rPr>
          <w:rFonts w:ascii="Niramit" w:hAnsi="Niramit"/>
          <w:b/>
          <w:i w:val="0"/>
          <w:color w:val="222222"/>
          <w:sz w:val="22"/>
        </w:rPr>
        <w:t>3. What is Mrs. Yılmaz like?</w:t>
      </w:r>
    </w:p>
    <w:p>
      <w:pPr>
        <w:spacing w:before="20" w:after="20"/>
        <w:ind w:left="567"/>
      </w:pPr>
      <w:r>
        <w:rPr>
          <w:rFonts w:ascii="Niramit" w:hAnsi="Niramit"/>
          <w:b w:val="0"/>
          <w:i w:val="0"/>
          <w:color w:val="222222"/>
          <w:sz w:val="21"/>
        </w:rPr>
        <w:t>A) She is lazy and rude.</w:t>
      </w:r>
    </w:p>
    <w:p>
      <w:pPr>
        <w:spacing w:before="20" w:after="20"/>
        <w:ind w:left="567"/>
      </w:pPr>
      <w:r>
        <w:rPr>
          <w:rFonts w:ascii="Niramit" w:hAnsi="Niramit"/>
          <w:b w:val="0"/>
          <w:i w:val="0"/>
          <w:color w:val="222222"/>
          <w:sz w:val="21"/>
        </w:rPr>
        <w:t>B) She is shy and quiet.</w:t>
      </w:r>
    </w:p>
    <w:p>
      <w:pPr>
        <w:spacing w:before="20" w:after="20"/>
        <w:ind w:left="567"/>
      </w:pPr>
      <w:r>
        <w:rPr>
          <w:rFonts w:ascii="Niramit" w:hAnsi="Niramit"/>
          <w:b w:val="0"/>
          <w:i w:val="0"/>
          <w:color w:val="222222"/>
          <w:sz w:val="21"/>
        </w:rPr>
        <w:t>C) She is patient and helpful.</w:t>
      </w:r>
    </w:p>
    <w:p>
      <w:pPr>
        <w:spacing w:before="20" w:after="20"/>
        <w:ind w:left="567"/>
      </w:pPr>
      <w:r>
        <w:rPr>
          <w:rFonts w:ascii="Niramit" w:hAnsi="Niramit"/>
          <w:b w:val="0"/>
          <w:i w:val="0"/>
          <w:color w:val="222222"/>
          <w:sz w:val="21"/>
        </w:rPr>
        <w:t>D) She is brave and strong.</w:t>
      </w:r>
    </w:p>
    <w:p/>
    <w:p>
      <w:pPr>
        <w:spacing w:before="120"/>
      </w:pPr>
      <w:r>
        <w:rPr>
          <w:rFonts w:ascii="Niramit" w:hAnsi="Niramit"/>
          <w:b/>
          <w:i w:val="0"/>
          <w:color w:val="222222"/>
          <w:sz w:val="22"/>
        </w:rPr>
        <w:t>4. What does Ali want to be?</w:t>
      </w:r>
    </w:p>
    <w:p>
      <w:pPr>
        <w:spacing w:before="20" w:after="20"/>
        <w:ind w:left="567"/>
      </w:pPr>
      <w:r>
        <w:rPr>
          <w:rFonts w:ascii="Niramit" w:hAnsi="Niramit"/>
          <w:b w:val="0"/>
          <w:i w:val="0"/>
          <w:color w:val="222222"/>
          <w:sz w:val="21"/>
        </w:rPr>
        <w:t>A) A doctor</w:t>
      </w:r>
    </w:p>
    <w:p>
      <w:pPr>
        <w:spacing w:before="20" w:after="20"/>
        <w:ind w:left="567"/>
      </w:pPr>
      <w:r>
        <w:rPr>
          <w:rFonts w:ascii="Niramit" w:hAnsi="Niramit"/>
          <w:b w:val="0"/>
          <w:i w:val="0"/>
          <w:color w:val="222222"/>
          <w:sz w:val="21"/>
        </w:rPr>
        <w:t>B) A police officer</w:t>
      </w:r>
    </w:p>
    <w:p>
      <w:pPr>
        <w:spacing w:before="20" w:after="20"/>
        <w:ind w:left="567"/>
      </w:pPr>
      <w:r>
        <w:rPr>
          <w:rFonts w:ascii="Niramit" w:hAnsi="Niramit"/>
          <w:b w:val="0"/>
          <w:i w:val="0"/>
          <w:color w:val="222222"/>
          <w:sz w:val="21"/>
        </w:rPr>
        <w:t>C) An engineer</w:t>
      </w:r>
    </w:p>
    <w:p>
      <w:pPr>
        <w:spacing w:before="20" w:after="20"/>
        <w:ind w:left="567"/>
      </w:pPr>
      <w:r>
        <w:rPr>
          <w:rFonts w:ascii="Niramit" w:hAnsi="Niramit"/>
          <w:b w:val="0"/>
          <w:i w:val="0"/>
          <w:color w:val="222222"/>
          <w:sz w:val="21"/>
        </w:rPr>
        <w:t>D) A teacher</w:t>
      </w:r>
    </w:p>
    <w:p/>
    <w:p>
      <w:pPr>
        <w:spacing w:before="120"/>
      </w:pPr>
      <w:r>
        <w:rPr>
          <w:rFonts w:ascii="Niramit" w:hAnsi="Niramit"/>
          <w:b/>
          <w:i w:val="0"/>
          <w:color w:val="222222"/>
          <w:sz w:val="22"/>
        </w:rPr>
        <w:t>5. Which one is TRUE about Ayşe?</w:t>
      </w:r>
    </w:p>
    <w:p>
      <w:pPr>
        <w:spacing w:before="20" w:after="20"/>
        <w:ind w:left="567"/>
      </w:pPr>
      <w:r>
        <w:rPr>
          <w:rFonts w:ascii="Niramit" w:hAnsi="Niramit"/>
          <w:b w:val="0"/>
          <w:i w:val="0"/>
          <w:color w:val="222222"/>
          <w:sz w:val="21"/>
        </w:rPr>
        <w:t>A) She has got straight hair.</w:t>
      </w:r>
    </w:p>
    <w:p>
      <w:pPr>
        <w:spacing w:before="20" w:after="20"/>
        <w:ind w:left="567"/>
      </w:pPr>
      <w:r>
        <w:rPr>
          <w:rFonts w:ascii="Niramit" w:hAnsi="Niramit"/>
          <w:b w:val="0"/>
          <w:i w:val="0"/>
          <w:color w:val="222222"/>
          <w:sz w:val="21"/>
        </w:rPr>
        <w:t>B) She can dance well.</w:t>
      </w:r>
    </w:p>
    <w:p>
      <w:pPr>
        <w:spacing w:before="20" w:after="20"/>
        <w:ind w:left="567"/>
      </w:pPr>
      <w:r>
        <w:rPr>
          <w:rFonts w:ascii="Niramit" w:hAnsi="Niramit"/>
          <w:b w:val="0"/>
          <w:i w:val="0"/>
          <w:color w:val="222222"/>
          <w:sz w:val="21"/>
        </w:rPr>
        <w:t>C) She has got a dog.</w:t>
      </w:r>
    </w:p>
    <w:p>
      <w:pPr>
        <w:spacing w:before="20" w:after="20"/>
        <w:ind w:left="567"/>
      </w:pPr>
      <w:r>
        <w:rPr>
          <w:rFonts w:ascii="Niramit" w:hAnsi="Niramit"/>
          <w:b w:val="0"/>
          <w:i w:val="0"/>
          <w:color w:val="222222"/>
          <w:sz w:val="21"/>
        </w:rPr>
        <w:t>D) She wants to be a nurse.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