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6"/>
        </w:rPr>
        <w:t>OKUMA 1 — KOLAY</w:t>
      </w:r>
    </w:p>
    <w:p>
      <w:pPr>
        <w:jc w:val="center"/>
      </w:pPr>
      <w:r>
        <w:rPr>
          <w:rFonts w:ascii="Niramit" w:hAnsi="Niramit"/>
          <w:b w:val="0"/>
          <w:i w:val="0"/>
          <w:color w:val="666666"/>
          <w:sz w:val="20"/>
        </w:rPr>
        <w:t>Aşağıdaki metni okuyunuz. Soruları metne göre cevaplayınız.</w:t>
      </w:r>
    </w:p>
    <w:p>
      <w:r>
        <w:rPr>
          <w:rFonts w:ascii="Niramit" w:hAnsi="Niramit"/>
          <w:b/>
          <w:i/>
          <w:color w:val="222222"/>
          <w:sz w:val="22"/>
        </w:rPr>
        <w:t>My Friend Tom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F5F8FC"/>
          </w:tcPr>
          <w:p>
            <w:r>
              <w:rPr>
                <w:rFonts w:ascii="Niramit" w:hAnsi="Niramit"/>
                <w:i/>
                <w:sz w:val="22"/>
              </w:rPr>
              <w:t>This is my friend, Tom. He is 11 years old. He is a student. Tom is tall and slim. He has got short, brown hair and green eyes. He has got a friendly smile. Tom is very clever and hardworking. He can speak two languages: English and Turkish. He can also play the guitar very well. He can't swim but he can run very fast. Tom's father is a doctor. His mother is a teacher. Tom has got one sister. Her name is Emily. She is 8 years old. She has got long, curly hair. She is funny and talkative. Tom and Emily have got a dog. Its name is Max. Max can jump very high!</w:t>
            </w:r>
          </w:p>
        </w:tc>
      </w:tr>
    </w:tbl>
    <w:p/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1. What colour are Tom's eyes?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Blue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Brown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Green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Black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2. What can Tom play well?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Football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The piano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The guitar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The drums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3. What is Tom's mother's job?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Doctor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Nurse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Teacher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Housewife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4. Tom's sister Emily has got _______ hair.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straight, short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long, curly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short, curly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long, straight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5. What pet have Tom and Emily got?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A cat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A bird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A fish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A dog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