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3 — ZOR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Trik Noktalar Odaklı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A: Is she a teacher?</w:t>
        <w:br/>
        <w:t xml:space="preserve"> B: No. But she _______ a degree in education.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does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A: Does he work at a restaurant?</w:t>
        <w:br/>
        <w:t xml:space="preserve"> B: No. But he _______ cook very well.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does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A: Has your uncle got a shop?</w:t>
        <w:br/>
        <w:t xml:space="preserve"> B: No. He _______ an engineer at a big company.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have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 good chef _______ got good cooking skills and _______ work very fast.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 / cans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My sister is a nurse. _______ is very hardworking. I admire _______ a lot.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 /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Her /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/ hers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/ her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My grandmother is 80 years old. She _______ run fast, but she _______ walk every morning.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can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can't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cans / can't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can't / cans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A: _______ your best friend _______ curly hair?</w:t>
        <w:br/>
        <w:t xml:space="preserve"> B: No, she has got straight hair.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Do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Have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Is /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A: _______ your parents _______ a summer house?</w:t>
        <w:br/>
        <w:t xml:space="preserve"> B: Yes, they have.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Do /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Are /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My father is a firefighter. He is very _______ and he has got a very _______ body.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lazy / weak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shy / strong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talkative / short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brave / strong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A _______ works in a newspaper. He/She _______ write interesting stories.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pilot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artist / has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journalist /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journalist / has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She is a _______ girl with _______ hair.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beautifully /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beautiful /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beautiful / curl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beauty / curly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My brother _______ cook at all. He burns everything!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can't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isn't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A: What is your aunt like?</w:t>
        <w:br/>
        <w:t xml:space="preserve"> B: She is very _______ . She always buys presents for everyone.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hardworking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talkative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brave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kind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A: Is your classmate lazy?</w:t>
        <w:br/>
        <w:t xml:space="preserve"> B: No, quite the opposite. He is very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lazy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hardworking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plump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My mother has got long _______ hair and _______ eyes.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blonde / blue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blonde / blues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blond / blue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blond / blues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