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40"/>
      </w:pPr>
      <w:r>
        <w:rPr>
          <w:rFonts w:ascii="Niramit" w:hAnsi="Niramit"/>
          <w:b/>
          <w:i w:val="0"/>
          <w:color w:val="1A559E"/>
          <w:sz w:val="26"/>
        </w:rPr>
        <w:t>DENEME 2 — ORTA</w:t>
      </w:r>
    </w:p>
    <w:p>
      <w:pPr>
        <w:jc w:val="center"/>
      </w:pPr>
      <w:r>
        <w:rPr>
          <w:rFonts w:ascii="Niramit" w:hAnsi="Niramit"/>
          <w:b w:val="0"/>
          <w:i w:val="0"/>
          <w:color w:val="666666"/>
          <w:sz w:val="20"/>
        </w:rPr>
        <w:t>15 Soru  |  Süre: 20 Dakika  |  Kapsam: Unit 2 Orta Düzey</w:t>
      </w:r>
    </w:p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1. A: Has your father got a moustache?</w:t>
        <w:br/>
        <w:t xml:space="preserve"> B: Yes, he _______ .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have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has got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hasn't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has</w:t>
      </w:r>
    </w:p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2. My parents _______ a shop in Nicosia.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has got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have got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hasn't got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haven't got</w:t>
      </w:r>
    </w:p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3. A: Can your little brother ride a bike?</w:t>
        <w:br/>
        <w:t xml:space="preserve"> B: No, he _______ . He is only 3 years old.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can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hasn't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can't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don't</w:t>
      </w:r>
    </w:p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4. A _______ treats animals when they are sick.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vet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dentist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doctor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nurse</w:t>
      </w:r>
    </w:p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5. My uncle is a very _______ man. He runs 10 km every morning.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lazy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shy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weak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strong</w:t>
      </w:r>
    </w:p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6. A: Have they got a new teacher?</w:t>
        <w:br/>
        <w:t xml:space="preserve"> B: No, _______ .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they have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they haven't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they hasn't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they has</w:t>
      </w:r>
    </w:p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7. She can _______ delicious cakes. She wants to be a chef.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cooks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cooking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cook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cooked</w:t>
      </w:r>
    </w:p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8. My sister is very _______ . She never talks to new people.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shy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talkative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friendly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brave</w:t>
      </w:r>
    </w:p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9. A: What does Mr. Brown look like?</w:t>
        <w:br/>
        <w:t xml:space="preserve"> B: He is tall and _______ got dark hair.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have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is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has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can</w:t>
      </w:r>
    </w:p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10. A _______ works in a restaurant and brings food to the tables.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cook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waiter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pilot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journalist</w:t>
      </w:r>
    </w:p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11. My grandfather hasn't got much hair. He is _______ .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handsome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young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curly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bald</w:t>
      </w:r>
    </w:p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12. A: Can your sister speak English?</w:t>
        <w:br/>
        <w:t xml:space="preserve"> B: Yes, she _______ . She is very good at it.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has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speaks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can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does</w:t>
      </w:r>
    </w:p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13. Police officers are _______ because they catch criminals.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lazy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brave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shy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funny</w:t>
      </w:r>
    </w:p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14. A: Have you got a sister?</w:t>
        <w:br/>
        <w:t xml:space="preserve"> B: Yes, I _______ . Her name is Zeynep.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has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hasn't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haven't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have</w:t>
      </w:r>
    </w:p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15. A: What is his job?</w:t>
        <w:br/>
        <w:t xml:space="preserve"> B: He is a _______. He flies aeroplanes.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pilot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driver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doctor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engineer</w:t>
      </w:r>
    </w:p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