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8"/>
        </w:rPr>
        <w:t>BÖLÜM 2: VOCABULARY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2.1  Jobs / Occupations (Meslekler)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teacher                →  öğretmen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doctor                 →  doktor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nurse                  →  hemşire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firefighter            →  itfaiyeci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police officer         →  polis memuru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farmer                 →  çiftçi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driver                 →  sürücü/şoför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pilot                  →  pilot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chef / cook            →  aşçı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waiter / waitress      →  garson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engineer               →  mühendis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lawyer                 →  avukat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dentist                →  diş doktoru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vet (veterinarian)     →  veteriner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singer                 →  şarkıcı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actor / actress        →  oyuncu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artist                 →  sanatçı / ressam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scientist              →  bilim insanı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businessman/woman      →  iş insanı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shop assistant         →  tezgahtar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hairdresser            →  kuaför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journalist             →  gazeteci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footballer             →  futbolcu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student                →  öğrenci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housewife              →  ev hanımı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2.2  Physical Appearance (Dış Görünüş)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tall                   →  uzun boylu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short                  →  kısa boylu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slim                   →  zayıf/ince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plump                  →  tombul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strong                 →  güçlü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weak                   →  zayıf/güçsüz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beautiful              →  güzel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handsome               →  yakışıklı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cute                   →  sevimli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young                  →  genç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old                    →  yaşlı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middle-aged            →  orta yaşlı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curly hair             →  kıvırcık saç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straight hair          →  düz saç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blonde hair            →  sarı saç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dark hair              →  koyu saç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brown eyes             →  kahverengi gözler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blue eyes              →  mavi gözler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moustache              →  bıyık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beard                  →  sakal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2.3  Character / Personality (Karakter)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kind                   →  nazik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friendly               →  arkadaş canlısı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hardworking            →  çalışkan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lazy                   →  tembel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clever                 →  zeki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brave                  →  cesur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helpful                →  yardımsever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honest                 →  dürüst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patient                →  sabırlı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funny                  →  komik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shy                    →  utangaç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talkative              →  konuşkan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polite                 →  kibar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rude                   →  kaba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2.4  Action Verbs (Eylem Fiilleri) — Can ile kullanım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swim                   →  yüzmek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run                    →  koşmak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jump                   →  zıplamak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climb                  →  tırmanmak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fly                    →  uçmak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sing                   →  şarkı söylemek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dance                  →  dans etmek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cook                   →  yemek pişirmek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speak                  →  konuşmak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ride a bike            →  bisiklet sürmek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play football          →  futbol oynamak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play the guitar        →  gitar çalmak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Toplam: 25 meslek + 20 dış görünüş + 14 karakter + 12 eylem = 71 kelime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