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</w:pPr>
      <w:r>
        <w:rPr>
          <w:rFonts w:ascii="Niramit" w:hAnsi="Niramit"/>
          <w:b/>
          <w:i w:val="0"/>
          <w:color w:val="1A559E"/>
          <w:sz w:val="28"/>
        </w:rPr>
        <w:t>DİL BİLGİSİ KAVRAMLARI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Bu bölüm, İngilizce öğrenirken ihtiyaç duyacağın temel dil bilgisi terimlerini açıklar.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Türkçe dersinde bu kavramlar artık öğretilmediği için burada kısaca tanıtıyoruz.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İsim (Noun)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Varlıkları, kavramları, yerleri, kişileri adlandıran kelimelerdir.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kitap, okul, masa, Ali, Lefkoşa, kedi, su, sevgi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"book", "school", "table", "Ali", "Nicosia" → hepsi birer isimdir.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İsimler cümlede özne, nesne veya dolaylı tümleç olabilir.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Fiil (Verb)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Bir eylemi, oluşu veya durumu bildiren kelimelerdir. Cümlenin yüklemidir.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koşmak, yemek, uyumak, olmak, sevmek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"run", "eat", "sleep", "be (olmak)", "love" → hepsi birer fiildir.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a student." → "am" fiildir, "olmak" anlamındadır.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reads a book." → "reads" fiildir, "okumak" eylemidir.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Sıfat (Adjective)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İsimlerin özelliklerini, niteliklerini belirten kelimelerdir. "Nasıl?" sorusuna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Örnek: güzel, büyük, yorgun, mutlu, sarı, soğuk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"beautiful", "big", "tired", "happy", "yellow", "cold" → birer sıfattır.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is tired." → "tired" sıfattır, öznenin durumunu anlatır.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"It is a big house." → "big" sıfattır, "house" ismini niteler.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Zamir (Pronoun)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İsimlerin yerine kullanılan kelimelerdir. İsmi tekrar etmemek için kullanılır.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"Ayşe is happy. Ayşe is 10 years old." → tekrar var!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"Ayşe is happy. She is 10 years old." → "She" zamirdir, Ayşe'nin yerine kullanılır.</w:t>
      </w:r>
    </w:p>
    <w:p/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İki tür zamir vardır: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Özne zamiri (Subject Pronoun): I, you, he, she, it, we, they → cümlede ÖZNE olur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Nesne zamiri (Object Pronoun): me, you, him, her, it, us, them → cümlede NESNE olur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Özne (Subject)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eylemi yapan veya durumda olan kişi ya da varlıktır. "Kim?" sorusuna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happy." → Özne: I (ben) — mutlu olan kişi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"She reads a book." → Özne: She (o) — okuma eylemini yapan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"The cat is sleeping." → Özne: The cat (kedi) — uyuyan varlık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Nesne (Object)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Cümlede eylemden etkilenen kişi ya da varlıktır. "Kimi? Neyi?" sorularına cevap verir.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love her." → Nesne: her (onu) — sevilen kişi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"He reads a book." → Nesne: a book (kitap) — okunan şey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"Look at him." → Nesne: him (ona) — bakılan kişi (edattan sonra)</w:t>
      </w:r>
    </w:p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Edat (Preposition)</w:t>
      </w:r>
    </w:p>
    <w:p>
      <w:pPr>
        <w:spacing w:after="80"/>
      </w:pPr>
      <w:r>
        <w:rPr>
          <w:rFonts w:ascii="Niramit" w:hAnsi="Niramit"/>
          <w:b w:val="0"/>
          <w:i w:val="0"/>
          <w:color w:val="222222"/>
          <w:sz w:val="21"/>
        </w:rPr>
        <w:t>Kelimeler arasında yer, zaman, yön gibi ilişkiler kuran kelimelerdir.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Yer edatları: in, on, at, under, behind, near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Zaman edatları: at, in, on, before, after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am at school." → "at" edattır, konum belirtir.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"I wake up at 7 o'clock." → "at" edattır, zaman belirtir.</w:t>
      </w:r>
    </w:p>
    <w:p>
      <w:pPr>
        <w:spacing w:after="20" w:before="0"/>
        <w:ind w:left="283"/>
      </w:pPr>
      <w:r>
        <w:rPr>
          <w:rFonts w:ascii="Niramit" w:hAnsi="Niramit"/>
          <w:b w:val="0"/>
          <w:i w:val="0"/>
          <w:color w:val="666666"/>
          <w:sz w:val="20"/>
        </w:rPr>
        <w:t xml:space="preserve">  Edattan sonra gelen isim/zamir her zaman nesne durumundadır: "Look at him" (he ❌)</w:t>
      </w:r>
    </w:p>
    <w:p/>
    <w:p>
      <w:pPr>
        <w:spacing w:before="200"/>
      </w:pPr>
      <w:r>
        <w:rPr>
          <w:rFonts w:ascii="Niramit" w:hAnsi="Niramit"/>
          <w:b/>
          <w:i w:val="0"/>
          <w:color w:val="336D5C"/>
          <w:sz w:val="22"/>
        </w:rPr>
        <w:t>Hızlı Özet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Terim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İngilizcesi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Görevi</w:t>
            </w:r>
          </w:p>
        </w:tc>
        <w:tc>
          <w:tcPr>
            <w:tcW w:type="dxa" w:w="2351"/>
            <w:shd w:val="clear" w:color="auto" w:fill="1a559e"/>
          </w:tcPr>
          <w:p>
            <w:pPr>
              <w:spacing w:before="40" w:after="40"/>
              <w:jc w:val="center"/>
            </w:pPr>
            <w:r/>
            <w:r>
              <w:rPr>
                <w:rFonts w:ascii="Niramit" w:hAnsi="Niramit"/>
                <w:b/>
                <w:color w:val="FFFFFF"/>
                <w:sz w:val="20"/>
              </w:rPr>
              <w:t>Örnek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İsim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Noun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Varlıkları adlandırır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book, school, cat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Fiil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Verb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Eylem/durum bildirir (yüklem)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am, is, are, read, go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Sıfat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Adjective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İsmin özelliğini belirtir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happy, big, tired, cold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Zamir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Pronoun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İsmin yerine geçer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I, you, he, she, him, her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Özne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Subject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Eylemi yapan / durumda olan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I (I am happy)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Nesne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Object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Eylemden etkilenen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her (I love her)</w:t>
            </w:r>
          </w:p>
        </w:tc>
      </w:tr>
      <w:tr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Edat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Preposition</w:t>
            </w:r>
          </w:p>
        </w:tc>
        <w:tc>
          <w:tcPr>
            <w:tcW w:type="dxa" w:w="2351"/>
          </w:tcPr>
          <w:p>
            <w:pPr>
              <w:spacing w:before="20" w:after="20"/>
              <w:jc w:val="center"/>
            </w:pPr>
            <w:r/>
            <w:r>
              <w:rPr>
                <w:rFonts w:ascii="Niramit" w:hAnsi="Niramit"/>
                <w:sz w:val="19"/>
              </w:rPr>
              <w:t>Yer/zaman ilişkisi kurar</w:t>
            </w:r>
          </w:p>
        </w:tc>
        <w:tc>
          <w:tcPr>
            <w:tcW w:type="dxa" w:w="2351"/>
          </w:tcPr>
          <w:p>
            <w:pPr>
              <w:spacing w:before="20" w:after="20"/>
              <w:jc w:val="left"/>
            </w:pPr>
            <w:r/>
            <w:r>
              <w:rPr>
                <w:rFonts w:ascii="Niramit" w:hAnsi="Niramit"/>
                <w:sz w:val="19"/>
              </w:rPr>
              <w:t>at, in, on, before, after</w:t>
            </w:r>
          </w:p>
        </w:tc>
      </w:tr>
    </w:tbl>
    <w:p/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