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8"/>
        </w:rPr>
        <w:t>BÖLÜM 1: GRAMMAR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Bu bölümde Ünite 2'nin üç temel grammar konusunu öğreneceksiniz.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2.1  Have got / Has got (Sahiplik — "sahip olmak")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Türkçede "benim ... var" / "onun ... var" demek için kullanılır.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Fiziksel özellikleri, sahip olunan şeyleri ve aile üyelerini anlatırken kullanırız.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Özne</w:t>
            </w:r>
          </w:p>
        </w:tc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have got / has got</w:t>
            </w:r>
          </w:p>
        </w:tc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Kısaltma</w:t>
            </w:r>
          </w:p>
        </w:tc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Örnek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have got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I've got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I've got a dog.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have got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You've got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You've got blue eyes.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He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has got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He's got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He's got a car.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has got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She's got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She's got long hair.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has got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It's got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It's got a long tail.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We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have got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We've got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We've got a big family.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They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have got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They've got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They've got a new teacher.</w:t>
            </w:r>
          </w:p>
        </w:tc>
      </w:tr>
    </w:tbl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Olumsuz Cümle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Olumsuz yapmak için "not" eklenir: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Olumlu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Olumsuz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Kısaltma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 have got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 have not got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 haven't got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 have got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 have not got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You haven't got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He has got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He has not got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 hasn't got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 has got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She has not got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hasn't got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It has got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It has not got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It hasn't got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We have got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We have not got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We haven't got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They have got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They have not got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They haven't got</w:t>
            </w:r>
          </w:p>
        </w:tc>
      </w:tr>
    </w:tbl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Soru Cümlesi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Soru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Kısa Cevap (+)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Kısa Cevap (−)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Have I got...?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I have.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I haven't.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Have you got...?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you have.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you haven't.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Has he got...?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he has.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he hasn't.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Has she got...?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she has.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she hasn't.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Have we got...?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we have.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we haven't.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Have they got...?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they have.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they haven't.</w:t>
            </w:r>
          </w:p>
        </w:tc>
      </w:tr>
    </w:tbl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⚠️ Önemli Ayrım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He/She/It → has got | I/You/We/They → have got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She has got a car. ✅ / She have got a car. ❌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Has she got a car? ✅ / Have she got a car? ❌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He hasn't got a bike. ✅ / He haven't got a bike. ❌</w:t>
      </w:r>
    </w:p>
    <w:p>
      <w:r>
        <w:br w:type="page"/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2.2  Can / Can't (Yetenek — "yapabilmek")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Bir işi yapabilme yeteneğini veya iznini anlatır.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Can bütün özneler için aynıdır — değişmez!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Cümle Tipi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Yapı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Örnek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Olumlu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Özne + can + fiil (V1)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 can swim. / She can cook.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Olumsuz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Özne + cannot / can't + fiil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 can't fly. / He can't sing.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Soru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Can + özne + fiil...?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Can you speak English?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Kısa +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Yes, özne + can.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Yes, I can. / Yes, she can.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Kısa −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No, özne + can't.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No, I can't. / No, he can't.</w:t>
            </w:r>
          </w:p>
        </w:tc>
      </w:tr>
    </w:tbl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⚠️ Can'den sonra fiil YALIN gelir (ek almaz!)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She can swims.  ❌  →  She can swim.  ✅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He can cooks.   ❌  →  He can cook.   ✅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Can she swims?  ❌  →  Can she swim?  ✅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Can + have got BİRLİKTE kullanımı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Bir mesleğin gerektirdiği özellikleri anlatırken: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"A teacher must be patient" DEĞİL → "must" yasak!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"A good teacher has got patience." ✅ (sahip olduğu özellik)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"A firefighter can run fast." ✅ (yapabildiği şey)</w:t>
      </w:r>
    </w:p>
    <w:p>
      <w:r>
        <w:br w:type="page"/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2.3  Adjectives (Sıfatlar) — İnsanları Tarif Etme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Sıfatlar isimlerden ÖNCE veya "to be" fiilinden SONRA gelir.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İnsanları iki şekilde tarif ederiz: dış görünüş ve karakter.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Dış Görünüş (Physical Appearance)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Sıfat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Anlamı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Örnek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tall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uzun boylu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 is tall.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short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kısa boylu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is short.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slim / thin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zayıf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My sister is slim.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plump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tombul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The baby is plump.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strong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güçlü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My father is strong.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beautiful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güzel (kadın)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is beautiful.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handsome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yakışıklı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 is handsome.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young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genç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Our teacher is young.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old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yaşlı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My grandpa is old.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curly hair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kıvırcık saç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has got curly hair.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straight hair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düz saç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 has got straight hair.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blonde hair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sarı saç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has got blonde hair.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dark hair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koyu saç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 has got dark hair.</w:t>
            </w:r>
          </w:p>
        </w:tc>
      </w:tr>
    </w:tbl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Karakter (Character / Personality)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Sıfat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Anlamı</w:t>
            </w:r>
          </w:p>
        </w:tc>
        <w:tc>
          <w:tcPr>
            <w:tcW w:type="dxa" w:w="3135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Örnek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kind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nazik / iyi kalpli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is a kind person.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friendly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arkadaş canlısı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My friend is friendly.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hardworking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çalışkan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 is a hardworking student.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lazy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tembel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Don't be lazy!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clever / smart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zeki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is very clever.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brave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cesur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Firefighters are brave.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helpful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yardımsever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Nurses are helpful.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honest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dürüst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 good person is honest.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patient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sabırlı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Teachers must be patient.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funny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komik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My uncle is very funny.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shy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utangaç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The new student is shy.</w:t>
            </w:r>
          </w:p>
        </w:tc>
      </w:tr>
      <w:tr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talkative</w:t>
            </w:r>
          </w:p>
        </w:tc>
        <w:tc>
          <w:tcPr>
            <w:tcW w:type="dxa" w:w="3135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konuşkan</w:t>
            </w:r>
          </w:p>
        </w:tc>
        <w:tc>
          <w:tcPr>
            <w:tcW w:type="dxa" w:w="3135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My best friend is talkative.</w:t>
            </w:r>
          </w:p>
        </w:tc>
      </w:tr>
    </w:tbl>
    <w:p/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