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Niramit" w:hAnsi="Niramit"/>
          <w:b/>
          <w:color w:val="1A559E"/>
          <w:sz w:val="36"/>
        </w:rPr>
        <w:t>5. SINIF İNGİLİZCE</w:t>
      </w:r>
    </w:p>
    <w:p>
      <w:pPr>
        <w:jc w:val="center"/>
      </w:pPr>
      <w:r>
        <w:rPr>
          <w:rFonts w:ascii="Niramit" w:hAnsi="Niramit"/>
          <w:color w:val="666666"/>
          <w:sz w:val="20"/>
        </w:rPr>
        <w:t>KKTC KGS Hazırlık · Temel Eğitim İngilizce Öğretim Programı</w:t>
      </w:r>
    </w:p>
    <w:p>
      <w:pPr/>
    </w:p>
    <w:p>
      <w:pPr>
        <w:jc w:val="center"/>
      </w:pPr>
      <w:r>
        <w:rPr>
          <w:rFonts w:ascii="Niramit" w:hAnsi="Niramit"/>
          <w:b/>
          <w:color w:val="1A559E"/>
          <w:sz w:val="32"/>
        </w:rPr>
        <w:t>ÜNİTE 1: MY DAY — DERS KİTABI</w:t>
      </w:r>
    </w:p>
    <w:p>
      <w:pPr>
        <w:jc w:val="center"/>
      </w:pPr>
      <w:r>
        <w:rPr>
          <w:rFonts w:ascii="Niramit" w:hAnsi="Niramit"/>
          <w:color w:val="666666"/>
          <w:sz w:val="20"/>
        </w:rPr>
        <w:t>Grammar · Vocabulary · 3 Deneme · Okuma Parçaları · Cevap Anahtarı</w:t>
      </w:r>
    </w:p>
    <w:p>
      <w:pPr/>
    </w:p>
    <w:p>
      <w:pPr/>
      <w:r>
        <w:rPr>
          <w:rFonts w:ascii="Niramit" w:hAnsi="Niramit"/>
          <w:color w:val="222222"/>
          <w:sz w:val="21"/>
        </w:rPr>
        <w:t>Bu kitap KKTC KGS İngilizce sınavına hazırlık için hazırlanmıştır.</w:t>
      </w:r>
    </w:p>
    <w:p>
      <w:pPr/>
      <w:r>
        <w:rPr>
          <w:rFonts w:ascii="Niramit" w:hAnsi="Niramit"/>
          <w:color w:val="222222"/>
          <w:sz w:val="21"/>
        </w:rPr>
        <w:t>Ünite 1'de günlük rutinler, saatler ve vücut bölümleri konuları işlenir.</w:t>
      </w:r>
    </w:p>
    <w:p>
      <w:pPr/>
      <w:r>
        <w:rPr>
          <w:rFonts w:ascii="Niramit" w:hAnsi="Niramit"/>
          <w:color w:val="222222"/>
          <w:sz w:val="21"/>
        </w:rPr>
        <w:t>Her deneme 15 sorudan oluşur. Kolay, orta ve zor seviyelerde hazırlanmıştır.</w:t>
      </w:r>
    </w:p>
    <w:p>
      <w:pPr/>
      <w:r>
        <w:rPr>
          <w:rFonts w:ascii="Niramit" w:hAnsi="Niramit"/>
          <w:color w:val="222222"/>
          <w:sz w:val="21"/>
        </w:rPr>
        <w:t>Okuma parçaları ünite kelime ve grammar konularını pekiştirmek içindir.</w:t>
      </w:r>
    </w:p>
    <w:p>
      <w:r>
        <w:br w:type="page"/>
      </w:r>
    </w:p>
    <w:p>
      <w:pPr/>
      <w:r>
        <w:rPr>
          <w:rFonts w:ascii="Niramit" w:hAnsi="Niramit"/>
          <w:b/>
          <w:color w:val="1A559E"/>
          <w:sz w:val="32"/>
        </w:rPr>
        <w:t>UNIT 1: MY DAY</w:t>
      </w:r>
    </w:p>
    <w:p>
      <w:pPr>
        <w:jc w:val="center"/>
      </w:pPr>
      <w:r>
        <w:rPr>
          <w:rFonts w:ascii="Niramit" w:hAnsi="Niramit"/>
          <w:color w:val="666666"/>
          <w:sz w:val="20"/>
        </w:rPr>
        <w:t>Temel Eğitim İngilizce Dersi Öğretim Programı — YEAR 5</w:t>
      </w:r>
    </w:p>
    <w:p>
      <w:pPr/>
    </w:p>
    <w:p>
      <w:pPr/>
      <w:r>
        <w:rPr>
          <w:rFonts w:ascii="Niramit" w:hAnsi="Niramit"/>
          <w:b/>
          <w:color w:val="336D5C"/>
          <w:sz w:val="22"/>
        </w:rPr>
        <w:t>Grammar</w:t>
      </w:r>
    </w:p>
    <w:p>
      <w:pPr/>
      <w:r>
        <w:rPr>
          <w:rFonts w:ascii="Niramit" w:hAnsi="Niramit"/>
          <w:color w:val="222222"/>
          <w:sz w:val="21"/>
        </w:rPr>
        <w:t>• Present Simple Tense — to be (affirmative, negative, interrogative, yes/no questions)</w:t>
      </w:r>
    </w:p>
    <w:p>
      <w:pPr/>
      <w:r>
        <w:rPr>
          <w:rFonts w:ascii="Niramit" w:hAnsi="Niramit"/>
          <w:color w:val="222222"/>
          <w:sz w:val="21"/>
        </w:rPr>
        <w:t>• Object pronouns: me, you, him, her</w:t>
      </w:r>
    </w:p>
    <w:p>
      <w:pPr/>
      <w:r>
        <w:rPr>
          <w:rFonts w:ascii="Niramit" w:hAnsi="Niramit"/>
          <w:color w:val="222222"/>
          <w:sz w:val="21"/>
        </w:rPr>
        <w:t>• Prepositions of time</w:t>
      </w:r>
    </w:p>
    <w:p>
      <w:pPr/>
      <w:r>
        <w:rPr>
          <w:rFonts w:ascii="Niramit" w:hAnsi="Niramit"/>
          <w:color w:val="222222"/>
          <w:sz w:val="21"/>
        </w:rPr>
        <w:t>• Before school / after dinner</w:t>
      </w:r>
    </w:p>
    <w:p>
      <w:pPr/>
    </w:p>
    <w:p>
      <w:pPr/>
      <w:r>
        <w:rPr>
          <w:rFonts w:ascii="Niramit" w:hAnsi="Niramit"/>
          <w:b/>
          <w:color w:val="336D5C"/>
          <w:sz w:val="22"/>
        </w:rPr>
        <w:t>Lexis</w:t>
      </w:r>
    </w:p>
    <w:p>
      <w:pPr/>
      <w:r>
        <w:rPr>
          <w:rFonts w:ascii="Niramit" w:hAnsi="Niramit"/>
          <w:color w:val="222222"/>
          <w:sz w:val="21"/>
        </w:rPr>
        <w:t>• Daily routines</w:t>
      </w:r>
    </w:p>
    <w:p>
      <w:pPr/>
      <w:r>
        <w:rPr>
          <w:rFonts w:ascii="Niramit" w:hAnsi="Niramit"/>
          <w:color w:val="222222"/>
          <w:sz w:val="21"/>
        </w:rPr>
        <w:t>• Times</w:t>
      </w:r>
    </w:p>
    <w:p>
      <w:pPr/>
      <w:r>
        <w:rPr>
          <w:rFonts w:ascii="Niramit" w:hAnsi="Niramit"/>
          <w:color w:val="222222"/>
          <w:sz w:val="21"/>
        </w:rPr>
        <w:t>• Body parts</w:t>
      </w:r>
    </w:p>
    <w:p>
      <w:r>
        <w:br w:type="page"/>
      </w:r>
    </w:p>
    <w:p>
      <w:pPr/>
      <w:r>
        <w:rPr>
          <w:rFonts w:ascii="Niramit" w:hAnsi="Niramit"/>
          <w:b/>
          <w:color w:val="1A559E"/>
          <w:sz w:val="28"/>
        </w:rPr>
        <w:t>DİL BİLGİSİ KAVRAMLARI</w:t>
      </w:r>
    </w:p>
    <w:p>
      <w:pPr/>
      <w:r>
        <w:rPr>
          <w:rFonts w:ascii="Niramit" w:hAnsi="Niramit"/>
          <w:color w:val="222222"/>
          <w:sz w:val="21"/>
        </w:rPr>
        <w:t>Bu bölüm, İngilizce öğrenirken ihtiyaç duyacağın temel dil bilgisi terimlerini açıklar.</w:t>
      </w:r>
    </w:p>
    <w:p>
      <w:pPr/>
      <w:r>
        <w:rPr>
          <w:rFonts w:ascii="Niramit" w:hAnsi="Niramit"/>
          <w:color w:val="222222"/>
          <w:sz w:val="21"/>
        </w:rPr>
        <w:t>Türkçe dersinde bu kavramlar artık öğretilmediği için burada kısaca tanıtıyoruz.</w:t>
      </w:r>
    </w:p>
    <w:p>
      <w:pPr/>
      <w:r>
        <w:rPr>
          <w:rFonts w:ascii="Niramit" w:hAnsi="Niramit"/>
          <w:b/>
          <w:color w:val="336D5C"/>
          <w:sz w:val="22"/>
        </w:rPr>
        <w:t>İsim (Noun)</w:t>
      </w:r>
    </w:p>
    <w:p>
      <w:pPr/>
      <w:r>
        <w:rPr>
          <w:rFonts w:ascii="Niramit" w:hAnsi="Niramit"/>
          <w:color w:val="222222"/>
          <w:sz w:val="21"/>
        </w:rPr>
        <w:t>Varlıkları, kavramları, yerleri, kişileri adlandıran kelimelerdir.</w:t>
      </w:r>
    </w:p>
    <w:p>
      <w:pPr/>
      <w:r>
        <w:rPr>
          <w:rFonts w:ascii="Niramit" w:hAnsi="Niramit"/>
          <w:color w:val="666666"/>
          <w:sz w:val="20"/>
        </w:rPr>
        <w:t xml:space="preserve">  Örnek: kitap, okul, masa, Ali, Lefkoşa, kedi, su, sevgi</w:t>
      </w:r>
    </w:p>
    <w:p>
      <w:pPr/>
      <w:r>
        <w:rPr>
          <w:rFonts w:ascii="Niramit" w:hAnsi="Niramit"/>
          <w:color w:val="666666"/>
          <w:sz w:val="20"/>
        </w:rPr>
        <w:t xml:space="preserve">  "book", "school", "table", "Ali", "Nicosia" → hepsi birer isimdir.</w:t>
      </w:r>
    </w:p>
    <w:p>
      <w:pPr/>
      <w:r>
        <w:rPr>
          <w:rFonts w:ascii="Niramit" w:hAnsi="Niramit"/>
          <w:color w:val="666666"/>
          <w:sz w:val="20"/>
        </w:rPr>
        <w:t xml:space="preserve">  İsimler cümlede özne, nesne veya dolaylı tümleç olabilir.</w:t>
      </w:r>
    </w:p>
    <w:p>
      <w:pPr/>
      <w:r>
        <w:rPr>
          <w:rFonts w:ascii="Niramit" w:hAnsi="Niramit"/>
          <w:b/>
          <w:color w:val="336D5C"/>
          <w:sz w:val="22"/>
        </w:rPr>
        <w:t>Fiil (Verb)</w:t>
      </w:r>
    </w:p>
    <w:p>
      <w:pPr/>
      <w:r>
        <w:rPr>
          <w:rFonts w:ascii="Niramit" w:hAnsi="Niramit"/>
          <w:color w:val="222222"/>
          <w:sz w:val="21"/>
        </w:rPr>
        <w:t>Bir eylemi, oluşu veya durumu bildiren kelimelerdir. Cümlenin yüklemidir.</w:t>
      </w:r>
    </w:p>
    <w:p>
      <w:pPr/>
      <w:r>
        <w:rPr>
          <w:rFonts w:ascii="Niramit" w:hAnsi="Niramit"/>
          <w:color w:val="666666"/>
          <w:sz w:val="20"/>
        </w:rPr>
        <w:t xml:space="preserve">  Örnek: koşmak, yemek, uyumak, olmak, sevmek</w:t>
      </w:r>
    </w:p>
    <w:p>
      <w:pPr/>
      <w:r>
        <w:rPr>
          <w:rFonts w:ascii="Niramit" w:hAnsi="Niramit"/>
          <w:color w:val="666666"/>
          <w:sz w:val="20"/>
        </w:rPr>
        <w:t xml:space="preserve">  "run", "eat", "sleep", "be (olmak)", "love" → hepsi birer fiildir.</w:t>
      </w:r>
    </w:p>
    <w:p>
      <w:pPr/>
      <w:r>
        <w:rPr>
          <w:rFonts w:ascii="Niramit" w:hAnsi="Niramit"/>
          <w:color w:val="666666"/>
          <w:sz w:val="20"/>
        </w:rPr>
        <w:t xml:space="preserve">  "I am a student." → "am" fiildir, "olmak" anlamındadır.</w:t>
      </w:r>
    </w:p>
    <w:p>
      <w:pPr/>
      <w:r>
        <w:rPr>
          <w:rFonts w:ascii="Niramit" w:hAnsi="Niramit"/>
          <w:color w:val="666666"/>
          <w:sz w:val="20"/>
        </w:rPr>
        <w:t xml:space="preserve">  "She reads a book." → "reads" fiildir, "okumak" eylemidir.</w:t>
      </w:r>
    </w:p>
    <w:p>
      <w:pPr/>
      <w:r>
        <w:rPr>
          <w:rFonts w:ascii="Niramit" w:hAnsi="Niramit"/>
          <w:b/>
          <w:color w:val="336D5C"/>
          <w:sz w:val="22"/>
        </w:rPr>
        <w:t>İş Cümlesi ve Oluş Cümlesi (Action vs State)</w:t>
      </w:r>
    </w:p>
    <w:p>
      <w:pPr/>
      <w:r>
        <w:rPr>
          <w:rFonts w:ascii="Niramit" w:hAnsi="Niramit"/>
          <w:color w:val="222222"/>
          <w:sz w:val="21"/>
        </w:rPr>
        <w:t>İngilizce'de iki tür cümle vardır. Bunları ayırt etmek ÇOK önemlidir çünkü soru ve olumsuz yapıları tamamen farklıdır.</w:t>
      </w:r>
    </w:p>
    <w:p>
      <w:pPr/>
      <w:r>
        <w:rPr>
          <w:rFonts w:ascii="Niramit" w:hAnsi="Niramit"/>
          <w:color w:val="222222"/>
          <w:sz w:val="21"/>
        </w:rPr>
        <w:t>1. Oluş Cümlesi (State Sentence)</w:t>
      </w:r>
    </w:p>
    <w:p>
      <w:pPr/>
      <w:r>
        <w:rPr>
          <w:rFonts w:ascii="Niramit" w:hAnsi="Niramit"/>
          <w:color w:val="222222"/>
          <w:sz w:val="21"/>
        </w:rPr>
        <w:t>Bir durumu, hali, kimliği anlatır. Cümlede "am, is, are" (to be) fiili vardır.</w:t>
      </w:r>
    </w:p>
    <w:p>
      <w:pPr/>
      <w:r>
        <w:rPr>
          <w:rFonts w:ascii="Niramit" w:hAnsi="Niramit"/>
          <w:color w:val="222222"/>
          <w:sz w:val="21"/>
        </w:rPr>
        <w:t>Bu cümlelerde bir EYLEM yoktur — sadece bir DURUM vardır.</w:t>
      </w:r>
    </w:p>
    <w:p>
      <w:pPr/>
      <w:r>
        <w:rPr>
          <w:rFonts w:ascii="Niramit" w:hAnsi="Niramit"/>
          <w:color w:val="666666"/>
          <w:sz w:val="20"/>
        </w:rPr>
        <w:t xml:space="preserve">  Olumlu:  She is happy.     I am a student.     They are tired.</w:t>
      </w:r>
    </w:p>
    <w:p>
      <w:pPr/>
      <w:r>
        <w:rPr>
          <w:rFonts w:ascii="Niramit" w:hAnsi="Niramit"/>
          <w:color w:val="666666"/>
          <w:sz w:val="20"/>
        </w:rPr>
        <w:t xml:space="preserve">  Olumsuz: She is not happy.  I am not a student.  They are not tired.</w:t>
      </w:r>
    </w:p>
    <w:p>
      <w:pPr/>
      <w:r>
        <w:rPr>
          <w:rFonts w:ascii="Niramit" w:hAnsi="Niramit"/>
          <w:color w:val="666666"/>
          <w:sz w:val="20"/>
        </w:rPr>
        <w:t xml:space="preserve">  Soru:    Is she happy?      Am I a student?      Are they tired?</w:t>
      </w:r>
    </w:p>
    <w:p>
      <w:pPr/>
      <w:r>
        <w:rPr>
          <w:rFonts w:ascii="Niramit" w:hAnsi="Niramit"/>
          <w:color w:val="666666"/>
          <w:sz w:val="20"/>
        </w:rPr>
        <w:t xml:space="preserve">  KISA CEVAP: Yes, she is. / No, she isn't.  (sadece am/is/are kullanılır!)</w:t>
      </w:r>
    </w:p>
    <w:p>
      <w:pPr/>
    </w:p>
    <w:p>
      <w:pPr/>
      <w:r>
        <w:rPr>
          <w:rFonts w:ascii="Niramit" w:hAnsi="Niramit"/>
          <w:color w:val="222222"/>
          <w:sz w:val="21"/>
        </w:rPr>
        <w:t>Oluş cümlelerinde DAİMA bir sıfat, isim veya yer ifadesi bulunur:</w:t>
      </w:r>
    </w:p>
    <w:p>
      <w:pPr/>
      <w:r>
        <w:rPr>
          <w:rFonts w:ascii="Niramit" w:hAnsi="Niramit"/>
          <w:color w:val="666666"/>
          <w:sz w:val="20"/>
        </w:rPr>
        <w:t xml:space="preserve">  She is beautiful.   → sıfat (nasıl biri?)</w:t>
      </w:r>
    </w:p>
    <w:p>
      <w:pPr/>
      <w:r>
        <w:rPr>
          <w:rFonts w:ascii="Niramit" w:hAnsi="Niramit"/>
          <w:color w:val="666666"/>
          <w:sz w:val="20"/>
        </w:rPr>
        <w:t xml:space="preserve">  He is a doctor.     → isim/meslek (ne?)</w:t>
      </w:r>
    </w:p>
    <w:p>
      <w:pPr/>
      <w:r>
        <w:rPr>
          <w:rFonts w:ascii="Niramit" w:hAnsi="Niramit"/>
          <w:color w:val="666666"/>
          <w:sz w:val="20"/>
        </w:rPr>
        <w:t xml:space="preserve">  They are at school.  → yer (nerede?)</w:t>
      </w:r>
    </w:p>
    <w:p>
      <w:pPr/>
      <w:r>
        <w:rPr>
          <w:rFonts w:ascii="Niramit" w:hAnsi="Niramit"/>
          <w:color w:val="222222"/>
          <w:sz w:val="21"/>
        </w:rPr>
        <w:t>2. İş Cümlesi (Action Sentence)</w:t>
      </w:r>
    </w:p>
    <w:p>
      <w:pPr/>
      <w:r>
        <w:rPr>
          <w:rFonts w:ascii="Niramit" w:hAnsi="Niramit"/>
          <w:color w:val="222222"/>
          <w:sz w:val="21"/>
        </w:rPr>
        <w:t>Bir eylemi, hareketi anlatır. Cümlede bir EYLEM FİİLİ vardır (run, eat, go, read...).</w:t>
      </w:r>
    </w:p>
    <w:p>
      <w:pPr/>
      <w:r>
        <w:rPr>
          <w:rFonts w:ascii="Niramit" w:hAnsi="Niramit"/>
          <w:color w:val="222222"/>
          <w:sz w:val="21"/>
        </w:rPr>
        <w:t>Bu cümlelerde "am, is, are" YOKTUR — onun yerine "do/does" kullanılır.</w:t>
      </w:r>
    </w:p>
    <w:p>
      <w:pPr/>
      <w:r>
        <w:rPr>
          <w:rFonts w:ascii="Niramit" w:hAnsi="Niramit"/>
          <w:color w:val="666666"/>
          <w:sz w:val="20"/>
        </w:rPr>
        <w:t xml:space="preserve">  Olumlu:  She reads a book.   I go to school.     They play football.</w:t>
      </w:r>
    </w:p>
    <w:p>
      <w:pPr/>
      <w:r>
        <w:rPr>
          <w:rFonts w:ascii="Niramit" w:hAnsi="Niramit"/>
          <w:color w:val="666666"/>
          <w:sz w:val="20"/>
        </w:rPr>
        <w:t xml:space="preserve">  Olumsuz: She does not read.  I do not go.         They do not play.</w:t>
      </w:r>
    </w:p>
    <w:p>
      <w:pPr/>
      <w:r>
        <w:rPr>
          <w:rFonts w:ascii="Niramit" w:hAnsi="Niramit"/>
          <w:color w:val="666666"/>
          <w:sz w:val="20"/>
        </w:rPr>
        <w:t xml:space="preserve">  Soru:    Does she read?      Do I go?             Do they play?</w:t>
      </w:r>
    </w:p>
    <w:p>
      <w:pPr/>
      <w:r>
        <w:rPr>
          <w:rFonts w:ascii="Niramit" w:hAnsi="Niramit"/>
          <w:color w:val="666666"/>
          <w:sz w:val="20"/>
        </w:rPr>
        <w:t xml:space="preserve">  KISA CEVAP: Yes, she does. / No, she doesn't.  (sadece do/does kullanılır!)</w:t>
      </w:r>
    </w:p>
    <w:p>
      <w:pPr/>
    </w:p>
    <w:p>
      <w:pPr/>
      <w:r>
        <w:rPr>
          <w:rFonts w:ascii="Niramit" w:hAnsi="Niramit"/>
          <w:color w:val="222222"/>
          <w:sz w:val="21"/>
        </w:rPr>
        <w:t>İş cümlelerinde am/is/are ile soru sorulmaz!</w:t>
      </w:r>
    </w:p>
    <w:p>
      <w:pPr/>
      <w:r>
        <w:rPr>
          <w:rFonts w:ascii="Niramit" w:hAnsi="Niramit"/>
          <w:color w:val="666666"/>
          <w:sz w:val="20"/>
        </w:rPr>
        <w:t xml:space="preserve">  ❌ Is she read a book?      →  ✅ Does she read a book?</w:t>
      </w:r>
    </w:p>
    <w:p>
      <w:pPr/>
      <w:r>
        <w:rPr>
          <w:rFonts w:ascii="Niramit" w:hAnsi="Niramit"/>
          <w:color w:val="666666"/>
          <w:sz w:val="20"/>
        </w:rPr>
        <w:t xml:space="preserve">  ❌ Are you go to school?     →  ✅ Do you go to school?</w:t>
      </w:r>
    </w:p>
    <w:p>
      <w:pPr/>
      <w:r>
        <w:rPr>
          <w:rFonts w:ascii="Niramit" w:hAnsi="Niramit"/>
          <w:color w:val="222222"/>
          <w:sz w:val="21"/>
        </w:rPr>
        <w:t>⚠️ Önemli: İş mi Oluş mu?</w:t>
      </w:r>
    </w:p>
    <w:p>
      <w:pPr/>
      <w:r>
        <w:rPr>
          <w:rFonts w:ascii="Niramit" w:hAnsi="Niramit"/>
          <w:color w:val="222222"/>
          <w:sz w:val="21"/>
        </w:rPr>
        <w:t>Cümlede bir EYLEM fiili varsa → İŞ cümlesidir → do/does kullan.</w:t>
      </w:r>
    </w:p>
    <w:p>
      <w:pPr/>
      <w:r>
        <w:rPr>
          <w:rFonts w:ascii="Niramit" w:hAnsi="Niramit"/>
          <w:color w:val="222222"/>
          <w:sz w:val="21"/>
        </w:rPr>
        <w:t>Cümlede eylem fiili YOKSA, sadece durum/sıfat/isim varsa → OLUŞ cümlesidir → am/is/are kullan.</w:t>
      </w:r>
    </w:p>
    <w:p>
      <w:pPr/>
      <w:r>
        <w:rPr>
          <w:rFonts w:ascii="Niramit" w:hAnsi="Niramit"/>
          <w:color w:val="666666"/>
          <w:sz w:val="20"/>
        </w:rPr>
        <w:t xml:space="preserve">  "She is tired."         → eylem yok, durum var  → OLUŞ → is</w:t>
      </w:r>
    </w:p>
    <w:p>
      <w:pPr/>
      <w:r>
        <w:rPr>
          <w:rFonts w:ascii="Niramit" w:hAnsi="Niramit"/>
          <w:color w:val="666666"/>
          <w:sz w:val="20"/>
        </w:rPr>
        <w:t xml:space="preserve">  "She feels tired."      → eylem var (feel)      → İŞ   → does</w:t>
      </w:r>
    </w:p>
    <w:p>
      <w:pPr/>
      <w:r>
        <w:rPr>
          <w:rFonts w:ascii="Niramit" w:hAnsi="Niramit"/>
          <w:color w:val="666666"/>
          <w:sz w:val="20"/>
        </w:rPr>
        <w:t xml:space="preserve">  "He has got a car."     → sahiplik (have got)   → ÖZEL → has/have got</w:t>
      </w:r>
    </w:p>
    <w:p>
      <w:pPr/>
      <w:r>
        <w:rPr>
          <w:rFonts w:ascii="Niramit" w:hAnsi="Niramit"/>
          <w:color w:val="666666"/>
          <w:sz w:val="20"/>
        </w:rPr>
        <w:t xml:space="preserve">  "She can swim."         → yetenek (can)         → ÖZEL → can (değişmez)</w:t>
      </w:r>
    </w:p>
    <w:p>
      <w:pPr/>
      <w:r>
        <w:rPr>
          <w:rFonts w:ascii="Niramit" w:hAnsi="Niramit"/>
          <w:b/>
          <w:color w:val="336D5C"/>
          <w:sz w:val="22"/>
        </w:rPr>
        <w:t>Sıfat (Adjective)</w:t>
      </w:r>
    </w:p>
    <w:p>
      <w:pPr/>
      <w:r>
        <w:rPr>
          <w:rFonts w:ascii="Niramit" w:hAnsi="Niramit"/>
          <w:color w:val="222222"/>
          <w:sz w:val="21"/>
        </w:rPr>
        <w:t>İsimlerin özelliklerini, niteliklerini belirten kelimelerdir. "Nasıl?" sorusuna cevap verir.</w:t>
      </w:r>
    </w:p>
    <w:p>
      <w:pPr/>
      <w:r>
        <w:rPr>
          <w:rFonts w:ascii="Niramit" w:hAnsi="Niramit"/>
          <w:color w:val="666666"/>
          <w:sz w:val="20"/>
        </w:rPr>
        <w:t xml:space="preserve">  Örnek: güzel, büyük, yorgun, mutlu, sarı, soğuk</w:t>
      </w:r>
    </w:p>
    <w:p>
      <w:pPr/>
      <w:r>
        <w:rPr>
          <w:rFonts w:ascii="Niramit" w:hAnsi="Niramit"/>
          <w:color w:val="666666"/>
          <w:sz w:val="20"/>
        </w:rPr>
        <w:t xml:space="preserve">  "beautiful", "big", "tired", "happy", "yellow", "cold" → birer sıfattır.</w:t>
      </w:r>
    </w:p>
    <w:p>
      <w:pPr/>
      <w:r>
        <w:rPr>
          <w:rFonts w:ascii="Niramit" w:hAnsi="Niramit"/>
          <w:color w:val="666666"/>
          <w:sz w:val="20"/>
        </w:rPr>
        <w:t xml:space="preserve">  "She is tired." → "tired" sıfattır, öznenin durumunu anlatır.</w:t>
      </w:r>
    </w:p>
    <w:p>
      <w:pPr/>
      <w:r>
        <w:rPr>
          <w:rFonts w:ascii="Niramit" w:hAnsi="Niramit"/>
          <w:color w:val="666666"/>
          <w:sz w:val="20"/>
        </w:rPr>
        <w:t xml:space="preserve">  "It is a big house." → "big" sıfattır, "house" ismini niteler.</w:t>
      </w:r>
    </w:p>
    <w:p>
      <w:pPr/>
      <w:r>
        <w:rPr>
          <w:rFonts w:ascii="Niramit" w:hAnsi="Niramit"/>
          <w:b/>
          <w:color w:val="336D5C"/>
          <w:sz w:val="22"/>
        </w:rPr>
        <w:t>Zamir (Pronoun)</w:t>
      </w:r>
    </w:p>
    <w:p>
      <w:pPr/>
      <w:r>
        <w:rPr>
          <w:rFonts w:ascii="Niramit" w:hAnsi="Niramit"/>
          <w:color w:val="222222"/>
          <w:sz w:val="21"/>
        </w:rPr>
        <w:t>İsimlerin yerine kullanılan kelimelerdir. İsmi tekrar etmemek için kullanılır.</w:t>
      </w:r>
    </w:p>
    <w:p>
      <w:pPr/>
      <w:r>
        <w:rPr>
          <w:rFonts w:ascii="Niramit" w:hAnsi="Niramit"/>
          <w:color w:val="666666"/>
          <w:sz w:val="20"/>
        </w:rPr>
        <w:t xml:space="preserve">  "Ayşe is happy. Ayşe is 10 years old." → tekrar var!</w:t>
      </w:r>
    </w:p>
    <w:p>
      <w:pPr/>
      <w:r>
        <w:rPr>
          <w:rFonts w:ascii="Niramit" w:hAnsi="Niramit"/>
          <w:color w:val="666666"/>
          <w:sz w:val="20"/>
        </w:rPr>
        <w:t xml:space="preserve">  "Ayşe is happy. She is 10 years old." → "She" zamirdir, Ayşe'nin yerine kullanılır.</w:t>
      </w:r>
    </w:p>
    <w:p>
      <w:pPr/>
    </w:p>
    <w:p>
      <w:pPr/>
      <w:r>
        <w:rPr>
          <w:rFonts w:ascii="Niramit" w:hAnsi="Niramit"/>
          <w:color w:val="222222"/>
          <w:sz w:val="21"/>
        </w:rPr>
        <w:t>İki tür zamir vardır:</w:t>
      </w:r>
    </w:p>
    <w:p>
      <w:pPr/>
      <w:r>
        <w:rPr>
          <w:rFonts w:ascii="Niramit" w:hAnsi="Niramit"/>
          <w:color w:val="666666"/>
          <w:sz w:val="20"/>
        </w:rPr>
        <w:t xml:space="preserve">  Özne zamiri (Subject Pronoun): I, you, he, she, it, we, they → cümlede ÖZNE olur</w:t>
      </w:r>
    </w:p>
    <w:p>
      <w:pPr/>
      <w:r>
        <w:rPr>
          <w:rFonts w:ascii="Niramit" w:hAnsi="Niramit"/>
          <w:color w:val="666666"/>
          <w:sz w:val="20"/>
        </w:rPr>
        <w:t xml:space="preserve">  Nesne zamiri (Object Pronoun): me, you, him, her, it, us, them → cümlede NESNE olur</w:t>
      </w:r>
    </w:p>
    <w:p>
      <w:pPr/>
      <w:r>
        <w:rPr>
          <w:rFonts w:ascii="Niramit" w:hAnsi="Niramit"/>
          <w:b/>
          <w:color w:val="336D5C"/>
          <w:sz w:val="22"/>
        </w:rPr>
        <w:t>Özne (Subject)</w:t>
      </w:r>
    </w:p>
    <w:p>
      <w:pPr/>
      <w:r>
        <w:rPr>
          <w:rFonts w:ascii="Niramit" w:hAnsi="Niramit"/>
          <w:color w:val="222222"/>
          <w:sz w:val="21"/>
        </w:rPr>
        <w:t>Cümlede eylemi yapan veya durumda olan kişi ya da varlıktır. "Kim?" sorusuna cevap verir.</w:t>
      </w:r>
    </w:p>
    <w:p>
      <w:pPr/>
      <w:r>
        <w:rPr>
          <w:rFonts w:ascii="Niramit" w:hAnsi="Niramit"/>
          <w:color w:val="666666"/>
          <w:sz w:val="20"/>
        </w:rPr>
        <w:t xml:space="preserve">  "I am happy." → Özne: I (ben) — mutlu olan kişi</w:t>
      </w:r>
    </w:p>
    <w:p>
      <w:pPr/>
      <w:r>
        <w:rPr>
          <w:rFonts w:ascii="Niramit" w:hAnsi="Niramit"/>
          <w:color w:val="666666"/>
          <w:sz w:val="20"/>
        </w:rPr>
        <w:t xml:space="preserve">  "She reads a book." → Özne: She (o) — okuma eylemini yapan</w:t>
      </w:r>
    </w:p>
    <w:p>
      <w:pPr/>
      <w:r>
        <w:rPr>
          <w:rFonts w:ascii="Niramit" w:hAnsi="Niramit"/>
          <w:color w:val="666666"/>
          <w:sz w:val="20"/>
        </w:rPr>
        <w:t xml:space="preserve">  "The cat is sleeping." → Özne: The cat (kedi) — uyuyan varlık</w:t>
      </w:r>
    </w:p>
    <w:p>
      <w:pPr/>
      <w:r>
        <w:rPr>
          <w:rFonts w:ascii="Niramit" w:hAnsi="Niramit"/>
          <w:b/>
          <w:color w:val="336D5C"/>
          <w:sz w:val="22"/>
        </w:rPr>
        <w:t>Nesne (Object)</w:t>
      </w:r>
    </w:p>
    <w:p>
      <w:pPr/>
      <w:r>
        <w:rPr>
          <w:rFonts w:ascii="Niramit" w:hAnsi="Niramit"/>
          <w:color w:val="222222"/>
          <w:sz w:val="21"/>
        </w:rPr>
        <w:t>Cümlede eylemden etkilenen kişi ya da varlıktır. "Kimi? Neyi?" sorularına cevap verir.</w:t>
      </w:r>
    </w:p>
    <w:p>
      <w:pPr/>
      <w:r>
        <w:rPr>
          <w:rFonts w:ascii="Niramit" w:hAnsi="Niramit"/>
          <w:color w:val="666666"/>
          <w:sz w:val="20"/>
        </w:rPr>
        <w:t xml:space="preserve">  "I love her." → Nesne: her (onu) — sevilen kişi</w:t>
      </w:r>
    </w:p>
    <w:p>
      <w:pPr/>
      <w:r>
        <w:rPr>
          <w:rFonts w:ascii="Niramit" w:hAnsi="Niramit"/>
          <w:color w:val="666666"/>
          <w:sz w:val="20"/>
        </w:rPr>
        <w:t xml:space="preserve">  "He reads a book." → Nesne: a book (kitap) — okunan şey</w:t>
      </w:r>
    </w:p>
    <w:p>
      <w:pPr/>
      <w:r>
        <w:rPr>
          <w:rFonts w:ascii="Niramit" w:hAnsi="Niramit"/>
          <w:color w:val="666666"/>
          <w:sz w:val="20"/>
        </w:rPr>
        <w:t xml:space="preserve">  "Look at him." → Nesne: him (ona) — bakılan kişi (edattan sonra)</w:t>
      </w:r>
    </w:p>
    <w:p>
      <w:pPr/>
      <w:r>
        <w:rPr>
          <w:rFonts w:ascii="Niramit" w:hAnsi="Niramit"/>
          <w:b/>
          <w:color w:val="336D5C"/>
          <w:sz w:val="22"/>
        </w:rPr>
        <w:t>Edat (Preposition)</w:t>
      </w:r>
    </w:p>
    <w:p>
      <w:pPr/>
      <w:r>
        <w:rPr>
          <w:rFonts w:ascii="Niramit" w:hAnsi="Niramit"/>
          <w:color w:val="222222"/>
          <w:sz w:val="21"/>
        </w:rPr>
        <w:t>Kelimeler arasında yer, zaman, yön gibi ilişkiler kuran kelimelerdir.</w:t>
      </w:r>
    </w:p>
    <w:p>
      <w:pPr/>
      <w:r>
        <w:rPr>
          <w:rFonts w:ascii="Niramit" w:hAnsi="Niramit"/>
          <w:color w:val="666666"/>
          <w:sz w:val="20"/>
        </w:rPr>
        <w:t xml:space="preserve">  Yer edatları: in, on, at, under, behind, near</w:t>
      </w:r>
    </w:p>
    <w:p>
      <w:pPr/>
      <w:r>
        <w:rPr>
          <w:rFonts w:ascii="Niramit" w:hAnsi="Niramit"/>
          <w:color w:val="666666"/>
          <w:sz w:val="20"/>
        </w:rPr>
        <w:t xml:space="preserve">  Zaman edatları: at, in, on, before, after</w:t>
      </w:r>
    </w:p>
    <w:p>
      <w:pPr/>
      <w:r>
        <w:rPr>
          <w:rFonts w:ascii="Niramit" w:hAnsi="Niramit"/>
          <w:color w:val="666666"/>
          <w:sz w:val="20"/>
        </w:rPr>
        <w:t xml:space="preserve">  "I am at school." → "at" edattır, konum belirtir.</w:t>
      </w:r>
    </w:p>
    <w:p>
      <w:pPr/>
      <w:r>
        <w:rPr>
          <w:rFonts w:ascii="Niramit" w:hAnsi="Niramit"/>
          <w:color w:val="666666"/>
          <w:sz w:val="20"/>
        </w:rPr>
        <w:t xml:space="preserve">  "I wake up at 7 o'clock." → "at" edattır, zaman belirtir.</w:t>
      </w:r>
    </w:p>
    <w:p>
      <w:pPr/>
      <w:r>
        <w:rPr>
          <w:rFonts w:ascii="Niramit" w:hAnsi="Niramit"/>
          <w:color w:val="666666"/>
          <w:sz w:val="20"/>
        </w:rPr>
        <w:t xml:space="preserve">  Edattan sonra gelen isim/zamir her zaman nesne durumundadır: "Look at him" (he ❌)</w:t>
      </w:r>
    </w:p>
    <w:p>
      <w:pPr/>
    </w:p>
    <w:p>
      <w:pPr/>
      <w:r>
        <w:rPr>
          <w:rFonts w:ascii="Niramit" w:hAnsi="Niramit"/>
          <w:b/>
          <w:color w:val="336D5C"/>
          <w:sz w:val="22"/>
        </w:rPr>
        <w:t>Hızlı Özet</w:t>
      </w:r>
    </w:p>
    <w:p>
      <w:pP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pPr>
              <w:jc w:val="center"/>
            </w:pPr>
            <w:r/>
            <w:r/>
            <w:r>
              <w:rPr>
                <w:rFonts w:ascii="Niramit" w:hAnsi="Niramit"/>
                <w:b/>
                <w:color w:val="FFFFFF"/>
                <w:sz w:val="20"/>
              </w:rPr>
              <w:t>Terim</w:t>
            </w:r>
          </w:p>
        </w:tc>
        <w:tc>
          <w:tcPr>
            <w:tcW w:type="dxa" w:w="2351"/>
          </w:tcPr>
          <w:p>
            <w:pPr>
              <w:jc w:val="center"/>
            </w:pPr>
            <w:r/>
            <w:r/>
            <w:r>
              <w:rPr>
                <w:rFonts w:ascii="Niramit" w:hAnsi="Niramit"/>
                <w:b/>
                <w:color w:val="FFFFFF"/>
                <w:sz w:val="20"/>
              </w:rPr>
              <w:t>İngilizcesi</w:t>
            </w:r>
          </w:p>
        </w:tc>
        <w:tc>
          <w:tcPr>
            <w:tcW w:type="dxa" w:w="2351"/>
          </w:tcPr>
          <w:p>
            <w:pPr>
              <w:jc w:val="center"/>
            </w:pPr>
            <w:r/>
            <w:r/>
            <w:r>
              <w:rPr>
                <w:rFonts w:ascii="Niramit" w:hAnsi="Niramit"/>
                <w:b/>
                <w:color w:val="FFFFFF"/>
                <w:sz w:val="20"/>
              </w:rPr>
              <w:t>Görevi</w:t>
            </w:r>
          </w:p>
        </w:tc>
        <w:tc>
          <w:tcPr>
            <w:tcW w:type="dxa" w:w="2351"/>
          </w:tcPr>
          <w:p>
            <w:pPr>
              <w:jc w:val="center"/>
            </w:pPr>
            <w:r/>
            <w:r/>
            <w:r>
              <w:rPr>
                <w:rFonts w:ascii="Niramit" w:hAnsi="Niramit"/>
                <w:b/>
                <w:color w:val="FFFFFF"/>
                <w:sz w:val="20"/>
              </w:rPr>
              <w:t>Örnek</w:t>
            </w:r>
          </w:p>
        </w:tc>
      </w:tr>
      <w:tr>
        <w:tc>
          <w:tcPr>
            <w:tcW w:type="dxa" w:w="2351"/>
          </w:tcPr>
          <w:p>
            <w:pPr>
              <w:jc w:val="center"/>
            </w:pPr>
            <w:r/>
            <w:r/>
            <w:r>
              <w:rPr>
                <w:rFonts w:ascii="Niramit" w:hAnsi="Niramit"/>
                <w:sz w:val="19"/>
              </w:rPr>
              <w:t>İsim</w:t>
            </w:r>
          </w:p>
        </w:tc>
        <w:tc>
          <w:tcPr>
            <w:tcW w:type="dxa" w:w="2351"/>
          </w:tcPr>
          <w:p>
            <w:pPr>
              <w:jc w:val="center"/>
            </w:pPr>
            <w:r/>
            <w:r/>
            <w:r>
              <w:rPr>
                <w:rFonts w:ascii="Niramit" w:hAnsi="Niramit"/>
                <w:sz w:val="19"/>
              </w:rPr>
              <w:t>Noun</w:t>
            </w:r>
          </w:p>
        </w:tc>
        <w:tc>
          <w:tcPr>
            <w:tcW w:type="dxa" w:w="2351"/>
          </w:tcPr>
          <w:p>
            <w:pPr>
              <w:jc w:val="center"/>
            </w:pPr>
            <w:r/>
            <w:r/>
            <w:r>
              <w:rPr>
                <w:rFonts w:ascii="Niramit" w:hAnsi="Niramit"/>
                <w:sz w:val="19"/>
              </w:rPr>
              <w:t>Varlıkları adlandırır</w:t>
            </w:r>
          </w:p>
        </w:tc>
        <w:tc>
          <w:tcPr>
            <w:tcW w:type="dxa" w:w="2351"/>
          </w:tcPr>
          <w:p>
            <w:pPr>
              <w:jc w:val="left"/>
            </w:pPr>
            <w:r/>
            <w:r/>
            <w:r>
              <w:rPr>
                <w:rFonts w:ascii="Niramit" w:hAnsi="Niramit"/>
                <w:sz w:val="19"/>
              </w:rPr>
              <w:t>book, school, cat</w:t>
            </w:r>
          </w:p>
        </w:tc>
      </w:tr>
      <w:tr>
        <w:tc>
          <w:tcPr>
            <w:tcW w:type="dxa" w:w="2351"/>
          </w:tcPr>
          <w:p>
            <w:pPr>
              <w:jc w:val="center"/>
            </w:pPr>
            <w:r/>
            <w:r/>
            <w:r>
              <w:rPr>
                <w:rFonts w:ascii="Niramit" w:hAnsi="Niramit"/>
                <w:sz w:val="19"/>
              </w:rPr>
              <w:t>Fiil</w:t>
            </w:r>
          </w:p>
        </w:tc>
        <w:tc>
          <w:tcPr>
            <w:tcW w:type="dxa" w:w="2351"/>
          </w:tcPr>
          <w:p>
            <w:pPr>
              <w:jc w:val="center"/>
            </w:pPr>
            <w:r/>
            <w:r/>
            <w:r>
              <w:rPr>
                <w:rFonts w:ascii="Niramit" w:hAnsi="Niramit"/>
                <w:sz w:val="19"/>
              </w:rPr>
              <w:t>Verb</w:t>
            </w:r>
          </w:p>
        </w:tc>
        <w:tc>
          <w:tcPr>
            <w:tcW w:type="dxa" w:w="2351"/>
          </w:tcPr>
          <w:p>
            <w:pPr>
              <w:jc w:val="center"/>
            </w:pPr>
            <w:r/>
            <w:r/>
            <w:r>
              <w:rPr>
                <w:rFonts w:ascii="Niramit" w:hAnsi="Niramit"/>
                <w:sz w:val="19"/>
              </w:rPr>
              <w:t>Eylem/durum bildirir (yüklem)</w:t>
            </w:r>
          </w:p>
        </w:tc>
        <w:tc>
          <w:tcPr>
            <w:tcW w:type="dxa" w:w="2351"/>
          </w:tcPr>
          <w:p>
            <w:pPr>
              <w:jc w:val="left"/>
            </w:pPr>
            <w:r/>
            <w:r/>
            <w:r>
              <w:rPr>
                <w:rFonts w:ascii="Niramit" w:hAnsi="Niramit"/>
                <w:sz w:val="19"/>
              </w:rPr>
              <w:t>am, is, are, read, go</w:t>
            </w:r>
          </w:p>
        </w:tc>
      </w:tr>
      <w:tr>
        <w:tc>
          <w:tcPr>
            <w:tcW w:type="dxa" w:w="2351"/>
          </w:tcPr>
          <w:p>
            <w:pPr>
              <w:jc w:val="center"/>
            </w:pPr>
            <w:r/>
            <w:r/>
            <w:r>
              <w:rPr>
                <w:rFonts w:ascii="Niramit" w:hAnsi="Niramit"/>
                <w:sz w:val="19"/>
              </w:rPr>
              <w:t>Sıfat</w:t>
            </w:r>
          </w:p>
        </w:tc>
        <w:tc>
          <w:tcPr>
            <w:tcW w:type="dxa" w:w="2351"/>
          </w:tcPr>
          <w:p>
            <w:pPr>
              <w:jc w:val="center"/>
            </w:pPr>
            <w:r/>
            <w:r/>
            <w:r>
              <w:rPr>
                <w:rFonts w:ascii="Niramit" w:hAnsi="Niramit"/>
                <w:sz w:val="19"/>
              </w:rPr>
              <w:t>Adjective</w:t>
            </w:r>
          </w:p>
        </w:tc>
        <w:tc>
          <w:tcPr>
            <w:tcW w:type="dxa" w:w="2351"/>
          </w:tcPr>
          <w:p>
            <w:pPr>
              <w:jc w:val="center"/>
            </w:pPr>
            <w:r/>
            <w:r/>
            <w:r>
              <w:rPr>
                <w:rFonts w:ascii="Niramit" w:hAnsi="Niramit"/>
                <w:sz w:val="19"/>
              </w:rPr>
              <w:t>İsmin özelliğini belirtir</w:t>
            </w:r>
          </w:p>
        </w:tc>
        <w:tc>
          <w:tcPr>
            <w:tcW w:type="dxa" w:w="2351"/>
          </w:tcPr>
          <w:p>
            <w:pPr>
              <w:jc w:val="left"/>
            </w:pPr>
            <w:r/>
            <w:r/>
            <w:r>
              <w:rPr>
                <w:rFonts w:ascii="Niramit" w:hAnsi="Niramit"/>
                <w:sz w:val="19"/>
              </w:rPr>
              <w:t>happy, big, tired, cold</w:t>
            </w:r>
          </w:p>
        </w:tc>
      </w:tr>
      <w:tr>
        <w:tc>
          <w:tcPr>
            <w:tcW w:type="dxa" w:w="2351"/>
          </w:tcPr>
          <w:p>
            <w:pPr>
              <w:jc w:val="center"/>
            </w:pPr>
            <w:r/>
            <w:r/>
            <w:r>
              <w:rPr>
                <w:rFonts w:ascii="Niramit" w:hAnsi="Niramit"/>
                <w:sz w:val="19"/>
              </w:rPr>
              <w:t>Zamir</w:t>
            </w:r>
          </w:p>
        </w:tc>
        <w:tc>
          <w:tcPr>
            <w:tcW w:type="dxa" w:w="2351"/>
          </w:tcPr>
          <w:p>
            <w:pPr>
              <w:jc w:val="center"/>
            </w:pPr>
            <w:r/>
            <w:r/>
            <w:r>
              <w:rPr>
                <w:rFonts w:ascii="Niramit" w:hAnsi="Niramit"/>
                <w:sz w:val="19"/>
              </w:rPr>
              <w:t>Pronoun</w:t>
            </w:r>
          </w:p>
        </w:tc>
        <w:tc>
          <w:tcPr>
            <w:tcW w:type="dxa" w:w="2351"/>
          </w:tcPr>
          <w:p>
            <w:pPr>
              <w:jc w:val="center"/>
            </w:pPr>
            <w:r/>
            <w:r/>
            <w:r>
              <w:rPr>
                <w:rFonts w:ascii="Niramit" w:hAnsi="Niramit"/>
                <w:sz w:val="19"/>
              </w:rPr>
              <w:t>İsmin yerine geçer</w:t>
            </w:r>
          </w:p>
        </w:tc>
        <w:tc>
          <w:tcPr>
            <w:tcW w:type="dxa" w:w="2351"/>
          </w:tcPr>
          <w:p>
            <w:pPr>
              <w:jc w:val="left"/>
            </w:pPr>
            <w:r/>
            <w:r/>
            <w:r>
              <w:rPr>
                <w:rFonts w:ascii="Niramit" w:hAnsi="Niramit"/>
                <w:sz w:val="19"/>
              </w:rPr>
              <w:t>I, you, he, she, him, her</w:t>
            </w:r>
          </w:p>
        </w:tc>
      </w:tr>
      <w:tr>
        <w:tc>
          <w:tcPr>
            <w:tcW w:type="dxa" w:w="2351"/>
          </w:tcPr>
          <w:p>
            <w:pPr>
              <w:jc w:val="center"/>
            </w:pPr>
            <w:r/>
            <w:r/>
            <w:r>
              <w:rPr>
                <w:rFonts w:ascii="Niramit" w:hAnsi="Niramit"/>
                <w:sz w:val="19"/>
              </w:rPr>
              <w:t>Özne</w:t>
            </w:r>
          </w:p>
        </w:tc>
        <w:tc>
          <w:tcPr>
            <w:tcW w:type="dxa" w:w="2351"/>
          </w:tcPr>
          <w:p>
            <w:pPr>
              <w:jc w:val="center"/>
            </w:pPr>
            <w:r/>
            <w:r/>
            <w:r>
              <w:rPr>
                <w:rFonts w:ascii="Niramit" w:hAnsi="Niramit"/>
                <w:sz w:val="19"/>
              </w:rPr>
              <w:t>Subject</w:t>
            </w:r>
          </w:p>
        </w:tc>
        <w:tc>
          <w:tcPr>
            <w:tcW w:type="dxa" w:w="2351"/>
          </w:tcPr>
          <w:p>
            <w:pPr>
              <w:jc w:val="center"/>
            </w:pPr>
            <w:r/>
            <w:r/>
            <w:r>
              <w:rPr>
                <w:rFonts w:ascii="Niramit" w:hAnsi="Niramit"/>
                <w:sz w:val="19"/>
              </w:rPr>
              <w:t>Eylemi yapan / durumda olan</w:t>
            </w:r>
          </w:p>
        </w:tc>
        <w:tc>
          <w:tcPr>
            <w:tcW w:type="dxa" w:w="2351"/>
          </w:tcPr>
          <w:p>
            <w:pPr>
              <w:jc w:val="left"/>
            </w:pPr>
            <w:r/>
            <w:r/>
            <w:r>
              <w:rPr>
                <w:rFonts w:ascii="Niramit" w:hAnsi="Niramit"/>
                <w:sz w:val="19"/>
              </w:rPr>
              <w:t>I (I am happy)</w:t>
            </w:r>
          </w:p>
        </w:tc>
      </w:tr>
      <w:tr>
        <w:tc>
          <w:tcPr>
            <w:tcW w:type="dxa" w:w="2351"/>
          </w:tcPr>
          <w:p>
            <w:pPr>
              <w:jc w:val="center"/>
            </w:pPr>
            <w:r/>
            <w:r/>
            <w:r>
              <w:rPr>
                <w:rFonts w:ascii="Niramit" w:hAnsi="Niramit"/>
                <w:sz w:val="19"/>
              </w:rPr>
              <w:t>Nesne</w:t>
            </w:r>
          </w:p>
        </w:tc>
        <w:tc>
          <w:tcPr>
            <w:tcW w:type="dxa" w:w="2351"/>
          </w:tcPr>
          <w:p>
            <w:pPr>
              <w:jc w:val="center"/>
            </w:pPr>
            <w:r/>
            <w:r/>
            <w:r>
              <w:rPr>
                <w:rFonts w:ascii="Niramit" w:hAnsi="Niramit"/>
                <w:sz w:val="19"/>
              </w:rPr>
              <w:t>Object</w:t>
            </w:r>
          </w:p>
        </w:tc>
        <w:tc>
          <w:tcPr>
            <w:tcW w:type="dxa" w:w="2351"/>
          </w:tcPr>
          <w:p>
            <w:pPr>
              <w:jc w:val="center"/>
            </w:pPr>
            <w:r/>
            <w:r/>
            <w:r>
              <w:rPr>
                <w:rFonts w:ascii="Niramit" w:hAnsi="Niramit"/>
                <w:sz w:val="19"/>
              </w:rPr>
              <w:t>Eylemden etkilenen</w:t>
            </w:r>
          </w:p>
        </w:tc>
        <w:tc>
          <w:tcPr>
            <w:tcW w:type="dxa" w:w="2351"/>
          </w:tcPr>
          <w:p>
            <w:pPr>
              <w:jc w:val="left"/>
            </w:pPr>
            <w:r/>
            <w:r/>
            <w:r>
              <w:rPr>
                <w:rFonts w:ascii="Niramit" w:hAnsi="Niramit"/>
                <w:sz w:val="19"/>
              </w:rPr>
              <w:t>her (I love her)</w:t>
            </w:r>
          </w:p>
        </w:tc>
      </w:tr>
      <w:tr>
        <w:tc>
          <w:tcPr>
            <w:tcW w:type="dxa" w:w="2351"/>
          </w:tcPr>
          <w:p>
            <w:pPr>
              <w:jc w:val="center"/>
            </w:pPr>
            <w:r/>
            <w:r/>
            <w:r>
              <w:rPr>
                <w:rFonts w:ascii="Niramit" w:hAnsi="Niramit"/>
                <w:sz w:val="19"/>
              </w:rPr>
              <w:t>Edat</w:t>
            </w:r>
          </w:p>
        </w:tc>
        <w:tc>
          <w:tcPr>
            <w:tcW w:type="dxa" w:w="2351"/>
          </w:tcPr>
          <w:p>
            <w:pPr>
              <w:jc w:val="center"/>
            </w:pPr>
            <w:r/>
            <w:r/>
            <w:r>
              <w:rPr>
                <w:rFonts w:ascii="Niramit" w:hAnsi="Niramit"/>
                <w:sz w:val="19"/>
              </w:rPr>
              <w:t>Preposition</w:t>
            </w:r>
          </w:p>
        </w:tc>
        <w:tc>
          <w:tcPr>
            <w:tcW w:type="dxa" w:w="2351"/>
          </w:tcPr>
          <w:p>
            <w:pPr>
              <w:jc w:val="center"/>
            </w:pPr>
            <w:r/>
            <w:r/>
            <w:r>
              <w:rPr>
                <w:rFonts w:ascii="Niramit" w:hAnsi="Niramit"/>
                <w:sz w:val="19"/>
              </w:rPr>
              <w:t>Yer/zaman ilişkisi kurar</w:t>
            </w:r>
          </w:p>
        </w:tc>
        <w:tc>
          <w:tcPr>
            <w:tcW w:type="dxa" w:w="2351"/>
          </w:tcPr>
          <w:p>
            <w:pPr>
              <w:jc w:val="left"/>
            </w:pPr>
            <w:r/>
            <w:r/>
            <w:r>
              <w:rPr>
                <w:rFonts w:ascii="Niramit" w:hAnsi="Niramit"/>
                <w:sz w:val="19"/>
              </w:rPr>
              <w:t>at, in, on, before, after</w:t>
            </w:r>
          </w:p>
        </w:tc>
      </w:tr>
      <w:tr>
        <w:tc>
          <w:tcPr>
            <w:tcW w:type="dxa" w:w="2351"/>
          </w:tcPr>
          <w:p>
            <w:pPr>
              <w:jc w:val="center"/>
            </w:pPr>
            <w:r/>
            <w:r/>
            <w:r>
              <w:rPr>
                <w:rFonts w:ascii="Niramit" w:hAnsi="Niramit"/>
                <w:sz w:val="19"/>
              </w:rPr>
              <w:t>İş Cümlesi</w:t>
            </w:r>
          </w:p>
        </w:tc>
        <w:tc>
          <w:tcPr>
            <w:tcW w:type="dxa" w:w="2351"/>
          </w:tcPr>
          <w:p>
            <w:pPr>
              <w:jc w:val="center"/>
            </w:pPr>
            <w:r/>
            <w:r/>
            <w:r>
              <w:rPr>
                <w:rFonts w:ascii="Niramit" w:hAnsi="Niramit"/>
                <w:sz w:val="19"/>
              </w:rPr>
              <w:t>Action Sentence</w:t>
            </w:r>
          </w:p>
        </w:tc>
        <w:tc>
          <w:tcPr>
            <w:tcW w:type="dxa" w:w="2351"/>
          </w:tcPr>
          <w:p>
            <w:pPr>
              <w:jc w:val="center"/>
            </w:pPr>
            <w:r/>
            <w:r/>
            <w:r>
              <w:rPr>
                <w:rFonts w:ascii="Niramit" w:hAnsi="Niramit"/>
                <w:sz w:val="19"/>
              </w:rPr>
              <w:t>Eylem fiili vardır → do/does</w:t>
            </w:r>
          </w:p>
        </w:tc>
        <w:tc>
          <w:tcPr>
            <w:tcW w:type="dxa" w:w="2351"/>
          </w:tcPr>
          <w:p>
            <w:pPr>
              <w:jc w:val="left"/>
            </w:pPr>
            <w:r/>
            <w:r/>
            <w:r>
              <w:rPr>
                <w:rFonts w:ascii="Niramit" w:hAnsi="Niramit"/>
                <w:sz w:val="19"/>
              </w:rPr>
              <w:t>She reads. Does she read?</w:t>
            </w:r>
          </w:p>
        </w:tc>
      </w:tr>
      <w:tr>
        <w:tc>
          <w:tcPr>
            <w:tcW w:type="dxa" w:w="2351"/>
          </w:tcPr>
          <w:p>
            <w:pPr>
              <w:jc w:val="center"/>
            </w:pPr>
            <w:r/>
            <w:r/>
            <w:r>
              <w:rPr>
                <w:rFonts w:ascii="Niramit" w:hAnsi="Niramit"/>
                <w:sz w:val="19"/>
              </w:rPr>
              <w:t>Oluş Cümlesi</w:t>
            </w:r>
          </w:p>
        </w:tc>
        <w:tc>
          <w:tcPr>
            <w:tcW w:type="dxa" w:w="2351"/>
          </w:tcPr>
          <w:p>
            <w:pPr>
              <w:jc w:val="center"/>
            </w:pPr>
            <w:r/>
            <w:r/>
            <w:r>
              <w:rPr>
                <w:rFonts w:ascii="Niramit" w:hAnsi="Niramit"/>
                <w:sz w:val="19"/>
              </w:rPr>
              <w:t>State Sentence</w:t>
            </w:r>
          </w:p>
        </w:tc>
        <w:tc>
          <w:tcPr>
            <w:tcW w:type="dxa" w:w="2351"/>
          </w:tcPr>
          <w:p>
            <w:pPr>
              <w:jc w:val="center"/>
            </w:pPr>
            <w:r/>
            <w:r/>
            <w:r>
              <w:rPr>
                <w:rFonts w:ascii="Niramit" w:hAnsi="Niramit"/>
                <w:sz w:val="19"/>
              </w:rPr>
              <w:t>Durum bildirir → am/is/are</w:t>
            </w:r>
          </w:p>
        </w:tc>
        <w:tc>
          <w:tcPr>
            <w:tcW w:type="dxa" w:w="2351"/>
          </w:tcPr>
          <w:p>
            <w:pPr>
              <w:jc w:val="left"/>
            </w:pPr>
            <w:r/>
            <w:r/>
            <w:r>
              <w:rPr>
                <w:rFonts w:ascii="Niramit" w:hAnsi="Niramit"/>
                <w:sz w:val="19"/>
              </w:rPr>
              <w:t>She is happy. Is she happy?</w:t>
            </w:r>
          </w:p>
        </w:tc>
      </w:tr>
    </w:tbl>
    <w:p>
      <w:r>
        <w:br w:type="page"/>
      </w:r>
    </w:p>
    <w:p>
      <w:pPr/>
      <w:r>
        <w:rPr>
          <w:rFonts w:ascii="Niramit" w:hAnsi="Niramit"/>
          <w:b/>
          <w:color w:val="1A559E"/>
          <w:sz w:val="28"/>
        </w:rPr>
        <w:t>4. SINIF GENEL TEKRAR</w:t>
      </w:r>
    </w:p>
    <w:p>
      <w:pPr>
        <w:jc w:val="center"/>
      </w:pPr>
      <w:r>
        <w:rPr>
          <w:rFonts w:ascii="Niramit" w:hAnsi="Niramit"/>
          <w:color w:val="666666"/>
          <w:sz w:val="20"/>
        </w:rPr>
        <w:t>5. sınıfa başlarken bilmen gereken kritik konular</w:t>
      </w:r>
    </w:p>
    <w:p>
      <w:pPr/>
      <w:r>
        <w:rPr>
          <w:rFonts w:ascii="Niramit" w:hAnsi="Niramit"/>
          <w:color w:val="222222"/>
          <w:sz w:val="21"/>
        </w:rPr>
        <w:t>Bu bölümde 4. sınıfta öğrendiğin tüm önemli İngilizce konularını kısaca hatırlatıyoruz. Bu konular 5. sınıfın temelidir — her sınavda karşına çıkacak.</w:t>
      </w:r>
    </w:p>
    <w:p>
      <w:pPr/>
      <w:r>
        <w:rPr>
          <w:rFonts w:ascii="Niramit" w:hAnsi="Niramit"/>
          <w:color w:val="222222"/>
          <w:sz w:val="21"/>
        </w:rPr>
        <w:t>Özellikle ⚡ işareti olan önemli noktalara dikkat et. Bunlar en sık hata yapılan yerlerdir.</w:t>
      </w:r>
    </w:p>
    <w:p>
      <w:pPr/>
      <w:r/>
    </w:p>
    <w:p>
      <w:pPr/>
      <w:r>
        <w:rPr>
          <w:rFonts w:ascii="Niramit" w:hAnsi="Niramit"/>
          <w:b/>
          <w:color w:val="336D5C"/>
          <w:sz w:val="22"/>
        </w:rPr>
        <w:t>1. to be (am/is/are) vs do/does — EN KRİTİK KONU ⚡</w:t>
      </w:r>
    </w:p>
    <w:p>
      <w:pPr/>
      <w:r>
        <w:rPr>
          <w:rFonts w:ascii="Niramit" w:hAnsi="Niramit"/>
          <w:color w:val="222222"/>
          <w:sz w:val="21"/>
        </w:rPr>
        <w:t>İngilizce'de iki tür cümle vardır. Hangisi olduğunu bilmezsen soru ve olumsuzu yanlış yaparsın.</w:t>
      </w:r>
    </w:p>
    <w:p>
      <w:pPr/>
    </w:p>
    <w:p>
      <w:pPr/>
      <w:r>
        <w:rPr>
          <w:rFonts w:ascii="Niramit" w:hAnsi="Niramit"/>
          <w:color w:val="222222"/>
          <w:sz w:val="21"/>
        </w:rPr>
        <w:t>⚠️ Önemli: Cümlede eylem fiili var mı?</w:t>
      </w:r>
    </w:p>
    <w:p>
      <w:pPr/>
      <w:r>
        <w:rPr>
          <w:rFonts w:ascii="Niramit" w:hAnsi="Niramit"/>
          <w:color w:val="666666"/>
          <w:sz w:val="20"/>
        </w:rPr>
        <w:t xml:space="preserve">  VAR → İŞ cümlesi → do/does. "She reads" → Does she read?</w:t>
      </w:r>
    </w:p>
    <w:p>
      <w:pPr/>
      <w:r>
        <w:rPr>
          <w:rFonts w:ascii="Niramit" w:hAnsi="Niramit"/>
          <w:color w:val="666666"/>
          <w:sz w:val="20"/>
        </w:rPr>
        <w:t xml:space="preserve">  YOK (sadece sıfat/isim/yer) → OLUŞ cümlesi → am/is/are. "She is tall" → Is she tall?</w:t>
      </w:r>
    </w:p>
    <w:p>
      <w:pPr/>
    </w:p>
    <w:p>
      <w:pPr/>
      <w:r>
        <w:rPr>
          <w:rFonts w:ascii="Niramit" w:hAnsi="Niramit"/>
          <w:color w:val="222222"/>
          <w:sz w:val="21"/>
        </w:rPr>
        <w:t>⚠️ Sık yapılan hatalar:</w:t>
      </w:r>
    </w:p>
    <w:p>
      <w:pPr/>
      <w:r>
        <w:rPr>
          <w:rFonts w:ascii="Niramit" w:hAnsi="Niramit"/>
          <w:color w:val="666666"/>
          <w:sz w:val="20"/>
        </w:rPr>
        <w:t xml:space="preserve">  ❌ Are you like pizza?     → ✅ Do you like pizza?</w:t>
      </w:r>
    </w:p>
    <w:p>
      <w:pPr/>
      <w:r>
        <w:rPr>
          <w:rFonts w:ascii="Niramit" w:hAnsi="Niramit"/>
          <w:color w:val="666666"/>
          <w:sz w:val="20"/>
        </w:rPr>
        <w:t xml:space="preserve">  ❌ Is she read a book?      → ✅ Does she read a book?</w:t>
      </w:r>
    </w:p>
    <w:p>
      <w:pPr/>
      <w:r>
        <w:rPr>
          <w:rFonts w:ascii="Niramit" w:hAnsi="Niramit"/>
          <w:color w:val="666666"/>
          <w:sz w:val="20"/>
        </w:rPr>
        <w:t xml:space="preserve">  ❌ Yes, I'm.                 → ✅ Yes, I am.  (kısa cevapta I'm olmaz!)</w:t>
      </w:r>
    </w:p>
    <w:p>
      <w:pPr/>
      <w:r>
        <w:rPr>
          <w:rFonts w:ascii="Niramit" w:hAnsi="Niramit"/>
          <w:b/>
          <w:color w:val="336D5C"/>
          <w:sz w:val="22"/>
        </w:rPr>
        <w:t>2. Present Simple vs Present Continuous ⚡</w:t>
      </w:r>
    </w:p>
    <w:p>
      <w:pPr/>
    </w:p>
    <w:p>
      <w:pPr/>
      <w:r>
        <w:rPr>
          <w:rFonts w:ascii="Niramit" w:hAnsi="Niramit"/>
          <w:color w:val="222222"/>
          <w:sz w:val="21"/>
        </w:rPr>
        <w:t>⚠️ Önemli: Zaman belirteci seni yönlendirsin!</w:t>
      </w:r>
    </w:p>
    <w:p>
      <w:pPr/>
      <w:r>
        <w:rPr>
          <w:rFonts w:ascii="Niramit" w:hAnsi="Niramit"/>
          <w:color w:val="666666"/>
          <w:sz w:val="20"/>
        </w:rPr>
        <w:t xml:space="preserve">  'Look!' → Continuous zorunlu. 'every day' → Simple zorunlu.</w:t>
      </w:r>
    </w:p>
    <w:p>
      <w:pPr/>
      <w:r>
        <w:rPr>
          <w:rFonts w:ascii="Niramit" w:hAnsi="Niramit"/>
          <w:color w:val="666666"/>
          <w:sz w:val="20"/>
        </w:rPr>
        <w:t xml:space="preserve">  ❌ She is go to school every day.   → ✅ She goes to school every day.</w:t>
      </w:r>
    </w:p>
    <w:p>
      <w:pPr/>
      <w:r>
        <w:rPr>
          <w:rFonts w:ascii="Niramit" w:hAnsi="Niramit"/>
          <w:color w:val="666666"/>
          <w:sz w:val="20"/>
        </w:rPr>
        <w:t xml:space="preserve">  ❌ Look! He runs.                     → ✅ Look! He is running!</w:t>
      </w:r>
    </w:p>
    <w:p>
      <w:pPr/>
      <w:r>
        <w:rPr>
          <w:rFonts w:ascii="Niramit" w:hAnsi="Niramit"/>
          <w:b/>
          <w:color w:val="336D5C"/>
          <w:sz w:val="22"/>
        </w:rPr>
        <w:t>3. Subject vs Object Pronouns ⚡</w:t>
      </w:r>
    </w:p>
    <w:p>
      <w:pPr/>
    </w:p>
    <w:p>
      <w:pPr/>
      <w:r>
        <w:rPr>
          <w:rFonts w:ascii="Niramit" w:hAnsi="Niramit"/>
          <w:color w:val="222222"/>
          <w:sz w:val="21"/>
        </w:rPr>
        <w:t>Kural: Fiilden veya edattan (at, to, for, look at) sonra → OBJECT pronoun gelir.</w:t>
      </w:r>
    </w:p>
    <w:p>
      <w:pPr/>
      <w:r>
        <w:rPr>
          <w:rFonts w:ascii="Niramit" w:hAnsi="Niramit"/>
          <w:color w:val="666666"/>
          <w:sz w:val="20"/>
        </w:rPr>
        <w:t xml:space="preserve">  ❌ Look at he.         → ✅ Look at him.</w:t>
      </w:r>
    </w:p>
    <w:p>
      <w:pPr/>
      <w:r>
        <w:rPr>
          <w:rFonts w:ascii="Niramit" w:hAnsi="Niramit"/>
          <w:color w:val="666666"/>
          <w:sz w:val="20"/>
        </w:rPr>
        <w:t xml:space="preserve">  ❌ I love she.         → ✅ I love her.</w:t>
      </w:r>
    </w:p>
    <w:p>
      <w:pPr/>
      <w:r>
        <w:rPr>
          <w:rFonts w:ascii="Niramit" w:hAnsi="Niramit"/>
          <w:b/>
          <w:color w:val="336D5C"/>
          <w:sz w:val="22"/>
        </w:rPr>
        <w:t>4. WH Questions (Soru Kelimeleri) ⚡</w:t>
      </w:r>
    </w:p>
    <w:p>
      <w:pPr/>
      <w:r>
        <w:rPr>
          <w:rFonts w:ascii="Niramit" w:hAnsi="Niramit"/>
          <w:color w:val="222222"/>
          <w:sz w:val="21"/>
        </w:rPr>
        <w:t>Tüm WH soru kelimelerini bilmen gerek. 5. sınıf sınavında hepsi çıkabilir:</w:t>
      </w:r>
    </w:p>
    <w:p>
      <w:pPr/>
    </w:p>
    <w:p>
      <w:pPr/>
      <w:r>
        <w:rPr>
          <w:rFonts w:ascii="Niramit" w:hAnsi="Niramit"/>
          <w:color w:val="222222"/>
          <w:sz w:val="21"/>
        </w:rPr>
        <w:t>⚠️ Önemli: WH + yardımcı fiil + özne sırasına dikkat!</w:t>
      </w:r>
    </w:p>
    <w:p>
      <w:pPr/>
      <w:r>
        <w:rPr>
          <w:rFonts w:ascii="Niramit" w:hAnsi="Niramit"/>
          <w:color w:val="666666"/>
          <w:sz w:val="20"/>
        </w:rPr>
        <w:t xml:space="preserve">  ❌ What you are doing?     → ✅ What are you doing?</w:t>
      </w:r>
    </w:p>
    <w:p>
      <w:pPr/>
      <w:r>
        <w:rPr>
          <w:rFonts w:ascii="Niramit" w:hAnsi="Niramit"/>
          <w:color w:val="666666"/>
          <w:sz w:val="20"/>
        </w:rPr>
        <w:t xml:space="preserve">  ❌ Where she is?            → ✅ Where is she?</w:t>
      </w:r>
    </w:p>
    <w:p>
      <w:pPr/>
      <w:r>
        <w:rPr>
          <w:rFonts w:ascii="Niramit" w:hAnsi="Niramit"/>
          <w:b/>
          <w:color w:val="336D5C"/>
          <w:sz w:val="22"/>
        </w:rPr>
        <w:t>5. Possessive Adjectives (İyelik Sıfatları) ⚡</w:t>
      </w:r>
    </w:p>
    <w:p>
      <w:pPr/>
    </w:p>
    <w:p>
      <w:pPr/>
      <w:r>
        <w:rPr>
          <w:rFonts w:ascii="Niramit" w:hAnsi="Niramit"/>
          <w:color w:val="222222"/>
          <w:sz w:val="21"/>
        </w:rPr>
        <w:t>⚠️ Önemli: its (onun) ≠ it's (it is)! Bunlar farklı şeyler.</w:t>
      </w:r>
    </w:p>
    <w:p>
      <w:pPr/>
      <w:r>
        <w:rPr>
          <w:rFonts w:ascii="Niramit" w:hAnsi="Niramit"/>
          <w:color w:val="666666"/>
          <w:sz w:val="20"/>
        </w:rPr>
        <w:t xml:space="preserve">  ❌ She is my mother. She name is Ayşe.  → ✅ Her name is Ayşe.</w:t>
      </w:r>
    </w:p>
    <w:p>
      <w:pPr/>
      <w:r>
        <w:rPr>
          <w:rFonts w:ascii="Niramit" w:hAnsi="Niramit"/>
          <w:b/>
          <w:color w:val="336D5C"/>
          <w:sz w:val="22"/>
        </w:rPr>
        <w:t>6. can / can't (Yetenek) ⚡</w:t>
      </w:r>
    </w:p>
    <w:p>
      <w:pPr/>
      <w:r>
        <w:rPr>
          <w:rFonts w:ascii="Niramit" w:hAnsi="Niramit"/>
          <w:color w:val="222222"/>
          <w:sz w:val="21"/>
        </w:rPr>
        <w:t>can/can't'ten sonra fiil HER ZAMAN yalındır (V1). -ing, -s, to GELMEZ.</w:t>
      </w:r>
    </w:p>
    <w:p>
      <w:pPr/>
      <w:r>
        <w:rPr>
          <w:rFonts w:ascii="Niramit" w:hAnsi="Niramit"/>
          <w:color w:val="666666"/>
          <w:sz w:val="20"/>
        </w:rPr>
        <w:t xml:space="preserve">  ✅ She can swim.     ✅ I can't dance.     ✅ Can you play guitar?</w:t>
      </w:r>
    </w:p>
    <w:p>
      <w:pPr/>
      <w:r>
        <w:rPr>
          <w:rFonts w:ascii="Niramit" w:hAnsi="Niramit"/>
          <w:color w:val="666666"/>
          <w:sz w:val="20"/>
        </w:rPr>
        <w:t xml:space="preserve">  ❌ She can swims.    ❌ He can swimming.   ❌ She can to swim.</w:t>
      </w:r>
    </w:p>
    <w:p>
      <w:pPr/>
      <w:r>
        <w:rPr>
          <w:rFonts w:ascii="Niramit" w:hAnsi="Niramit"/>
          <w:b/>
          <w:color w:val="336D5C"/>
          <w:sz w:val="22"/>
        </w:rPr>
        <w:t>7. like / love + Ving ⚡</w:t>
      </w:r>
    </w:p>
    <w:p>
      <w:pPr/>
      <w:r>
        <w:rPr>
          <w:rFonts w:ascii="Niramit" w:hAnsi="Niramit"/>
          <w:color w:val="222222"/>
          <w:sz w:val="21"/>
        </w:rPr>
        <w:t>like ve love'dan sonra fiil -ing alır. He/She/It'te likes + Ving.</w:t>
      </w:r>
    </w:p>
    <w:p>
      <w:pPr/>
      <w:r>
        <w:rPr>
          <w:rFonts w:ascii="Niramit" w:hAnsi="Niramit"/>
          <w:color w:val="666666"/>
          <w:sz w:val="20"/>
        </w:rPr>
        <w:t xml:space="preserve">  ✅ I like playing.   ✅ She likes reading.   ✅ They love swimming.</w:t>
      </w:r>
    </w:p>
    <w:p>
      <w:pPr/>
      <w:r>
        <w:rPr>
          <w:rFonts w:ascii="Niramit" w:hAnsi="Niramit"/>
          <w:color w:val="666666"/>
          <w:sz w:val="20"/>
        </w:rPr>
        <w:t xml:space="preserve">  ❌ She likes play.   ❌ I like to playing.   ❌ She like reading.</w:t>
      </w:r>
    </w:p>
    <w:p>
      <w:pPr/>
      <w:r>
        <w:rPr>
          <w:rFonts w:ascii="Niramit" w:hAnsi="Niramit"/>
          <w:b/>
          <w:color w:val="336D5C"/>
          <w:sz w:val="22"/>
        </w:rPr>
        <w:t>8. There is / There are (Varlık Bildirme) ⚡</w:t>
      </w:r>
    </w:p>
    <w:p>
      <w:pPr/>
      <w:r>
        <w:rPr>
          <w:rFonts w:ascii="Niramit" w:hAnsi="Niramit"/>
          <w:color w:val="222222"/>
          <w:sz w:val="21"/>
        </w:rPr>
        <w:t>There is + tekil, There are + çoğul.</w:t>
      </w:r>
    </w:p>
    <w:p>
      <w:pPr/>
      <w:r>
        <w:rPr>
          <w:rFonts w:ascii="Niramit" w:hAnsi="Niramit"/>
          <w:color w:val="666666"/>
          <w:sz w:val="20"/>
        </w:rPr>
        <w:t xml:space="preserve">  ✅ There is an apple.          ✅ There are three apples.</w:t>
      </w:r>
    </w:p>
    <w:p>
      <w:pPr/>
      <w:r>
        <w:rPr>
          <w:rFonts w:ascii="Niramit" w:hAnsi="Niramit"/>
          <w:color w:val="666666"/>
          <w:sz w:val="20"/>
        </w:rPr>
        <w:t xml:space="preserve">  ❌ There is three apples.      ❌ Is there any apples? → Are there any apples?</w:t>
      </w:r>
    </w:p>
    <w:p>
      <w:pPr/>
      <w:r>
        <w:rPr>
          <w:rFonts w:ascii="Niramit" w:hAnsi="Niramit"/>
          <w:b/>
          <w:color w:val="336D5C"/>
          <w:sz w:val="22"/>
        </w:rPr>
        <w:t>9. Prepositions of Time (Zaman Edatları) ⚡</w:t>
      </w:r>
    </w:p>
    <w:p>
      <w:pPr/>
    </w:p>
    <w:p>
      <w:pPr/>
      <w:r>
        <w:rPr>
          <w:rFonts w:ascii="Niramit" w:hAnsi="Niramit"/>
          <w:color w:val="222222"/>
          <w:sz w:val="21"/>
        </w:rPr>
        <w:t>⚠️ Önemli: at = saat, on = gün, in = ay/mevsim. Karıştırma!</w:t>
      </w:r>
    </w:p>
    <w:p>
      <w:pPr/>
      <w:r>
        <w:rPr>
          <w:rFonts w:ascii="Niramit" w:hAnsi="Niramit"/>
          <w:color w:val="666666"/>
          <w:sz w:val="20"/>
        </w:rPr>
        <w:t xml:space="preserve">  ❌ at Monday    → ✅ on Monday</w:t>
      </w:r>
    </w:p>
    <w:p>
      <w:pPr/>
      <w:r>
        <w:rPr>
          <w:rFonts w:ascii="Niramit" w:hAnsi="Niramit"/>
          <w:color w:val="666666"/>
          <w:sz w:val="20"/>
        </w:rPr>
        <w:t xml:space="preserve">  ❌ in 7 o'clock → ✅ at 7 o'clock</w:t>
      </w:r>
    </w:p>
    <w:p>
      <w:pPr/>
      <w:r>
        <w:rPr>
          <w:rFonts w:ascii="Niramit" w:hAnsi="Niramit"/>
          <w:b/>
          <w:color w:val="336D5C"/>
          <w:sz w:val="22"/>
        </w:rPr>
        <w:t>10. Adverbs of Frequency (Sıklık Zarfları) ⚡</w:t>
      </w:r>
    </w:p>
    <w:p>
      <w:pPr/>
      <w:r>
        <w:rPr>
          <w:rFonts w:ascii="Niramit" w:hAnsi="Niramit"/>
          <w:color w:val="222222"/>
          <w:sz w:val="21"/>
        </w:rPr>
        <w:t>always (her zaman) → usually (genelde) → sometimes (bazen) → never (asla)</w:t>
      </w:r>
    </w:p>
    <w:p>
      <w:pPr/>
    </w:p>
    <w:p>
      <w:pPr/>
      <w:r>
        <w:rPr>
          <w:rFonts w:ascii="Niramit" w:hAnsi="Niramit"/>
          <w:color w:val="222222"/>
          <w:sz w:val="21"/>
        </w:rPr>
        <w:t>⚠️ Önemli — Cümledeki yeri çok önemli:</w:t>
      </w:r>
    </w:p>
    <w:p>
      <w:pPr/>
      <w:r>
        <w:rPr>
          <w:rFonts w:ascii="Niramit" w:hAnsi="Niramit"/>
          <w:color w:val="666666"/>
          <w:sz w:val="20"/>
        </w:rPr>
        <w:t xml:space="preserve">  Eylem fiilinden ÖNCE:     I always go to school.  /  She never eats meat.</w:t>
      </w:r>
    </w:p>
    <w:p>
      <w:pPr/>
      <w:r>
        <w:rPr>
          <w:rFonts w:ascii="Niramit" w:hAnsi="Niramit"/>
          <w:color w:val="666666"/>
          <w:sz w:val="20"/>
        </w:rPr>
        <w:t xml:space="preserve">  to be (am/is/are)'den SONRA:  He is always happy.  /  They are never late.</w:t>
      </w:r>
    </w:p>
    <w:p>
      <w:pPr/>
      <w:r>
        <w:rPr>
          <w:rFonts w:ascii="Niramit" w:hAnsi="Niramit"/>
          <w:color w:val="666666"/>
          <w:sz w:val="20"/>
        </w:rPr>
        <w:t xml:space="preserve">  ❌ I go always to school.        → ✅ I always go to school.</w:t>
      </w:r>
    </w:p>
    <w:p>
      <w:pPr/>
      <w:r>
        <w:rPr>
          <w:rFonts w:ascii="Niramit" w:hAnsi="Niramit"/>
          <w:color w:val="666666"/>
          <w:sz w:val="20"/>
        </w:rPr>
        <w:t xml:space="preserve">  ❌ He always is happy.            → ✅ He is always happy.</w:t>
      </w:r>
    </w:p>
    <w:p>
      <w:pPr/>
    </w:p>
    <w:p>
      <w:pPr/>
      <w:r>
        <w:rPr>
          <w:rFonts w:ascii="Niramit" w:hAnsi="Niramit"/>
          <w:color w:val="222222"/>
          <w:sz w:val="21"/>
        </w:rPr>
        <w:t>⚠️ Önemli — never olumlu cümlede kullanılır!</w:t>
      </w:r>
    </w:p>
    <w:p>
      <w:pPr/>
      <w:r>
        <w:rPr>
          <w:rFonts w:ascii="Niramit" w:hAnsi="Niramit"/>
          <w:color w:val="666666"/>
          <w:sz w:val="20"/>
        </w:rPr>
        <w:t xml:space="preserve">  never zaten olumsuz anlam taşır, don't/doesn't ile kullanılmaz:</w:t>
      </w:r>
    </w:p>
    <w:p>
      <w:pPr/>
      <w:r>
        <w:rPr>
          <w:rFonts w:ascii="Niramit" w:hAnsi="Niramit"/>
          <w:color w:val="666666"/>
          <w:sz w:val="20"/>
        </w:rPr>
        <w:t xml:space="preserve">  ✅ I never eat meat.           ❌ I don't never eat meat.</w:t>
      </w:r>
    </w:p>
    <w:p>
      <w:pPr/>
      <w:r>
        <w:rPr>
          <w:rFonts w:ascii="Niramit" w:hAnsi="Niramit"/>
          <w:color w:val="666666"/>
          <w:sz w:val="20"/>
        </w:rPr>
        <w:t xml:space="preserve">  ✅ She never goes to bed late.  ❌ She doesn't never go to bed late.</w:t>
      </w:r>
    </w:p>
    <w:p>
      <w:pPr/>
      <w:r>
        <w:rPr>
          <w:rFonts w:ascii="Niramit" w:hAnsi="Niramit"/>
          <w:b/>
          <w:color w:val="336D5C"/>
          <w:sz w:val="22"/>
        </w:rPr>
        <w:t>11. Bağlaçlar (and / but / or / because) ⚡</w:t>
      </w:r>
    </w:p>
    <w:p>
      <w:pPr/>
      <w:r>
        <w:rPr>
          <w:rFonts w:ascii="Niramit" w:hAnsi="Niramit"/>
          <w:color w:val="222222"/>
          <w:sz w:val="21"/>
        </w:rPr>
        <w:t>and = ve (ekleme)  |  but = ama (zıtlık)  |  or = veya (seçenek)  |  because = çünkü (sebep)</w:t>
      </w:r>
    </w:p>
    <w:p>
      <w:pPr/>
    </w:p>
    <w:p>
      <w:pPr/>
      <w:r>
        <w:rPr>
          <w:rFonts w:ascii="Niramit" w:hAnsi="Niramit"/>
          <w:color w:val="222222"/>
          <w:sz w:val="21"/>
        </w:rPr>
        <w:t>⚠️ Önemli: But'tan sonra yeni cümle başlar, öznesine göre çekimlenir!</w:t>
      </w:r>
    </w:p>
    <w:p>
      <w:pPr/>
      <w:r>
        <w:rPr>
          <w:rFonts w:ascii="Niramit" w:hAnsi="Niramit"/>
          <w:color w:val="666666"/>
          <w:sz w:val="20"/>
        </w:rPr>
        <w:t xml:space="preserve">  ✅ I like potatoes but my brother likes oranges.</w:t>
      </w:r>
    </w:p>
    <w:p>
      <w:pPr/>
      <w:r>
        <w:rPr>
          <w:rFonts w:ascii="Niramit" w:hAnsi="Niramit"/>
          <w:color w:val="666666"/>
          <w:sz w:val="20"/>
        </w:rPr>
        <w:t xml:space="preserve">  ❌ I like potatoes but my brother like oranges.</w:t>
      </w:r>
    </w:p>
    <w:p>
      <w:pPr/>
      <w:r>
        <w:rPr>
          <w:rFonts w:ascii="Niramit" w:hAnsi="Niramit"/>
          <w:color w:val="666666"/>
          <w:sz w:val="20"/>
        </w:rPr>
        <w:t xml:space="preserve">  ✅ She doesn't like coffee but she likes tea.</w:t>
      </w:r>
    </w:p>
    <w:p>
      <w:pPr/>
      <w:r>
        <w:rPr>
          <w:rFonts w:ascii="Niramit" w:hAnsi="Niramit"/>
          <w:b/>
          <w:color w:val="336D5C"/>
          <w:sz w:val="22"/>
        </w:rPr>
        <w:t>12. Yes/No Kısa Cevaplar ⚡</w:t>
      </w:r>
    </w:p>
    <w:p>
      <w:pPr/>
    </w:p>
    <w:p>
      <w:pPr/>
      <w:r>
        <w:rPr>
          <w:rFonts w:ascii="Niramit" w:hAnsi="Niramit"/>
          <w:color w:val="222222"/>
          <w:sz w:val="21"/>
        </w:rPr>
        <w:t>⚠️ Önemli: Kısa cevapta ASLA I'm, he's, they're olmaz! Tam form kullan.</w:t>
      </w:r>
    </w:p>
    <w:p>
      <w:pPr/>
      <w:r>
        <w:rPr>
          <w:rFonts w:ascii="Niramit" w:hAnsi="Niramit"/>
          <w:color w:val="666666"/>
          <w:sz w:val="20"/>
        </w:rPr>
        <w:t xml:space="preserve">  ❌ Yes, I'm.    → ✅ Yes, I am.</w:t>
      </w:r>
    </w:p>
    <w:p>
      <w:pPr/>
      <w:r>
        <w:rPr>
          <w:rFonts w:ascii="Niramit" w:hAnsi="Niramit"/>
          <w:color w:val="666666"/>
          <w:sz w:val="20"/>
        </w:rPr>
        <w:t xml:space="preserve">  ❌ Yes, she's.  → ✅ Yes, she is.</w:t>
      </w:r>
    </w:p>
    <w:p>
      <w:pPr/>
      <w:r>
        <w:rPr>
          <w:rFonts w:ascii="Niramit" w:hAnsi="Niramit"/>
          <w:color w:val="666666"/>
          <w:sz w:val="20"/>
        </w:rPr>
        <w:t xml:space="preserve">  ❌ Do you like? Yes, I like.  → ✅ Yes, I do.</w:t>
      </w:r>
    </w:p>
    <w:p>
      <w:pPr/>
      <w:r>
        <w:rPr>
          <w:rFonts w:ascii="Niramit" w:hAnsi="Niramit"/>
          <w:b/>
          <w:color w:val="336D5C"/>
          <w:sz w:val="22"/>
        </w:rPr>
        <w:t>13. 's Kullanımı (is / has / iyelik) ⚡</w:t>
      </w:r>
    </w:p>
    <w:p>
      <w:pPr/>
      <w:r>
        <w:rPr>
          <w:rFonts w:ascii="Niramit" w:hAnsi="Niramit"/>
          <w:color w:val="222222"/>
          <w:sz w:val="21"/>
        </w:rPr>
        <w:t>'s üç farklı anlama gelebilir. Bağlamdan çözmelisin:</w:t>
      </w:r>
    </w:p>
    <w:p>
      <w:pPr/>
      <w:r>
        <w:rPr>
          <w:rFonts w:ascii="Niramit" w:hAnsi="Niramit"/>
          <w:color w:val="666666"/>
          <w:sz w:val="20"/>
        </w:rPr>
        <w:t xml:space="preserve">  He's tired.     → He IS tired.      ('s = is)</w:t>
      </w:r>
    </w:p>
    <w:p>
      <w:pPr/>
      <w:r>
        <w:rPr>
          <w:rFonts w:ascii="Niramit" w:hAnsi="Niramit"/>
          <w:color w:val="666666"/>
          <w:sz w:val="20"/>
        </w:rPr>
        <w:t xml:space="preserve">  He's got a car.  → He HAS got a car.  ('s = has)</w:t>
      </w:r>
    </w:p>
    <w:p>
      <w:pPr/>
      <w:r>
        <w:rPr>
          <w:rFonts w:ascii="Niramit" w:hAnsi="Niramit"/>
          <w:color w:val="666666"/>
          <w:sz w:val="20"/>
        </w:rPr>
        <w:t xml:space="preserve">  Ali's book.      → Ali'nin kitabı      ('s = iyelik)</w:t>
      </w:r>
    </w:p>
    <w:p>
      <w:pPr/>
      <w:r>
        <w:rPr>
          <w:rFonts w:ascii="Niramit" w:hAnsi="Niramit"/>
          <w:b/>
          <w:color w:val="336D5C"/>
          <w:sz w:val="22"/>
        </w:rPr>
        <w:t>Hızlı Referans Tablosu</w:t>
      </w:r>
    </w:p>
    <w:p>
      <w:pPr/>
    </w:p>
    <w:p>
      <w:pPr/>
    </w:p>
    <w:p>
      <w:pPr/>
      <w:r>
        <w:rPr>
          <w:rFonts w:ascii="Niramit" w:hAnsi="Niramit"/>
          <w:color w:val="222222"/>
          <w:sz w:val="21"/>
        </w:rPr>
        <w:t>Bu 13 konu 5. sınıf boyunca her sınavda karşına çıkacak. Her ünitede yeniden hatırlatmayacağız — buraya dönüp bakabilirsin.</w:t>
      </w:r>
    </w:p>
    <w:tbl>
      <w:tblPr>
        <w:tblStyle w:val="TableGrid"/>
        <w:tblW w:type="auto" w:w="0"/>
        <w:tblLook w:firstColumn="1" w:firstRow="1" w:lastColumn="0" w:lastRow="0" w:noHBand="0" w:noVBand="1" w:val="04A0"/>
      </w:tblPr>
      <w:tblGrid>
        <w:gridCol w:w="3135"/>
        <w:gridCol w:w="3135"/>
        <w:gridCol w:w="3135"/>
      </w:tblGrid>
      <w:tr>
        <w:tc>
          <w:tcPr>
            <w:tcW w:type="dxa" w:w="3135"/>
          </w:tcPr>
          <w:p>
            <w:pPr>
              <w:jc w:val="center"/>
            </w:pPr>
            <w:r/>
            <w:r/>
            <w:r>
              <w:rPr>
                <w:rFonts w:ascii="Niramit" w:hAnsi="Niramit"/>
                <w:b/>
                <w:color w:val="FFFFFF"/>
                <w:sz w:val="20"/>
              </w:rPr>
            </w:r>
          </w:p>
        </w:tc>
        <w:tc>
          <w:tcPr>
            <w:tcW w:type="dxa" w:w="3135"/>
          </w:tcPr>
          <w:p>
            <w:pPr>
              <w:jc w:val="center"/>
            </w:pPr>
            <w:r/>
            <w:r/>
            <w:r>
              <w:rPr>
                <w:rFonts w:ascii="Niramit" w:hAnsi="Niramit"/>
                <w:b/>
                <w:color w:val="FFFFFF"/>
                <w:sz w:val="20"/>
              </w:rPr>
              <w:t>OLUŞ CÜMLESİ</w:t>
            </w:r>
          </w:p>
        </w:tc>
        <w:tc>
          <w:tcPr>
            <w:tcW w:type="dxa" w:w="3135"/>
          </w:tcPr>
          <w:p>
            <w:pPr>
              <w:jc w:val="center"/>
            </w:pPr>
            <w:r/>
            <w:r/>
            <w:r>
              <w:rPr>
                <w:rFonts w:ascii="Niramit" w:hAnsi="Niramit"/>
                <w:b/>
                <w:color w:val="FFFFFF"/>
                <w:sz w:val="20"/>
              </w:rPr>
              <w:t>İŞ CÜMLESİ</w:t>
            </w:r>
          </w:p>
        </w:tc>
      </w:tr>
      <w:tr>
        <w:tc>
          <w:tcPr>
            <w:tcW w:type="dxa" w:w="3135"/>
          </w:tcPr>
          <w:p>
            <w:pPr>
              <w:jc w:val="center"/>
            </w:pPr>
            <w:r/>
            <w:r/>
            <w:r>
              <w:rPr>
                <w:rFonts w:ascii="Niramit" w:hAnsi="Niramit"/>
                <w:sz w:val="19"/>
              </w:rPr>
              <w:t>Anlamı</w:t>
            </w:r>
          </w:p>
        </w:tc>
        <w:tc>
          <w:tcPr>
            <w:tcW w:type="dxa" w:w="3135"/>
          </w:tcPr>
          <w:p>
            <w:pPr>
              <w:jc w:val="center"/>
            </w:pPr>
            <w:r/>
            <w:r/>
            <w:r>
              <w:rPr>
                <w:rFonts w:ascii="Niramit" w:hAnsi="Niramit"/>
                <w:sz w:val="19"/>
              </w:rPr>
              <w:t>Durum, hal, kimlik</w:t>
            </w:r>
          </w:p>
        </w:tc>
        <w:tc>
          <w:tcPr>
            <w:tcW w:type="dxa" w:w="3135"/>
          </w:tcPr>
          <w:p>
            <w:pPr>
              <w:jc w:val="left"/>
            </w:pPr>
            <w:r/>
            <w:r/>
            <w:r>
              <w:rPr>
                <w:rFonts w:ascii="Niramit" w:hAnsi="Niramit"/>
                <w:sz w:val="19"/>
              </w:rPr>
              <w:t>Eylem, hareket</w:t>
            </w:r>
          </w:p>
        </w:tc>
      </w:tr>
      <w:tr>
        <w:tc>
          <w:tcPr>
            <w:tcW w:type="dxa" w:w="3135"/>
          </w:tcPr>
          <w:p>
            <w:pPr>
              <w:jc w:val="center"/>
            </w:pPr>
            <w:r/>
            <w:r/>
            <w:r>
              <w:rPr>
                <w:rFonts w:ascii="Niramit" w:hAnsi="Niramit"/>
                <w:sz w:val="19"/>
              </w:rPr>
              <w:t>İçerik</w:t>
            </w:r>
          </w:p>
        </w:tc>
        <w:tc>
          <w:tcPr>
            <w:tcW w:type="dxa" w:w="3135"/>
          </w:tcPr>
          <w:p>
            <w:pPr>
              <w:jc w:val="center"/>
            </w:pPr>
            <w:r/>
            <w:r/>
            <w:r>
              <w:rPr>
                <w:rFonts w:ascii="Niramit" w:hAnsi="Niramit"/>
                <w:sz w:val="19"/>
              </w:rPr>
              <w:t>Sıfat / isim / yer</w:t>
            </w:r>
          </w:p>
        </w:tc>
        <w:tc>
          <w:tcPr>
            <w:tcW w:type="dxa" w:w="3135"/>
          </w:tcPr>
          <w:p>
            <w:pPr>
              <w:jc w:val="left"/>
            </w:pPr>
            <w:r/>
            <w:r/>
            <w:r>
              <w:rPr>
                <w:rFonts w:ascii="Niramit" w:hAnsi="Niramit"/>
                <w:sz w:val="19"/>
              </w:rPr>
              <w:t>Eylem fiili (go, eat, read...)</w:t>
            </w:r>
          </w:p>
        </w:tc>
      </w:tr>
      <w:tr>
        <w:tc>
          <w:tcPr>
            <w:tcW w:type="dxa" w:w="3135"/>
          </w:tcPr>
          <w:p>
            <w:pPr>
              <w:jc w:val="center"/>
            </w:pPr>
            <w:r/>
            <w:r/>
            <w:r>
              <w:rPr>
                <w:rFonts w:ascii="Niramit" w:hAnsi="Niramit"/>
                <w:sz w:val="19"/>
              </w:rPr>
              <w:t>Fiil</w:t>
            </w:r>
          </w:p>
        </w:tc>
        <w:tc>
          <w:tcPr>
            <w:tcW w:type="dxa" w:w="3135"/>
          </w:tcPr>
          <w:p>
            <w:pPr>
              <w:jc w:val="center"/>
            </w:pPr>
            <w:r/>
            <w:r/>
            <w:r>
              <w:rPr>
                <w:rFonts w:ascii="Niramit" w:hAnsi="Niramit"/>
                <w:sz w:val="19"/>
              </w:rPr>
              <w:t>am, is, are</w:t>
            </w:r>
          </w:p>
        </w:tc>
        <w:tc>
          <w:tcPr>
            <w:tcW w:type="dxa" w:w="3135"/>
          </w:tcPr>
          <w:p>
            <w:pPr>
              <w:jc w:val="left"/>
            </w:pPr>
            <w:r/>
            <w:r/>
            <w:r>
              <w:rPr>
                <w:rFonts w:ascii="Niramit" w:hAnsi="Niramit"/>
                <w:sz w:val="19"/>
              </w:rPr>
              <w:t>do/does ile soru/olumsuz</w:t>
            </w:r>
          </w:p>
        </w:tc>
      </w:tr>
      <w:tr>
        <w:tc>
          <w:tcPr>
            <w:tcW w:type="dxa" w:w="3135"/>
          </w:tcPr>
          <w:p>
            <w:pPr>
              <w:jc w:val="center"/>
            </w:pPr>
            <w:r/>
            <w:r/>
            <w:r>
              <w:rPr>
                <w:rFonts w:ascii="Niramit" w:hAnsi="Niramit"/>
                <w:sz w:val="19"/>
              </w:rPr>
              <w:t>Örnek olumlu</w:t>
            </w:r>
          </w:p>
        </w:tc>
        <w:tc>
          <w:tcPr>
            <w:tcW w:type="dxa" w:w="3135"/>
          </w:tcPr>
          <w:p>
            <w:pPr>
              <w:jc w:val="center"/>
            </w:pPr>
            <w:r/>
            <w:r/>
            <w:r>
              <w:rPr>
                <w:rFonts w:ascii="Niramit" w:hAnsi="Niramit"/>
                <w:sz w:val="19"/>
              </w:rPr>
              <w:t>She is happy.</w:t>
            </w:r>
          </w:p>
        </w:tc>
        <w:tc>
          <w:tcPr>
            <w:tcW w:type="dxa" w:w="3135"/>
          </w:tcPr>
          <w:p>
            <w:pPr>
              <w:jc w:val="left"/>
            </w:pPr>
            <w:r/>
            <w:r/>
            <w:r>
              <w:rPr>
                <w:rFonts w:ascii="Niramit" w:hAnsi="Niramit"/>
                <w:sz w:val="19"/>
              </w:rPr>
              <w:t>She reads a book.</w:t>
            </w:r>
          </w:p>
        </w:tc>
      </w:tr>
      <w:tr>
        <w:tc>
          <w:tcPr>
            <w:tcW w:type="dxa" w:w="3135"/>
          </w:tcPr>
          <w:p>
            <w:pPr>
              <w:jc w:val="center"/>
            </w:pPr>
            <w:r/>
            <w:r/>
            <w:r>
              <w:rPr>
                <w:rFonts w:ascii="Niramit" w:hAnsi="Niramit"/>
                <w:sz w:val="19"/>
              </w:rPr>
              <w:t>Örnek olumsuz</w:t>
            </w:r>
          </w:p>
        </w:tc>
        <w:tc>
          <w:tcPr>
            <w:tcW w:type="dxa" w:w="3135"/>
          </w:tcPr>
          <w:p>
            <w:pPr>
              <w:jc w:val="center"/>
            </w:pPr>
            <w:r/>
            <w:r/>
            <w:r>
              <w:rPr>
                <w:rFonts w:ascii="Niramit" w:hAnsi="Niramit"/>
                <w:sz w:val="19"/>
              </w:rPr>
              <w:t>She isn't happy.</w:t>
            </w:r>
          </w:p>
        </w:tc>
        <w:tc>
          <w:tcPr>
            <w:tcW w:type="dxa" w:w="3135"/>
          </w:tcPr>
          <w:p>
            <w:pPr>
              <w:jc w:val="left"/>
            </w:pPr>
            <w:r/>
            <w:r/>
            <w:r>
              <w:rPr>
                <w:rFonts w:ascii="Niramit" w:hAnsi="Niramit"/>
                <w:sz w:val="19"/>
              </w:rPr>
              <w:t>She doesn't read.</w:t>
            </w:r>
          </w:p>
        </w:tc>
      </w:tr>
      <w:tr>
        <w:tc>
          <w:tcPr>
            <w:tcW w:type="dxa" w:w="3135"/>
          </w:tcPr>
          <w:p>
            <w:pPr>
              <w:jc w:val="center"/>
            </w:pPr>
            <w:r/>
            <w:r/>
            <w:r>
              <w:rPr>
                <w:rFonts w:ascii="Niramit" w:hAnsi="Niramit"/>
                <w:sz w:val="19"/>
              </w:rPr>
              <w:t>Örnek soru</w:t>
            </w:r>
          </w:p>
        </w:tc>
        <w:tc>
          <w:tcPr>
            <w:tcW w:type="dxa" w:w="3135"/>
          </w:tcPr>
          <w:p>
            <w:pPr>
              <w:jc w:val="center"/>
            </w:pPr>
            <w:r/>
            <w:r/>
            <w:r>
              <w:rPr>
                <w:rFonts w:ascii="Niramit" w:hAnsi="Niramit"/>
                <w:sz w:val="19"/>
              </w:rPr>
              <w:t>Is she happy?</w:t>
            </w:r>
          </w:p>
        </w:tc>
        <w:tc>
          <w:tcPr>
            <w:tcW w:type="dxa" w:w="3135"/>
          </w:tcPr>
          <w:p>
            <w:pPr>
              <w:jc w:val="left"/>
            </w:pPr>
            <w:r/>
            <w:r/>
            <w:r>
              <w:rPr>
                <w:rFonts w:ascii="Niramit" w:hAnsi="Niramit"/>
                <w:sz w:val="19"/>
              </w:rPr>
              <w:t>Does she read?</w:t>
            </w:r>
          </w:p>
        </w:tc>
      </w:tr>
      <w:tr>
        <w:tc>
          <w:tcPr>
            <w:tcW w:type="dxa" w:w="3135"/>
          </w:tcPr>
          <w:p>
            <w:pPr>
              <w:jc w:val="center"/>
            </w:pPr>
            <w:r/>
            <w:r/>
            <w:r>
              <w:rPr>
                <w:rFonts w:ascii="Niramit" w:hAnsi="Niramit"/>
                <w:sz w:val="19"/>
              </w:rPr>
              <w:t>Kısa cevap</w:t>
            </w:r>
          </w:p>
        </w:tc>
        <w:tc>
          <w:tcPr>
            <w:tcW w:type="dxa" w:w="3135"/>
          </w:tcPr>
          <w:p>
            <w:pPr>
              <w:jc w:val="center"/>
            </w:pPr>
            <w:r/>
            <w:r/>
            <w:r>
              <w:rPr>
                <w:rFonts w:ascii="Niramit" w:hAnsi="Niramit"/>
                <w:sz w:val="19"/>
              </w:rPr>
              <w:t>Yes, she is. / No, she isn't.</w:t>
            </w:r>
          </w:p>
        </w:tc>
        <w:tc>
          <w:tcPr>
            <w:tcW w:type="dxa" w:w="3135"/>
          </w:tcPr>
          <w:p>
            <w:pPr>
              <w:jc w:val="left"/>
            </w:pPr>
            <w:r/>
            <w:r/>
            <w:r>
              <w:rPr>
                <w:rFonts w:ascii="Niramit" w:hAnsi="Niramit"/>
                <w:sz w:val="19"/>
              </w:rPr>
              <w:t>Yes, she does. / No, she doesn't.</w:t>
            </w:r>
          </w:p>
        </w:tc>
      </w:tr>
    </w:tbl>
    <w:tbl>
      <w:tblPr>
        <w:tblStyle w:val="TableGrid"/>
        <w:tblW w:type="auto" w:w="0"/>
        <w:tblLook w:firstColumn="1" w:firstRow="1" w:lastColumn="0" w:lastRow="0" w:noHBand="0" w:noVBand="1" w:val="04A0"/>
      </w:tblPr>
      <w:tblGrid>
        <w:gridCol w:w="3135"/>
        <w:gridCol w:w="3135"/>
        <w:gridCol w:w="3135"/>
      </w:tblGrid>
      <w:tr>
        <w:tc>
          <w:tcPr>
            <w:tcW w:type="dxa" w:w="3135"/>
          </w:tcPr>
          <w:p>
            <w:pPr>
              <w:jc w:val="center"/>
            </w:pPr>
            <w:r/>
            <w:r/>
            <w:r>
              <w:rPr>
                <w:rFonts w:ascii="Niramit" w:hAnsi="Niramit"/>
                <w:b/>
                <w:color w:val="FFFFFF"/>
                <w:sz w:val="20"/>
              </w:rPr>
            </w:r>
          </w:p>
        </w:tc>
        <w:tc>
          <w:tcPr>
            <w:tcW w:type="dxa" w:w="3135"/>
          </w:tcPr>
          <w:p>
            <w:pPr>
              <w:jc w:val="center"/>
            </w:pPr>
            <w:r/>
            <w:r/>
            <w:r>
              <w:rPr>
                <w:rFonts w:ascii="Niramit" w:hAnsi="Niramit"/>
                <w:b/>
                <w:color w:val="FFFFFF"/>
                <w:sz w:val="20"/>
              </w:rPr>
              <w:t>PRESENT SIMPLE</w:t>
            </w:r>
          </w:p>
        </w:tc>
        <w:tc>
          <w:tcPr>
            <w:tcW w:type="dxa" w:w="3135"/>
          </w:tcPr>
          <w:p>
            <w:pPr>
              <w:jc w:val="center"/>
            </w:pPr>
            <w:r/>
            <w:r/>
            <w:r>
              <w:rPr>
                <w:rFonts w:ascii="Niramit" w:hAnsi="Niramit"/>
                <w:b/>
                <w:color w:val="FFFFFF"/>
                <w:sz w:val="20"/>
              </w:rPr>
              <w:t>PRESENT CONTINUOUS</w:t>
            </w:r>
          </w:p>
        </w:tc>
      </w:tr>
      <w:tr>
        <w:tc>
          <w:tcPr>
            <w:tcW w:type="dxa" w:w="3135"/>
          </w:tcPr>
          <w:p>
            <w:pPr>
              <w:jc w:val="center"/>
            </w:pPr>
            <w:r/>
            <w:r/>
            <w:r>
              <w:rPr>
                <w:rFonts w:ascii="Niramit" w:hAnsi="Niramit"/>
                <w:sz w:val="19"/>
              </w:rPr>
              <w:t>Anlamı</w:t>
            </w:r>
          </w:p>
        </w:tc>
        <w:tc>
          <w:tcPr>
            <w:tcW w:type="dxa" w:w="3135"/>
          </w:tcPr>
          <w:p>
            <w:pPr>
              <w:jc w:val="center"/>
            </w:pPr>
            <w:r/>
            <w:r/>
            <w:r>
              <w:rPr>
                <w:rFonts w:ascii="Niramit" w:hAnsi="Niramit"/>
                <w:sz w:val="19"/>
              </w:rPr>
              <w:t>Alışkanlık, rutin, genel gerçek</w:t>
            </w:r>
          </w:p>
        </w:tc>
        <w:tc>
          <w:tcPr>
            <w:tcW w:type="dxa" w:w="3135"/>
          </w:tcPr>
          <w:p>
            <w:pPr>
              <w:jc w:val="left"/>
            </w:pPr>
            <w:r/>
            <w:r/>
            <w:r>
              <w:rPr>
                <w:rFonts w:ascii="Niramit" w:hAnsi="Niramit"/>
                <w:sz w:val="19"/>
              </w:rPr>
              <w:t>Şu an olan, devam eden</w:t>
            </w:r>
          </w:p>
        </w:tc>
      </w:tr>
      <w:tr>
        <w:tc>
          <w:tcPr>
            <w:tcW w:type="dxa" w:w="3135"/>
          </w:tcPr>
          <w:p>
            <w:pPr>
              <w:jc w:val="center"/>
            </w:pPr>
            <w:r/>
            <w:r/>
            <w:r>
              <w:rPr>
                <w:rFonts w:ascii="Niramit" w:hAnsi="Niramit"/>
                <w:sz w:val="19"/>
              </w:rPr>
              <w:t>Belirteçler</w:t>
            </w:r>
          </w:p>
        </w:tc>
        <w:tc>
          <w:tcPr>
            <w:tcW w:type="dxa" w:w="3135"/>
          </w:tcPr>
          <w:p>
            <w:pPr>
              <w:jc w:val="center"/>
            </w:pPr>
            <w:r/>
            <w:r/>
            <w:r>
              <w:rPr>
                <w:rFonts w:ascii="Niramit" w:hAnsi="Niramit"/>
                <w:sz w:val="19"/>
              </w:rPr>
              <w:t>every day, always, usually, sometimes</w:t>
            </w:r>
          </w:p>
        </w:tc>
        <w:tc>
          <w:tcPr>
            <w:tcW w:type="dxa" w:w="3135"/>
          </w:tcPr>
          <w:p>
            <w:pPr>
              <w:jc w:val="left"/>
            </w:pPr>
            <w:r/>
            <w:r/>
            <w:r>
              <w:rPr>
                <w:rFonts w:ascii="Niramit" w:hAnsi="Niramit"/>
                <w:sz w:val="19"/>
              </w:rPr>
              <w:t>now, look!, at the moment</w:t>
            </w:r>
          </w:p>
        </w:tc>
      </w:tr>
      <w:tr>
        <w:tc>
          <w:tcPr>
            <w:tcW w:type="dxa" w:w="3135"/>
          </w:tcPr>
          <w:p>
            <w:pPr>
              <w:jc w:val="center"/>
            </w:pPr>
            <w:r/>
            <w:r/>
            <w:r>
              <w:rPr>
                <w:rFonts w:ascii="Niramit" w:hAnsi="Niramit"/>
                <w:sz w:val="19"/>
              </w:rPr>
              <w:t>Yapı</w:t>
            </w:r>
          </w:p>
        </w:tc>
        <w:tc>
          <w:tcPr>
            <w:tcW w:type="dxa" w:w="3135"/>
          </w:tcPr>
          <w:p>
            <w:pPr>
              <w:jc w:val="center"/>
            </w:pPr>
            <w:r/>
            <w:r/>
            <w:r>
              <w:rPr>
                <w:rFonts w:ascii="Niramit" w:hAnsi="Niramit"/>
                <w:sz w:val="19"/>
              </w:rPr>
              <w:t>V1 (he/she/it → V1+s)</w:t>
            </w:r>
          </w:p>
        </w:tc>
        <w:tc>
          <w:tcPr>
            <w:tcW w:type="dxa" w:w="3135"/>
          </w:tcPr>
          <w:p>
            <w:pPr>
              <w:jc w:val="left"/>
            </w:pPr>
            <w:r/>
            <w:r/>
            <w:r>
              <w:rPr>
                <w:rFonts w:ascii="Niramit" w:hAnsi="Niramit"/>
                <w:sz w:val="19"/>
              </w:rPr>
              <w:t>am/is/are + Ving</w:t>
            </w:r>
          </w:p>
        </w:tc>
      </w:tr>
      <w:tr>
        <w:tc>
          <w:tcPr>
            <w:tcW w:type="dxa" w:w="3135"/>
          </w:tcPr>
          <w:p>
            <w:pPr>
              <w:jc w:val="center"/>
            </w:pPr>
            <w:r/>
            <w:r/>
            <w:r>
              <w:rPr>
                <w:rFonts w:ascii="Niramit" w:hAnsi="Niramit"/>
                <w:sz w:val="19"/>
              </w:rPr>
              <w:t>Örnek</w:t>
            </w:r>
          </w:p>
        </w:tc>
        <w:tc>
          <w:tcPr>
            <w:tcW w:type="dxa" w:w="3135"/>
          </w:tcPr>
          <w:p>
            <w:pPr>
              <w:jc w:val="center"/>
            </w:pPr>
            <w:r/>
            <w:r/>
            <w:r>
              <w:rPr>
                <w:rFonts w:ascii="Niramit" w:hAnsi="Niramit"/>
                <w:sz w:val="19"/>
              </w:rPr>
              <w:t>I go to school every day.</w:t>
            </w:r>
          </w:p>
        </w:tc>
        <w:tc>
          <w:tcPr>
            <w:tcW w:type="dxa" w:w="3135"/>
          </w:tcPr>
          <w:p>
            <w:pPr>
              <w:jc w:val="left"/>
            </w:pPr>
            <w:r/>
            <w:r/>
            <w:r>
              <w:rPr>
                <w:rFonts w:ascii="Niramit" w:hAnsi="Niramit"/>
                <w:sz w:val="19"/>
              </w:rPr>
              <w:t>I am going to school now.</w:t>
            </w:r>
          </w:p>
        </w:tc>
      </w:tr>
      <w:tr>
        <w:tc>
          <w:tcPr>
            <w:tcW w:type="dxa" w:w="3135"/>
          </w:tcPr>
          <w:p>
            <w:pPr>
              <w:jc w:val="center"/>
            </w:pPr>
            <w:r/>
            <w:r/>
            <w:r>
              <w:rPr>
                <w:rFonts w:ascii="Niramit" w:hAnsi="Niramit"/>
                <w:sz w:val="19"/>
              </w:rPr>
              <w:t>He/She/It</w:t>
            </w:r>
          </w:p>
        </w:tc>
        <w:tc>
          <w:tcPr>
            <w:tcW w:type="dxa" w:w="3135"/>
          </w:tcPr>
          <w:p>
            <w:pPr>
              <w:jc w:val="center"/>
            </w:pPr>
            <w:r/>
            <w:r/>
            <w:r>
              <w:rPr>
                <w:rFonts w:ascii="Niramit" w:hAnsi="Niramit"/>
                <w:sz w:val="19"/>
              </w:rPr>
              <w:t>She goes / She doesn't go</w:t>
            </w:r>
          </w:p>
        </w:tc>
        <w:tc>
          <w:tcPr>
            <w:tcW w:type="dxa" w:w="3135"/>
          </w:tcPr>
          <w:p>
            <w:pPr>
              <w:jc w:val="left"/>
            </w:pPr>
            <w:r/>
            <w:r/>
            <w:r>
              <w:rPr>
                <w:rFonts w:ascii="Niramit" w:hAnsi="Niramit"/>
                <w:sz w:val="19"/>
              </w:rPr>
              <w:t>She is going / She isn't going</w:t>
            </w:r>
          </w:p>
        </w:tc>
      </w:tr>
    </w:tbl>
    <w:tbl>
      <w:tblPr>
        <w:tblStyle w:val="TableGrid"/>
        <w:tblW w:type="auto" w:w="0"/>
        <w:tblLook w:firstColumn="1" w:firstRow="1" w:lastColumn="0" w:lastRow="0" w:noHBand="0" w:noVBand="1" w:val="04A0"/>
      </w:tblPr>
      <w:tblGrid>
        <w:gridCol w:w="3135"/>
        <w:gridCol w:w="3135"/>
        <w:gridCol w:w="3135"/>
      </w:tblGrid>
      <w:tr>
        <w:tc>
          <w:tcPr>
            <w:tcW w:type="dxa" w:w="3135"/>
          </w:tcPr>
          <w:p>
            <w:pPr>
              <w:jc w:val="center"/>
            </w:pPr>
            <w:r/>
            <w:r/>
            <w:r>
              <w:rPr>
                <w:rFonts w:ascii="Niramit" w:hAnsi="Niramit"/>
                <w:b/>
                <w:color w:val="FFFFFF"/>
                <w:sz w:val="20"/>
              </w:rPr>
              <w:t>Özne (Subject)</w:t>
            </w:r>
          </w:p>
        </w:tc>
        <w:tc>
          <w:tcPr>
            <w:tcW w:type="dxa" w:w="3135"/>
          </w:tcPr>
          <w:p>
            <w:pPr>
              <w:jc w:val="center"/>
            </w:pPr>
            <w:r/>
            <w:r/>
            <w:r>
              <w:rPr>
                <w:rFonts w:ascii="Niramit" w:hAnsi="Niramit"/>
                <w:b/>
                <w:color w:val="FFFFFF"/>
                <w:sz w:val="20"/>
              </w:rPr>
              <w:t>Nesne (Object)</w:t>
            </w:r>
          </w:p>
        </w:tc>
        <w:tc>
          <w:tcPr>
            <w:tcW w:type="dxa" w:w="3135"/>
          </w:tcPr>
          <w:p>
            <w:pPr>
              <w:jc w:val="center"/>
            </w:pPr>
            <w:r/>
            <w:r/>
            <w:r>
              <w:rPr>
                <w:rFonts w:ascii="Niramit" w:hAnsi="Niramit"/>
                <w:b/>
                <w:color w:val="FFFFFF"/>
                <w:sz w:val="20"/>
              </w:rPr>
              <w:t>Türkçesi</w:t>
            </w:r>
          </w:p>
        </w:tc>
      </w:tr>
      <w:tr>
        <w:tc>
          <w:tcPr>
            <w:tcW w:type="dxa" w:w="3135"/>
          </w:tcPr>
          <w:p>
            <w:pPr>
              <w:jc w:val="center"/>
            </w:pPr>
            <w:r/>
            <w:r/>
            <w:r>
              <w:rPr>
                <w:rFonts w:ascii="Niramit" w:hAnsi="Niramit"/>
                <w:sz w:val="19"/>
              </w:rPr>
              <w:t>I</w:t>
            </w:r>
          </w:p>
        </w:tc>
        <w:tc>
          <w:tcPr>
            <w:tcW w:type="dxa" w:w="3135"/>
          </w:tcPr>
          <w:p>
            <w:pPr>
              <w:jc w:val="center"/>
            </w:pPr>
            <w:r/>
            <w:r/>
            <w:r>
              <w:rPr>
                <w:rFonts w:ascii="Niramit" w:hAnsi="Niramit"/>
                <w:sz w:val="19"/>
              </w:rPr>
              <w:t>me</w:t>
            </w:r>
          </w:p>
        </w:tc>
        <w:tc>
          <w:tcPr>
            <w:tcW w:type="dxa" w:w="3135"/>
          </w:tcPr>
          <w:p>
            <w:pPr>
              <w:jc w:val="left"/>
            </w:pPr>
            <w:r/>
            <w:r/>
            <w:r>
              <w:rPr>
                <w:rFonts w:ascii="Niramit" w:hAnsi="Niramit"/>
                <w:sz w:val="19"/>
              </w:rPr>
              <w:t>ben / beni</w:t>
            </w:r>
          </w:p>
        </w:tc>
      </w:tr>
      <w:tr>
        <w:tc>
          <w:tcPr>
            <w:tcW w:type="dxa" w:w="3135"/>
          </w:tcPr>
          <w:p>
            <w:pPr>
              <w:jc w:val="center"/>
            </w:pPr>
            <w:r/>
            <w:r/>
            <w:r>
              <w:rPr>
                <w:rFonts w:ascii="Niramit" w:hAnsi="Niramit"/>
                <w:sz w:val="19"/>
              </w:rPr>
              <w:t>you</w:t>
            </w:r>
          </w:p>
        </w:tc>
        <w:tc>
          <w:tcPr>
            <w:tcW w:type="dxa" w:w="3135"/>
          </w:tcPr>
          <w:p>
            <w:pPr>
              <w:jc w:val="center"/>
            </w:pPr>
            <w:r/>
            <w:r/>
            <w:r>
              <w:rPr>
                <w:rFonts w:ascii="Niramit" w:hAnsi="Niramit"/>
                <w:sz w:val="19"/>
              </w:rPr>
              <w:t>you</w:t>
            </w:r>
          </w:p>
        </w:tc>
        <w:tc>
          <w:tcPr>
            <w:tcW w:type="dxa" w:w="3135"/>
          </w:tcPr>
          <w:p>
            <w:pPr>
              <w:jc w:val="left"/>
            </w:pPr>
            <w:r/>
            <w:r/>
            <w:r>
              <w:rPr>
                <w:rFonts w:ascii="Niramit" w:hAnsi="Niramit"/>
                <w:sz w:val="19"/>
              </w:rPr>
              <w:t>sen / seni</w:t>
            </w:r>
          </w:p>
        </w:tc>
      </w:tr>
      <w:tr>
        <w:tc>
          <w:tcPr>
            <w:tcW w:type="dxa" w:w="3135"/>
          </w:tcPr>
          <w:p>
            <w:pPr>
              <w:jc w:val="center"/>
            </w:pPr>
            <w:r/>
            <w:r/>
            <w:r>
              <w:rPr>
                <w:rFonts w:ascii="Niramit" w:hAnsi="Niramit"/>
                <w:sz w:val="19"/>
              </w:rPr>
              <w:t>he</w:t>
            </w:r>
          </w:p>
        </w:tc>
        <w:tc>
          <w:tcPr>
            <w:tcW w:type="dxa" w:w="3135"/>
          </w:tcPr>
          <w:p>
            <w:pPr>
              <w:jc w:val="center"/>
            </w:pPr>
            <w:r/>
            <w:r/>
            <w:r>
              <w:rPr>
                <w:rFonts w:ascii="Niramit" w:hAnsi="Niramit"/>
                <w:sz w:val="19"/>
              </w:rPr>
              <w:t>him</w:t>
            </w:r>
          </w:p>
        </w:tc>
        <w:tc>
          <w:tcPr>
            <w:tcW w:type="dxa" w:w="3135"/>
          </w:tcPr>
          <w:p>
            <w:pPr>
              <w:jc w:val="left"/>
            </w:pPr>
            <w:r/>
            <w:r/>
            <w:r>
              <w:rPr>
                <w:rFonts w:ascii="Niramit" w:hAnsi="Niramit"/>
                <w:sz w:val="19"/>
              </w:rPr>
              <w:t>o (erkek) / onu</w:t>
            </w:r>
          </w:p>
        </w:tc>
      </w:tr>
      <w:tr>
        <w:tc>
          <w:tcPr>
            <w:tcW w:type="dxa" w:w="3135"/>
          </w:tcPr>
          <w:p>
            <w:pPr>
              <w:jc w:val="center"/>
            </w:pPr>
            <w:r/>
            <w:r/>
            <w:r>
              <w:rPr>
                <w:rFonts w:ascii="Niramit" w:hAnsi="Niramit"/>
                <w:sz w:val="19"/>
              </w:rPr>
              <w:t>she</w:t>
            </w:r>
          </w:p>
        </w:tc>
        <w:tc>
          <w:tcPr>
            <w:tcW w:type="dxa" w:w="3135"/>
          </w:tcPr>
          <w:p>
            <w:pPr>
              <w:jc w:val="center"/>
            </w:pPr>
            <w:r/>
            <w:r/>
            <w:r>
              <w:rPr>
                <w:rFonts w:ascii="Niramit" w:hAnsi="Niramit"/>
                <w:sz w:val="19"/>
              </w:rPr>
              <w:t>her</w:t>
            </w:r>
          </w:p>
        </w:tc>
        <w:tc>
          <w:tcPr>
            <w:tcW w:type="dxa" w:w="3135"/>
          </w:tcPr>
          <w:p>
            <w:pPr>
              <w:jc w:val="left"/>
            </w:pPr>
            <w:r/>
            <w:r/>
            <w:r>
              <w:rPr>
                <w:rFonts w:ascii="Niramit" w:hAnsi="Niramit"/>
                <w:sz w:val="19"/>
              </w:rPr>
              <w:t>o (kadın) / onu</w:t>
            </w:r>
          </w:p>
        </w:tc>
      </w:tr>
      <w:tr>
        <w:tc>
          <w:tcPr>
            <w:tcW w:type="dxa" w:w="3135"/>
          </w:tcPr>
          <w:p>
            <w:pPr>
              <w:jc w:val="center"/>
            </w:pPr>
            <w:r/>
            <w:r/>
            <w:r>
              <w:rPr>
                <w:rFonts w:ascii="Niramit" w:hAnsi="Niramit"/>
                <w:sz w:val="19"/>
              </w:rPr>
              <w:t>it</w:t>
            </w:r>
          </w:p>
        </w:tc>
        <w:tc>
          <w:tcPr>
            <w:tcW w:type="dxa" w:w="3135"/>
          </w:tcPr>
          <w:p>
            <w:pPr>
              <w:jc w:val="center"/>
            </w:pPr>
            <w:r/>
            <w:r/>
            <w:r>
              <w:rPr>
                <w:rFonts w:ascii="Niramit" w:hAnsi="Niramit"/>
                <w:sz w:val="19"/>
              </w:rPr>
              <w:t>it</w:t>
            </w:r>
          </w:p>
        </w:tc>
        <w:tc>
          <w:tcPr>
            <w:tcW w:type="dxa" w:w="3135"/>
          </w:tcPr>
          <w:p>
            <w:pPr>
              <w:jc w:val="left"/>
            </w:pPr>
            <w:r/>
            <w:r/>
            <w:r>
              <w:rPr>
                <w:rFonts w:ascii="Niramit" w:hAnsi="Niramit"/>
                <w:sz w:val="19"/>
              </w:rPr>
              <w:t>o (cansız) / onu</w:t>
            </w:r>
          </w:p>
        </w:tc>
      </w:tr>
      <w:tr>
        <w:tc>
          <w:tcPr>
            <w:tcW w:type="dxa" w:w="3135"/>
          </w:tcPr>
          <w:p>
            <w:pPr>
              <w:jc w:val="center"/>
            </w:pPr>
            <w:r/>
            <w:r/>
            <w:r>
              <w:rPr>
                <w:rFonts w:ascii="Niramit" w:hAnsi="Niramit"/>
                <w:sz w:val="19"/>
              </w:rPr>
              <w:t>we</w:t>
            </w:r>
          </w:p>
        </w:tc>
        <w:tc>
          <w:tcPr>
            <w:tcW w:type="dxa" w:w="3135"/>
          </w:tcPr>
          <w:p>
            <w:pPr>
              <w:jc w:val="center"/>
            </w:pPr>
            <w:r/>
            <w:r/>
            <w:r>
              <w:rPr>
                <w:rFonts w:ascii="Niramit" w:hAnsi="Niramit"/>
                <w:sz w:val="19"/>
              </w:rPr>
              <w:t>us</w:t>
            </w:r>
          </w:p>
        </w:tc>
        <w:tc>
          <w:tcPr>
            <w:tcW w:type="dxa" w:w="3135"/>
          </w:tcPr>
          <w:p>
            <w:pPr>
              <w:jc w:val="left"/>
            </w:pPr>
            <w:r/>
            <w:r/>
            <w:r>
              <w:rPr>
                <w:rFonts w:ascii="Niramit" w:hAnsi="Niramit"/>
                <w:sz w:val="19"/>
              </w:rPr>
              <w:t>biz / bizi</w:t>
            </w:r>
          </w:p>
        </w:tc>
      </w:tr>
      <w:tr>
        <w:tc>
          <w:tcPr>
            <w:tcW w:type="dxa" w:w="3135"/>
          </w:tcPr>
          <w:p>
            <w:pPr>
              <w:jc w:val="center"/>
            </w:pPr>
            <w:r/>
            <w:r/>
            <w:r>
              <w:rPr>
                <w:rFonts w:ascii="Niramit" w:hAnsi="Niramit"/>
                <w:sz w:val="19"/>
              </w:rPr>
              <w:t>you</w:t>
            </w:r>
          </w:p>
        </w:tc>
        <w:tc>
          <w:tcPr>
            <w:tcW w:type="dxa" w:w="3135"/>
          </w:tcPr>
          <w:p>
            <w:pPr>
              <w:jc w:val="center"/>
            </w:pPr>
            <w:r/>
            <w:r/>
            <w:r>
              <w:rPr>
                <w:rFonts w:ascii="Niramit" w:hAnsi="Niramit"/>
                <w:sz w:val="19"/>
              </w:rPr>
              <w:t>you</w:t>
            </w:r>
          </w:p>
        </w:tc>
        <w:tc>
          <w:tcPr>
            <w:tcW w:type="dxa" w:w="3135"/>
          </w:tcPr>
          <w:p>
            <w:pPr>
              <w:jc w:val="left"/>
            </w:pPr>
            <w:r/>
            <w:r/>
            <w:r>
              <w:rPr>
                <w:rFonts w:ascii="Niramit" w:hAnsi="Niramit"/>
                <w:sz w:val="19"/>
              </w:rPr>
              <w:t>siz / sizi</w:t>
            </w:r>
          </w:p>
        </w:tc>
      </w:tr>
      <w:tr>
        <w:tc>
          <w:tcPr>
            <w:tcW w:type="dxa" w:w="3135"/>
          </w:tcPr>
          <w:p>
            <w:pPr>
              <w:jc w:val="center"/>
            </w:pPr>
            <w:r/>
            <w:r/>
            <w:r>
              <w:rPr>
                <w:rFonts w:ascii="Niramit" w:hAnsi="Niramit"/>
                <w:sz w:val="19"/>
              </w:rPr>
              <w:t>they</w:t>
            </w:r>
          </w:p>
        </w:tc>
        <w:tc>
          <w:tcPr>
            <w:tcW w:type="dxa" w:w="3135"/>
          </w:tcPr>
          <w:p>
            <w:pPr>
              <w:jc w:val="center"/>
            </w:pPr>
            <w:r/>
            <w:r/>
            <w:r>
              <w:rPr>
                <w:rFonts w:ascii="Niramit" w:hAnsi="Niramit"/>
                <w:sz w:val="19"/>
              </w:rPr>
              <w:t>them</w:t>
            </w:r>
          </w:p>
        </w:tc>
        <w:tc>
          <w:tcPr>
            <w:tcW w:type="dxa" w:w="3135"/>
          </w:tcPr>
          <w:p>
            <w:pPr>
              <w:jc w:val="left"/>
            </w:pPr>
            <w:r/>
            <w:r/>
            <w:r>
              <w:rPr>
                <w:rFonts w:ascii="Niramit" w:hAnsi="Niramit"/>
                <w:sz w:val="19"/>
              </w:rPr>
              <w:t>onlar / onları</w:t>
            </w:r>
          </w:p>
        </w:tc>
      </w:tr>
    </w:tbl>
    <w:tbl>
      <w:tblPr>
        <w:tblStyle w:val="TableGrid"/>
        <w:tblW w:type="auto" w:w="0"/>
        <w:tblLook w:firstColumn="1" w:firstRow="1" w:lastColumn="0" w:lastRow="0" w:noHBand="0" w:noVBand="1" w:val="04A0"/>
      </w:tblPr>
      <w:tblGrid>
        <w:gridCol w:w="3135"/>
        <w:gridCol w:w="3135"/>
        <w:gridCol w:w="3135"/>
      </w:tblGrid>
      <w:tr>
        <w:tc>
          <w:tcPr>
            <w:tcW w:type="dxa" w:w="3135"/>
          </w:tcPr>
          <w:p>
            <w:pPr>
              <w:jc w:val="center"/>
            </w:pPr>
            <w:r/>
            <w:r/>
            <w:r>
              <w:rPr>
                <w:rFonts w:ascii="Niramit" w:hAnsi="Niramit"/>
                <w:b/>
                <w:color w:val="FFFFFF"/>
                <w:sz w:val="20"/>
              </w:rPr>
              <w:t>Soru Kelimesi</w:t>
            </w:r>
          </w:p>
        </w:tc>
        <w:tc>
          <w:tcPr>
            <w:tcW w:type="dxa" w:w="3135"/>
          </w:tcPr>
          <w:p>
            <w:pPr>
              <w:jc w:val="center"/>
            </w:pPr>
            <w:r/>
            <w:r/>
            <w:r>
              <w:rPr>
                <w:rFonts w:ascii="Niramit" w:hAnsi="Niramit"/>
                <w:b/>
                <w:color w:val="FFFFFF"/>
                <w:sz w:val="20"/>
              </w:rPr>
              <w:t>Türkçesi</w:t>
            </w:r>
          </w:p>
        </w:tc>
        <w:tc>
          <w:tcPr>
            <w:tcW w:type="dxa" w:w="3135"/>
          </w:tcPr>
          <w:p>
            <w:pPr>
              <w:jc w:val="center"/>
            </w:pPr>
            <w:r/>
            <w:r/>
            <w:r>
              <w:rPr>
                <w:rFonts w:ascii="Niramit" w:hAnsi="Niramit"/>
                <w:b/>
                <w:color w:val="FFFFFF"/>
                <w:sz w:val="20"/>
              </w:rPr>
              <w:t>Örnek</w:t>
            </w:r>
          </w:p>
        </w:tc>
      </w:tr>
      <w:tr>
        <w:tc>
          <w:tcPr>
            <w:tcW w:type="dxa" w:w="3135"/>
          </w:tcPr>
          <w:p>
            <w:pPr>
              <w:jc w:val="center"/>
            </w:pPr>
            <w:r/>
            <w:r/>
            <w:r>
              <w:rPr>
                <w:rFonts w:ascii="Niramit" w:hAnsi="Niramit"/>
                <w:sz w:val="19"/>
              </w:rPr>
              <w:t>What</w:t>
            </w:r>
          </w:p>
        </w:tc>
        <w:tc>
          <w:tcPr>
            <w:tcW w:type="dxa" w:w="3135"/>
          </w:tcPr>
          <w:p>
            <w:pPr>
              <w:jc w:val="center"/>
            </w:pPr>
            <w:r/>
            <w:r/>
            <w:r>
              <w:rPr>
                <w:rFonts w:ascii="Niramit" w:hAnsi="Niramit"/>
                <w:sz w:val="19"/>
              </w:rPr>
              <w:t>Ne?</w:t>
            </w:r>
          </w:p>
        </w:tc>
        <w:tc>
          <w:tcPr>
            <w:tcW w:type="dxa" w:w="3135"/>
          </w:tcPr>
          <w:p>
            <w:pPr>
              <w:jc w:val="left"/>
            </w:pPr>
            <w:r/>
            <w:r/>
            <w:r>
              <w:rPr>
                <w:rFonts w:ascii="Niramit" w:hAnsi="Niramit"/>
                <w:sz w:val="19"/>
              </w:rPr>
              <w:t>What is your name?</w:t>
            </w:r>
          </w:p>
        </w:tc>
      </w:tr>
      <w:tr>
        <w:tc>
          <w:tcPr>
            <w:tcW w:type="dxa" w:w="3135"/>
          </w:tcPr>
          <w:p>
            <w:pPr>
              <w:jc w:val="center"/>
            </w:pPr>
            <w:r/>
            <w:r/>
            <w:r>
              <w:rPr>
                <w:rFonts w:ascii="Niramit" w:hAnsi="Niramit"/>
                <w:sz w:val="19"/>
              </w:rPr>
              <w:t>Where</w:t>
            </w:r>
          </w:p>
        </w:tc>
        <w:tc>
          <w:tcPr>
            <w:tcW w:type="dxa" w:w="3135"/>
          </w:tcPr>
          <w:p>
            <w:pPr>
              <w:jc w:val="center"/>
            </w:pPr>
            <w:r/>
            <w:r/>
            <w:r>
              <w:rPr>
                <w:rFonts w:ascii="Niramit" w:hAnsi="Niramit"/>
                <w:sz w:val="19"/>
              </w:rPr>
              <w:t>Nerede?</w:t>
            </w:r>
          </w:p>
        </w:tc>
        <w:tc>
          <w:tcPr>
            <w:tcW w:type="dxa" w:w="3135"/>
          </w:tcPr>
          <w:p>
            <w:pPr>
              <w:jc w:val="left"/>
            </w:pPr>
            <w:r/>
            <w:r/>
            <w:r>
              <w:rPr>
                <w:rFonts w:ascii="Niramit" w:hAnsi="Niramit"/>
                <w:sz w:val="19"/>
              </w:rPr>
              <w:t>Where are you?</w:t>
            </w:r>
          </w:p>
        </w:tc>
      </w:tr>
      <w:tr>
        <w:tc>
          <w:tcPr>
            <w:tcW w:type="dxa" w:w="3135"/>
          </w:tcPr>
          <w:p>
            <w:pPr>
              <w:jc w:val="center"/>
            </w:pPr>
            <w:r/>
            <w:r/>
            <w:r>
              <w:rPr>
                <w:rFonts w:ascii="Niramit" w:hAnsi="Niramit"/>
                <w:sz w:val="19"/>
              </w:rPr>
              <w:t>When</w:t>
            </w:r>
          </w:p>
        </w:tc>
        <w:tc>
          <w:tcPr>
            <w:tcW w:type="dxa" w:w="3135"/>
          </w:tcPr>
          <w:p>
            <w:pPr>
              <w:jc w:val="center"/>
            </w:pPr>
            <w:r/>
            <w:r/>
            <w:r>
              <w:rPr>
                <w:rFonts w:ascii="Niramit" w:hAnsi="Niramit"/>
                <w:sz w:val="19"/>
              </w:rPr>
              <w:t>Ne zaman?</w:t>
            </w:r>
          </w:p>
        </w:tc>
        <w:tc>
          <w:tcPr>
            <w:tcW w:type="dxa" w:w="3135"/>
          </w:tcPr>
          <w:p>
            <w:pPr>
              <w:jc w:val="left"/>
            </w:pPr>
            <w:r/>
            <w:r/>
            <w:r>
              <w:rPr>
                <w:rFonts w:ascii="Niramit" w:hAnsi="Niramit"/>
                <w:sz w:val="19"/>
              </w:rPr>
              <w:t>When is the lesson?</w:t>
            </w:r>
          </w:p>
        </w:tc>
      </w:tr>
      <w:tr>
        <w:tc>
          <w:tcPr>
            <w:tcW w:type="dxa" w:w="3135"/>
          </w:tcPr>
          <w:p>
            <w:pPr>
              <w:jc w:val="center"/>
            </w:pPr>
            <w:r/>
            <w:r/>
            <w:r>
              <w:rPr>
                <w:rFonts w:ascii="Niramit" w:hAnsi="Niramit"/>
                <w:sz w:val="19"/>
              </w:rPr>
              <w:t>Who</w:t>
            </w:r>
          </w:p>
        </w:tc>
        <w:tc>
          <w:tcPr>
            <w:tcW w:type="dxa" w:w="3135"/>
          </w:tcPr>
          <w:p>
            <w:pPr>
              <w:jc w:val="center"/>
            </w:pPr>
            <w:r/>
            <w:r/>
            <w:r>
              <w:rPr>
                <w:rFonts w:ascii="Niramit" w:hAnsi="Niramit"/>
                <w:sz w:val="19"/>
              </w:rPr>
              <w:t>Kim?</w:t>
            </w:r>
          </w:p>
        </w:tc>
        <w:tc>
          <w:tcPr>
            <w:tcW w:type="dxa" w:w="3135"/>
          </w:tcPr>
          <w:p>
            <w:pPr>
              <w:jc w:val="left"/>
            </w:pPr>
            <w:r/>
            <w:r/>
            <w:r>
              <w:rPr>
                <w:rFonts w:ascii="Niramit" w:hAnsi="Niramit"/>
                <w:sz w:val="19"/>
              </w:rPr>
              <w:t>Who is he?</w:t>
            </w:r>
          </w:p>
        </w:tc>
      </w:tr>
      <w:tr>
        <w:tc>
          <w:tcPr>
            <w:tcW w:type="dxa" w:w="3135"/>
          </w:tcPr>
          <w:p>
            <w:pPr>
              <w:jc w:val="center"/>
            </w:pPr>
            <w:r/>
            <w:r/>
            <w:r>
              <w:rPr>
                <w:rFonts w:ascii="Niramit" w:hAnsi="Niramit"/>
                <w:sz w:val="19"/>
              </w:rPr>
              <w:t>How</w:t>
            </w:r>
          </w:p>
        </w:tc>
        <w:tc>
          <w:tcPr>
            <w:tcW w:type="dxa" w:w="3135"/>
          </w:tcPr>
          <w:p>
            <w:pPr>
              <w:jc w:val="center"/>
            </w:pPr>
            <w:r/>
            <w:r/>
            <w:r>
              <w:rPr>
                <w:rFonts w:ascii="Niramit" w:hAnsi="Niramit"/>
                <w:sz w:val="19"/>
              </w:rPr>
              <w:t>Nasıl?</w:t>
            </w:r>
          </w:p>
        </w:tc>
        <w:tc>
          <w:tcPr>
            <w:tcW w:type="dxa" w:w="3135"/>
          </w:tcPr>
          <w:p>
            <w:pPr>
              <w:jc w:val="left"/>
            </w:pPr>
            <w:r/>
            <w:r/>
            <w:r>
              <w:rPr>
                <w:rFonts w:ascii="Niramit" w:hAnsi="Niramit"/>
                <w:sz w:val="19"/>
              </w:rPr>
              <w:t>How old are you?</w:t>
            </w:r>
          </w:p>
        </w:tc>
      </w:tr>
      <w:tr>
        <w:tc>
          <w:tcPr>
            <w:tcW w:type="dxa" w:w="3135"/>
          </w:tcPr>
          <w:p>
            <w:pPr>
              <w:jc w:val="center"/>
            </w:pPr>
            <w:r/>
            <w:r/>
            <w:r>
              <w:rPr>
                <w:rFonts w:ascii="Niramit" w:hAnsi="Niramit"/>
                <w:sz w:val="19"/>
              </w:rPr>
              <w:t>What time</w:t>
            </w:r>
          </w:p>
        </w:tc>
        <w:tc>
          <w:tcPr>
            <w:tcW w:type="dxa" w:w="3135"/>
          </w:tcPr>
          <w:p>
            <w:pPr>
              <w:jc w:val="center"/>
            </w:pPr>
            <w:r/>
            <w:r/>
            <w:r>
              <w:rPr>
                <w:rFonts w:ascii="Niramit" w:hAnsi="Niramit"/>
                <w:sz w:val="19"/>
              </w:rPr>
              <w:t>Saat kaç?</w:t>
            </w:r>
          </w:p>
        </w:tc>
        <w:tc>
          <w:tcPr>
            <w:tcW w:type="dxa" w:w="3135"/>
          </w:tcPr>
          <w:p>
            <w:pPr>
              <w:jc w:val="left"/>
            </w:pPr>
            <w:r/>
            <w:r/>
            <w:r>
              <w:rPr>
                <w:rFonts w:ascii="Niramit" w:hAnsi="Niramit"/>
                <w:sz w:val="19"/>
              </w:rPr>
              <w:t>What time is it?</w:t>
            </w:r>
          </w:p>
        </w:tc>
      </w:tr>
      <w:tr>
        <w:tc>
          <w:tcPr>
            <w:tcW w:type="dxa" w:w="3135"/>
          </w:tcPr>
          <w:p>
            <w:pPr>
              <w:jc w:val="center"/>
            </w:pPr>
            <w:r/>
            <w:r/>
            <w:r>
              <w:rPr>
                <w:rFonts w:ascii="Niramit" w:hAnsi="Niramit"/>
                <w:sz w:val="19"/>
              </w:rPr>
              <w:t>Which</w:t>
            </w:r>
          </w:p>
        </w:tc>
        <w:tc>
          <w:tcPr>
            <w:tcW w:type="dxa" w:w="3135"/>
          </w:tcPr>
          <w:p>
            <w:pPr>
              <w:jc w:val="center"/>
            </w:pPr>
            <w:r/>
            <w:r/>
            <w:r>
              <w:rPr>
                <w:rFonts w:ascii="Niramit" w:hAnsi="Niramit"/>
                <w:sz w:val="19"/>
              </w:rPr>
              <w:t>Hangisi?</w:t>
            </w:r>
          </w:p>
        </w:tc>
        <w:tc>
          <w:tcPr>
            <w:tcW w:type="dxa" w:w="3135"/>
          </w:tcPr>
          <w:p>
            <w:pPr>
              <w:jc w:val="left"/>
            </w:pPr>
            <w:r/>
            <w:r/>
            <w:r>
              <w:rPr>
                <w:rFonts w:ascii="Niramit" w:hAnsi="Niramit"/>
                <w:sz w:val="19"/>
              </w:rPr>
              <w:t>Which bag is yours?</w:t>
            </w:r>
          </w:p>
        </w:tc>
      </w:tr>
      <w:tr>
        <w:tc>
          <w:tcPr>
            <w:tcW w:type="dxa" w:w="3135"/>
          </w:tcPr>
          <w:p>
            <w:pPr>
              <w:jc w:val="center"/>
            </w:pPr>
            <w:r/>
            <w:r/>
            <w:r>
              <w:rPr>
                <w:rFonts w:ascii="Niramit" w:hAnsi="Niramit"/>
                <w:sz w:val="19"/>
              </w:rPr>
              <w:t>Why</w:t>
            </w:r>
          </w:p>
        </w:tc>
        <w:tc>
          <w:tcPr>
            <w:tcW w:type="dxa" w:w="3135"/>
          </w:tcPr>
          <w:p>
            <w:pPr>
              <w:jc w:val="center"/>
            </w:pPr>
            <w:r/>
            <w:r/>
            <w:r>
              <w:rPr>
                <w:rFonts w:ascii="Niramit" w:hAnsi="Niramit"/>
                <w:sz w:val="19"/>
              </w:rPr>
              <w:t>Neden?</w:t>
            </w:r>
          </w:p>
        </w:tc>
        <w:tc>
          <w:tcPr>
            <w:tcW w:type="dxa" w:w="3135"/>
          </w:tcPr>
          <w:p>
            <w:pPr>
              <w:jc w:val="left"/>
            </w:pPr>
            <w:r/>
            <w:r/>
            <w:r>
              <w:rPr>
                <w:rFonts w:ascii="Niramit" w:hAnsi="Niramit"/>
                <w:sz w:val="19"/>
              </w:rPr>
              <w:t>Why are you late?</w:t>
            </w:r>
          </w:p>
        </w:tc>
      </w:tr>
      <w:tr>
        <w:tc>
          <w:tcPr>
            <w:tcW w:type="dxa" w:w="3135"/>
          </w:tcPr>
          <w:p>
            <w:pPr>
              <w:jc w:val="center"/>
            </w:pPr>
            <w:r/>
            <w:r/>
            <w:r>
              <w:rPr>
                <w:rFonts w:ascii="Niramit" w:hAnsi="Niramit"/>
                <w:sz w:val="19"/>
              </w:rPr>
              <w:t>Whose</w:t>
            </w:r>
          </w:p>
        </w:tc>
        <w:tc>
          <w:tcPr>
            <w:tcW w:type="dxa" w:w="3135"/>
          </w:tcPr>
          <w:p>
            <w:pPr>
              <w:jc w:val="center"/>
            </w:pPr>
            <w:r/>
            <w:r/>
            <w:r>
              <w:rPr>
                <w:rFonts w:ascii="Niramit" w:hAnsi="Niramit"/>
                <w:sz w:val="19"/>
              </w:rPr>
              <w:t>Kimin?</w:t>
            </w:r>
          </w:p>
        </w:tc>
        <w:tc>
          <w:tcPr>
            <w:tcW w:type="dxa" w:w="3135"/>
          </w:tcPr>
          <w:p>
            <w:pPr>
              <w:jc w:val="left"/>
            </w:pPr>
            <w:r/>
            <w:r/>
            <w:r>
              <w:rPr>
                <w:rFonts w:ascii="Niramit" w:hAnsi="Niramit"/>
                <w:sz w:val="19"/>
              </w:rPr>
              <w:t>Whose pencil is this?</w:t>
            </w:r>
          </w:p>
        </w:tc>
      </w:tr>
      <w:tr>
        <w:tc>
          <w:tcPr>
            <w:tcW w:type="dxa" w:w="3135"/>
          </w:tcPr>
          <w:p>
            <w:pPr>
              <w:jc w:val="center"/>
            </w:pPr>
            <w:r/>
            <w:r/>
            <w:r>
              <w:rPr>
                <w:rFonts w:ascii="Niramit" w:hAnsi="Niramit"/>
                <w:sz w:val="19"/>
              </w:rPr>
              <w:t>How many</w:t>
            </w:r>
          </w:p>
        </w:tc>
        <w:tc>
          <w:tcPr>
            <w:tcW w:type="dxa" w:w="3135"/>
          </w:tcPr>
          <w:p>
            <w:pPr>
              <w:jc w:val="center"/>
            </w:pPr>
            <w:r/>
            <w:r/>
            <w:r>
              <w:rPr>
                <w:rFonts w:ascii="Niramit" w:hAnsi="Niramit"/>
                <w:sz w:val="19"/>
              </w:rPr>
              <w:t>Kaç tane?</w:t>
            </w:r>
          </w:p>
        </w:tc>
        <w:tc>
          <w:tcPr>
            <w:tcW w:type="dxa" w:w="3135"/>
          </w:tcPr>
          <w:p>
            <w:pPr>
              <w:jc w:val="left"/>
            </w:pPr>
            <w:r/>
            <w:r/>
            <w:r>
              <w:rPr>
                <w:rFonts w:ascii="Niramit" w:hAnsi="Niramit"/>
                <w:sz w:val="19"/>
              </w:rPr>
              <w:t>How many students are there?</w:t>
            </w:r>
          </w:p>
        </w:tc>
      </w:tr>
    </w:tbl>
    <w:tbl>
      <w:tblPr>
        <w:tblStyle w:val="TableGrid"/>
        <w:tblW w:type="auto" w:w="0"/>
        <w:tblLook w:firstColumn="1" w:firstRow="1" w:lastColumn="0" w:lastRow="0" w:noHBand="0" w:noVBand="1" w:val="04A0"/>
      </w:tblPr>
      <w:tblGrid>
        <w:gridCol w:w="3135"/>
        <w:gridCol w:w="3135"/>
        <w:gridCol w:w="3135"/>
      </w:tblGrid>
      <w:tr>
        <w:tc>
          <w:tcPr>
            <w:tcW w:type="dxa" w:w="3135"/>
          </w:tcPr>
          <w:p>
            <w:pPr>
              <w:jc w:val="center"/>
            </w:pPr>
            <w:r/>
            <w:r/>
            <w:r>
              <w:rPr>
                <w:rFonts w:ascii="Niramit" w:hAnsi="Niramit"/>
                <w:b/>
                <w:color w:val="FFFFFF"/>
                <w:sz w:val="20"/>
              </w:rPr>
              <w:t>Özne</w:t>
            </w:r>
          </w:p>
        </w:tc>
        <w:tc>
          <w:tcPr>
            <w:tcW w:type="dxa" w:w="3135"/>
          </w:tcPr>
          <w:p>
            <w:pPr>
              <w:jc w:val="center"/>
            </w:pPr>
            <w:r/>
            <w:r/>
            <w:r>
              <w:rPr>
                <w:rFonts w:ascii="Niramit" w:hAnsi="Niramit"/>
                <w:b/>
                <w:color w:val="FFFFFF"/>
                <w:sz w:val="20"/>
              </w:rPr>
              <w:t>İyelik</w:t>
            </w:r>
          </w:p>
        </w:tc>
        <w:tc>
          <w:tcPr>
            <w:tcW w:type="dxa" w:w="3135"/>
          </w:tcPr>
          <w:p>
            <w:pPr>
              <w:jc w:val="center"/>
            </w:pPr>
            <w:r/>
            <w:r/>
            <w:r>
              <w:rPr>
                <w:rFonts w:ascii="Niramit" w:hAnsi="Niramit"/>
                <w:b/>
                <w:color w:val="FFFFFF"/>
                <w:sz w:val="20"/>
              </w:rPr>
              <w:t>Örnek</w:t>
            </w:r>
          </w:p>
        </w:tc>
      </w:tr>
      <w:tr>
        <w:tc>
          <w:tcPr>
            <w:tcW w:type="dxa" w:w="3135"/>
          </w:tcPr>
          <w:p>
            <w:pPr>
              <w:jc w:val="center"/>
            </w:pPr>
            <w:r/>
            <w:r/>
            <w:r>
              <w:rPr>
                <w:rFonts w:ascii="Niramit" w:hAnsi="Niramit"/>
                <w:sz w:val="19"/>
              </w:rPr>
              <w:t>I</w:t>
            </w:r>
          </w:p>
        </w:tc>
        <w:tc>
          <w:tcPr>
            <w:tcW w:type="dxa" w:w="3135"/>
          </w:tcPr>
          <w:p>
            <w:pPr>
              <w:jc w:val="center"/>
            </w:pPr>
            <w:r/>
            <w:r/>
            <w:r>
              <w:rPr>
                <w:rFonts w:ascii="Niramit" w:hAnsi="Niramit"/>
                <w:sz w:val="19"/>
              </w:rPr>
              <w:t>my</w:t>
            </w:r>
          </w:p>
        </w:tc>
        <w:tc>
          <w:tcPr>
            <w:tcW w:type="dxa" w:w="3135"/>
          </w:tcPr>
          <w:p>
            <w:pPr>
              <w:jc w:val="left"/>
            </w:pPr>
            <w:r/>
            <w:r/>
            <w:r>
              <w:rPr>
                <w:rFonts w:ascii="Niramit" w:hAnsi="Niramit"/>
                <w:sz w:val="19"/>
              </w:rPr>
              <w:t>My name is Ali.</w:t>
            </w:r>
          </w:p>
        </w:tc>
      </w:tr>
      <w:tr>
        <w:tc>
          <w:tcPr>
            <w:tcW w:type="dxa" w:w="3135"/>
          </w:tcPr>
          <w:p>
            <w:pPr>
              <w:jc w:val="center"/>
            </w:pPr>
            <w:r/>
            <w:r/>
            <w:r>
              <w:rPr>
                <w:rFonts w:ascii="Niramit" w:hAnsi="Niramit"/>
                <w:sz w:val="19"/>
              </w:rPr>
              <w:t>you</w:t>
            </w:r>
          </w:p>
        </w:tc>
        <w:tc>
          <w:tcPr>
            <w:tcW w:type="dxa" w:w="3135"/>
          </w:tcPr>
          <w:p>
            <w:pPr>
              <w:jc w:val="center"/>
            </w:pPr>
            <w:r/>
            <w:r/>
            <w:r>
              <w:rPr>
                <w:rFonts w:ascii="Niramit" w:hAnsi="Niramit"/>
                <w:sz w:val="19"/>
              </w:rPr>
              <w:t>your</w:t>
            </w:r>
          </w:p>
        </w:tc>
        <w:tc>
          <w:tcPr>
            <w:tcW w:type="dxa" w:w="3135"/>
          </w:tcPr>
          <w:p>
            <w:pPr>
              <w:jc w:val="left"/>
            </w:pPr>
            <w:r/>
            <w:r/>
            <w:r>
              <w:rPr>
                <w:rFonts w:ascii="Niramit" w:hAnsi="Niramit"/>
                <w:sz w:val="19"/>
              </w:rPr>
              <w:t>Your bag is red.</w:t>
            </w:r>
          </w:p>
        </w:tc>
      </w:tr>
      <w:tr>
        <w:tc>
          <w:tcPr>
            <w:tcW w:type="dxa" w:w="3135"/>
          </w:tcPr>
          <w:p>
            <w:pPr>
              <w:jc w:val="center"/>
            </w:pPr>
            <w:r/>
            <w:r/>
            <w:r>
              <w:rPr>
                <w:rFonts w:ascii="Niramit" w:hAnsi="Niramit"/>
                <w:sz w:val="19"/>
              </w:rPr>
              <w:t>he</w:t>
            </w:r>
          </w:p>
        </w:tc>
        <w:tc>
          <w:tcPr>
            <w:tcW w:type="dxa" w:w="3135"/>
          </w:tcPr>
          <w:p>
            <w:pPr>
              <w:jc w:val="center"/>
            </w:pPr>
            <w:r/>
            <w:r/>
            <w:r>
              <w:rPr>
                <w:rFonts w:ascii="Niramit" w:hAnsi="Niramit"/>
                <w:sz w:val="19"/>
              </w:rPr>
              <w:t>his</w:t>
            </w:r>
          </w:p>
        </w:tc>
        <w:tc>
          <w:tcPr>
            <w:tcW w:type="dxa" w:w="3135"/>
          </w:tcPr>
          <w:p>
            <w:pPr>
              <w:jc w:val="left"/>
            </w:pPr>
            <w:r/>
            <w:r/>
            <w:r>
              <w:rPr>
                <w:rFonts w:ascii="Niramit" w:hAnsi="Niramit"/>
                <w:sz w:val="19"/>
              </w:rPr>
              <w:t>His book is new.</w:t>
            </w:r>
          </w:p>
        </w:tc>
      </w:tr>
      <w:tr>
        <w:tc>
          <w:tcPr>
            <w:tcW w:type="dxa" w:w="3135"/>
          </w:tcPr>
          <w:p>
            <w:pPr>
              <w:jc w:val="center"/>
            </w:pPr>
            <w:r/>
            <w:r/>
            <w:r>
              <w:rPr>
                <w:rFonts w:ascii="Niramit" w:hAnsi="Niramit"/>
                <w:sz w:val="19"/>
              </w:rPr>
              <w:t>she</w:t>
            </w:r>
          </w:p>
        </w:tc>
        <w:tc>
          <w:tcPr>
            <w:tcW w:type="dxa" w:w="3135"/>
          </w:tcPr>
          <w:p>
            <w:pPr>
              <w:jc w:val="center"/>
            </w:pPr>
            <w:r/>
            <w:r/>
            <w:r>
              <w:rPr>
                <w:rFonts w:ascii="Niramit" w:hAnsi="Niramit"/>
                <w:sz w:val="19"/>
              </w:rPr>
              <w:t>her</w:t>
            </w:r>
          </w:p>
        </w:tc>
        <w:tc>
          <w:tcPr>
            <w:tcW w:type="dxa" w:w="3135"/>
          </w:tcPr>
          <w:p>
            <w:pPr>
              <w:jc w:val="left"/>
            </w:pPr>
            <w:r/>
            <w:r/>
            <w:r>
              <w:rPr>
                <w:rFonts w:ascii="Niramit" w:hAnsi="Niramit"/>
                <w:sz w:val="19"/>
              </w:rPr>
              <w:t>Her hair is long.</w:t>
            </w:r>
          </w:p>
        </w:tc>
      </w:tr>
      <w:tr>
        <w:tc>
          <w:tcPr>
            <w:tcW w:type="dxa" w:w="3135"/>
          </w:tcPr>
          <w:p>
            <w:pPr>
              <w:jc w:val="center"/>
            </w:pPr>
            <w:r/>
            <w:r/>
            <w:r>
              <w:rPr>
                <w:rFonts w:ascii="Niramit" w:hAnsi="Niramit"/>
                <w:sz w:val="19"/>
              </w:rPr>
              <w:t>it</w:t>
            </w:r>
          </w:p>
        </w:tc>
        <w:tc>
          <w:tcPr>
            <w:tcW w:type="dxa" w:w="3135"/>
          </w:tcPr>
          <w:p>
            <w:pPr>
              <w:jc w:val="center"/>
            </w:pPr>
            <w:r/>
            <w:r/>
            <w:r>
              <w:rPr>
                <w:rFonts w:ascii="Niramit" w:hAnsi="Niramit"/>
                <w:sz w:val="19"/>
              </w:rPr>
              <w:t>its</w:t>
            </w:r>
          </w:p>
        </w:tc>
        <w:tc>
          <w:tcPr>
            <w:tcW w:type="dxa" w:w="3135"/>
          </w:tcPr>
          <w:p>
            <w:pPr>
              <w:jc w:val="left"/>
            </w:pPr>
            <w:r/>
            <w:r/>
            <w:r>
              <w:rPr>
                <w:rFonts w:ascii="Niramit" w:hAnsi="Niramit"/>
                <w:sz w:val="19"/>
              </w:rPr>
              <w:t>Its color is blue.</w:t>
            </w:r>
          </w:p>
        </w:tc>
      </w:tr>
      <w:tr>
        <w:tc>
          <w:tcPr>
            <w:tcW w:type="dxa" w:w="3135"/>
          </w:tcPr>
          <w:p>
            <w:pPr>
              <w:jc w:val="center"/>
            </w:pPr>
            <w:r/>
            <w:r/>
            <w:r>
              <w:rPr>
                <w:rFonts w:ascii="Niramit" w:hAnsi="Niramit"/>
                <w:sz w:val="19"/>
              </w:rPr>
              <w:t>we</w:t>
            </w:r>
          </w:p>
        </w:tc>
        <w:tc>
          <w:tcPr>
            <w:tcW w:type="dxa" w:w="3135"/>
          </w:tcPr>
          <w:p>
            <w:pPr>
              <w:jc w:val="center"/>
            </w:pPr>
            <w:r/>
            <w:r/>
            <w:r>
              <w:rPr>
                <w:rFonts w:ascii="Niramit" w:hAnsi="Niramit"/>
                <w:sz w:val="19"/>
              </w:rPr>
              <w:t>our</w:t>
            </w:r>
          </w:p>
        </w:tc>
        <w:tc>
          <w:tcPr>
            <w:tcW w:type="dxa" w:w="3135"/>
          </w:tcPr>
          <w:p>
            <w:pPr>
              <w:jc w:val="left"/>
            </w:pPr>
            <w:r/>
            <w:r/>
            <w:r>
              <w:rPr>
                <w:rFonts w:ascii="Niramit" w:hAnsi="Niramit"/>
                <w:sz w:val="19"/>
              </w:rPr>
              <w:t>Our teacher is kind.</w:t>
            </w:r>
          </w:p>
        </w:tc>
      </w:tr>
      <w:tr>
        <w:tc>
          <w:tcPr>
            <w:tcW w:type="dxa" w:w="3135"/>
          </w:tcPr>
          <w:p>
            <w:pPr>
              <w:jc w:val="center"/>
            </w:pPr>
            <w:r/>
            <w:r/>
            <w:r>
              <w:rPr>
                <w:rFonts w:ascii="Niramit" w:hAnsi="Niramit"/>
                <w:sz w:val="19"/>
              </w:rPr>
              <w:t>you</w:t>
            </w:r>
          </w:p>
        </w:tc>
        <w:tc>
          <w:tcPr>
            <w:tcW w:type="dxa" w:w="3135"/>
          </w:tcPr>
          <w:p>
            <w:pPr>
              <w:jc w:val="center"/>
            </w:pPr>
            <w:r/>
            <w:r/>
            <w:r>
              <w:rPr>
                <w:rFonts w:ascii="Niramit" w:hAnsi="Niramit"/>
                <w:sz w:val="19"/>
              </w:rPr>
              <w:t>your</w:t>
            </w:r>
          </w:p>
        </w:tc>
        <w:tc>
          <w:tcPr>
            <w:tcW w:type="dxa" w:w="3135"/>
          </w:tcPr>
          <w:p>
            <w:pPr>
              <w:jc w:val="left"/>
            </w:pPr>
            <w:r/>
            <w:r/>
            <w:r>
              <w:rPr>
                <w:rFonts w:ascii="Niramit" w:hAnsi="Niramit"/>
                <w:sz w:val="19"/>
              </w:rPr>
              <w:t>Your school is big.</w:t>
            </w:r>
          </w:p>
        </w:tc>
      </w:tr>
      <w:tr>
        <w:tc>
          <w:tcPr>
            <w:tcW w:type="dxa" w:w="3135"/>
          </w:tcPr>
          <w:p>
            <w:pPr>
              <w:jc w:val="center"/>
            </w:pPr>
            <w:r/>
            <w:r/>
            <w:r>
              <w:rPr>
                <w:rFonts w:ascii="Niramit" w:hAnsi="Niramit"/>
                <w:sz w:val="19"/>
              </w:rPr>
              <w:t>they</w:t>
            </w:r>
          </w:p>
        </w:tc>
        <w:tc>
          <w:tcPr>
            <w:tcW w:type="dxa" w:w="3135"/>
          </w:tcPr>
          <w:p>
            <w:pPr>
              <w:jc w:val="center"/>
            </w:pPr>
            <w:r/>
            <w:r/>
            <w:r>
              <w:rPr>
                <w:rFonts w:ascii="Niramit" w:hAnsi="Niramit"/>
                <w:sz w:val="19"/>
              </w:rPr>
              <w:t>their</w:t>
            </w:r>
          </w:p>
        </w:tc>
        <w:tc>
          <w:tcPr>
            <w:tcW w:type="dxa" w:w="3135"/>
          </w:tcPr>
          <w:p>
            <w:pPr>
              <w:jc w:val="left"/>
            </w:pPr>
            <w:r/>
            <w:r/>
            <w:r>
              <w:rPr>
                <w:rFonts w:ascii="Niramit" w:hAnsi="Niramit"/>
                <w:sz w:val="19"/>
              </w:rPr>
              <w:t>Their house is white.</w:t>
            </w:r>
          </w:p>
        </w:tc>
      </w:tr>
    </w:tbl>
    <w:tbl>
      <w:tblPr>
        <w:tblStyle w:val="TableGrid"/>
        <w:tblW w:type="auto" w:w="0"/>
        <w:tblLook w:firstColumn="1" w:firstRow="1" w:lastColumn="0" w:lastRow="0" w:noHBand="0" w:noVBand="1" w:val="04A0"/>
      </w:tblPr>
      <w:tblGrid>
        <w:gridCol w:w="3135"/>
        <w:gridCol w:w="3135"/>
        <w:gridCol w:w="3135"/>
      </w:tblGrid>
      <w:tr>
        <w:tc>
          <w:tcPr>
            <w:tcW w:type="dxa" w:w="3135"/>
          </w:tcPr>
          <w:p>
            <w:pPr>
              <w:jc w:val="center"/>
            </w:pPr>
            <w:r/>
            <w:r/>
            <w:r>
              <w:rPr>
                <w:rFonts w:ascii="Niramit" w:hAnsi="Niramit"/>
                <w:b/>
                <w:color w:val="FFFFFF"/>
                <w:sz w:val="20"/>
              </w:rPr>
              <w:t>Edat</w:t>
            </w:r>
          </w:p>
        </w:tc>
        <w:tc>
          <w:tcPr>
            <w:tcW w:type="dxa" w:w="3135"/>
          </w:tcPr>
          <w:p>
            <w:pPr>
              <w:jc w:val="center"/>
            </w:pPr>
            <w:r/>
            <w:r/>
            <w:r>
              <w:rPr>
                <w:rFonts w:ascii="Niramit" w:hAnsi="Niramit"/>
                <w:b/>
                <w:color w:val="FFFFFF"/>
                <w:sz w:val="20"/>
              </w:rPr>
              <w:t>Kullanım</w:t>
            </w:r>
          </w:p>
        </w:tc>
        <w:tc>
          <w:tcPr>
            <w:tcW w:type="dxa" w:w="3135"/>
          </w:tcPr>
          <w:p>
            <w:pPr>
              <w:jc w:val="center"/>
            </w:pPr>
            <w:r/>
            <w:r/>
            <w:r>
              <w:rPr>
                <w:rFonts w:ascii="Niramit" w:hAnsi="Niramit"/>
                <w:b/>
                <w:color w:val="FFFFFF"/>
                <w:sz w:val="20"/>
              </w:rPr>
              <w:t>Örnek</w:t>
            </w:r>
          </w:p>
        </w:tc>
      </w:tr>
      <w:tr>
        <w:tc>
          <w:tcPr>
            <w:tcW w:type="dxa" w:w="3135"/>
          </w:tcPr>
          <w:p>
            <w:pPr>
              <w:jc w:val="center"/>
            </w:pPr>
            <w:r/>
            <w:r/>
            <w:r>
              <w:rPr>
                <w:rFonts w:ascii="Niramit" w:hAnsi="Niramit"/>
                <w:sz w:val="19"/>
              </w:rPr>
              <w:t>at</w:t>
            </w:r>
          </w:p>
        </w:tc>
        <w:tc>
          <w:tcPr>
            <w:tcW w:type="dxa" w:w="3135"/>
          </w:tcPr>
          <w:p>
            <w:pPr>
              <w:jc w:val="center"/>
            </w:pPr>
            <w:r/>
            <w:r/>
            <w:r>
              <w:rPr>
                <w:rFonts w:ascii="Niramit" w:hAnsi="Niramit"/>
                <w:sz w:val="19"/>
              </w:rPr>
              <w:t>saatler</w:t>
            </w:r>
          </w:p>
        </w:tc>
        <w:tc>
          <w:tcPr>
            <w:tcW w:type="dxa" w:w="3135"/>
          </w:tcPr>
          <w:p>
            <w:pPr>
              <w:jc w:val="left"/>
            </w:pPr>
            <w:r/>
            <w:r/>
            <w:r>
              <w:rPr>
                <w:rFonts w:ascii="Niramit" w:hAnsi="Niramit"/>
                <w:sz w:val="19"/>
              </w:rPr>
              <w:t>at 7 o'clock, at half past two</w:t>
            </w:r>
          </w:p>
        </w:tc>
      </w:tr>
      <w:tr>
        <w:tc>
          <w:tcPr>
            <w:tcW w:type="dxa" w:w="3135"/>
          </w:tcPr>
          <w:p>
            <w:pPr>
              <w:jc w:val="center"/>
            </w:pPr>
            <w:r/>
            <w:r/>
            <w:r>
              <w:rPr>
                <w:rFonts w:ascii="Niramit" w:hAnsi="Niramit"/>
                <w:sz w:val="19"/>
              </w:rPr>
              <w:t>on</w:t>
            </w:r>
          </w:p>
        </w:tc>
        <w:tc>
          <w:tcPr>
            <w:tcW w:type="dxa" w:w="3135"/>
          </w:tcPr>
          <w:p>
            <w:pPr>
              <w:jc w:val="center"/>
            </w:pPr>
            <w:r/>
            <w:r/>
            <w:r>
              <w:rPr>
                <w:rFonts w:ascii="Niramit" w:hAnsi="Niramit"/>
                <w:sz w:val="19"/>
              </w:rPr>
              <w:t>günler</w:t>
            </w:r>
          </w:p>
        </w:tc>
        <w:tc>
          <w:tcPr>
            <w:tcW w:type="dxa" w:w="3135"/>
          </w:tcPr>
          <w:p>
            <w:pPr>
              <w:jc w:val="left"/>
            </w:pPr>
            <w:r/>
            <w:r/>
            <w:r>
              <w:rPr>
                <w:rFonts w:ascii="Niramit" w:hAnsi="Niramit"/>
                <w:sz w:val="19"/>
              </w:rPr>
              <w:t>on Monday, on Friday</w:t>
            </w:r>
          </w:p>
        </w:tc>
      </w:tr>
      <w:tr>
        <w:tc>
          <w:tcPr>
            <w:tcW w:type="dxa" w:w="3135"/>
          </w:tcPr>
          <w:p>
            <w:pPr>
              <w:jc w:val="center"/>
            </w:pPr>
            <w:r/>
            <w:r/>
            <w:r>
              <w:rPr>
                <w:rFonts w:ascii="Niramit" w:hAnsi="Niramit"/>
                <w:sz w:val="19"/>
              </w:rPr>
              <w:t>in</w:t>
            </w:r>
          </w:p>
        </w:tc>
        <w:tc>
          <w:tcPr>
            <w:tcW w:type="dxa" w:w="3135"/>
          </w:tcPr>
          <w:p>
            <w:pPr>
              <w:jc w:val="center"/>
            </w:pPr>
            <w:r/>
            <w:r/>
            <w:r>
              <w:rPr>
                <w:rFonts w:ascii="Niramit" w:hAnsi="Niramit"/>
                <w:sz w:val="19"/>
              </w:rPr>
              <w:t>ay/mevsim/gün bölümü</w:t>
            </w:r>
          </w:p>
        </w:tc>
        <w:tc>
          <w:tcPr>
            <w:tcW w:type="dxa" w:w="3135"/>
          </w:tcPr>
          <w:p>
            <w:pPr>
              <w:jc w:val="left"/>
            </w:pPr>
            <w:r/>
            <w:r/>
            <w:r>
              <w:rPr>
                <w:rFonts w:ascii="Niramit" w:hAnsi="Niramit"/>
                <w:sz w:val="19"/>
              </w:rPr>
              <w:t>in summer, in May, in the morning</w:t>
            </w:r>
          </w:p>
        </w:tc>
      </w:tr>
    </w:tbl>
    <w:tbl>
      <w:tblPr>
        <w:tblStyle w:val="TableGrid"/>
        <w:tblW w:type="auto" w:w="0"/>
        <w:tblLook w:firstColumn="1" w:firstRow="1" w:lastColumn="0" w:lastRow="0" w:noHBand="0" w:noVBand="1" w:val="04A0"/>
      </w:tblPr>
      <w:tblGrid>
        <w:gridCol w:w="3135"/>
        <w:gridCol w:w="3135"/>
        <w:gridCol w:w="3135"/>
      </w:tblGrid>
      <w:tr>
        <w:tc>
          <w:tcPr>
            <w:tcW w:type="dxa" w:w="3135"/>
          </w:tcPr>
          <w:p>
            <w:pPr>
              <w:jc w:val="center"/>
            </w:pPr>
            <w:r/>
            <w:r/>
            <w:r>
              <w:rPr>
                <w:rFonts w:ascii="Niramit" w:hAnsi="Niramit"/>
                <w:b/>
                <w:color w:val="FFFFFF"/>
                <w:sz w:val="20"/>
              </w:rPr>
              <w:t>Soru</w:t>
            </w:r>
          </w:p>
        </w:tc>
        <w:tc>
          <w:tcPr>
            <w:tcW w:type="dxa" w:w="3135"/>
          </w:tcPr>
          <w:p>
            <w:pPr>
              <w:jc w:val="center"/>
            </w:pPr>
            <w:r/>
            <w:r/>
            <w:r>
              <w:rPr>
                <w:rFonts w:ascii="Niramit" w:hAnsi="Niramit"/>
                <w:b/>
                <w:color w:val="FFFFFF"/>
                <w:sz w:val="20"/>
              </w:rPr>
              <w:t>Kısa Cevap (Evet)</w:t>
            </w:r>
          </w:p>
        </w:tc>
        <w:tc>
          <w:tcPr>
            <w:tcW w:type="dxa" w:w="3135"/>
          </w:tcPr>
          <w:p>
            <w:pPr>
              <w:jc w:val="center"/>
            </w:pPr>
            <w:r/>
            <w:r/>
            <w:r>
              <w:rPr>
                <w:rFonts w:ascii="Niramit" w:hAnsi="Niramit"/>
                <w:b/>
                <w:color w:val="FFFFFF"/>
                <w:sz w:val="20"/>
              </w:rPr>
              <w:t>Kısa Cevap (Hayır)</w:t>
            </w:r>
          </w:p>
        </w:tc>
      </w:tr>
      <w:tr>
        <w:tc>
          <w:tcPr>
            <w:tcW w:type="dxa" w:w="3135"/>
          </w:tcPr>
          <w:p>
            <w:pPr>
              <w:jc w:val="center"/>
            </w:pPr>
            <w:r/>
            <w:r/>
            <w:r>
              <w:rPr>
                <w:rFonts w:ascii="Niramit" w:hAnsi="Niramit"/>
                <w:sz w:val="19"/>
              </w:rPr>
              <w:t>Are you happy?</w:t>
            </w:r>
          </w:p>
        </w:tc>
        <w:tc>
          <w:tcPr>
            <w:tcW w:type="dxa" w:w="3135"/>
          </w:tcPr>
          <w:p>
            <w:pPr>
              <w:jc w:val="center"/>
            </w:pPr>
            <w:r/>
            <w:r/>
            <w:r>
              <w:rPr>
                <w:rFonts w:ascii="Niramit" w:hAnsi="Niramit"/>
                <w:sz w:val="19"/>
              </w:rPr>
              <w:t>Yes, I am.</w:t>
            </w:r>
          </w:p>
        </w:tc>
        <w:tc>
          <w:tcPr>
            <w:tcW w:type="dxa" w:w="3135"/>
          </w:tcPr>
          <w:p>
            <w:pPr>
              <w:jc w:val="left"/>
            </w:pPr>
            <w:r/>
            <w:r/>
            <w:r>
              <w:rPr>
                <w:rFonts w:ascii="Niramit" w:hAnsi="Niramit"/>
                <w:sz w:val="19"/>
              </w:rPr>
              <w:t>No, I'm not.</w:t>
            </w:r>
          </w:p>
        </w:tc>
      </w:tr>
      <w:tr>
        <w:tc>
          <w:tcPr>
            <w:tcW w:type="dxa" w:w="3135"/>
          </w:tcPr>
          <w:p>
            <w:pPr>
              <w:jc w:val="center"/>
            </w:pPr>
            <w:r/>
            <w:r/>
            <w:r>
              <w:rPr>
                <w:rFonts w:ascii="Niramit" w:hAnsi="Niramit"/>
                <w:sz w:val="19"/>
              </w:rPr>
              <w:t>Is she a student?</w:t>
            </w:r>
          </w:p>
        </w:tc>
        <w:tc>
          <w:tcPr>
            <w:tcW w:type="dxa" w:w="3135"/>
          </w:tcPr>
          <w:p>
            <w:pPr>
              <w:jc w:val="center"/>
            </w:pPr>
            <w:r/>
            <w:r/>
            <w:r>
              <w:rPr>
                <w:rFonts w:ascii="Niramit" w:hAnsi="Niramit"/>
                <w:sz w:val="19"/>
              </w:rPr>
              <w:t>Yes, she is.</w:t>
            </w:r>
          </w:p>
        </w:tc>
        <w:tc>
          <w:tcPr>
            <w:tcW w:type="dxa" w:w="3135"/>
          </w:tcPr>
          <w:p>
            <w:pPr>
              <w:jc w:val="left"/>
            </w:pPr>
            <w:r/>
            <w:r/>
            <w:r>
              <w:rPr>
                <w:rFonts w:ascii="Niramit" w:hAnsi="Niramit"/>
                <w:sz w:val="19"/>
              </w:rPr>
              <w:t>No, she isn't.</w:t>
            </w:r>
          </w:p>
        </w:tc>
      </w:tr>
      <w:tr>
        <w:tc>
          <w:tcPr>
            <w:tcW w:type="dxa" w:w="3135"/>
          </w:tcPr>
          <w:p>
            <w:pPr>
              <w:jc w:val="center"/>
            </w:pPr>
            <w:r/>
            <w:r/>
            <w:r>
              <w:rPr>
                <w:rFonts w:ascii="Niramit" w:hAnsi="Niramit"/>
                <w:sz w:val="19"/>
              </w:rPr>
              <w:t>Do you like apples?</w:t>
            </w:r>
          </w:p>
        </w:tc>
        <w:tc>
          <w:tcPr>
            <w:tcW w:type="dxa" w:w="3135"/>
          </w:tcPr>
          <w:p>
            <w:pPr>
              <w:jc w:val="center"/>
            </w:pPr>
            <w:r/>
            <w:r/>
            <w:r>
              <w:rPr>
                <w:rFonts w:ascii="Niramit" w:hAnsi="Niramit"/>
                <w:sz w:val="19"/>
              </w:rPr>
              <w:t>Yes, I do.</w:t>
            </w:r>
          </w:p>
        </w:tc>
        <w:tc>
          <w:tcPr>
            <w:tcW w:type="dxa" w:w="3135"/>
          </w:tcPr>
          <w:p>
            <w:pPr>
              <w:jc w:val="left"/>
            </w:pPr>
            <w:r/>
            <w:r/>
            <w:r>
              <w:rPr>
                <w:rFonts w:ascii="Niramit" w:hAnsi="Niramit"/>
                <w:sz w:val="19"/>
              </w:rPr>
              <w:t>No, I don't.</w:t>
            </w:r>
          </w:p>
        </w:tc>
      </w:tr>
      <w:tr>
        <w:tc>
          <w:tcPr>
            <w:tcW w:type="dxa" w:w="3135"/>
          </w:tcPr>
          <w:p>
            <w:pPr>
              <w:jc w:val="center"/>
            </w:pPr>
            <w:r/>
            <w:r/>
            <w:r>
              <w:rPr>
                <w:rFonts w:ascii="Niramit" w:hAnsi="Niramit"/>
                <w:sz w:val="19"/>
              </w:rPr>
              <w:t>Does he play football?</w:t>
            </w:r>
          </w:p>
        </w:tc>
        <w:tc>
          <w:tcPr>
            <w:tcW w:type="dxa" w:w="3135"/>
          </w:tcPr>
          <w:p>
            <w:pPr>
              <w:jc w:val="center"/>
            </w:pPr>
            <w:r/>
            <w:r/>
            <w:r>
              <w:rPr>
                <w:rFonts w:ascii="Niramit" w:hAnsi="Niramit"/>
                <w:sz w:val="19"/>
              </w:rPr>
              <w:t>Yes, he does.</w:t>
            </w:r>
          </w:p>
        </w:tc>
        <w:tc>
          <w:tcPr>
            <w:tcW w:type="dxa" w:w="3135"/>
          </w:tcPr>
          <w:p>
            <w:pPr>
              <w:jc w:val="left"/>
            </w:pPr>
            <w:r/>
            <w:r/>
            <w:r>
              <w:rPr>
                <w:rFonts w:ascii="Niramit" w:hAnsi="Niramit"/>
                <w:sz w:val="19"/>
              </w:rPr>
              <w:t>No, he doesn't.</w:t>
            </w:r>
          </w:p>
        </w:tc>
      </w:tr>
      <w:tr>
        <w:tc>
          <w:tcPr>
            <w:tcW w:type="dxa" w:w="3135"/>
          </w:tcPr>
          <w:p>
            <w:pPr>
              <w:jc w:val="center"/>
            </w:pPr>
            <w:r/>
            <w:r/>
            <w:r>
              <w:rPr>
                <w:rFonts w:ascii="Niramit" w:hAnsi="Niramit"/>
                <w:sz w:val="19"/>
              </w:rPr>
              <w:t>Can you swim?</w:t>
            </w:r>
          </w:p>
        </w:tc>
        <w:tc>
          <w:tcPr>
            <w:tcW w:type="dxa" w:w="3135"/>
          </w:tcPr>
          <w:p>
            <w:pPr>
              <w:jc w:val="center"/>
            </w:pPr>
            <w:r/>
            <w:r/>
            <w:r>
              <w:rPr>
                <w:rFonts w:ascii="Niramit" w:hAnsi="Niramit"/>
                <w:sz w:val="19"/>
              </w:rPr>
              <w:t>Yes, I can.</w:t>
            </w:r>
          </w:p>
        </w:tc>
        <w:tc>
          <w:tcPr>
            <w:tcW w:type="dxa" w:w="3135"/>
          </w:tcPr>
          <w:p>
            <w:pPr>
              <w:jc w:val="left"/>
            </w:pPr>
            <w:r/>
            <w:r/>
            <w:r>
              <w:rPr>
                <w:rFonts w:ascii="Niramit" w:hAnsi="Niramit"/>
                <w:sz w:val="19"/>
              </w:rPr>
              <w:t>No, I can't.</w:t>
            </w:r>
          </w:p>
        </w:tc>
      </w:tr>
    </w:tbl>
    <w:tbl>
      <w:tblPr>
        <w:tblStyle w:val="TableGrid"/>
        <w:tblW w:type="auto" w:w="0"/>
        <w:tblLook w:firstColumn="1" w:firstRow="1" w:lastColumn="0" w:lastRow="0" w:noHBand="0" w:noVBand="1" w:val="04A0"/>
      </w:tblPr>
      <w:tblGrid>
        <w:gridCol w:w="2351"/>
        <w:gridCol w:w="2351"/>
        <w:gridCol w:w="2351"/>
        <w:gridCol w:w="2351"/>
      </w:tblGrid>
      <w:tr>
        <w:tc>
          <w:tcPr>
            <w:tcW w:type="dxa" w:w="2351"/>
          </w:tcPr>
          <w:p>
            <w:pPr>
              <w:jc w:val="center"/>
            </w:pPr>
            <w:r/>
            <w:r/>
            <w:r>
              <w:rPr>
                <w:rFonts w:ascii="Niramit" w:hAnsi="Niramit"/>
                <w:b/>
                <w:color w:val="FFFFFF"/>
                <w:sz w:val="20"/>
              </w:rPr>
              <w:t>#</w:t>
            </w:r>
          </w:p>
        </w:tc>
        <w:tc>
          <w:tcPr>
            <w:tcW w:type="dxa" w:w="2351"/>
          </w:tcPr>
          <w:p>
            <w:pPr>
              <w:jc w:val="center"/>
            </w:pPr>
            <w:r/>
            <w:r/>
            <w:r>
              <w:rPr>
                <w:rFonts w:ascii="Niramit" w:hAnsi="Niramit"/>
                <w:b/>
                <w:color w:val="FFFFFF"/>
                <w:sz w:val="20"/>
              </w:rPr>
              <w:t>Konu</w:t>
            </w:r>
          </w:p>
        </w:tc>
        <w:tc>
          <w:tcPr>
            <w:tcW w:type="dxa" w:w="2351"/>
          </w:tcPr>
          <w:p>
            <w:pPr>
              <w:jc w:val="center"/>
            </w:pPr>
            <w:r/>
            <w:r/>
            <w:r>
              <w:rPr>
                <w:rFonts w:ascii="Niramit" w:hAnsi="Niramit"/>
                <w:b/>
                <w:color w:val="FFFFFF"/>
                <w:sz w:val="20"/>
              </w:rPr>
              <w:t>Kritik Hata</w:t>
            </w:r>
          </w:p>
        </w:tc>
        <w:tc>
          <w:tcPr>
            <w:tcW w:type="dxa" w:w="2351"/>
          </w:tcPr>
          <w:p>
            <w:pPr>
              <w:jc w:val="center"/>
            </w:pPr>
            <w:r/>
            <w:r/>
            <w:r>
              <w:rPr>
                <w:rFonts w:ascii="Niramit" w:hAnsi="Niramit"/>
                <w:b/>
                <w:color w:val="FFFFFF"/>
                <w:sz w:val="20"/>
              </w:rPr>
              <w:t>Doğrusu</w:t>
            </w:r>
          </w:p>
        </w:tc>
      </w:tr>
      <w:tr>
        <w:tc>
          <w:tcPr>
            <w:tcW w:type="dxa" w:w="2351"/>
          </w:tcPr>
          <w:p>
            <w:pPr>
              <w:jc w:val="center"/>
            </w:pPr>
            <w:r/>
            <w:r/>
            <w:r>
              <w:rPr>
                <w:rFonts w:ascii="Niramit" w:hAnsi="Niramit"/>
                <w:sz w:val="19"/>
              </w:rPr>
              <w:t>1</w:t>
            </w:r>
          </w:p>
        </w:tc>
        <w:tc>
          <w:tcPr>
            <w:tcW w:type="dxa" w:w="2351"/>
          </w:tcPr>
          <w:p>
            <w:pPr>
              <w:jc w:val="center"/>
            </w:pPr>
            <w:r/>
            <w:r/>
            <w:r>
              <w:rPr>
                <w:rFonts w:ascii="Niramit" w:hAnsi="Niramit"/>
                <w:sz w:val="19"/>
              </w:rPr>
              <w:t>İş vs Oluş</w:t>
            </w:r>
          </w:p>
        </w:tc>
        <w:tc>
          <w:tcPr>
            <w:tcW w:type="dxa" w:w="2351"/>
          </w:tcPr>
          <w:p>
            <w:pPr>
              <w:jc w:val="center"/>
            </w:pPr>
            <w:r/>
            <w:r/>
            <w:r>
              <w:rPr>
                <w:rFonts w:ascii="Niramit" w:hAnsi="Niramit"/>
                <w:sz w:val="19"/>
              </w:rPr>
              <w:t>Are you like pizza?</w:t>
            </w:r>
          </w:p>
        </w:tc>
        <w:tc>
          <w:tcPr>
            <w:tcW w:type="dxa" w:w="2351"/>
          </w:tcPr>
          <w:p>
            <w:pPr>
              <w:jc w:val="left"/>
            </w:pPr>
            <w:r/>
            <w:r/>
            <w:r>
              <w:rPr>
                <w:rFonts w:ascii="Niramit" w:hAnsi="Niramit"/>
                <w:sz w:val="19"/>
              </w:rPr>
              <w:t>Do you like pizza?</w:t>
            </w:r>
          </w:p>
        </w:tc>
      </w:tr>
      <w:tr>
        <w:tc>
          <w:tcPr>
            <w:tcW w:type="dxa" w:w="2351"/>
          </w:tcPr>
          <w:p>
            <w:pPr>
              <w:jc w:val="center"/>
            </w:pPr>
            <w:r/>
            <w:r/>
            <w:r>
              <w:rPr>
                <w:rFonts w:ascii="Niramit" w:hAnsi="Niramit"/>
                <w:sz w:val="19"/>
              </w:rPr>
              <w:t>2</w:t>
            </w:r>
          </w:p>
        </w:tc>
        <w:tc>
          <w:tcPr>
            <w:tcW w:type="dxa" w:w="2351"/>
          </w:tcPr>
          <w:p>
            <w:pPr>
              <w:jc w:val="center"/>
            </w:pPr>
            <w:r/>
            <w:r/>
            <w:r>
              <w:rPr>
                <w:rFonts w:ascii="Niramit" w:hAnsi="Niramit"/>
                <w:sz w:val="19"/>
              </w:rPr>
              <w:t>Pres. Simple vs Cont.</w:t>
            </w:r>
          </w:p>
        </w:tc>
        <w:tc>
          <w:tcPr>
            <w:tcW w:type="dxa" w:w="2351"/>
          </w:tcPr>
          <w:p>
            <w:pPr>
              <w:jc w:val="center"/>
            </w:pPr>
            <w:r/>
            <w:r/>
            <w:r>
              <w:rPr>
                <w:rFonts w:ascii="Niramit" w:hAnsi="Niramit"/>
                <w:sz w:val="19"/>
              </w:rPr>
              <w:t>She is go every day.</w:t>
            </w:r>
          </w:p>
        </w:tc>
        <w:tc>
          <w:tcPr>
            <w:tcW w:type="dxa" w:w="2351"/>
          </w:tcPr>
          <w:p>
            <w:pPr>
              <w:jc w:val="left"/>
            </w:pPr>
            <w:r/>
            <w:r/>
            <w:r>
              <w:rPr>
                <w:rFonts w:ascii="Niramit" w:hAnsi="Niramit"/>
                <w:sz w:val="19"/>
              </w:rPr>
              <w:t>She goes every day.</w:t>
            </w:r>
          </w:p>
        </w:tc>
      </w:tr>
      <w:tr>
        <w:tc>
          <w:tcPr>
            <w:tcW w:type="dxa" w:w="2351"/>
          </w:tcPr>
          <w:p>
            <w:pPr>
              <w:jc w:val="center"/>
            </w:pPr>
            <w:r/>
            <w:r/>
            <w:r>
              <w:rPr>
                <w:rFonts w:ascii="Niramit" w:hAnsi="Niramit"/>
                <w:sz w:val="19"/>
              </w:rPr>
              <w:t>3</w:t>
            </w:r>
          </w:p>
        </w:tc>
        <w:tc>
          <w:tcPr>
            <w:tcW w:type="dxa" w:w="2351"/>
          </w:tcPr>
          <w:p>
            <w:pPr>
              <w:jc w:val="center"/>
            </w:pPr>
            <w:r/>
            <w:r/>
            <w:r>
              <w:rPr>
                <w:rFonts w:ascii="Niramit" w:hAnsi="Niramit"/>
                <w:sz w:val="19"/>
              </w:rPr>
              <w:t>Object pronoun</w:t>
            </w:r>
          </w:p>
        </w:tc>
        <w:tc>
          <w:tcPr>
            <w:tcW w:type="dxa" w:w="2351"/>
          </w:tcPr>
          <w:p>
            <w:pPr>
              <w:jc w:val="center"/>
            </w:pPr>
            <w:r/>
            <w:r/>
            <w:r>
              <w:rPr>
                <w:rFonts w:ascii="Niramit" w:hAnsi="Niramit"/>
                <w:sz w:val="19"/>
              </w:rPr>
              <w:t>Look at he.</w:t>
            </w:r>
          </w:p>
        </w:tc>
        <w:tc>
          <w:tcPr>
            <w:tcW w:type="dxa" w:w="2351"/>
          </w:tcPr>
          <w:p>
            <w:pPr>
              <w:jc w:val="left"/>
            </w:pPr>
            <w:r/>
            <w:r/>
            <w:r>
              <w:rPr>
                <w:rFonts w:ascii="Niramit" w:hAnsi="Niramit"/>
                <w:sz w:val="19"/>
              </w:rPr>
              <w:t>Look at him.</w:t>
            </w:r>
          </w:p>
        </w:tc>
      </w:tr>
      <w:tr>
        <w:tc>
          <w:tcPr>
            <w:tcW w:type="dxa" w:w="2351"/>
          </w:tcPr>
          <w:p>
            <w:pPr>
              <w:jc w:val="center"/>
            </w:pPr>
            <w:r/>
            <w:r/>
            <w:r>
              <w:rPr>
                <w:rFonts w:ascii="Niramit" w:hAnsi="Niramit"/>
                <w:sz w:val="19"/>
              </w:rPr>
              <w:t>4</w:t>
            </w:r>
          </w:p>
        </w:tc>
        <w:tc>
          <w:tcPr>
            <w:tcW w:type="dxa" w:w="2351"/>
          </w:tcPr>
          <w:p>
            <w:pPr>
              <w:jc w:val="center"/>
            </w:pPr>
            <w:r/>
            <w:r/>
            <w:r>
              <w:rPr>
                <w:rFonts w:ascii="Niramit" w:hAnsi="Niramit"/>
                <w:sz w:val="19"/>
              </w:rPr>
              <w:t>WH soruları</w:t>
            </w:r>
          </w:p>
        </w:tc>
        <w:tc>
          <w:tcPr>
            <w:tcW w:type="dxa" w:w="2351"/>
          </w:tcPr>
          <w:p>
            <w:pPr>
              <w:jc w:val="center"/>
            </w:pPr>
            <w:r/>
            <w:r/>
            <w:r>
              <w:rPr>
                <w:rFonts w:ascii="Niramit" w:hAnsi="Niramit"/>
                <w:sz w:val="19"/>
              </w:rPr>
              <w:t>What you are doing?</w:t>
            </w:r>
          </w:p>
        </w:tc>
        <w:tc>
          <w:tcPr>
            <w:tcW w:type="dxa" w:w="2351"/>
          </w:tcPr>
          <w:p>
            <w:pPr>
              <w:jc w:val="left"/>
            </w:pPr>
            <w:r/>
            <w:r/>
            <w:r>
              <w:rPr>
                <w:rFonts w:ascii="Niramit" w:hAnsi="Niramit"/>
                <w:sz w:val="19"/>
              </w:rPr>
              <w:t>What are you doing?</w:t>
            </w:r>
          </w:p>
        </w:tc>
      </w:tr>
      <w:tr>
        <w:tc>
          <w:tcPr>
            <w:tcW w:type="dxa" w:w="2351"/>
          </w:tcPr>
          <w:p>
            <w:pPr>
              <w:jc w:val="center"/>
            </w:pPr>
            <w:r/>
            <w:r/>
            <w:r>
              <w:rPr>
                <w:rFonts w:ascii="Niramit" w:hAnsi="Niramit"/>
                <w:sz w:val="19"/>
              </w:rPr>
              <w:t>5</w:t>
            </w:r>
          </w:p>
        </w:tc>
        <w:tc>
          <w:tcPr>
            <w:tcW w:type="dxa" w:w="2351"/>
          </w:tcPr>
          <w:p>
            <w:pPr>
              <w:jc w:val="center"/>
            </w:pPr>
            <w:r/>
            <w:r/>
            <w:r>
              <w:rPr>
                <w:rFonts w:ascii="Niramit" w:hAnsi="Niramit"/>
                <w:sz w:val="19"/>
              </w:rPr>
              <w:t>İyelik sıfatları</w:t>
            </w:r>
          </w:p>
        </w:tc>
        <w:tc>
          <w:tcPr>
            <w:tcW w:type="dxa" w:w="2351"/>
          </w:tcPr>
          <w:p>
            <w:pPr>
              <w:jc w:val="center"/>
            </w:pPr>
            <w:r/>
            <w:r/>
            <w:r>
              <w:rPr>
                <w:rFonts w:ascii="Niramit" w:hAnsi="Niramit"/>
                <w:sz w:val="19"/>
              </w:rPr>
              <w:t>She name is...</w:t>
            </w:r>
          </w:p>
        </w:tc>
        <w:tc>
          <w:tcPr>
            <w:tcW w:type="dxa" w:w="2351"/>
          </w:tcPr>
          <w:p>
            <w:pPr>
              <w:jc w:val="left"/>
            </w:pPr>
            <w:r/>
            <w:r/>
            <w:r>
              <w:rPr>
                <w:rFonts w:ascii="Niramit" w:hAnsi="Niramit"/>
                <w:sz w:val="19"/>
              </w:rPr>
              <w:t>Her name is...</w:t>
            </w:r>
          </w:p>
        </w:tc>
      </w:tr>
      <w:tr>
        <w:tc>
          <w:tcPr>
            <w:tcW w:type="dxa" w:w="2351"/>
          </w:tcPr>
          <w:p>
            <w:pPr>
              <w:jc w:val="center"/>
            </w:pPr>
            <w:r/>
            <w:r/>
            <w:r>
              <w:rPr>
                <w:rFonts w:ascii="Niramit" w:hAnsi="Niramit"/>
                <w:sz w:val="19"/>
              </w:rPr>
              <w:t>6</w:t>
            </w:r>
          </w:p>
        </w:tc>
        <w:tc>
          <w:tcPr>
            <w:tcW w:type="dxa" w:w="2351"/>
          </w:tcPr>
          <w:p>
            <w:pPr>
              <w:jc w:val="center"/>
            </w:pPr>
            <w:r/>
            <w:r/>
            <w:r>
              <w:rPr>
                <w:rFonts w:ascii="Niramit" w:hAnsi="Niramit"/>
                <w:sz w:val="19"/>
              </w:rPr>
              <w:t>can + V1</w:t>
            </w:r>
          </w:p>
        </w:tc>
        <w:tc>
          <w:tcPr>
            <w:tcW w:type="dxa" w:w="2351"/>
          </w:tcPr>
          <w:p>
            <w:pPr>
              <w:jc w:val="center"/>
            </w:pPr>
            <w:r/>
            <w:r/>
            <w:r>
              <w:rPr>
                <w:rFonts w:ascii="Niramit" w:hAnsi="Niramit"/>
                <w:sz w:val="19"/>
              </w:rPr>
              <w:t>She can dances.</w:t>
            </w:r>
          </w:p>
        </w:tc>
        <w:tc>
          <w:tcPr>
            <w:tcW w:type="dxa" w:w="2351"/>
          </w:tcPr>
          <w:p>
            <w:pPr>
              <w:jc w:val="left"/>
            </w:pPr>
            <w:r/>
            <w:r/>
            <w:r>
              <w:rPr>
                <w:rFonts w:ascii="Niramit" w:hAnsi="Niramit"/>
                <w:sz w:val="19"/>
              </w:rPr>
              <w:t>She can dance.</w:t>
            </w:r>
          </w:p>
        </w:tc>
      </w:tr>
      <w:tr>
        <w:tc>
          <w:tcPr>
            <w:tcW w:type="dxa" w:w="2351"/>
          </w:tcPr>
          <w:p>
            <w:pPr>
              <w:jc w:val="center"/>
            </w:pPr>
            <w:r/>
            <w:r/>
            <w:r>
              <w:rPr>
                <w:rFonts w:ascii="Niramit" w:hAnsi="Niramit"/>
                <w:sz w:val="19"/>
              </w:rPr>
              <w:t>7</w:t>
            </w:r>
          </w:p>
        </w:tc>
        <w:tc>
          <w:tcPr>
            <w:tcW w:type="dxa" w:w="2351"/>
          </w:tcPr>
          <w:p>
            <w:pPr>
              <w:jc w:val="center"/>
            </w:pPr>
            <w:r/>
            <w:r/>
            <w:r>
              <w:rPr>
                <w:rFonts w:ascii="Niramit" w:hAnsi="Niramit"/>
                <w:sz w:val="19"/>
              </w:rPr>
              <w:t>like + Ving</w:t>
            </w:r>
          </w:p>
        </w:tc>
        <w:tc>
          <w:tcPr>
            <w:tcW w:type="dxa" w:w="2351"/>
          </w:tcPr>
          <w:p>
            <w:pPr>
              <w:jc w:val="center"/>
            </w:pPr>
            <w:r/>
            <w:r/>
            <w:r>
              <w:rPr>
                <w:rFonts w:ascii="Niramit" w:hAnsi="Niramit"/>
                <w:sz w:val="19"/>
              </w:rPr>
              <w:t>She likes play.</w:t>
            </w:r>
          </w:p>
        </w:tc>
        <w:tc>
          <w:tcPr>
            <w:tcW w:type="dxa" w:w="2351"/>
          </w:tcPr>
          <w:p>
            <w:pPr>
              <w:jc w:val="left"/>
            </w:pPr>
            <w:r/>
            <w:r/>
            <w:r>
              <w:rPr>
                <w:rFonts w:ascii="Niramit" w:hAnsi="Niramit"/>
                <w:sz w:val="19"/>
              </w:rPr>
              <w:t>She likes playing.</w:t>
            </w:r>
          </w:p>
        </w:tc>
      </w:tr>
      <w:tr>
        <w:tc>
          <w:tcPr>
            <w:tcW w:type="dxa" w:w="2351"/>
          </w:tcPr>
          <w:p>
            <w:pPr>
              <w:jc w:val="center"/>
            </w:pPr>
            <w:r/>
            <w:r/>
            <w:r>
              <w:rPr>
                <w:rFonts w:ascii="Niramit" w:hAnsi="Niramit"/>
                <w:sz w:val="19"/>
              </w:rPr>
              <w:t>8</w:t>
            </w:r>
          </w:p>
        </w:tc>
        <w:tc>
          <w:tcPr>
            <w:tcW w:type="dxa" w:w="2351"/>
          </w:tcPr>
          <w:p>
            <w:pPr>
              <w:jc w:val="center"/>
            </w:pPr>
            <w:r/>
            <w:r/>
            <w:r>
              <w:rPr>
                <w:rFonts w:ascii="Niramit" w:hAnsi="Niramit"/>
                <w:sz w:val="19"/>
              </w:rPr>
              <w:t>There is/are</w:t>
            </w:r>
          </w:p>
        </w:tc>
        <w:tc>
          <w:tcPr>
            <w:tcW w:type="dxa" w:w="2351"/>
          </w:tcPr>
          <w:p>
            <w:pPr>
              <w:jc w:val="center"/>
            </w:pPr>
            <w:r/>
            <w:r/>
            <w:r>
              <w:rPr>
                <w:rFonts w:ascii="Niramit" w:hAnsi="Niramit"/>
                <w:sz w:val="19"/>
              </w:rPr>
              <w:t>There is three...</w:t>
            </w:r>
          </w:p>
        </w:tc>
        <w:tc>
          <w:tcPr>
            <w:tcW w:type="dxa" w:w="2351"/>
          </w:tcPr>
          <w:p>
            <w:pPr>
              <w:jc w:val="left"/>
            </w:pPr>
            <w:r/>
            <w:r/>
            <w:r>
              <w:rPr>
                <w:rFonts w:ascii="Niramit" w:hAnsi="Niramit"/>
                <w:sz w:val="19"/>
              </w:rPr>
              <w:t>There are three...</w:t>
            </w:r>
          </w:p>
        </w:tc>
      </w:tr>
      <w:tr>
        <w:tc>
          <w:tcPr>
            <w:tcW w:type="dxa" w:w="2351"/>
          </w:tcPr>
          <w:p>
            <w:pPr>
              <w:jc w:val="center"/>
            </w:pPr>
            <w:r/>
            <w:r/>
            <w:r>
              <w:rPr>
                <w:rFonts w:ascii="Niramit" w:hAnsi="Niramit"/>
                <w:sz w:val="19"/>
              </w:rPr>
              <w:t>9</w:t>
            </w:r>
          </w:p>
        </w:tc>
        <w:tc>
          <w:tcPr>
            <w:tcW w:type="dxa" w:w="2351"/>
          </w:tcPr>
          <w:p>
            <w:pPr>
              <w:jc w:val="center"/>
            </w:pPr>
            <w:r/>
            <w:r/>
            <w:r>
              <w:rPr>
                <w:rFonts w:ascii="Niramit" w:hAnsi="Niramit"/>
                <w:sz w:val="19"/>
              </w:rPr>
              <w:t>Zaman edatları</w:t>
            </w:r>
          </w:p>
        </w:tc>
        <w:tc>
          <w:tcPr>
            <w:tcW w:type="dxa" w:w="2351"/>
          </w:tcPr>
          <w:p>
            <w:pPr>
              <w:jc w:val="center"/>
            </w:pPr>
            <w:r/>
            <w:r/>
            <w:r>
              <w:rPr>
                <w:rFonts w:ascii="Niramit" w:hAnsi="Niramit"/>
                <w:sz w:val="19"/>
              </w:rPr>
              <w:t>at Monday</w:t>
            </w:r>
          </w:p>
        </w:tc>
        <w:tc>
          <w:tcPr>
            <w:tcW w:type="dxa" w:w="2351"/>
          </w:tcPr>
          <w:p>
            <w:pPr>
              <w:jc w:val="left"/>
            </w:pPr>
            <w:r/>
            <w:r/>
            <w:r>
              <w:rPr>
                <w:rFonts w:ascii="Niramit" w:hAnsi="Niramit"/>
                <w:sz w:val="19"/>
              </w:rPr>
              <w:t>on Monday</w:t>
            </w:r>
          </w:p>
        </w:tc>
      </w:tr>
      <w:tr>
        <w:tc>
          <w:tcPr>
            <w:tcW w:type="dxa" w:w="2351"/>
          </w:tcPr>
          <w:p>
            <w:pPr>
              <w:jc w:val="center"/>
            </w:pPr>
            <w:r/>
            <w:r/>
            <w:r>
              <w:rPr>
                <w:rFonts w:ascii="Niramit" w:hAnsi="Niramit"/>
                <w:sz w:val="19"/>
              </w:rPr>
              <w:t>10</w:t>
            </w:r>
          </w:p>
        </w:tc>
        <w:tc>
          <w:tcPr>
            <w:tcW w:type="dxa" w:w="2351"/>
          </w:tcPr>
          <w:p>
            <w:pPr>
              <w:jc w:val="center"/>
            </w:pPr>
            <w:r/>
            <w:r/>
            <w:r>
              <w:rPr>
                <w:rFonts w:ascii="Niramit" w:hAnsi="Niramit"/>
                <w:sz w:val="19"/>
              </w:rPr>
              <w:t>Sıklık zarfları</w:t>
            </w:r>
          </w:p>
        </w:tc>
        <w:tc>
          <w:tcPr>
            <w:tcW w:type="dxa" w:w="2351"/>
          </w:tcPr>
          <w:p>
            <w:pPr>
              <w:jc w:val="center"/>
            </w:pPr>
            <w:r/>
            <w:r/>
            <w:r>
              <w:rPr>
                <w:rFonts w:ascii="Niramit" w:hAnsi="Niramit"/>
                <w:sz w:val="19"/>
              </w:rPr>
              <w:t>I go always. / I don't never.</w:t>
            </w:r>
          </w:p>
        </w:tc>
        <w:tc>
          <w:tcPr>
            <w:tcW w:type="dxa" w:w="2351"/>
          </w:tcPr>
          <w:p>
            <w:pPr>
              <w:jc w:val="left"/>
            </w:pPr>
            <w:r/>
            <w:r/>
            <w:r>
              <w:rPr>
                <w:rFonts w:ascii="Niramit" w:hAnsi="Niramit"/>
                <w:sz w:val="19"/>
              </w:rPr>
              <w:t>I always go. / I never.</w:t>
            </w:r>
          </w:p>
        </w:tc>
      </w:tr>
      <w:tr>
        <w:tc>
          <w:tcPr>
            <w:tcW w:type="dxa" w:w="2351"/>
          </w:tcPr>
          <w:p>
            <w:pPr>
              <w:jc w:val="center"/>
            </w:pPr>
            <w:r/>
            <w:r/>
            <w:r>
              <w:rPr>
                <w:rFonts w:ascii="Niramit" w:hAnsi="Niramit"/>
                <w:sz w:val="19"/>
              </w:rPr>
              <w:t>11</w:t>
            </w:r>
          </w:p>
        </w:tc>
        <w:tc>
          <w:tcPr>
            <w:tcW w:type="dxa" w:w="2351"/>
          </w:tcPr>
          <w:p>
            <w:pPr>
              <w:jc w:val="center"/>
            </w:pPr>
            <w:r/>
            <w:r/>
            <w:r>
              <w:rPr>
                <w:rFonts w:ascii="Niramit" w:hAnsi="Niramit"/>
                <w:sz w:val="19"/>
              </w:rPr>
              <w:t>Bağlaçlar</w:t>
            </w:r>
          </w:p>
        </w:tc>
        <w:tc>
          <w:tcPr>
            <w:tcW w:type="dxa" w:w="2351"/>
          </w:tcPr>
          <w:p>
            <w:pPr>
              <w:jc w:val="center"/>
            </w:pPr>
            <w:r/>
            <w:r/>
            <w:r>
              <w:rPr>
                <w:rFonts w:ascii="Niramit" w:hAnsi="Niramit"/>
                <w:sz w:val="19"/>
              </w:rPr>
              <w:t>but sonrası yanlış çekim</w:t>
            </w:r>
          </w:p>
        </w:tc>
        <w:tc>
          <w:tcPr>
            <w:tcW w:type="dxa" w:w="2351"/>
          </w:tcPr>
          <w:p>
            <w:pPr>
              <w:jc w:val="left"/>
            </w:pPr>
            <w:r/>
            <w:r/>
            <w:r>
              <w:rPr>
                <w:rFonts w:ascii="Niramit" w:hAnsi="Niramit"/>
                <w:sz w:val="19"/>
              </w:rPr>
              <w:t>Her cümle kendi öznesine göre</w:t>
            </w:r>
          </w:p>
        </w:tc>
      </w:tr>
      <w:tr>
        <w:tc>
          <w:tcPr>
            <w:tcW w:type="dxa" w:w="2351"/>
          </w:tcPr>
          <w:p>
            <w:pPr>
              <w:jc w:val="center"/>
            </w:pPr>
            <w:r/>
            <w:r/>
            <w:r>
              <w:rPr>
                <w:rFonts w:ascii="Niramit" w:hAnsi="Niramit"/>
                <w:sz w:val="19"/>
              </w:rPr>
              <w:t>12</w:t>
            </w:r>
          </w:p>
        </w:tc>
        <w:tc>
          <w:tcPr>
            <w:tcW w:type="dxa" w:w="2351"/>
          </w:tcPr>
          <w:p>
            <w:pPr>
              <w:jc w:val="center"/>
            </w:pPr>
            <w:r/>
            <w:r/>
            <w:r>
              <w:rPr>
                <w:rFonts w:ascii="Niramit" w:hAnsi="Niramit"/>
                <w:sz w:val="19"/>
              </w:rPr>
              <w:t>Kısa cevap</w:t>
            </w:r>
          </w:p>
        </w:tc>
        <w:tc>
          <w:tcPr>
            <w:tcW w:type="dxa" w:w="2351"/>
          </w:tcPr>
          <w:p>
            <w:pPr>
              <w:jc w:val="center"/>
            </w:pPr>
            <w:r/>
            <w:r/>
            <w:r>
              <w:rPr>
                <w:rFonts w:ascii="Niramit" w:hAnsi="Niramit"/>
                <w:sz w:val="19"/>
              </w:rPr>
              <w:t>Yes, I'm. / Yes, I like.</w:t>
            </w:r>
          </w:p>
        </w:tc>
        <w:tc>
          <w:tcPr>
            <w:tcW w:type="dxa" w:w="2351"/>
          </w:tcPr>
          <w:p>
            <w:pPr>
              <w:jc w:val="left"/>
            </w:pPr>
            <w:r/>
            <w:r/>
            <w:r>
              <w:rPr>
                <w:rFonts w:ascii="Niramit" w:hAnsi="Niramit"/>
                <w:sz w:val="19"/>
              </w:rPr>
              <w:t>Yes, I am. / Yes, I do.</w:t>
            </w:r>
          </w:p>
        </w:tc>
      </w:tr>
      <w:tr>
        <w:tc>
          <w:tcPr>
            <w:tcW w:type="dxa" w:w="2351"/>
          </w:tcPr>
          <w:p>
            <w:pPr>
              <w:jc w:val="center"/>
            </w:pPr>
            <w:r/>
            <w:r/>
            <w:r>
              <w:rPr>
                <w:rFonts w:ascii="Niramit" w:hAnsi="Niramit"/>
                <w:sz w:val="19"/>
              </w:rPr>
              <w:t>13</w:t>
            </w:r>
          </w:p>
        </w:tc>
        <w:tc>
          <w:tcPr>
            <w:tcW w:type="dxa" w:w="2351"/>
          </w:tcPr>
          <w:p>
            <w:pPr>
              <w:jc w:val="center"/>
            </w:pPr>
            <w:r/>
            <w:r/>
            <w:r>
              <w:rPr>
                <w:rFonts w:ascii="Niramit" w:hAnsi="Niramit"/>
                <w:sz w:val="19"/>
              </w:rPr>
              <w:t>'s</w:t>
            </w:r>
          </w:p>
        </w:tc>
        <w:tc>
          <w:tcPr>
            <w:tcW w:type="dxa" w:w="2351"/>
          </w:tcPr>
          <w:p>
            <w:pPr>
              <w:jc w:val="center"/>
            </w:pPr>
            <w:r/>
            <w:r/>
            <w:r>
              <w:rPr>
                <w:rFonts w:ascii="Niramit" w:hAnsi="Niramit"/>
                <w:sz w:val="19"/>
              </w:rPr>
              <w:t>Karıştırma</w:t>
            </w:r>
          </w:p>
        </w:tc>
        <w:tc>
          <w:tcPr>
            <w:tcW w:type="dxa" w:w="2351"/>
          </w:tcPr>
          <w:p>
            <w:pPr>
              <w:jc w:val="left"/>
            </w:pPr>
            <w:r/>
            <w:r/>
            <w:r>
              <w:rPr>
                <w:rFonts w:ascii="Niramit" w:hAnsi="Niramit"/>
                <w:sz w:val="19"/>
              </w:rPr>
              <w:t>is / has / iyelik (bağlama bak)</w:t>
            </w:r>
          </w:p>
        </w:tc>
      </w:tr>
    </w:tbl>
    <w:p>
      <w:r>
        <w:br w:type="page"/>
      </w:r>
    </w:p>
    <w:p>
      <w:pPr/>
      <w:r>
        <w:rPr>
          <w:rFonts w:ascii="Niramit" w:hAnsi="Niramit"/>
          <w:b/>
          <w:color w:val="1A559E"/>
          <w:sz w:val="28"/>
        </w:rPr>
        <w:t>BÖLÜM 1: GRAMMAR</w:t>
      </w:r>
    </w:p>
    <w:p>
      <w:pPr/>
      <w:r>
        <w:rPr>
          <w:rFonts w:ascii="Niramit" w:hAnsi="Niramit"/>
          <w:color w:val="222222"/>
          <w:sz w:val="21"/>
        </w:rPr>
        <w:t>Bu bölümde Ünite 1'in üç temel grammar konusunu öğreneceksiniz.</w:t>
      </w:r>
    </w:p>
    <w:p>
      <w:pPr/>
      <w:r>
        <w:rPr>
          <w:rFonts w:ascii="Niramit" w:hAnsi="Niramit"/>
          <w:b/>
          <w:color w:val="336D5C"/>
          <w:sz w:val="22"/>
        </w:rPr>
        <w:t>1.1  Present Simple — "to be" (am / is / are)</w:t>
      </w:r>
    </w:p>
    <w:p>
      <w:pPr/>
      <w:r>
        <w:rPr>
          <w:rFonts w:ascii="Niramit" w:hAnsi="Niramit"/>
          <w:color w:val="222222"/>
          <w:sz w:val="21"/>
        </w:rPr>
        <w:t>"to be" fiili Türkçedeki "olmak" fiilidir. İsim, meslek, yer, yaş ve sıfat belirtirken kullanılır.</w:t>
      </w:r>
    </w:p>
    <w:p>
      <w:pPr/>
    </w:p>
    <w:p>
      <w:pPr/>
      <w:r>
        <w:rPr>
          <w:rFonts w:ascii="Niramit" w:hAnsi="Niramit"/>
          <w:b/>
          <w:color w:val="336D5C"/>
          <w:sz w:val="22"/>
        </w:rPr>
        <w:t>Olumsuz Cümle (Negative)</w:t>
      </w:r>
    </w:p>
    <w:p>
      <w:pPr/>
      <w:r>
        <w:rPr>
          <w:rFonts w:ascii="Niramit" w:hAnsi="Niramit"/>
          <w:color w:val="222222"/>
          <w:sz w:val="21"/>
        </w:rPr>
        <w:t>Olumsuz yapmak için "not" eklenir:</w:t>
      </w:r>
    </w:p>
    <w:p>
      <w:pPr/>
    </w:p>
    <w:p>
      <w:pPr/>
      <w:r>
        <w:rPr>
          <w:rFonts w:ascii="Niramit" w:hAnsi="Niramit"/>
          <w:b/>
          <w:color w:val="336D5C"/>
          <w:sz w:val="22"/>
        </w:rPr>
        <w:t>Soru Cümlesi (Interrogative)</w:t>
      </w:r>
    </w:p>
    <w:p>
      <w:pPr/>
      <w:r>
        <w:rPr>
          <w:rFonts w:ascii="Niramit" w:hAnsi="Niramit"/>
          <w:color w:val="222222"/>
          <w:sz w:val="21"/>
        </w:rPr>
        <w:t>Soru yaparken am/is/are öznenin başına gelir. Kısa cevaplar:</w:t>
      </w:r>
    </w:p>
    <w:p>
      <w:pPr/>
    </w:p>
    <w:p>
      <w:pPr/>
      <w:r/>
    </w:p>
    <w:p>
      <w:pPr/>
      <w:r>
        <w:rPr>
          <w:rFonts w:ascii="Niramit" w:hAnsi="Niramit"/>
          <w:b/>
          <w:color w:val="336D5C"/>
          <w:sz w:val="22"/>
        </w:rPr>
        <w:t>1.2  Object Pronouns (Nesne Zamirleri)</w:t>
      </w:r>
    </w:p>
    <w:p>
      <w:pPr/>
      <w:r>
        <w:rPr>
          <w:rFonts w:ascii="Niramit" w:hAnsi="Niramit"/>
          <w:color w:val="222222"/>
          <w:sz w:val="21"/>
        </w:rPr>
        <w:t>Object pronouns, fiilden ya da edattan sonra gelir. Cümlede nesne görevi görür.</w:t>
      </w:r>
    </w:p>
    <w:p>
      <w:pPr/>
    </w:p>
    <w:p>
      <w:pPr/>
      <w:r>
        <w:rPr>
          <w:rFonts w:ascii="Niramit" w:hAnsi="Niramit"/>
          <w:b/>
          <w:color w:val="336D5C"/>
          <w:sz w:val="22"/>
        </w:rPr>
        <w:t>Önemli Kurallar</w:t>
      </w:r>
    </w:p>
    <w:p>
      <w:pPr/>
      <w:r>
        <w:rPr>
          <w:rFonts w:ascii="Niramit" w:hAnsi="Niramit"/>
          <w:color w:val="666666"/>
          <w:sz w:val="20"/>
        </w:rPr>
        <w:t>• Fiilden sonra object pronoun gelir:</w:t>
      </w:r>
    </w:p>
    <w:p>
      <w:pPr/>
      <w:r>
        <w:rPr>
          <w:rFonts w:ascii="Niramit" w:hAnsi="Niramit"/>
          <w:color w:val="666666"/>
          <w:sz w:val="20"/>
        </w:rPr>
        <w:t xml:space="preserve">     I love her. ✅  |  I love she. ❌</w:t>
      </w:r>
    </w:p>
    <w:p>
      <w:pPr/>
      <w:r>
        <w:rPr>
          <w:rFonts w:ascii="Niramit" w:hAnsi="Niramit"/>
          <w:color w:val="666666"/>
          <w:sz w:val="20"/>
        </w:rPr>
        <w:t>• Edattan (at, to, for, with, before, after) sonra object pronoun gelir:</w:t>
      </w:r>
    </w:p>
    <w:p>
      <w:pPr/>
      <w:r>
        <w:rPr>
          <w:rFonts w:ascii="Niramit" w:hAnsi="Niramit"/>
          <w:color w:val="666666"/>
          <w:sz w:val="20"/>
        </w:rPr>
        <w:t xml:space="preserve">     Look at him. ✅  |  Look at he. ❌</w:t>
      </w:r>
    </w:p>
    <w:p>
      <w:pPr/>
      <w:r>
        <w:rPr>
          <w:rFonts w:ascii="Niramit" w:hAnsi="Niramit"/>
          <w:color w:val="666666"/>
          <w:sz w:val="20"/>
        </w:rPr>
        <w:t xml:space="preserve">     Give it to me. ✅  |  Give it to I. ❌</w:t>
      </w:r>
    </w:p>
    <w:p>
      <w:pPr/>
      <w:r>
        <w:rPr>
          <w:rFonts w:ascii="Niramit" w:hAnsi="Niramit"/>
          <w:color w:val="666666"/>
          <w:sz w:val="20"/>
        </w:rPr>
        <w:t>• "Give something to someone" yapısı:</w:t>
      </w:r>
    </w:p>
    <w:p>
      <w:pPr/>
      <w:r>
        <w:rPr>
          <w:rFonts w:ascii="Niramit" w:hAnsi="Niramit"/>
          <w:color w:val="666666"/>
          <w:sz w:val="20"/>
        </w:rPr>
        <w:t xml:space="preserve">     give it to me / give them to her / give the book to him</w:t>
      </w:r>
    </w:p>
    <w:p>
      <w:pPr/>
      <w:r>
        <w:rPr>
          <w:rFonts w:ascii="Niramit" w:hAnsi="Niramit"/>
          <w:b/>
          <w:color w:val="336D5C"/>
          <w:sz w:val="22"/>
        </w:rPr>
        <w:t>Sık Yapılan Hatalar</w:t>
      </w:r>
    </w:p>
    <w:p>
      <w:pPr/>
      <w:r>
        <w:rPr>
          <w:rFonts w:ascii="Niramit" w:hAnsi="Niramit"/>
          <w:color w:val="666666"/>
          <w:sz w:val="20"/>
        </w:rPr>
        <w:t xml:space="preserve">  I love she.        ❌  →  I love her.          ✅</w:t>
      </w:r>
    </w:p>
    <w:p>
      <w:pPr/>
      <w:r>
        <w:rPr>
          <w:rFonts w:ascii="Niramit" w:hAnsi="Niramit"/>
          <w:color w:val="666666"/>
          <w:sz w:val="20"/>
        </w:rPr>
        <w:t xml:space="preserve">  Look at he.        ❌  →  Look at him.          ✅</w:t>
      </w:r>
    </w:p>
    <w:p>
      <w:pPr/>
      <w:r>
        <w:rPr>
          <w:rFonts w:ascii="Niramit" w:hAnsi="Niramit"/>
          <w:color w:val="666666"/>
          <w:sz w:val="20"/>
        </w:rPr>
        <w:t xml:space="preserve">  Give it to they.   ❌  →  Give it to them.       ✅</w:t>
      </w:r>
    </w:p>
    <w:p>
      <w:pPr/>
      <w:r>
        <w:rPr>
          <w:rFonts w:ascii="Niramit" w:hAnsi="Niramit"/>
          <w:color w:val="666666"/>
          <w:sz w:val="20"/>
        </w:rPr>
        <w:t xml:space="preserve">  He sees I.         ❌  →  He sees me.            ✅</w:t>
      </w:r>
    </w:p>
    <w:p>
      <w:pPr/>
      <w:r/>
    </w:p>
    <w:p>
      <w:pPr/>
      <w:r>
        <w:rPr>
          <w:rFonts w:ascii="Niramit" w:hAnsi="Niramit"/>
          <w:b/>
          <w:color w:val="336D5C"/>
          <w:sz w:val="22"/>
        </w:rPr>
        <w:t>1.3  Prepositions of Time (Zaman Edatları)</w:t>
      </w:r>
    </w:p>
    <w:p>
      <w:pPr/>
      <w:r>
        <w:rPr>
          <w:rFonts w:ascii="Niramit" w:hAnsi="Niramit"/>
          <w:color w:val="222222"/>
          <w:sz w:val="21"/>
        </w:rPr>
        <w:t>Zaman belirten edatlar bir olayın ne zaman olduğunu anlatır.</w:t>
      </w:r>
    </w:p>
    <w:p>
      <w:pPr/>
    </w:p>
    <w:p>
      <w:pPr/>
      <w:r>
        <w:rPr>
          <w:rFonts w:ascii="Niramit" w:hAnsi="Niramit"/>
          <w:b/>
          <w:color w:val="336D5C"/>
          <w:sz w:val="22"/>
        </w:rPr>
        <w:t>Önemli Kurallar</w:t>
      </w:r>
    </w:p>
    <w:p>
      <w:pPr/>
      <w:r>
        <w:rPr>
          <w:rFonts w:ascii="Niramit" w:hAnsi="Niramit"/>
          <w:color w:val="666666"/>
          <w:sz w:val="20"/>
        </w:rPr>
        <w:t>• Fiilden sonra object pronoun gelir:</w:t>
      </w:r>
    </w:p>
    <w:p>
      <w:pPr/>
      <w:r>
        <w:rPr>
          <w:rFonts w:ascii="Niramit" w:hAnsi="Niramit"/>
          <w:color w:val="666666"/>
          <w:sz w:val="20"/>
        </w:rPr>
        <w:t xml:space="preserve">     I love her. ✅  |  I love she. ❌</w:t>
      </w:r>
    </w:p>
    <w:p>
      <w:pPr/>
      <w:r>
        <w:rPr>
          <w:rFonts w:ascii="Niramit" w:hAnsi="Niramit"/>
          <w:color w:val="666666"/>
          <w:sz w:val="20"/>
        </w:rPr>
        <w:t>• Edattan (at, to, for, with, before, after) sonra object pronoun gelir:</w:t>
      </w:r>
    </w:p>
    <w:p>
      <w:pPr/>
      <w:r>
        <w:rPr>
          <w:rFonts w:ascii="Niramit" w:hAnsi="Niramit"/>
          <w:color w:val="666666"/>
          <w:sz w:val="20"/>
        </w:rPr>
        <w:t xml:space="preserve">     Look at him. ✅  |  Look at he. ❌</w:t>
      </w:r>
    </w:p>
    <w:p>
      <w:pPr/>
      <w:r>
        <w:rPr>
          <w:rFonts w:ascii="Niramit" w:hAnsi="Niramit"/>
          <w:color w:val="666666"/>
          <w:sz w:val="20"/>
        </w:rPr>
        <w:t xml:space="preserve">     Give it to me. ✅  |  Give it to I. ❌</w:t>
      </w:r>
    </w:p>
    <w:p>
      <w:pPr/>
      <w:r>
        <w:rPr>
          <w:rFonts w:ascii="Niramit" w:hAnsi="Niramit"/>
          <w:color w:val="666666"/>
          <w:sz w:val="20"/>
        </w:rPr>
        <w:t>• "Give something to someone" yapısı:</w:t>
      </w:r>
    </w:p>
    <w:p>
      <w:pPr/>
      <w:r>
        <w:rPr>
          <w:rFonts w:ascii="Niramit" w:hAnsi="Niramit"/>
          <w:color w:val="666666"/>
          <w:sz w:val="20"/>
        </w:rPr>
        <w:t xml:space="preserve">     give it to me / give them to her / give the book to him</w:t>
      </w:r>
    </w:p>
    <w:p>
      <w:pPr/>
      <w:r>
        <w:rPr>
          <w:rFonts w:ascii="Niramit" w:hAnsi="Niramit"/>
          <w:b/>
          <w:color w:val="336D5C"/>
          <w:sz w:val="22"/>
        </w:rPr>
        <w:t>Sık Yapılan Hatalar</w:t>
      </w:r>
    </w:p>
    <w:p>
      <w:pPr/>
      <w:r>
        <w:rPr>
          <w:rFonts w:ascii="Niramit" w:hAnsi="Niramit"/>
          <w:color w:val="666666"/>
          <w:sz w:val="20"/>
        </w:rPr>
        <w:t xml:space="preserve">  I love she.        ❌  →  I love her.          ✅</w:t>
      </w:r>
    </w:p>
    <w:p>
      <w:pPr/>
      <w:r>
        <w:rPr>
          <w:rFonts w:ascii="Niramit" w:hAnsi="Niramit"/>
          <w:color w:val="666666"/>
          <w:sz w:val="20"/>
        </w:rPr>
        <w:t xml:space="preserve">  Look at he.        ❌  →  Look at him.          ✅</w:t>
      </w:r>
    </w:p>
    <w:p>
      <w:pPr/>
      <w:r>
        <w:rPr>
          <w:rFonts w:ascii="Niramit" w:hAnsi="Niramit"/>
          <w:color w:val="666666"/>
          <w:sz w:val="20"/>
        </w:rPr>
        <w:t xml:space="preserve">  Give it to they.   ❌  →  Give it to them.       ✅</w:t>
      </w:r>
    </w:p>
    <w:p>
      <w:pPr/>
      <w:r>
        <w:rPr>
          <w:rFonts w:ascii="Niramit" w:hAnsi="Niramit"/>
          <w:color w:val="666666"/>
          <w:sz w:val="20"/>
        </w:rPr>
        <w:t xml:space="preserve">  He sees I.         ❌  →  He sees me.            ✅</w:t>
      </w:r>
    </w:p>
    <w:p>
      <w:pPr/>
      <w:r/>
    </w:p>
    <w:p>
      <w:pPr/>
      <w:r>
        <w:rPr>
          <w:rFonts w:ascii="Niramit" w:hAnsi="Niramit"/>
          <w:b/>
          <w:color w:val="336D5C"/>
          <w:sz w:val="22"/>
        </w:rPr>
        <w:t>1.3  Prepositions of Time (Zaman Edatları)</w:t>
      </w:r>
    </w:p>
    <w:p>
      <w:pPr/>
      <w:r>
        <w:rPr>
          <w:rFonts w:ascii="Niramit" w:hAnsi="Niramit"/>
          <w:color w:val="222222"/>
          <w:sz w:val="21"/>
        </w:rPr>
        <w:t>Zaman belirten edatlar bir olayın ne zaman olduğunu anlatır.</w:t>
      </w:r>
    </w:p>
    <w:p>
      <w:pPr/>
    </w:p>
    <w:p>
      <w:pPr/>
      <w:r>
        <w:rPr>
          <w:rFonts w:ascii="Niramit" w:hAnsi="Niramit"/>
          <w:b/>
          <w:color w:val="336D5C"/>
          <w:sz w:val="22"/>
        </w:rPr>
        <w:t>before / after Detaylı</w:t>
      </w:r>
    </w:p>
    <w:p>
      <w:pPr/>
      <w:r>
        <w:rPr>
          <w:rFonts w:ascii="Niramit" w:hAnsi="Niramit"/>
          <w:color w:val="222222"/>
          <w:sz w:val="21"/>
        </w:rPr>
        <w:t>before + isim:</w:t>
      </w:r>
    </w:p>
    <w:p>
      <w:pPr/>
      <w:r>
        <w:rPr>
          <w:rFonts w:ascii="Niramit" w:hAnsi="Niramit"/>
          <w:color w:val="666666"/>
          <w:sz w:val="20"/>
        </w:rPr>
        <w:t xml:space="preserve">  before school, before breakfast, before dinner</w:t>
      </w:r>
    </w:p>
    <w:p>
      <w:pPr/>
      <w:r>
        <w:rPr>
          <w:rFonts w:ascii="Niramit" w:hAnsi="Niramit"/>
          <w:color w:val="666666"/>
          <w:sz w:val="20"/>
        </w:rPr>
        <w:t xml:space="preserve">  before the lesson, before lunch</w:t>
      </w:r>
    </w:p>
    <w:p>
      <w:pPr/>
    </w:p>
    <w:p>
      <w:pPr/>
      <w:r>
        <w:rPr>
          <w:rFonts w:ascii="Niramit" w:hAnsi="Niramit"/>
          <w:color w:val="222222"/>
          <w:sz w:val="21"/>
        </w:rPr>
        <w:t>before + cümle (fiil gelir, özne şart!):</w:t>
      </w:r>
    </w:p>
    <w:p>
      <w:pPr/>
      <w:r>
        <w:rPr>
          <w:rFonts w:ascii="Niramit" w:hAnsi="Niramit"/>
          <w:color w:val="666666"/>
          <w:sz w:val="20"/>
        </w:rPr>
        <w:t xml:space="preserve">  before I go to bed       — yatmadan önce</w:t>
      </w:r>
    </w:p>
    <w:p>
      <w:pPr/>
      <w:r>
        <w:rPr>
          <w:rFonts w:ascii="Niramit" w:hAnsi="Niramit"/>
          <w:color w:val="666666"/>
          <w:sz w:val="20"/>
        </w:rPr>
        <w:t xml:space="preserve">  before he comes home     — o eve gelmeden önce</w:t>
      </w:r>
    </w:p>
    <w:p>
      <w:pPr/>
      <w:r>
        <w:rPr>
          <w:rFonts w:ascii="Niramit" w:hAnsi="Niramit"/>
          <w:color w:val="666666"/>
          <w:sz w:val="20"/>
        </w:rPr>
        <w:t xml:space="preserve">  before we have dinner    — akşam yemeğinden önce</w:t>
      </w:r>
    </w:p>
    <w:p>
      <w:pPr/>
    </w:p>
    <w:p>
      <w:pPr/>
      <w:r>
        <w:rPr>
          <w:rFonts w:ascii="Niramit" w:hAnsi="Niramit"/>
          <w:color w:val="222222"/>
          <w:sz w:val="21"/>
        </w:rPr>
        <w:t>after + isim:</w:t>
      </w:r>
    </w:p>
    <w:p>
      <w:pPr/>
      <w:r>
        <w:rPr>
          <w:rFonts w:ascii="Niramit" w:hAnsi="Niramit"/>
          <w:color w:val="666666"/>
          <w:sz w:val="20"/>
        </w:rPr>
        <w:t xml:space="preserve">  after school, after breakfast, after lunch</w:t>
      </w:r>
    </w:p>
    <w:p>
      <w:pPr/>
      <w:r>
        <w:rPr>
          <w:rFonts w:ascii="Niramit" w:hAnsi="Niramit"/>
          <w:color w:val="666666"/>
          <w:sz w:val="20"/>
        </w:rPr>
        <w:t xml:space="preserve">  after the party, after the lesson</w:t>
      </w:r>
    </w:p>
    <w:p>
      <w:pPr/>
    </w:p>
    <w:p>
      <w:pPr/>
      <w:r>
        <w:rPr>
          <w:rFonts w:ascii="Niramit" w:hAnsi="Niramit"/>
          <w:color w:val="222222"/>
          <w:sz w:val="21"/>
        </w:rPr>
        <w:t>after + cümle:</w:t>
      </w:r>
    </w:p>
    <w:p>
      <w:pPr/>
      <w:r>
        <w:rPr>
          <w:rFonts w:ascii="Niramit" w:hAnsi="Niramit"/>
          <w:color w:val="666666"/>
          <w:sz w:val="20"/>
        </w:rPr>
        <w:t xml:space="preserve">  after I wake up          — uyandıktan sonra</w:t>
      </w:r>
    </w:p>
    <w:p>
      <w:pPr/>
      <w:r>
        <w:rPr>
          <w:rFonts w:ascii="Niramit" w:hAnsi="Niramit"/>
          <w:color w:val="666666"/>
          <w:sz w:val="20"/>
        </w:rPr>
        <w:t xml:space="preserve">  after she finishes       — o bitirdikten sonra</w:t>
      </w:r>
    </w:p>
    <w:p>
      <w:pPr/>
      <w:r>
        <w:rPr>
          <w:rFonts w:ascii="Niramit" w:hAnsi="Niramit"/>
          <w:color w:val="666666"/>
          <w:sz w:val="20"/>
        </w:rPr>
        <w:t xml:space="preserve">  after they come          — onlar geldikten sonra</w:t>
      </w:r>
    </w:p>
    <w:p>
      <w:pPr/>
    </w:p>
    <w:p>
      <w:pPr/>
      <w:r>
        <w:rPr>
          <w:rFonts w:ascii="Niramit" w:hAnsi="Niramit"/>
          <w:b/>
          <w:color w:val="336D5C"/>
          <w:sz w:val="22"/>
        </w:rPr>
        <w:t>⚠️ Dikkat!</w:t>
      </w:r>
    </w:p>
    <w:p>
      <w:pPr/>
      <w:r>
        <w:rPr>
          <w:rFonts w:ascii="Niramit" w:hAnsi="Niramit"/>
          <w:color w:val="666666"/>
          <w:sz w:val="20"/>
        </w:rPr>
        <w:t xml:space="preserve">  before/after'dan sonra cümle gelirse, o cümlenin kendi öznesi olmalıdır!</w:t>
      </w:r>
    </w:p>
    <w:p>
      <w:pPr/>
      <w:r>
        <w:rPr>
          <w:rFonts w:ascii="Niramit" w:hAnsi="Niramit"/>
          <w:color w:val="666666"/>
          <w:sz w:val="20"/>
        </w:rPr>
        <w:t xml:space="preserve">  before go to bed       ❌  →  before I go to bed       ✅</w:t>
      </w:r>
    </w:p>
    <w:p>
      <w:pPr/>
      <w:r>
        <w:rPr>
          <w:rFonts w:ascii="Niramit" w:hAnsi="Niramit"/>
          <w:color w:val="666666"/>
          <w:sz w:val="20"/>
        </w:rPr>
        <w:t xml:space="preserve">  after eat lunch        ❌  →  after we eat lunch       ✅</w:t>
      </w:r>
    </w:p>
    <w:tbl>
      <w:tblPr>
        <w:tblStyle w:val="TableGrid"/>
        <w:tblW w:type="auto" w:w="0"/>
        <w:tblLook w:firstColumn="1" w:firstRow="1" w:lastColumn="0" w:lastRow="0" w:noHBand="0" w:noVBand="1" w:val="04A0"/>
      </w:tblPr>
      <w:tblGrid>
        <w:gridCol w:w="3135"/>
        <w:gridCol w:w="3135"/>
        <w:gridCol w:w="3135"/>
      </w:tblGrid>
      <w:tr>
        <w:tc>
          <w:tcPr>
            <w:tcW w:type="dxa" w:w="3135"/>
          </w:tcPr>
          <w:p>
            <w:pPr>
              <w:jc w:val="center"/>
            </w:pPr>
            <w:r/>
            <w:r/>
            <w:r>
              <w:rPr>
                <w:rFonts w:ascii="Niramit" w:hAnsi="Niramit"/>
                <w:b/>
                <w:color w:val="FFFFFF"/>
                <w:sz w:val="20"/>
              </w:rPr>
              <w:t>Özne</w:t>
            </w:r>
          </w:p>
        </w:tc>
        <w:tc>
          <w:tcPr>
            <w:tcW w:type="dxa" w:w="3135"/>
          </w:tcPr>
          <w:p>
            <w:pPr>
              <w:jc w:val="center"/>
            </w:pPr>
            <w:r/>
            <w:r/>
            <w:r>
              <w:rPr>
                <w:rFonts w:ascii="Niramit" w:hAnsi="Niramit"/>
                <w:b/>
                <w:color w:val="FFFFFF"/>
                <w:sz w:val="20"/>
              </w:rPr>
              <w:t>to be (kısa)</w:t>
            </w:r>
          </w:p>
        </w:tc>
        <w:tc>
          <w:tcPr>
            <w:tcW w:type="dxa" w:w="3135"/>
          </w:tcPr>
          <w:p>
            <w:pPr>
              <w:jc w:val="center"/>
            </w:pPr>
            <w:r/>
            <w:r/>
            <w:r>
              <w:rPr>
                <w:rFonts w:ascii="Niramit" w:hAnsi="Niramit"/>
                <w:b/>
                <w:color w:val="FFFFFF"/>
                <w:sz w:val="20"/>
              </w:rPr>
              <w:t>Örnek</w:t>
            </w:r>
          </w:p>
        </w:tc>
      </w:tr>
      <w:tr>
        <w:tc>
          <w:tcPr>
            <w:tcW w:type="dxa" w:w="3135"/>
          </w:tcPr>
          <w:p>
            <w:pPr>
              <w:jc w:val="center"/>
            </w:pPr>
            <w:r/>
            <w:r/>
            <w:r>
              <w:rPr>
                <w:rFonts w:ascii="Niramit" w:hAnsi="Niramit"/>
                <w:sz w:val="19"/>
              </w:rPr>
              <w:t>I</w:t>
            </w:r>
          </w:p>
        </w:tc>
        <w:tc>
          <w:tcPr>
            <w:tcW w:type="dxa" w:w="3135"/>
          </w:tcPr>
          <w:p>
            <w:pPr>
              <w:jc w:val="center"/>
            </w:pPr>
            <w:r/>
            <w:r/>
            <w:r>
              <w:rPr>
                <w:rFonts w:ascii="Niramit" w:hAnsi="Niramit"/>
                <w:sz w:val="19"/>
              </w:rPr>
              <w:t>am → I'm</w:t>
            </w:r>
          </w:p>
        </w:tc>
        <w:tc>
          <w:tcPr>
            <w:tcW w:type="dxa" w:w="3135"/>
          </w:tcPr>
          <w:p>
            <w:pPr>
              <w:jc w:val="left"/>
            </w:pPr>
            <w:r/>
            <w:r/>
            <w:r>
              <w:rPr>
                <w:rFonts w:ascii="Niramit" w:hAnsi="Niramit"/>
                <w:sz w:val="19"/>
              </w:rPr>
              <w:t>I am a student.</w:t>
            </w:r>
          </w:p>
        </w:tc>
      </w:tr>
      <w:tr>
        <w:tc>
          <w:tcPr>
            <w:tcW w:type="dxa" w:w="3135"/>
          </w:tcPr>
          <w:p>
            <w:pPr>
              <w:jc w:val="center"/>
            </w:pPr>
            <w:r/>
            <w:r/>
            <w:r>
              <w:rPr>
                <w:rFonts w:ascii="Niramit" w:hAnsi="Niramit"/>
                <w:sz w:val="19"/>
              </w:rPr>
              <w:t>You</w:t>
            </w:r>
          </w:p>
        </w:tc>
        <w:tc>
          <w:tcPr>
            <w:tcW w:type="dxa" w:w="3135"/>
          </w:tcPr>
          <w:p>
            <w:pPr>
              <w:jc w:val="center"/>
            </w:pPr>
            <w:r/>
            <w:r/>
            <w:r>
              <w:rPr>
                <w:rFonts w:ascii="Niramit" w:hAnsi="Niramit"/>
                <w:sz w:val="19"/>
              </w:rPr>
              <w:t>are → You're</w:t>
            </w:r>
          </w:p>
        </w:tc>
        <w:tc>
          <w:tcPr>
            <w:tcW w:type="dxa" w:w="3135"/>
          </w:tcPr>
          <w:p>
            <w:pPr>
              <w:jc w:val="left"/>
            </w:pPr>
            <w:r/>
            <w:r/>
            <w:r>
              <w:rPr>
                <w:rFonts w:ascii="Niramit" w:hAnsi="Niramit"/>
                <w:sz w:val="19"/>
              </w:rPr>
              <w:t>You are 10 years old.</w:t>
            </w:r>
          </w:p>
        </w:tc>
      </w:tr>
      <w:tr>
        <w:tc>
          <w:tcPr>
            <w:tcW w:type="dxa" w:w="3135"/>
          </w:tcPr>
          <w:p>
            <w:pPr>
              <w:jc w:val="center"/>
            </w:pPr>
            <w:r/>
            <w:r/>
            <w:r>
              <w:rPr>
                <w:rFonts w:ascii="Niramit" w:hAnsi="Niramit"/>
                <w:sz w:val="19"/>
              </w:rPr>
              <w:t>He</w:t>
            </w:r>
          </w:p>
        </w:tc>
        <w:tc>
          <w:tcPr>
            <w:tcW w:type="dxa" w:w="3135"/>
          </w:tcPr>
          <w:p>
            <w:pPr>
              <w:jc w:val="center"/>
            </w:pPr>
            <w:r/>
            <w:r/>
            <w:r>
              <w:rPr>
                <w:rFonts w:ascii="Niramit" w:hAnsi="Niramit"/>
                <w:sz w:val="19"/>
              </w:rPr>
              <w:t>is → He's</w:t>
            </w:r>
          </w:p>
        </w:tc>
        <w:tc>
          <w:tcPr>
            <w:tcW w:type="dxa" w:w="3135"/>
          </w:tcPr>
          <w:p>
            <w:pPr>
              <w:jc w:val="left"/>
            </w:pPr>
            <w:r/>
            <w:r/>
            <w:r>
              <w:rPr>
                <w:rFonts w:ascii="Niramit" w:hAnsi="Niramit"/>
                <w:sz w:val="19"/>
              </w:rPr>
              <w:t>He is my brother.</w:t>
            </w:r>
          </w:p>
        </w:tc>
      </w:tr>
      <w:tr>
        <w:tc>
          <w:tcPr>
            <w:tcW w:type="dxa" w:w="3135"/>
          </w:tcPr>
          <w:p>
            <w:pPr>
              <w:jc w:val="center"/>
            </w:pPr>
            <w:r/>
            <w:r/>
            <w:r>
              <w:rPr>
                <w:rFonts w:ascii="Niramit" w:hAnsi="Niramit"/>
                <w:sz w:val="19"/>
              </w:rPr>
              <w:t>She</w:t>
            </w:r>
          </w:p>
        </w:tc>
        <w:tc>
          <w:tcPr>
            <w:tcW w:type="dxa" w:w="3135"/>
          </w:tcPr>
          <w:p>
            <w:pPr>
              <w:jc w:val="center"/>
            </w:pPr>
            <w:r/>
            <w:r/>
            <w:r>
              <w:rPr>
                <w:rFonts w:ascii="Niramit" w:hAnsi="Niramit"/>
                <w:sz w:val="19"/>
              </w:rPr>
              <w:t>is → She's</w:t>
            </w:r>
          </w:p>
        </w:tc>
        <w:tc>
          <w:tcPr>
            <w:tcW w:type="dxa" w:w="3135"/>
          </w:tcPr>
          <w:p>
            <w:pPr>
              <w:jc w:val="left"/>
            </w:pPr>
            <w:r/>
            <w:r/>
            <w:r>
              <w:rPr>
                <w:rFonts w:ascii="Niramit" w:hAnsi="Niramit"/>
                <w:sz w:val="19"/>
              </w:rPr>
              <w:t>She is a teacher.</w:t>
            </w:r>
          </w:p>
        </w:tc>
      </w:tr>
      <w:tr>
        <w:tc>
          <w:tcPr>
            <w:tcW w:type="dxa" w:w="3135"/>
          </w:tcPr>
          <w:p>
            <w:pPr>
              <w:jc w:val="center"/>
            </w:pPr>
            <w:r/>
            <w:r/>
            <w:r>
              <w:rPr>
                <w:rFonts w:ascii="Niramit" w:hAnsi="Niramit"/>
                <w:sz w:val="19"/>
              </w:rPr>
              <w:t>It</w:t>
            </w:r>
          </w:p>
        </w:tc>
        <w:tc>
          <w:tcPr>
            <w:tcW w:type="dxa" w:w="3135"/>
          </w:tcPr>
          <w:p>
            <w:pPr>
              <w:jc w:val="center"/>
            </w:pPr>
            <w:r/>
            <w:r/>
            <w:r>
              <w:rPr>
                <w:rFonts w:ascii="Niramit" w:hAnsi="Niramit"/>
                <w:sz w:val="19"/>
              </w:rPr>
              <w:t>is → It's</w:t>
            </w:r>
          </w:p>
        </w:tc>
        <w:tc>
          <w:tcPr>
            <w:tcW w:type="dxa" w:w="3135"/>
          </w:tcPr>
          <w:p>
            <w:pPr>
              <w:jc w:val="left"/>
            </w:pPr>
            <w:r/>
            <w:r/>
            <w:r>
              <w:rPr>
                <w:rFonts w:ascii="Niramit" w:hAnsi="Niramit"/>
                <w:sz w:val="19"/>
              </w:rPr>
              <w:t>It is a cat.</w:t>
            </w:r>
          </w:p>
        </w:tc>
      </w:tr>
      <w:tr>
        <w:tc>
          <w:tcPr>
            <w:tcW w:type="dxa" w:w="3135"/>
          </w:tcPr>
          <w:p>
            <w:pPr>
              <w:jc w:val="center"/>
            </w:pPr>
            <w:r/>
            <w:r/>
            <w:r>
              <w:rPr>
                <w:rFonts w:ascii="Niramit" w:hAnsi="Niramit"/>
                <w:sz w:val="19"/>
              </w:rPr>
              <w:t>We</w:t>
            </w:r>
          </w:p>
        </w:tc>
        <w:tc>
          <w:tcPr>
            <w:tcW w:type="dxa" w:w="3135"/>
          </w:tcPr>
          <w:p>
            <w:pPr>
              <w:jc w:val="center"/>
            </w:pPr>
            <w:r/>
            <w:r/>
            <w:r>
              <w:rPr>
                <w:rFonts w:ascii="Niramit" w:hAnsi="Niramit"/>
                <w:sz w:val="19"/>
              </w:rPr>
              <w:t>are → We're</w:t>
            </w:r>
          </w:p>
        </w:tc>
        <w:tc>
          <w:tcPr>
            <w:tcW w:type="dxa" w:w="3135"/>
          </w:tcPr>
          <w:p>
            <w:pPr>
              <w:jc w:val="left"/>
            </w:pPr>
            <w:r/>
            <w:r/>
            <w:r>
              <w:rPr>
                <w:rFonts w:ascii="Niramit" w:hAnsi="Niramit"/>
                <w:sz w:val="19"/>
              </w:rPr>
              <w:t>We are friends.</w:t>
            </w:r>
          </w:p>
        </w:tc>
      </w:tr>
      <w:tr>
        <w:tc>
          <w:tcPr>
            <w:tcW w:type="dxa" w:w="3135"/>
          </w:tcPr>
          <w:p>
            <w:pPr>
              <w:jc w:val="center"/>
            </w:pPr>
            <w:r/>
            <w:r/>
            <w:r>
              <w:rPr>
                <w:rFonts w:ascii="Niramit" w:hAnsi="Niramit"/>
                <w:sz w:val="19"/>
              </w:rPr>
              <w:t>They</w:t>
            </w:r>
          </w:p>
        </w:tc>
        <w:tc>
          <w:tcPr>
            <w:tcW w:type="dxa" w:w="3135"/>
          </w:tcPr>
          <w:p>
            <w:pPr>
              <w:jc w:val="center"/>
            </w:pPr>
            <w:r/>
            <w:r/>
            <w:r>
              <w:rPr>
                <w:rFonts w:ascii="Niramit" w:hAnsi="Niramit"/>
                <w:sz w:val="19"/>
              </w:rPr>
              <w:t>are → They're</w:t>
            </w:r>
          </w:p>
        </w:tc>
        <w:tc>
          <w:tcPr>
            <w:tcW w:type="dxa" w:w="3135"/>
          </w:tcPr>
          <w:p>
            <w:pPr>
              <w:jc w:val="left"/>
            </w:pPr>
            <w:r/>
            <w:r/>
            <w:r>
              <w:rPr>
                <w:rFonts w:ascii="Niramit" w:hAnsi="Niramit"/>
                <w:sz w:val="19"/>
              </w:rPr>
              <w:t>They are at school.</w:t>
            </w:r>
          </w:p>
        </w:tc>
      </w:tr>
    </w:tbl>
    <w:tbl>
      <w:tblPr>
        <w:tblStyle w:val="TableGrid"/>
        <w:tblW w:type="auto" w:w="0"/>
        <w:tblLook w:firstColumn="1" w:firstRow="1" w:lastColumn="0" w:lastRow="0" w:noHBand="0" w:noVBand="1" w:val="04A0"/>
      </w:tblPr>
      <w:tblGrid>
        <w:gridCol w:w="4703"/>
        <w:gridCol w:w="4703"/>
      </w:tblGrid>
      <w:tr>
        <w:tc>
          <w:tcPr>
            <w:tcW w:type="dxa" w:w="4703"/>
          </w:tcPr>
          <w:p>
            <w:pPr>
              <w:jc w:val="center"/>
            </w:pPr>
            <w:r/>
            <w:r/>
            <w:r>
              <w:rPr>
                <w:rFonts w:ascii="Niramit" w:hAnsi="Niramit"/>
                <w:b/>
                <w:color w:val="FFFFFF"/>
                <w:sz w:val="20"/>
              </w:rPr>
              <w:t>Olumlu</w:t>
            </w:r>
          </w:p>
        </w:tc>
        <w:tc>
          <w:tcPr>
            <w:tcW w:type="dxa" w:w="4703"/>
          </w:tcPr>
          <w:p>
            <w:pPr>
              <w:jc w:val="center"/>
            </w:pPr>
            <w:r/>
            <w:r/>
            <w:r>
              <w:rPr>
                <w:rFonts w:ascii="Niramit" w:hAnsi="Niramit"/>
                <w:b/>
                <w:color w:val="FFFFFF"/>
                <w:sz w:val="20"/>
              </w:rPr>
              <w:t>Olumsuz (kısa)</w:t>
            </w:r>
          </w:p>
        </w:tc>
      </w:tr>
      <w:tr>
        <w:tc>
          <w:tcPr>
            <w:tcW w:type="dxa" w:w="4703"/>
          </w:tcPr>
          <w:p>
            <w:pPr>
              <w:jc w:val="center"/>
            </w:pPr>
            <w:r/>
            <w:r/>
            <w:r>
              <w:rPr>
                <w:rFonts w:ascii="Niramit" w:hAnsi="Niramit"/>
                <w:sz w:val="19"/>
              </w:rPr>
              <w:t>I am</w:t>
            </w:r>
          </w:p>
        </w:tc>
        <w:tc>
          <w:tcPr>
            <w:tcW w:type="dxa" w:w="4703"/>
          </w:tcPr>
          <w:p>
            <w:pPr>
              <w:jc w:val="left"/>
            </w:pPr>
            <w:r/>
            <w:r/>
            <w:r>
              <w:rPr>
                <w:rFonts w:ascii="Niramit" w:hAnsi="Niramit"/>
                <w:sz w:val="19"/>
              </w:rPr>
              <w:t>I am not → I'm not</w:t>
            </w:r>
          </w:p>
        </w:tc>
      </w:tr>
      <w:tr>
        <w:tc>
          <w:tcPr>
            <w:tcW w:type="dxa" w:w="4703"/>
          </w:tcPr>
          <w:p>
            <w:pPr>
              <w:jc w:val="center"/>
            </w:pPr>
            <w:r/>
            <w:r/>
            <w:r>
              <w:rPr>
                <w:rFonts w:ascii="Niramit" w:hAnsi="Niramit"/>
                <w:sz w:val="19"/>
              </w:rPr>
              <w:t>You are</w:t>
            </w:r>
          </w:p>
        </w:tc>
        <w:tc>
          <w:tcPr>
            <w:tcW w:type="dxa" w:w="4703"/>
          </w:tcPr>
          <w:p>
            <w:pPr>
              <w:jc w:val="left"/>
            </w:pPr>
            <w:r/>
            <w:r/>
            <w:r>
              <w:rPr>
                <w:rFonts w:ascii="Niramit" w:hAnsi="Niramit"/>
                <w:sz w:val="19"/>
              </w:rPr>
              <w:t>You are not → You aren't</w:t>
            </w:r>
          </w:p>
        </w:tc>
      </w:tr>
      <w:tr>
        <w:tc>
          <w:tcPr>
            <w:tcW w:type="dxa" w:w="4703"/>
          </w:tcPr>
          <w:p>
            <w:pPr>
              <w:jc w:val="center"/>
            </w:pPr>
            <w:r/>
            <w:r/>
            <w:r>
              <w:rPr>
                <w:rFonts w:ascii="Niramit" w:hAnsi="Niramit"/>
                <w:sz w:val="19"/>
              </w:rPr>
              <w:t>He is</w:t>
            </w:r>
          </w:p>
        </w:tc>
        <w:tc>
          <w:tcPr>
            <w:tcW w:type="dxa" w:w="4703"/>
          </w:tcPr>
          <w:p>
            <w:pPr>
              <w:jc w:val="left"/>
            </w:pPr>
            <w:r/>
            <w:r/>
            <w:r>
              <w:rPr>
                <w:rFonts w:ascii="Niramit" w:hAnsi="Niramit"/>
                <w:sz w:val="19"/>
              </w:rPr>
              <w:t>He is not → He isn't</w:t>
            </w:r>
          </w:p>
        </w:tc>
      </w:tr>
      <w:tr>
        <w:tc>
          <w:tcPr>
            <w:tcW w:type="dxa" w:w="4703"/>
          </w:tcPr>
          <w:p>
            <w:pPr>
              <w:jc w:val="center"/>
            </w:pPr>
            <w:r/>
            <w:r/>
            <w:r>
              <w:rPr>
                <w:rFonts w:ascii="Niramit" w:hAnsi="Niramit"/>
                <w:sz w:val="19"/>
              </w:rPr>
              <w:t>She is</w:t>
            </w:r>
          </w:p>
        </w:tc>
        <w:tc>
          <w:tcPr>
            <w:tcW w:type="dxa" w:w="4703"/>
          </w:tcPr>
          <w:p>
            <w:pPr>
              <w:jc w:val="left"/>
            </w:pPr>
            <w:r/>
            <w:r/>
            <w:r>
              <w:rPr>
                <w:rFonts w:ascii="Niramit" w:hAnsi="Niramit"/>
                <w:sz w:val="19"/>
              </w:rPr>
              <w:t>She is not → She isn't</w:t>
            </w:r>
          </w:p>
        </w:tc>
      </w:tr>
      <w:tr>
        <w:tc>
          <w:tcPr>
            <w:tcW w:type="dxa" w:w="4703"/>
          </w:tcPr>
          <w:p>
            <w:pPr>
              <w:jc w:val="center"/>
            </w:pPr>
            <w:r/>
            <w:r/>
            <w:r>
              <w:rPr>
                <w:rFonts w:ascii="Niramit" w:hAnsi="Niramit"/>
                <w:sz w:val="19"/>
              </w:rPr>
              <w:t>It is</w:t>
            </w:r>
          </w:p>
        </w:tc>
        <w:tc>
          <w:tcPr>
            <w:tcW w:type="dxa" w:w="4703"/>
          </w:tcPr>
          <w:p>
            <w:pPr>
              <w:jc w:val="left"/>
            </w:pPr>
            <w:r/>
            <w:r/>
            <w:r>
              <w:rPr>
                <w:rFonts w:ascii="Niramit" w:hAnsi="Niramit"/>
                <w:sz w:val="19"/>
              </w:rPr>
              <w:t>It is not → It isn't</w:t>
            </w:r>
          </w:p>
        </w:tc>
      </w:tr>
      <w:tr>
        <w:tc>
          <w:tcPr>
            <w:tcW w:type="dxa" w:w="4703"/>
          </w:tcPr>
          <w:p>
            <w:pPr>
              <w:jc w:val="center"/>
            </w:pPr>
            <w:r/>
            <w:r/>
            <w:r>
              <w:rPr>
                <w:rFonts w:ascii="Niramit" w:hAnsi="Niramit"/>
                <w:sz w:val="19"/>
              </w:rPr>
              <w:t>We are</w:t>
            </w:r>
          </w:p>
        </w:tc>
        <w:tc>
          <w:tcPr>
            <w:tcW w:type="dxa" w:w="4703"/>
          </w:tcPr>
          <w:p>
            <w:pPr>
              <w:jc w:val="left"/>
            </w:pPr>
            <w:r/>
            <w:r/>
            <w:r>
              <w:rPr>
                <w:rFonts w:ascii="Niramit" w:hAnsi="Niramit"/>
                <w:sz w:val="19"/>
              </w:rPr>
              <w:t>We are not → We aren't</w:t>
            </w:r>
          </w:p>
        </w:tc>
      </w:tr>
      <w:tr>
        <w:tc>
          <w:tcPr>
            <w:tcW w:type="dxa" w:w="4703"/>
          </w:tcPr>
          <w:p>
            <w:pPr>
              <w:jc w:val="center"/>
            </w:pPr>
            <w:r/>
            <w:r/>
            <w:r>
              <w:rPr>
                <w:rFonts w:ascii="Niramit" w:hAnsi="Niramit"/>
                <w:sz w:val="19"/>
              </w:rPr>
              <w:t>They are</w:t>
            </w:r>
          </w:p>
        </w:tc>
        <w:tc>
          <w:tcPr>
            <w:tcW w:type="dxa" w:w="4703"/>
          </w:tcPr>
          <w:p>
            <w:pPr>
              <w:jc w:val="left"/>
            </w:pPr>
            <w:r/>
            <w:r/>
            <w:r>
              <w:rPr>
                <w:rFonts w:ascii="Niramit" w:hAnsi="Niramit"/>
                <w:sz w:val="19"/>
              </w:rPr>
              <w:t>They are not → They aren't</w:t>
            </w:r>
          </w:p>
        </w:tc>
      </w:tr>
    </w:tbl>
    <w:tbl>
      <w:tblPr>
        <w:tblStyle w:val="TableGrid"/>
        <w:tblW w:type="auto" w:w="0"/>
        <w:tblLook w:firstColumn="1" w:firstRow="1" w:lastColumn="0" w:lastRow="0" w:noHBand="0" w:noVBand="1" w:val="04A0"/>
      </w:tblPr>
      <w:tblGrid>
        <w:gridCol w:w="3135"/>
        <w:gridCol w:w="3135"/>
        <w:gridCol w:w="3135"/>
      </w:tblGrid>
      <w:tr>
        <w:tc>
          <w:tcPr>
            <w:tcW w:type="dxa" w:w="3135"/>
          </w:tcPr>
          <w:p>
            <w:pPr>
              <w:jc w:val="center"/>
            </w:pPr>
            <w:r/>
            <w:r/>
            <w:r>
              <w:rPr>
                <w:rFonts w:ascii="Niramit" w:hAnsi="Niramit"/>
                <w:b/>
                <w:color w:val="FFFFFF"/>
                <w:sz w:val="20"/>
              </w:rPr>
              <w:t>Soru</w:t>
            </w:r>
          </w:p>
        </w:tc>
        <w:tc>
          <w:tcPr>
            <w:tcW w:type="dxa" w:w="3135"/>
          </w:tcPr>
          <w:p>
            <w:pPr>
              <w:jc w:val="center"/>
            </w:pPr>
            <w:r/>
            <w:r/>
            <w:r>
              <w:rPr>
                <w:rFonts w:ascii="Niramit" w:hAnsi="Niramit"/>
                <w:b/>
                <w:color w:val="FFFFFF"/>
                <w:sz w:val="20"/>
              </w:rPr>
              <w:t>Evet</w:t>
            </w:r>
          </w:p>
        </w:tc>
        <w:tc>
          <w:tcPr>
            <w:tcW w:type="dxa" w:w="3135"/>
          </w:tcPr>
          <w:p>
            <w:pPr>
              <w:jc w:val="center"/>
            </w:pPr>
            <w:r/>
            <w:r/>
            <w:r>
              <w:rPr>
                <w:rFonts w:ascii="Niramit" w:hAnsi="Niramit"/>
                <w:b/>
                <w:color w:val="FFFFFF"/>
                <w:sz w:val="20"/>
              </w:rPr>
              <w:t>Hayır</w:t>
            </w:r>
          </w:p>
        </w:tc>
      </w:tr>
      <w:tr>
        <w:tc>
          <w:tcPr>
            <w:tcW w:type="dxa" w:w="3135"/>
          </w:tcPr>
          <w:p>
            <w:pPr>
              <w:jc w:val="center"/>
            </w:pPr>
            <w:r/>
            <w:r/>
            <w:r>
              <w:rPr>
                <w:rFonts w:ascii="Niramit" w:hAnsi="Niramit"/>
                <w:sz w:val="19"/>
              </w:rPr>
              <w:t>Am I late?</w:t>
            </w:r>
          </w:p>
        </w:tc>
        <w:tc>
          <w:tcPr>
            <w:tcW w:type="dxa" w:w="3135"/>
          </w:tcPr>
          <w:p>
            <w:pPr>
              <w:jc w:val="center"/>
            </w:pPr>
            <w:r/>
            <w:r/>
            <w:r>
              <w:rPr>
                <w:rFonts w:ascii="Niramit" w:hAnsi="Niramit"/>
                <w:sz w:val="19"/>
              </w:rPr>
              <w:t>Yes, I am.</w:t>
            </w:r>
          </w:p>
        </w:tc>
        <w:tc>
          <w:tcPr>
            <w:tcW w:type="dxa" w:w="3135"/>
          </w:tcPr>
          <w:p>
            <w:pPr>
              <w:jc w:val="left"/>
            </w:pPr>
            <w:r/>
            <w:r/>
            <w:r>
              <w:rPr>
                <w:rFonts w:ascii="Niramit" w:hAnsi="Niramit"/>
                <w:sz w:val="19"/>
              </w:rPr>
              <w:t>No, I'm not.</w:t>
            </w:r>
          </w:p>
        </w:tc>
      </w:tr>
      <w:tr>
        <w:tc>
          <w:tcPr>
            <w:tcW w:type="dxa" w:w="3135"/>
          </w:tcPr>
          <w:p>
            <w:pPr>
              <w:jc w:val="center"/>
            </w:pPr>
            <w:r/>
            <w:r/>
            <w:r>
              <w:rPr>
                <w:rFonts w:ascii="Niramit" w:hAnsi="Niramit"/>
                <w:sz w:val="19"/>
              </w:rPr>
              <w:t>Are you ready?</w:t>
            </w:r>
          </w:p>
        </w:tc>
        <w:tc>
          <w:tcPr>
            <w:tcW w:type="dxa" w:w="3135"/>
          </w:tcPr>
          <w:p>
            <w:pPr>
              <w:jc w:val="center"/>
            </w:pPr>
            <w:r/>
            <w:r/>
            <w:r>
              <w:rPr>
                <w:rFonts w:ascii="Niramit" w:hAnsi="Niramit"/>
                <w:sz w:val="19"/>
              </w:rPr>
              <w:t>Yes, you are.</w:t>
            </w:r>
          </w:p>
        </w:tc>
        <w:tc>
          <w:tcPr>
            <w:tcW w:type="dxa" w:w="3135"/>
          </w:tcPr>
          <w:p>
            <w:pPr>
              <w:jc w:val="left"/>
            </w:pPr>
            <w:r/>
            <w:r/>
            <w:r>
              <w:rPr>
                <w:rFonts w:ascii="Niramit" w:hAnsi="Niramit"/>
                <w:sz w:val="19"/>
              </w:rPr>
              <w:t>No, you aren't.</w:t>
            </w:r>
          </w:p>
        </w:tc>
      </w:tr>
      <w:tr>
        <w:tc>
          <w:tcPr>
            <w:tcW w:type="dxa" w:w="3135"/>
          </w:tcPr>
          <w:p>
            <w:pPr>
              <w:jc w:val="center"/>
            </w:pPr>
            <w:r/>
            <w:r/>
            <w:r>
              <w:rPr>
                <w:rFonts w:ascii="Niramit" w:hAnsi="Niramit"/>
                <w:sz w:val="19"/>
              </w:rPr>
              <w:t>Is he at home?</w:t>
            </w:r>
          </w:p>
        </w:tc>
        <w:tc>
          <w:tcPr>
            <w:tcW w:type="dxa" w:w="3135"/>
          </w:tcPr>
          <w:p>
            <w:pPr>
              <w:jc w:val="center"/>
            </w:pPr>
            <w:r/>
            <w:r/>
            <w:r>
              <w:rPr>
                <w:rFonts w:ascii="Niramit" w:hAnsi="Niramit"/>
                <w:sz w:val="19"/>
              </w:rPr>
              <w:t>Yes, he is.</w:t>
            </w:r>
          </w:p>
        </w:tc>
        <w:tc>
          <w:tcPr>
            <w:tcW w:type="dxa" w:w="3135"/>
          </w:tcPr>
          <w:p>
            <w:pPr>
              <w:jc w:val="left"/>
            </w:pPr>
            <w:r/>
            <w:r/>
            <w:r>
              <w:rPr>
                <w:rFonts w:ascii="Niramit" w:hAnsi="Niramit"/>
                <w:sz w:val="19"/>
              </w:rPr>
              <w:t>No, he isn't.</w:t>
            </w:r>
          </w:p>
        </w:tc>
      </w:tr>
      <w:tr>
        <w:tc>
          <w:tcPr>
            <w:tcW w:type="dxa" w:w="3135"/>
          </w:tcPr>
          <w:p>
            <w:pPr>
              <w:jc w:val="center"/>
            </w:pPr>
            <w:r/>
            <w:r/>
            <w:r>
              <w:rPr>
                <w:rFonts w:ascii="Niramit" w:hAnsi="Niramit"/>
                <w:sz w:val="19"/>
              </w:rPr>
              <w:t>Is she happy?</w:t>
            </w:r>
          </w:p>
        </w:tc>
        <w:tc>
          <w:tcPr>
            <w:tcW w:type="dxa" w:w="3135"/>
          </w:tcPr>
          <w:p>
            <w:pPr>
              <w:jc w:val="center"/>
            </w:pPr>
            <w:r/>
            <w:r/>
            <w:r>
              <w:rPr>
                <w:rFonts w:ascii="Niramit" w:hAnsi="Niramit"/>
                <w:sz w:val="19"/>
              </w:rPr>
              <w:t>Yes, she is.</w:t>
            </w:r>
          </w:p>
        </w:tc>
        <w:tc>
          <w:tcPr>
            <w:tcW w:type="dxa" w:w="3135"/>
          </w:tcPr>
          <w:p>
            <w:pPr>
              <w:jc w:val="left"/>
            </w:pPr>
            <w:r/>
            <w:r/>
            <w:r>
              <w:rPr>
                <w:rFonts w:ascii="Niramit" w:hAnsi="Niramit"/>
                <w:sz w:val="19"/>
              </w:rPr>
              <w:t>No, she isn't.</w:t>
            </w:r>
          </w:p>
        </w:tc>
      </w:tr>
      <w:tr>
        <w:tc>
          <w:tcPr>
            <w:tcW w:type="dxa" w:w="3135"/>
          </w:tcPr>
          <w:p>
            <w:pPr>
              <w:jc w:val="center"/>
            </w:pPr>
            <w:r/>
            <w:r/>
            <w:r>
              <w:rPr>
                <w:rFonts w:ascii="Niramit" w:hAnsi="Niramit"/>
                <w:sz w:val="19"/>
              </w:rPr>
              <w:t>Is it a dog?</w:t>
            </w:r>
          </w:p>
        </w:tc>
        <w:tc>
          <w:tcPr>
            <w:tcW w:type="dxa" w:w="3135"/>
          </w:tcPr>
          <w:p>
            <w:pPr>
              <w:jc w:val="center"/>
            </w:pPr>
            <w:r/>
            <w:r/>
            <w:r>
              <w:rPr>
                <w:rFonts w:ascii="Niramit" w:hAnsi="Niramit"/>
                <w:sz w:val="19"/>
              </w:rPr>
              <w:t>Yes, it is.</w:t>
            </w:r>
          </w:p>
        </w:tc>
        <w:tc>
          <w:tcPr>
            <w:tcW w:type="dxa" w:w="3135"/>
          </w:tcPr>
          <w:p>
            <w:pPr>
              <w:jc w:val="left"/>
            </w:pPr>
            <w:r/>
            <w:r/>
            <w:r>
              <w:rPr>
                <w:rFonts w:ascii="Niramit" w:hAnsi="Niramit"/>
                <w:sz w:val="19"/>
              </w:rPr>
              <w:t>No, it isn't.</w:t>
            </w:r>
          </w:p>
        </w:tc>
      </w:tr>
      <w:tr>
        <w:tc>
          <w:tcPr>
            <w:tcW w:type="dxa" w:w="3135"/>
          </w:tcPr>
          <w:p>
            <w:pPr>
              <w:jc w:val="center"/>
            </w:pPr>
            <w:r/>
            <w:r/>
            <w:r>
              <w:rPr>
                <w:rFonts w:ascii="Niramit" w:hAnsi="Niramit"/>
                <w:sz w:val="19"/>
              </w:rPr>
              <w:t>Are we late?</w:t>
            </w:r>
          </w:p>
        </w:tc>
        <w:tc>
          <w:tcPr>
            <w:tcW w:type="dxa" w:w="3135"/>
          </w:tcPr>
          <w:p>
            <w:pPr>
              <w:jc w:val="center"/>
            </w:pPr>
            <w:r/>
            <w:r/>
            <w:r>
              <w:rPr>
                <w:rFonts w:ascii="Niramit" w:hAnsi="Niramit"/>
                <w:sz w:val="19"/>
              </w:rPr>
              <w:t>Yes, we are.</w:t>
            </w:r>
          </w:p>
        </w:tc>
        <w:tc>
          <w:tcPr>
            <w:tcW w:type="dxa" w:w="3135"/>
          </w:tcPr>
          <w:p>
            <w:pPr>
              <w:jc w:val="left"/>
            </w:pPr>
            <w:r/>
            <w:r/>
            <w:r>
              <w:rPr>
                <w:rFonts w:ascii="Niramit" w:hAnsi="Niramit"/>
                <w:sz w:val="19"/>
              </w:rPr>
              <w:t>No, we aren't.</w:t>
            </w:r>
          </w:p>
        </w:tc>
      </w:tr>
      <w:tr>
        <w:tc>
          <w:tcPr>
            <w:tcW w:type="dxa" w:w="3135"/>
          </w:tcPr>
          <w:p>
            <w:pPr>
              <w:jc w:val="center"/>
            </w:pPr>
            <w:r/>
            <w:r/>
            <w:r>
              <w:rPr>
                <w:rFonts w:ascii="Niramit" w:hAnsi="Niramit"/>
                <w:sz w:val="19"/>
              </w:rPr>
              <w:t>Are they here?</w:t>
            </w:r>
          </w:p>
        </w:tc>
        <w:tc>
          <w:tcPr>
            <w:tcW w:type="dxa" w:w="3135"/>
          </w:tcPr>
          <w:p>
            <w:pPr>
              <w:jc w:val="center"/>
            </w:pPr>
            <w:r/>
            <w:r/>
            <w:r>
              <w:rPr>
                <w:rFonts w:ascii="Niramit" w:hAnsi="Niramit"/>
                <w:sz w:val="19"/>
              </w:rPr>
              <w:t>Yes, they are.</w:t>
            </w:r>
          </w:p>
        </w:tc>
        <w:tc>
          <w:tcPr>
            <w:tcW w:type="dxa" w:w="3135"/>
          </w:tcPr>
          <w:p>
            <w:pPr>
              <w:jc w:val="left"/>
            </w:pPr>
            <w:r/>
            <w:r/>
            <w:r>
              <w:rPr>
                <w:rFonts w:ascii="Niramit" w:hAnsi="Niramit"/>
                <w:sz w:val="19"/>
              </w:rPr>
              <w:t>No, they aren't.</w:t>
            </w:r>
          </w:p>
        </w:tc>
      </w:tr>
    </w:tbl>
    <w:tbl>
      <w:tblPr>
        <w:tblStyle w:val="TableGrid"/>
        <w:tblW w:type="auto" w:w="0"/>
        <w:tblLook w:firstColumn="1" w:firstRow="1" w:lastColumn="0" w:lastRow="0" w:noHBand="0" w:noVBand="1" w:val="04A0"/>
      </w:tblPr>
      <w:tblGrid>
        <w:gridCol w:w="3135"/>
        <w:gridCol w:w="3135"/>
        <w:gridCol w:w="3135"/>
      </w:tblGrid>
      <w:tr>
        <w:tc>
          <w:tcPr>
            <w:tcW w:type="dxa" w:w="3135"/>
          </w:tcPr>
          <w:p>
            <w:pPr>
              <w:jc w:val="center"/>
            </w:pPr>
            <w:r/>
            <w:r/>
            <w:r>
              <w:rPr>
                <w:rFonts w:ascii="Niramit" w:hAnsi="Niramit"/>
                <w:b/>
                <w:color w:val="FFFFFF"/>
                <w:sz w:val="20"/>
              </w:rPr>
              <w:t>Özne</w:t>
            </w:r>
          </w:p>
        </w:tc>
        <w:tc>
          <w:tcPr>
            <w:tcW w:type="dxa" w:w="3135"/>
          </w:tcPr>
          <w:p>
            <w:pPr>
              <w:jc w:val="center"/>
            </w:pPr>
            <w:r/>
            <w:r/>
            <w:r>
              <w:rPr>
                <w:rFonts w:ascii="Niramit" w:hAnsi="Niramit"/>
                <w:b/>
                <w:color w:val="FFFFFF"/>
                <w:sz w:val="20"/>
              </w:rPr>
              <w:t>Nesne</w:t>
            </w:r>
          </w:p>
        </w:tc>
        <w:tc>
          <w:tcPr>
            <w:tcW w:type="dxa" w:w="3135"/>
          </w:tcPr>
          <w:p>
            <w:pPr>
              <w:jc w:val="center"/>
            </w:pPr>
            <w:r/>
            <w:r/>
            <w:r>
              <w:rPr>
                <w:rFonts w:ascii="Niramit" w:hAnsi="Niramit"/>
                <w:b/>
                <w:color w:val="FFFFFF"/>
                <w:sz w:val="20"/>
              </w:rPr>
              <w:t>Örnek</w:t>
            </w:r>
          </w:p>
        </w:tc>
      </w:tr>
      <w:tr>
        <w:tc>
          <w:tcPr>
            <w:tcW w:type="dxa" w:w="3135"/>
          </w:tcPr>
          <w:p>
            <w:pPr>
              <w:jc w:val="center"/>
            </w:pPr>
            <w:r/>
            <w:r/>
            <w:r>
              <w:rPr>
                <w:rFonts w:ascii="Niramit" w:hAnsi="Niramit"/>
                <w:sz w:val="19"/>
              </w:rPr>
              <w:t>I</w:t>
            </w:r>
          </w:p>
        </w:tc>
        <w:tc>
          <w:tcPr>
            <w:tcW w:type="dxa" w:w="3135"/>
          </w:tcPr>
          <w:p>
            <w:pPr>
              <w:jc w:val="center"/>
            </w:pPr>
            <w:r/>
            <w:r/>
            <w:r>
              <w:rPr>
                <w:rFonts w:ascii="Niramit" w:hAnsi="Niramit"/>
                <w:sz w:val="19"/>
              </w:rPr>
              <w:t>me (beni/bana)</w:t>
            </w:r>
          </w:p>
        </w:tc>
        <w:tc>
          <w:tcPr>
            <w:tcW w:type="dxa" w:w="3135"/>
          </w:tcPr>
          <w:p>
            <w:pPr>
              <w:jc w:val="left"/>
            </w:pPr>
            <w:r/>
            <w:r/>
            <w:r>
              <w:rPr>
                <w:rFonts w:ascii="Niramit" w:hAnsi="Niramit"/>
                <w:sz w:val="19"/>
              </w:rPr>
              <w:t>He sees me.</w:t>
            </w:r>
          </w:p>
        </w:tc>
      </w:tr>
      <w:tr>
        <w:tc>
          <w:tcPr>
            <w:tcW w:type="dxa" w:w="3135"/>
          </w:tcPr>
          <w:p>
            <w:pPr>
              <w:jc w:val="center"/>
            </w:pPr>
            <w:r/>
            <w:r/>
            <w:r>
              <w:rPr>
                <w:rFonts w:ascii="Niramit" w:hAnsi="Niramit"/>
                <w:sz w:val="19"/>
              </w:rPr>
              <w:t>You</w:t>
            </w:r>
          </w:p>
        </w:tc>
        <w:tc>
          <w:tcPr>
            <w:tcW w:type="dxa" w:w="3135"/>
          </w:tcPr>
          <w:p>
            <w:pPr>
              <w:jc w:val="center"/>
            </w:pPr>
            <w:r/>
            <w:r/>
            <w:r>
              <w:rPr>
                <w:rFonts w:ascii="Niramit" w:hAnsi="Niramit"/>
                <w:sz w:val="19"/>
              </w:rPr>
              <w:t>you (seni/sana)</w:t>
            </w:r>
          </w:p>
        </w:tc>
        <w:tc>
          <w:tcPr>
            <w:tcW w:type="dxa" w:w="3135"/>
          </w:tcPr>
          <w:p>
            <w:pPr>
              <w:jc w:val="left"/>
            </w:pPr>
            <w:r/>
            <w:r/>
            <w:r>
              <w:rPr>
                <w:rFonts w:ascii="Niramit" w:hAnsi="Niramit"/>
                <w:sz w:val="19"/>
              </w:rPr>
              <w:t>I love you.</w:t>
            </w:r>
          </w:p>
        </w:tc>
      </w:tr>
      <w:tr>
        <w:tc>
          <w:tcPr>
            <w:tcW w:type="dxa" w:w="3135"/>
          </w:tcPr>
          <w:p>
            <w:pPr>
              <w:jc w:val="center"/>
            </w:pPr>
            <w:r/>
            <w:r/>
            <w:r>
              <w:rPr>
                <w:rFonts w:ascii="Niramit" w:hAnsi="Niramit"/>
                <w:sz w:val="19"/>
              </w:rPr>
              <w:t>He</w:t>
            </w:r>
          </w:p>
        </w:tc>
        <w:tc>
          <w:tcPr>
            <w:tcW w:type="dxa" w:w="3135"/>
          </w:tcPr>
          <w:p>
            <w:pPr>
              <w:jc w:val="center"/>
            </w:pPr>
            <w:r/>
            <w:r/>
            <w:r>
              <w:rPr>
                <w:rFonts w:ascii="Niramit" w:hAnsi="Niramit"/>
                <w:sz w:val="19"/>
              </w:rPr>
              <w:t>him (onu/ona ♂)</w:t>
            </w:r>
          </w:p>
        </w:tc>
        <w:tc>
          <w:tcPr>
            <w:tcW w:type="dxa" w:w="3135"/>
          </w:tcPr>
          <w:p>
            <w:pPr>
              <w:jc w:val="left"/>
            </w:pPr>
            <w:r/>
            <w:r/>
            <w:r>
              <w:rPr>
                <w:rFonts w:ascii="Niramit" w:hAnsi="Niramit"/>
                <w:sz w:val="19"/>
              </w:rPr>
              <w:t>Look at him.</w:t>
            </w:r>
          </w:p>
        </w:tc>
      </w:tr>
      <w:tr>
        <w:tc>
          <w:tcPr>
            <w:tcW w:type="dxa" w:w="3135"/>
          </w:tcPr>
          <w:p>
            <w:pPr>
              <w:jc w:val="center"/>
            </w:pPr>
            <w:r/>
            <w:r/>
            <w:r>
              <w:rPr>
                <w:rFonts w:ascii="Niramit" w:hAnsi="Niramit"/>
                <w:sz w:val="19"/>
              </w:rPr>
              <w:t>She</w:t>
            </w:r>
          </w:p>
        </w:tc>
        <w:tc>
          <w:tcPr>
            <w:tcW w:type="dxa" w:w="3135"/>
          </w:tcPr>
          <w:p>
            <w:pPr>
              <w:jc w:val="center"/>
            </w:pPr>
            <w:r/>
            <w:r/>
            <w:r>
              <w:rPr>
                <w:rFonts w:ascii="Niramit" w:hAnsi="Niramit"/>
                <w:sz w:val="19"/>
              </w:rPr>
              <w:t>her (onu/ona ♀)</w:t>
            </w:r>
          </w:p>
        </w:tc>
        <w:tc>
          <w:tcPr>
            <w:tcW w:type="dxa" w:w="3135"/>
          </w:tcPr>
          <w:p>
            <w:pPr>
              <w:jc w:val="left"/>
            </w:pPr>
            <w:r/>
            <w:r/>
            <w:r>
              <w:rPr>
                <w:rFonts w:ascii="Niramit" w:hAnsi="Niramit"/>
                <w:sz w:val="19"/>
              </w:rPr>
              <w:t>I know her.</w:t>
            </w:r>
          </w:p>
        </w:tc>
      </w:tr>
      <w:tr>
        <w:tc>
          <w:tcPr>
            <w:tcW w:type="dxa" w:w="3135"/>
          </w:tcPr>
          <w:p>
            <w:pPr>
              <w:jc w:val="center"/>
            </w:pPr>
            <w:r/>
            <w:r/>
            <w:r>
              <w:rPr>
                <w:rFonts w:ascii="Niramit" w:hAnsi="Niramit"/>
                <w:sz w:val="19"/>
              </w:rPr>
              <w:t>It</w:t>
            </w:r>
          </w:p>
        </w:tc>
        <w:tc>
          <w:tcPr>
            <w:tcW w:type="dxa" w:w="3135"/>
          </w:tcPr>
          <w:p>
            <w:pPr>
              <w:jc w:val="center"/>
            </w:pPr>
            <w:r/>
            <w:r/>
            <w:r>
              <w:rPr>
                <w:rFonts w:ascii="Niramit" w:hAnsi="Niramit"/>
                <w:sz w:val="19"/>
              </w:rPr>
              <w:t>it (onu/ona)</w:t>
            </w:r>
          </w:p>
        </w:tc>
        <w:tc>
          <w:tcPr>
            <w:tcW w:type="dxa" w:w="3135"/>
          </w:tcPr>
          <w:p>
            <w:pPr>
              <w:jc w:val="left"/>
            </w:pPr>
            <w:r/>
            <w:r/>
            <w:r>
              <w:rPr>
                <w:rFonts w:ascii="Niramit" w:hAnsi="Niramit"/>
                <w:sz w:val="19"/>
              </w:rPr>
              <w:t>Give it to me.</w:t>
            </w:r>
          </w:p>
        </w:tc>
      </w:tr>
      <w:tr>
        <w:tc>
          <w:tcPr>
            <w:tcW w:type="dxa" w:w="3135"/>
          </w:tcPr>
          <w:p>
            <w:pPr>
              <w:jc w:val="center"/>
            </w:pPr>
            <w:r/>
            <w:r/>
            <w:r>
              <w:rPr>
                <w:rFonts w:ascii="Niramit" w:hAnsi="Niramit"/>
                <w:sz w:val="19"/>
              </w:rPr>
              <w:t>We</w:t>
            </w:r>
          </w:p>
        </w:tc>
        <w:tc>
          <w:tcPr>
            <w:tcW w:type="dxa" w:w="3135"/>
          </w:tcPr>
          <w:p>
            <w:pPr>
              <w:jc w:val="center"/>
            </w:pPr>
            <w:r/>
            <w:r/>
            <w:r>
              <w:rPr>
                <w:rFonts w:ascii="Niramit" w:hAnsi="Niramit"/>
                <w:sz w:val="19"/>
              </w:rPr>
              <w:t>us (bizi/bize)</w:t>
            </w:r>
          </w:p>
        </w:tc>
        <w:tc>
          <w:tcPr>
            <w:tcW w:type="dxa" w:w="3135"/>
          </w:tcPr>
          <w:p>
            <w:pPr>
              <w:jc w:val="left"/>
            </w:pPr>
            <w:r/>
            <w:r/>
            <w:r>
              <w:rPr>
                <w:rFonts w:ascii="Niramit" w:hAnsi="Niramit"/>
                <w:sz w:val="19"/>
              </w:rPr>
              <w:t>They call us.</w:t>
            </w:r>
          </w:p>
        </w:tc>
      </w:tr>
      <w:tr>
        <w:tc>
          <w:tcPr>
            <w:tcW w:type="dxa" w:w="3135"/>
          </w:tcPr>
          <w:p>
            <w:pPr>
              <w:jc w:val="center"/>
            </w:pPr>
            <w:r/>
            <w:r/>
            <w:r>
              <w:rPr>
                <w:rFonts w:ascii="Niramit" w:hAnsi="Niramit"/>
                <w:sz w:val="19"/>
              </w:rPr>
              <w:t>They</w:t>
            </w:r>
          </w:p>
        </w:tc>
        <w:tc>
          <w:tcPr>
            <w:tcW w:type="dxa" w:w="3135"/>
          </w:tcPr>
          <w:p>
            <w:pPr>
              <w:jc w:val="center"/>
            </w:pPr>
            <w:r/>
            <w:r/>
            <w:r>
              <w:rPr>
                <w:rFonts w:ascii="Niramit" w:hAnsi="Niramit"/>
                <w:sz w:val="19"/>
              </w:rPr>
              <w:t>them (onları/onlara)</w:t>
            </w:r>
          </w:p>
        </w:tc>
        <w:tc>
          <w:tcPr>
            <w:tcW w:type="dxa" w:w="3135"/>
          </w:tcPr>
          <w:p>
            <w:pPr>
              <w:jc w:val="left"/>
            </w:pPr>
            <w:r/>
            <w:r/>
            <w:r>
              <w:rPr>
                <w:rFonts w:ascii="Niramit" w:hAnsi="Niramit"/>
                <w:sz w:val="19"/>
              </w:rPr>
              <w:t>I play with them.</w:t>
            </w:r>
          </w:p>
        </w:tc>
      </w:tr>
    </w:tbl>
    <w:tbl>
      <w:tblPr>
        <w:tblStyle w:val="TableGrid"/>
        <w:tblW w:type="auto" w:w="0"/>
        <w:tblLook w:firstColumn="1" w:firstRow="1" w:lastColumn="0" w:lastRow="0" w:noHBand="0" w:noVBand="1" w:val="04A0"/>
      </w:tblPr>
      <w:tblGrid>
        <w:gridCol w:w="3135"/>
        <w:gridCol w:w="3135"/>
        <w:gridCol w:w="3135"/>
      </w:tblGrid>
      <w:tr>
        <w:tc>
          <w:tcPr>
            <w:tcW w:type="dxa" w:w="3135"/>
          </w:tcPr>
          <w:p>
            <w:pPr>
              <w:jc w:val="center"/>
            </w:pPr>
            <w:r/>
            <w:r/>
            <w:r>
              <w:rPr>
                <w:rFonts w:ascii="Niramit" w:hAnsi="Niramit"/>
                <w:b/>
                <w:color w:val="FFFFFF"/>
                <w:sz w:val="20"/>
              </w:rPr>
              <w:t>Edat</w:t>
            </w:r>
          </w:p>
        </w:tc>
        <w:tc>
          <w:tcPr>
            <w:tcW w:type="dxa" w:w="3135"/>
          </w:tcPr>
          <w:p>
            <w:pPr>
              <w:jc w:val="center"/>
            </w:pPr>
            <w:r/>
            <w:r/>
            <w:r>
              <w:rPr>
                <w:rFonts w:ascii="Niramit" w:hAnsi="Niramit"/>
                <w:b/>
                <w:color w:val="FFFFFF"/>
                <w:sz w:val="20"/>
              </w:rPr>
              <w:t>Kullanım</w:t>
            </w:r>
          </w:p>
        </w:tc>
        <w:tc>
          <w:tcPr>
            <w:tcW w:type="dxa" w:w="3135"/>
          </w:tcPr>
          <w:p>
            <w:pPr>
              <w:jc w:val="center"/>
            </w:pPr>
            <w:r/>
            <w:r/>
            <w:r>
              <w:rPr>
                <w:rFonts w:ascii="Niramit" w:hAnsi="Niramit"/>
                <w:b/>
                <w:color w:val="FFFFFF"/>
                <w:sz w:val="20"/>
              </w:rPr>
              <w:t>Örnek</w:t>
            </w:r>
          </w:p>
        </w:tc>
      </w:tr>
      <w:tr>
        <w:tc>
          <w:tcPr>
            <w:tcW w:type="dxa" w:w="3135"/>
          </w:tcPr>
          <w:p>
            <w:pPr>
              <w:jc w:val="center"/>
            </w:pPr>
            <w:r/>
            <w:r/>
            <w:r>
              <w:rPr>
                <w:rFonts w:ascii="Niramit" w:hAnsi="Niramit"/>
                <w:sz w:val="19"/>
              </w:rPr>
              <w:t>at</w:t>
            </w:r>
          </w:p>
        </w:tc>
        <w:tc>
          <w:tcPr>
            <w:tcW w:type="dxa" w:w="3135"/>
          </w:tcPr>
          <w:p>
            <w:pPr>
              <w:jc w:val="center"/>
            </w:pPr>
            <w:r/>
            <w:r/>
            <w:r>
              <w:rPr>
                <w:rFonts w:ascii="Niramit" w:hAnsi="Niramit"/>
                <w:sz w:val="19"/>
              </w:rPr>
              <w:t>saatler</w:t>
            </w:r>
          </w:p>
        </w:tc>
        <w:tc>
          <w:tcPr>
            <w:tcW w:type="dxa" w:w="3135"/>
          </w:tcPr>
          <w:p>
            <w:pPr>
              <w:jc w:val="left"/>
            </w:pPr>
            <w:r/>
            <w:r/>
            <w:r>
              <w:rPr>
                <w:rFonts w:ascii="Niramit" w:hAnsi="Niramit"/>
                <w:sz w:val="19"/>
              </w:rPr>
              <w:t>at 7 o'clock, at night</w:t>
            </w:r>
          </w:p>
        </w:tc>
      </w:tr>
      <w:tr>
        <w:tc>
          <w:tcPr>
            <w:tcW w:type="dxa" w:w="3135"/>
          </w:tcPr>
          <w:p>
            <w:pPr>
              <w:jc w:val="center"/>
            </w:pPr>
            <w:r/>
            <w:r/>
            <w:r>
              <w:rPr>
                <w:rFonts w:ascii="Niramit" w:hAnsi="Niramit"/>
                <w:sz w:val="19"/>
              </w:rPr>
              <w:t>in</w:t>
            </w:r>
          </w:p>
        </w:tc>
        <w:tc>
          <w:tcPr>
            <w:tcW w:type="dxa" w:w="3135"/>
          </w:tcPr>
          <w:p>
            <w:pPr>
              <w:jc w:val="center"/>
            </w:pPr>
            <w:r/>
            <w:r/>
            <w:r>
              <w:rPr>
                <w:rFonts w:ascii="Niramit" w:hAnsi="Niramit"/>
                <w:sz w:val="19"/>
              </w:rPr>
              <w:t>gün bölümleri</w:t>
            </w:r>
          </w:p>
        </w:tc>
        <w:tc>
          <w:tcPr>
            <w:tcW w:type="dxa" w:w="3135"/>
          </w:tcPr>
          <w:p>
            <w:pPr>
              <w:jc w:val="left"/>
            </w:pPr>
            <w:r/>
            <w:r/>
            <w:r>
              <w:rPr>
                <w:rFonts w:ascii="Niramit" w:hAnsi="Niramit"/>
                <w:sz w:val="19"/>
              </w:rPr>
              <w:t>in the morning, in the afternoon</w:t>
            </w:r>
          </w:p>
        </w:tc>
      </w:tr>
      <w:tr>
        <w:tc>
          <w:tcPr>
            <w:tcW w:type="dxa" w:w="3135"/>
          </w:tcPr>
          <w:p>
            <w:pPr>
              <w:jc w:val="center"/>
            </w:pPr>
            <w:r/>
            <w:r/>
            <w:r>
              <w:rPr>
                <w:rFonts w:ascii="Niramit" w:hAnsi="Niramit"/>
                <w:sz w:val="19"/>
              </w:rPr>
              <w:t>on</w:t>
            </w:r>
          </w:p>
        </w:tc>
        <w:tc>
          <w:tcPr>
            <w:tcW w:type="dxa" w:w="3135"/>
          </w:tcPr>
          <w:p>
            <w:pPr>
              <w:jc w:val="center"/>
            </w:pPr>
            <w:r/>
            <w:r/>
            <w:r>
              <w:rPr>
                <w:rFonts w:ascii="Niramit" w:hAnsi="Niramit"/>
                <w:sz w:val="19"/>
              </w:rPr>
              <w:t>günler</w:t>
            </w:r>
          </w:p>
        </w:tc>
        <w:tc>
          <w:tcPr>
            <w:tcW w:type="dxa" w:w="3135"/>
          </w:tcPr>
          <w:p>
            <w:pPr>
              <w:jc w:val="left"/>
            </w:pPr>
            <w:r/>
            <w:r/>
            <w:r>
              <w:rPr>
                <w:rFonts w:ascii="Niramit" w:hAnsi="Niramit"/>
                <w:sz w:val="19"/>
              </w:rPr>
              <w:t>on Monday, on Sunday</w:t>
            </w:r>
          </w:p>
        </w:tc>
      </w:tr>
      <w:tr>
        <w:tc>
          <w:tcPr>
            <w:tcW w:type="dxa" w:w="3135"/>
          </w:tcPr>
          <w:p>
            <w:pPr>
              <w:jc w:val="center"/>
            </w:pPr>
            <w:r/>
            <w:r/>
            <w:r>
              <w:rPr>
                <w:rFonts w:ascii="Niramit" w:hAnsi="Niramit"/>
                <w:sz w:val="19"/>
              </w:rPr>
              <w:t>before</w:t>
            </w:r>
          </w:p>
        </w:tc>
        <w:tc>
          <w:tcPr>
            <w:tcW w:type="dxa" w:w="3135"/>
          </w:tcPr>
          <w:p>
            <w:pPr>
              <w:jc w:val="center"/>
            </w:pPr>
            <w:r/>
            <w:r/>
            <w:r>
              <w:rPr>
                <w:rFonts w:ascii="Niramit" w:hAnsi="Niramit"/>
                <w:sz w:val="19"/>
              </w:rPr>
              <w:t>önce</w:t>
            </w:r>
          </w:p>
        </w:tc>
        <w:tc>
          <w:tcPr>
            <w:tcW w:type="dxa" w:w="3135"/>
          </w:tcPr>
          <w:p>
            <w:pPr>
              <w:jc w:val="left"/>
            </w:pPr>
            <w:r/>
            <w:r/>
            <w:r>
              <w:rPr>
                <w:rFonts w:ascii="Niramit" w:hAnsi="Niramit"/>
                <w:sz w:val="19"/>
              </w:rPr>
              <w:t>before school, before breakfast</w:t>
            </w:r>
          </w:p>
        </w:tc>
      </w:tr>
      <w:tr>
        <w:tc>
          <w:tcPr>
            <w:tcW w:type="dxa" w:w="3135"/>
          </w:tcPr>
          <w:p>
            <w:pPr>
              <w:jc w:val="center"/>
            </w:pPr>
            <w:r/>
            <w:r/>
            <w:r>
              <w:rPr>
                <w:rFonts w:ascii="Niramit" w:hAnsi="Niramit"/>
                <w:sz w:val="19"/>
              </w:rPr>
              <w:t>after</w:t>
            </w:r>
          </w:p>
        </w:tc>
        <w:tc>
          <w:tcPr>
            <w:tcW w:type="dxa" w:w="3135"/>
          </w:tcPr>
          <w:p>
            <w:pPr>
              <w:jc w:val="center"/>
            </w:pPr>
            <w:r/>
            <w:r/>
            <w:r>
              <w:rPr>
                <w:rFonts w:ascii="Niramit" w:hAnsi="Niramit"/>
                <w:sz w:val="19"/>
              </w:rPr>
              <w:t>sonra</w:t>
            </w:r>
          </w:p>
        </w:tc>
        <w:tc>
          <w:tcPr>
            <w:tcW w:type="dxa" w:w="3135"/>
          </w:tcPr>
          <w:p>
            <w:pPr>
              <w:jc w:val="left"/>
            </w:pPr>
            <w:r/>
            <w:r/>
            <w:r>
              <w:rPr>
                <w:rFonts w:ascii="Niramit" w:hAnsi="Niramit"/>
                <w:sz w:val="19"/>
              </w:rPr>
              <w:t>after school, after dinner</w:t>
            </w:r>
          </w:p>
        </w:tc>
      </w:tr>
    </w:tbl>
    <w:tbl>
      <w:tblPr>
        <w:tblStyle w:val="TableGrid"/>
        <w:tblW w:type="auto" w:w="0"/>
        <w:tblLook w:firstColumn="1" w:firstRow="1" w:lastColumn="0" w:lastRow="0" w:noHBand="0" w:noVBand="1" w:val="04A0"/>
      </w:tblPr>
      <w:tblGrid>
        <w:gridCol w:w="3135"/>
        <w:gridCol w:w="3135"/>
        <w:gridCol w:w="3135"/>
      </w:tblGrid>
      <w:tr>
        <w:tc>
          <w:tcPr>
            <w:tcW w:type="dxa" w:w="3135"/>
          </w:tcPr>
          <w:p>
            <w:pPr>
              <w:jc w:val="center"/>
            </w:pPr>
            <w:r/>
            <w:r/>
            <w:r>
              <w:rPr>
                <w:rFonts w:ascii="Niramit" w:hAnsi="Niramit"/>
                <w:b/>
                <w:color w:val="FFFFFF"/>
                <w:sz w:val="20"/>
              </w:rPr>
              <w:t>Edat</w:t>
            </w:r>
          </w:p>
        </w:tc>
        <w:tc>
          <w:tcPr>
            <w:tcW w:type="dxa" w:w="3135"/>
          </w:tcPr>
          <w:p>
            <w:pPr>
              <w:jc w:val="center"/>
            </w:pPr>
            <w:r/>
            <w:r/>
            <w:r>
              <w:rPr>
                <w:rFonts w:ascii="Niramit" w:hAnsi="Niramit"/>
                <w:b/>
                <w:color w:val="FFFFFF"/>
                <w:sz w:val="20"/>
              </w:rPr>
              <w:t>Kullanım</w:t>
            </w:r>
          </w:p>
        </w:tc>
        <w:tc>
          <w:tcPr>
            <w:tcW w:type="dxa" w:w="3135"/>
          </w:tcPr>
          <w:p>
            <w:pPr>
              <w:jc w:val="center"/>
            </w:pPr>
            <w:r/>
            <w:r/>
            <w:r>
              <w:rPr>
                <w:rFonts w:ascii="Niramit" w:hAnsi="Niramit"/>
                <w:b/>
                <w:color w:val="FFFFFF"/>
                <w:sz w:val="20"/>
              </w:rPr>
              <w:t>Örnek</w:t>
            </w:r>
          </w:p>
        </w:tc>
      </w:tr>
      <w:tr>
        <w:tc>
          <w:tcPr>
            <w:tcW w:type="dxa" w:w="3135"/>
          </w:tcPr>
          <w:p>
            <w:pPr>
              <w:jc w:val="center"/>
            </w:pPr>
            <w:r/>
            <w:r/>
            <w:r>
              <w:rPr>
                <w:rFonts w:ascii="Niramit" w:hAnsi="Niramit"/>
                <w:sz w:val="19"/>
              </w:rPr>
              <w:t>at</w:t>
            </w:r>
          </w:p>
        </w:tc>
        <w:tc>
          <w:tcPr>
            <w:tcW w:type="dxa" w:w="3135"/>
          </w:tcPr>
          <w:p>
            <w:pPr>
              <w:jc w:val="center"/>
            </w:pPr>
            <w:r/>
            <w:r/>
            <w:r>
              <w:rPr>
                <w:rFonts w:ascii="Niramit" w:hAnsi="Niramit"/>
                <w:sz w:val="19"/>
              </w:rPr>
              <w:t>saatlerde</w:t>
            </w:r>
          </w:p>
        </w:tc>
        <w:tc>
          <w:tcPr>
            <w:tcW w:type="dxa" w:w="3135"/>
          </w:tcPr>
          <w:p>
            <w:pPr>
              <w:jc w:val="left"/>
            </w:pPr>
            <w:r/>
            <w:r/>
            <w:r>
              <w:rPr>
                <w:rFonts w:ascii="Niramit" w:hAnsi="Niramit"/>
                <w:sz w:val="19"/>
              </w:rPr>
              <w:t>at 7 o'clock</w:t>
            </w:r>
          </w:p>
        </w:tc>
      </w:tr>
      <w:tr>
        <w:tc>
          <w:tcPr>
            <w:tcW w:type="dxa" w:w="3135"/>
          </w:tcPr>
          <w:p>
            <w:pPr>
              <w:jc w:val="center"/>
            </w:pPr>
            <w:r/>
            <w:r/>
            <w:r>
              <w:rPr>
                <w:rFonts w:ascii="Niramit" w:hAnsi="Niramit"/>
                <w:sz w:val="19"/>
              </w:rPr>
              <w:t>at</w:t>
            </w:r>
          </w:p>
        </w:tc>
        <w:tc>
          <w:tcPr>
            <w:tcW w:type="dxa" w:w="3135"/>
          </w:tcPr>
          <w:p>
            <w:pPr>
              <w:jc w:val="center"/>
            </w:pPr>
            <w:r/>
            <w:r/>
            <w:r>
              <w:rPr>
                <w:rFonts w:ascii="Niramit" w:hAnsi="Niramit"/>
                <w:sz w:val="19"/>
              </w:rPr>
              <w:t>bazı kalıplarda</w:t>
            </w:r>
          </w:p>
        </w:tc>
        <w:tc>
          <w:tcPr>
            <w:tcW w:type="dxa" w:w="3135"/>
          </w:tcPr>
          <w:p>
            <w:pPr>
              <w:jc w:val="left"/>
            </w:pPr>
            <w:r/>
            <w:r/>
            <w:r>
              <w:rPr>
                <w:rFonts w:ascii="Niramit" w:hAnsi="Niramit"/>
                <w:sz w:val="19"/>
              </w:rPr>
              <w:t>at night, at noon, at midnight</w:t>
            </w:r>
          </w:p>
        </w:tc>
      </w:tr>
      <w:tr>
        <w:tc>
          <w:tcPr>
            <w:tcW w:type="dxa" w:w="3135"/>
          </w:tcPr>
          <w:p>
            <w:pPr>
              <w:jc w:val="center"/>
            </w:pPr>
            <w:r/>
            <w:r/>
            <w:r>
              <w:rPr>
                <w:rFonts w:ascii="Niramit" w:hAnsi="Niramit"/>
                <w:sz w:val="19"/>
              </w:rPr>
              <w:t>in</w:t>
            </w:r>
          </w:p>
        </w:tc>
        <w:tc>
          <w:tcPr>
            <w:tcW w:type="dxa" w:w="3135"/>
          </w:tcPr>
          <w:p>
            <w:pPr>
              <w:jc w:val="center"/>
            </w:pPr>
            <w:r/>
            <w:r/>
            <w:r>
              <w:rPr>
                <w:rFonts w:ascii="Niramit" w:hAnsi="Niramit"/>
                <w:sz w:val="19"/>
              </w:rPr>
              <w:t>günün bölümleri</w:t>
            </w:r>
          </w:p>
        </w:tc>
        <w:tc>
          <w:tcPr>
            <w:tcW w:type="dxa" w:w="3135"/>
          </w:tcPr>
          <w:p>
            <w:pPr>
              <w:jc w:val="left"/>
            </w:pPr>
            <w:r/>
            <w:r/>
            <w:r>
              <w:rPr>
                <w:rFonts w:ascii="Niramit" w:hAnsi="Niramit"/>
                <w:sz w:val="19"/>
              </w:rPr>
              <w:t>in the morning, in the afternoon, in the evening</w:t>
            </w:r>
          </w:p>
        </w:tc>
      </w:tr>
      <w:tr>
        <w:tc>
          <w:tcPr>
            <w:tcW w:type="dxa" w:w="3135"/>
          </w:tcPr>
          <w:p>
            <w:pPr>
              <w:jc w:val="center"/>
            </w:pPr>
            <w:r/>
            <w:r/>
            <w:r>
              <w:rPr>
                <w:rFonts w:ascii="Niramit" w:hAnsi="Niramit"/>
                <w:sz w:val="19"/>
              </w:rPr>
              <w:t>on</w:t>
            </w:r>
          </w:p>
        </w:tc>
        <w:tc>
          <w:tcPr>
            <w:tcW w:type="dxa" w:w="3135"/>
          </w:tcPr>
          <w:p>
            <w:pPr>
              <w:jc w:val="center"/>
            </w:pPr>
            <w:r/>
            <w:r/>
            <w:r>
              <w:rPr>
                <w:rFonts w:ascii="Niramit" w:hAnsi="Niramit"/>
                <w:sz w:val="19"/>
              </w:rPr>
              <w:t>günler</w:t>
            </w:r>
          </w:p>
        </w:tc>
        <w:tc>
          <w:tcPr>
            <w:tcW w:type="dxa" w:w="3135"/>
          </w:tcPr>
          <w:p>
            <w:pPr>
              <w:jc w:val="left"/>
            </w:pPr>
            <w:r/>
            <w:r/>
            <w:r>
              <w:rPr>
                <w:rFonts w:ascii="Niramit" w:hAnsi="Niramit"/>
                <w:sz w:val="19"/>
              </w:rPr>
              <w:t>on Monday, on Sunday</w:t>
            </w:r>
          </w:p>
        </w:tc>
      </w:tr>
      <w:tr>
        <w:tc>
          <w:tcPr>
            <w:tcW w:type="dxa" w:w="3135"/>
          </w:tcPr>
          <w:p>
            <w:pPr>
              <w:jc w:val="center"/>
            </w:pPr>
            <w:r/>
            <w:r/>
            <w:r>
              <w:rPr>
                <w:rFonts w:ascii="Niramit" w:hAnsi="Niramit"/>
                <w:sz w:val="19"/>
              </w:rPr>
              <w:t>before</w:t>
            </w:r>
          </w:p>
        </w:tc>
        <w:tc>
          <w:tcPr>
            <w:tcW w:type="dxa" w:w="3135"/>
          </w:tcPr>
          <w:p>
            <w:pPr>
              <w:jc w:val="center"/>
            </w:pPr>
            <w:r/>
            <w:r/>
            <w:r>
              <w:rPr>
                <w:rFonts w:ascii="Niramit" w:hAnsi="Niramit"/>
                <w:sz w:val="19"/>
              </w:rPr>
              <w:t>önce</w:t>
            </w:r>
          </w:p>
        </w:tc>
        <w:tc>
          <w:tcPr>
            <w:tcW w:type="dxa" w:w="3135"/>
          </w:tcPr>
          <w:p>
            <w:pPr>
              <w:jc w:val="left"/>
            </w:pPr>
            <w:r/>
            <w:r/>
            <w:r>
              <w:rPr>
                <w:rFonts w:ascii="Niramit" w:hAnsi="Niramit"/>
                <w:sz w:val="19"/>
              </w:rPr>
              <w:t>before school, before breakfast</w:t>
            </w:r>
          </w:p>
        </w:tc>
      </w:tr>
      <w:tr>
        <w:tc>
          <w:tcPr>
            <w:tcW w:type="dxa" w:w="3135"/>
          </w:tcPr>
          <w:p>
            <w:pPr>
              <w:jc w:val="center"/>
            </w:pPr>
            <w:r/>
            <w:r/>
            <w:r>
              <w:rPr>
                <w:rFonts w:ascii="Niramit" w:hAnsi="Niramit"/>
                <w:sz w:val="19"/>
              </w:rPr>
              <w:t>after</w:t>
            </w:r>
          </w:p>
        </w:tc>
        <w:tc>
          <w:tcPr>
            <w:tcW w:type="dxa" w:w="3135"/>
          </w:tcPr>
          <w:p>
            <w:pPr>
              <w:jc w:val="center"/>
            </w:pPr>
            <w:r/>
            <w:r/>
            <w:r>
              <w:rPr>
                <w:rFonts w:ascii="Niramit" w:hAnsi="Niramit"/>
                <w:sz w:val="19"/>
              </w:rPr>
              <w:t>sonra</w:t>
            </w:r>
          </w:p>
        </w:tc>
        <w:tc>
          <w:tcPr>
            <w:tcW w:type="dxa" w:w="3135"/>
          </w:tcPr>
          <w:p>
            <w:pPr>
              <w:jc w:val="left"/>
            </w:pPr>
            <w:r/>
            <w:r/>
            <w:r>
              <w:rPr>
                <w:rFonts w:ascii="Niramit" w:hAnsi="Niramit"/>
                <w:sz w:val="19"/>
              </w:rPr>
              <w:t>after school, after dinner</w:t>
            </w:r>
          </w:p>
        </w:tc>
      </w:tr>
    </w:tbl>
    <w:p>
      <w:r>
        <w:br w:type="page"/>
      </w:r>
    </w:p>
    <w:p>
      <w:pPr/>
      <w:r>
        <w:rPr>
          <w:rFonts w:ascii="Niramit" w:hAnsi="Niramit"/>
          <w:b/>
          <w:color w:val="1A559E"/>
          <w:sz w:val="28"/>
        </w:rPr>
        <w:t>BÖLÜM 2: VOCABULARY</w:t>
      </w:r>
    </w:p>
    <w:p>
      <w:pPr/>
      <w:r>
        <w:rPr>
          <w:rFonts w:ascii="Niramit" w:hAnsi="Niramit"/>
          <w:b/>
          <w:color w:val="336D5C"/>
          <w:sz w:val="22"/>
        </w:rPr>
        <w:t>2.1  Daily Routines (Günlük Rutinler)</w:t>
      </w:r>
    </w:p>
    <w:p>
      <w:pPr/>
      <w:r>
        <w:rPr>
          <w:rFonts w:ascii="Niramit" w:hAnsi="Niramit"/>
          <w:color w:val="666666"/>
          <w:sz w:val="20"/>
        </w:rPr>
        <w:t xml:space="preserve">  wake up                   →  uyanmak</w:t>
      </w:r>
    </w:p>
    <w:p>
      <w:pPr/>
      <w:r>
        <w:rPr>
          <w:rFonts w:ascii="Niramit" w:hAnsi="Niramit"/>
          <w:color w:val="666666"/>
          <w:sz w:val="20"/>
        </w:rPr>
        <w:t xml:space="preserve">  get up                    →  yataktan kalkmak</w:t>
      </w:r>
    </w:p>
    <w:p>
      <w:pPr/>
      <w:r>
        <w:rPr>
          <w:rFonts w:ascii="Niramit" w:hAnsi="Niramit"/>
          <w:color w:val="666666"/>
          <w:sz w:val="20"/>
        </w:rPr>
        <w:t xml:space="preserve">  have breakfast            →  kahvaltı yapmak</w:t>
      </w:r>
    </w:p>
    <w:p>
      <w:pPr/>
      <w:r>
        <w:rPr>
          <w:rFonts w:ascii="Niramit" w:hAnsi="Niramit"/>
          <w:color w:val="666666"/>
          <w:sz w:val="20"/>
        </w:rPr>
        <w:t xml:space="preserve">  have lunch                →  öğle yemeği yemek</w:t>
      </w:r>
    </w:p>
    <w:p>
      <w:pPr/>
      <w:r>
        <w:rPr>
          <w:rFonts w:ascii="Niramit" w:hAnsi="Niramit"/>
          <w:color w:val="666666"/>
          <w:sz w:val="20"/>
        </w:rPr>
        <w:t xml:space="preserve">  have dinner               →  akşam yemeği yemek</w:t>
      </w:r>
    </w:p>
    <w:p>
      <w:pPr/>
      <w:r>
        <w:rPr>
          <w:rFonts w:ascii="Niramit" w:hAnsi="Niramit"/>
          <w:color w:val="666666"/>
          <w:sz w:val="20"/>
        </w:rPr>
        <w:t xml:space="preserve">  brush teeth               →  diş fırçalamak</w:t>
      </w:r>
    </w:p>
    <w:p>
      <w:pPr/>
      <w:r>
        <w:rPr>
          <w:rFonts w:ascii="Niramit" w:hAnsi="Niramit"/>
          <w:color w:val="666666"/>
          <w:sz w:val="20"/>
        </w:rPr>
        <w:t xml:space="preserve">  wash face                 →  yüz yıkamak</w:t>
      </w:r>
    </w:p>
    <w:p>
      <w:pPr/>
      <w:r>
        <w:rPr>
          <w:rFonts w:ascii="Niramit" w:hAnsi="Niramit"/>
          <w:color w:val="666666"/>
          <w:sz w:val="20"/>
        </w:rPr>
        <w:t xml:space="preserve">  wash hands                →  el yıkamak</w:t>
      </w:r>
    </w:p>
    <w:p>
      <w:pPr/>
      <w:r>
        <w:rPr>
          <w:rFonts w:ascii="Niramit" w:hAnsi="Niramit"/>
          <w:color w:val="666666"/>
          <w:sz w:val="20"/>
        </w:rPr>
        <w:t xml:space="preserve">  get dressed               →  giyinmek</w:t>
      </w:r>
    </w:p>
    <w:p>
      <w:pPr/>
      <w:r>
        <w:rPr>
          <w:rFonts w:ascii="Niramit" w:hAnsi="Niramit"/>
          <w:color w:val="666666"/>
          <w:sz w:val="20"/>
        </w:rPr>
        <w:t xml:space="preserve">  go to school              →  okula gitmek</w:t>
      </w:r>
    </w:p>
    <w:p>
      <w:pPr/>
      <w:r>
        <w:rPr>
          <w:rFonts w:ascii="Niramit" w:hAnsi="Niramit"/>
          <w:color w:val="666666"/>
          <w:sz w:val="20"/>
        </w:rPr>
        <w:t xml:space="preserve">  go to bed                 →  yatağa gitmek</w:t>
      </w:r>
    </w:p>
    <w:p>
      <w:pPr/>
      <w:r>
        <w:rPr>
          <w:rFonts w:ascii="Niramit" w:hAnsi="Niramit"/>
          <w:color w:val="666666"/>
          <w:sz w:val="20"/>
        </w:rPr>
        <w:t xml:space="preserve">  come home                 →  eve gelmek</w:t>
      </w:r>
    </w:p>
    <w:p>
      <w:pPr/>
      <w:r>
        <w:rPr>
          <w:rFonts w:ascii="Niramit" w:hAnsi="Niramit"/>
          <w:color w:val="666666"/>
          <w:sz w:val="20"/>
        </w:rPr>
        <w:t xml:space="preserve">  do homework               →  ödev yapmak</w:t>
      </w:r>
    </w:p>
    <w:p>
      <w:pPr/>
      <w:r>
        <w:rPr>
          <w:rFonts w:ascii="Niramit" w:hAnsi="Niramit"/>
          <w:color w:val="666666"/>
          <w:sz w:val="20"/>
        </w:rPr>
        <w:t xml:space="preserve">  watch TV                  →  TV izlemek</w:t>
      </w:r>
    </w:p>
    <w:p>
      <w:pPr/>
      <w:r>
        <w:rPr>
          <w:rFonts w:ascii="Niramit" w:hAnsi="Niramit"/>
          <w:color w:val="666666"/>
          <w:sz w:val="20"/>
        </w:rPr>
        <w:t xml:space="preserve">  take a shower             →  duş almak</w:t>
      </w:r>
    </w:p>
    <w:p>
      <w:pPr/>
      <w:r>
        <w:rPr>
          <w:rFonts w:ascii="Niramit" w:hAnsi="Niramit"/>
          <w:color w:val="666666"/>
          <w:sz w:val="20"/>
        </w:rPr>
        <w:t xml:space="preserve">  take a bath               →  banyo yapmak</w:t>
      </w:r>
    </w:p>
    <w:p>
      <w:pPr/>
      <w:r>
        <w:rPr>
          <w:rFonts w:ascii="Niramit" w:hAnsi="Niramit"/>
          <w:color w:val="666666"/>
          <w:sz w:val="20"/>
        </w:rPr>
        <w:t xml:space="preserve">  read a book               →  kitap okumak</w:t>
      </w:r>
    </w:p>
    <w:p>
      <w:pPr/>
      <w:r>
        <w:rPr>
          <w:rFonts w:ascii="Niramit" w:hAnsi="Niramit"/>
          <w:color w:val="666666"/>
          <w:sz w:val="20"/>
        </w:rPr>
        <w:t xml:space="preserve">  listen to music           →  müzik dinlemek</w:t>
      </w:r>
    </w:p>
    <w:p>
      <w:pPr/>
      <w:r>
        <w:rPr>
          <w:rFonts w:ascii="Niramit" w:hAnsi="Niramit"/>
          <w:color w:val="666666"/>
          <w:sz w:val="20"/>
        </w:rPr>
        <w:t xml:space="preserve">  play with friends         →  arkadaşlarla oynamak</w:t>
      </w:r>
    </w:p>
    <w:p>
      <w:pPr/>
      <w:r>
        <w:rPr>
          <w:rFonts w:ascii="Niramit" w:hAnsi="Niramit"/>
          <w:color w:val="666666"/>
          <w:sz w:val="20"/>
        </w:rPr>
        <w:t xml:space="preserve">  go to sleep               →  uyumaya gitmek</w:t>
      </w:r>
    </w:p>
    <w:p>
      <w:pPr/>
      <w:r>
        <w:rPr>
          <w:rFonts w:ascii="Niramit" w:hAnsi="Niramit"/>
          <w:color w:val="666666"/>
          <w:sz w:val="20"/>
        </w:rPr>
        <w:t xml:space="preserve">  have a rest               →  dinlenmek</w:t>
      </w:r>
    </w:p>
    <w:p>
      <w:pPr/>
      <w:r>
        <w:rPr>
          <w:rFonts w:ascii="Niramit" w:hAnsi="Niramit"/>
          <w:color w:val="666666"/>
          <w:sz w:val="20"/>
        </w:rPr>
        <w:t xml:space="preserve">  feed the pet              →  evcil hayvanı beslemek</w:t>
      </w:r>
    </w:p>
    <w:p>
      <w:pPr/>
      <w:r>
        <w:rPr>
          <w:rFonts w:ascii="Niramit" w:hAnsi="Niramit"/>
          <w:color w:val="666666"/>
          <w:sz w:val="20"/>
        </w:rPr>
        <w:t xml:space="preserve">  tidy the room             →  odayı toplamak</w:t>
      </w:r>
    </w:p>
    <w:p>
      <w:pPr/>
      <w:r>
        <w:rPr>
          <w:rFonts w:ascii="Niramit" w:hAnsi="Niramit"/>
          <w:color w:val="666666"/>
          <w:sz w:val="20"/>
        </w:rPr>
        <w:t xml:space="preserve">  comb hair                 →  saç taramak</w:t>
      </w:r>
    </w:p>
    <w:p>
      <w:pPr/>
      <w:r>
        <w:rPr>
          <w:rFonts w:ascii="Niramit" w:hAnsi="Niramit"/>
          <w:color w:val="666666"/>
          <w:sz w:val="20"/>
        </w:rPr>
        <w:t xml:space="preserve">  leave home                →  evden çıkmak</w:t>
      </w:r>
    </w:p>
    <w:p>
      <w:pPr/>
      <w:r>
        <w:rPr>
          <w:rFonts w:ascii="Niramit" w:hAnsi="Niramit"/>
          <w:color w:val="666666"/>
          <w:sz w:val="20"/>
        </w:rPr>
        <w:t xml:space="preserve">  start school              →  okul başlamak</w:t>
      </w:r>
    </w:p>
    <w:p>
      <w:pPr/>
      <w:r>
        <w:rPr>
          <w:rFonts w:ascii="Niramit" w:hAnsi="Niramit"/>
          <w:color w:val="666666"/>
          <w:sz w:val="20"/>
        </w:rPr>
        <w:t xml:space="preserve">  finish school             →  okul bitmek</w:t>
      </w:r>
    </w:p>
    <w:p>
      <w:pPr/>
      <w:r>
        <w:rPr>
          <w:rFonts w:ascii="Niramit" w:hAnsi="Niramit"/>
          <w:color w:val="666666"/>
          <w:sz w:val="20"/>
        </w:rPr>
        <w:t xml:space="preserve">  do exercise               →  egzersiz yapmak</w:t>
      </w:r>
    </w:p>
    <w:p>
      <w:pPr/>
    </w:p>
    <w:p>
      <w:pPr/>
      <w:r>
        <w:rPr>
          <w:rFonts w:ascii="Niramit" w:hAnsi="Niramit"/>
          <w:b/>
          <w:color w:val="336D5C"/>
          <w:sz w:val="22"/>
        </w:rPr>
        <w:t>2.2  Times (Saatler)</w:t>
      </w:r>
    </w:p>
    <w:p>
      <w:pPr/>
      <w:r>
        <w:rPr>
          <w:rFonts w:ascii="Niramit" w:hAnsi="Niramit"/>
          <w:color w:val="666666"/>
          <w:sz w:val="20"/>
        </w:rPr>
        <w:t xml:space="preserve">  o'clock                   →  saat (tam)</w:t>
      </w:r>
    </w:p>
    <w:p>
      <w:pPr/>
      <w:r>
        <w:rPr>
          <w:rFonts w:ascii="Niramit" w:hAnsi="Niramit"/>
          <w:color w:val="666666"/>
          <w:sz w:val="20"/>
        </w:rPr>
        <w:t xml:space="preserve">  half past                 →  buçuk</w:t>
      </w:r>
    </w:p>
    <w:p>
      <w:pPr/>
      <w:r>
        <w:rPr>
          <w:rFonts w:ascii="Niramit" w:hAnsi="Niramit"/>
          <w:color w:val="666666"/>
          <w:sz w:val="20"/>
        </w:rPr>
        <w:t xml:space="preserve">  quarter past              →  çeyrek geçe</w:t>
      </w:r>
    </w:p>
    <w:p>
      <w:pPr/>
      <w:r>
        <w:rPr>
          <w:rFonts w:ascii="Niramit" w:hAnsi="Niramit"/>
          <w:color w:val="666666"/>
          <w:sz w:val="20"/>
        </w:rPr>
        <w:t xml:space="preserve">  quarter to                →  çeyrek kala</w:t>
      </w:r>
    </w:p>
    <w:p>
      <w:pPr/>
      <w:r>
        <w:rPr>
          <w:rFonts w:ascii="Niramit" w:hAnsi="Niramit"/>
          <w:color w:val="666666"/>
          <w:sz w:val="20"/>
        </w:rPr>
        <w:t xml:space="preserve">  a.m.                      →  öğleden önce</w:t>
      </w:r>
    </w:p>
    <w:p>
      <w:pPr/>
      <w:r>
        <w:rPr>
          <w:rFonts w:ascii="Niramit" w:hAnsi="Niramit"/>
          <w:color w:val="666666"/>
          <w:sz w:val="20"/>
        </w:rPr>
        <w:t xml:space="preserve">  p.m.                      →  öğleden sonra</w:t>
      </w:r>
    </w:p>
    <w:p>
      <w:pPr/>
      <w:r>
        <w:rPr>
          <w:rFonts w:ascii="Niramit" w:hAnsi="Niramit"/>
          <w:color w:val="666666"/>
          <w:sz w:val="20"/>
        </w:rPr>
        <w:t xml:space="preserve">  noon / midday             →  öğle</w:t>
      </w:r>
    </w:p>
    <w:p>
      <w:pPr/>
      <w:r>
        <w:rPr>
          <w:rFonts w:ascii="Niramit" w:hAnsi="Niramit"/>
          <w:color w:val="666666"/>
          <w:sz w:val="20"/>
        </w:rPr>
        <w:t xml:space="preserve">  midnight                  →  gece yarısı</w:t>
      </w:r>
    </w:p>
    <w:p>
      <w:pPr/>
      <w:r>
        <w:rPr>
          <w:rFonts w:ascii="Niramit" w:hAnsi="Niramit"/>
          <w:color w:val="666666"/>
          <w:sz w:val="20"/>
        </w:rPr>
        <w:t xml:space="preserve">  morning                   →  sabah</w:t>
      </w:r>
    </w:p>
    <w:p>
      <w:pPr/>
      <w:r>
        <w:rPr>
          <w:rFonts w:ascii="Niramit" w:hAnsi="Niramit"/>
          <w:color w:val="666666"/>
          <w:sz w:val="20"/>
        </w:rPr>
        <w:t xml:space="preserve">  afternoon                 →  öğleden sonra</w:t>
      </w:r>
    </w:p>
    <w:p>
      <w:pPr/>
      <w:r>
        <w:rPr>
          <w:rFonts w:ascii="Niramit" w:hAnsi="Niramit"/>
          <w:color w:val="666666"/>
          <w:sz w:val="20"/>
        </w:rPr>
        <w:t xml:space="preserve">  evening                   →  akşam</w:t>
      </w:r>
    </w:p>
    <w:p>
      <w:pPr/>
      <w:r>
        <w:rPr>
          <w:rFonts w:ascii="Niramit" w:hAnsi="Niramit"/>
          <w:color w:val="666666"/>
          <w:sz w:val="20"/>
        </w:rPr>
        <w:t xml:space="preserve">  night                     →  gece</w:t>
      </w:r>
    </w:p>
    <w:p>
      <w:pPr/>
      <w:r>
        <w:rPr>
          <w:rFonts w:ascii="Niramit" w:hAnsi="Niramit"/>
          <w:color w:val="666666"/>
          <w:sz w:val="20"/>
        </w:rPr>
        <w:t xml:space="preserve">  early                     →  erken</w:t>
      </w:r>
    </w:p>
    <w:p>
      <w:pPr/>
      <w:r>
        <w:rPr>
          <w:rFonts w:ascii="Niramit" w:hAnsi="Niramit"/>
          <w:color w:val="666666"/>
          <w:sz w:val="20"/>
        </w:rPr>
        <w:t xml:space="preserve">  late                      →  geç</w:t>
      </w:r>
    </w:p>
    <w:p>
      <w:pPr/>
      <w:r>
        <w:rPr>
          <w:rFonts w:ascii="Niramit" w:hAnsi="Niramit"/>
          <w:color w:val="666666"/>
          <w:sz w:val="20"/>
        </w:rPr>
        <w:t xml:space="preserve">  exactly                   →  tam</w:t>
      </w:r>
    </w:p>
    <w:p>
      <w:pPr/>
    </w:p>
    <w:p>
      <w:pPr/>
      <w:r>
        <w:rPr>
          <w:rFonts w:ascii="Niramit" w:hAnsi="Niramit"/>
          <w:b/>
          <w:color w:val="336D5C"/>
          <w:sz w:val="22"/>
        </w:rPr>
        <w:t>2.3  Body Parts (Vücut Bölümleri)</w:t>
      </w:r>
    </w:p>
    <w:p>
      <w:pPr/>
      <w:r>
        <w:rPr>
          <w:rFonts w:ascii="Niramit" w:hAnsi="Niramit"/>
          <w:color w:val="666666"/>
          <w:sz w:val="20"/>
        </w:rPr>
        <w:t xml:space="preserve">  head                      →  baş</w:t>
      </w:r>
    </w:p>
    <w:p>
      <w:pPr/>
      <w:r>
        <w:rPr>
          <w:rFonts w:ascii="Niramit" w:hAnsi="Niramit"/>
          <w:color w:val="666666"/>
          <w:sz w:val="20"/>
        </w:rPr>
        <w:t xml:space="preserve">  hair                      →  saç</w:t>
      </w:r>
    </w:p>
    <w:p>
      <w:pPr/>
      <w:r>
        <w:rPr>
          <w:rFonts w:ascii="Niramit" w:hAnsi="Niramit"/>
          <w:color w:val="666666"/>
          <w:sz w:val="20"/>
        </w:rPr>
        <w:t xml:space="preserve">  face                      →  yüz</w:t>
      </w:r>
    </w:p>
    <w:p>
      <w:pPr/>
      <w:r>
        <w:rPr>
          <w:rFonts w:ascii="Niramit" w:hAnsi="Niramit"/>
          <w:color w:val="666666"/>
          <w:sz w:val="20"/>
        </w:rPr>
        <w:t xml:space="preserve">  eyes                      →  gözler</w:t>
      </w:r>
    </w:p>
    <w:p>
      <w:pPr/>
      <w:r>
        <w:rPr>
          <w:rFonts w:ascii="Niramit" w:hAnsi="Niramit"/>
          <w:color w:val="666666"/>
          <w:sz w:val="20"/>
        </w:rPr>
        <w:t xml:space="preserve">  ears                      →  kulaklar</w:t>
      </w:r>
    </w:p>
    <w:p>
      <w:pPr/>
      <w:r>
        <w:rPr>
          <w:rFonts w:ascii="Niramit" w:hAnsi="Niramit"/>
          <w:color w:val="666666"/>
          <w:sz w:val="20"/>
        </w:rPr>
        <w:t xml:space="preserve">  nose                      →  burun</w:t>
      </w:r>
    </w:p>
    <w:p>
      <w:pPr/>
      <w:r>
        <w:rPr>
          <w:rFonts w:ascii="Niramit" w:hAnsi="Niramit"/>
          <w:color w:val="666666"/>
          <w:sz w:val="20"/>
        </w:rPr>
        <w:t xml:space="preserve">  mouth                     →  ağız</w:t>
      </w:r>
    </w:p>
    <w:p>
      <w:pPr/>
      <w:r>
        <w:rPr>
          <w:rFonts w:ascii="Niramit" w:hAnsi="Niramit"/>
          <w:color w:val="666666"/>
          <w:sz w:val="20"/>
        </w:rPr>
        <w:t xml:space="preserve">  teeth                     →  dişler</w:t>
      </w:r>
    </w:p>
    <w:p>
      <w:pPr/>
      <w:r>
        <w:rPr>
          <w:rFonts w:ascii="Niramit" w:hAnsi="Niramit"/>
          <w:color w:val="666666"/>
          <w:sz w:val="20"/>
        </w:rPr>
        <w:t xml:space="preserve">  tongue                    →  dil</w:t>
      </w:r>
    </w:p>
    <w:p>
      <w:pPr/>
      <w:r>
        <w:rPr>
          <w:rFonts w:ascii="Niramit" w:hAnsi="Niramit"/>
          <w:color w:val="666666"/>
          <w:sz w:val="20"/>
        </w:rPr>
        <w:t xml:space="preserve">  neck                      →  boyun</w:t>
      </w:r>
    </w:p>
    <w:p>
      <w:pPr/>
      <w:r>
        <w:rPr>
          <w:rFonts w:ascii="Niramit" w:hAnsi="Niramit"/>
          <w:color w:val="666666"/>
          <w:sz w:val="20"/>
        </w:rPr>
        <w:t xml:space="preserve">  shoulders                 →  omuzlar</w:t>
      </w:r>
    </w:p>
    <w:p>
      <w:pPr/>
      <w:r>
        <w:rPr>
          <w:rFonts w:ascii="Niramit" w:hAnsi="Niramit"/>
          <w:color w:val="666666"/>
          <w:sz w:val="20"/>
        </w:rPr>
        <w:t xml:space="preserve">  arms                      →  kollar</w:t>
      </w:r>
    </w:p>
    <w:p>
      <w:pPr/>
      <w:r>
        <w:rPr>
          <w:rFonts w:ascii="Niramit" w:hAnsi="Niramit"/>
          <w:color w:val="666666"/>
          <w:sz w:val="20"/>
        </w:rPr>
        <w:t xml:space="preserve">  hands                     →  eller</w:t>
      </w:r>
    </w:p>
    <w:p>
      <w:pPr/>
      <w:r>
        <w:rPr>
          <w:rFonts w:ascii="Niramit" w:hAnsi="Niramit"/>
          <w:color w:val="666666"/>
          <w:sz w:val="20"/>
        </w:rPr>
        <w:t xml:space="preserve">  fingers                   →  parmaklar</w:t>
      </w:r>
    </w:p>
    <w:p>
      <w:pPr/>
      <w:r>
        <w:rPr>
          <w:rFonts w:ascii="Niramit" w:hAnsi="Niramit"/>
          <w:color w:val="666666"/>
          <w:sz w:val="20"/>
        </w:rPr>
        <w:t xml:space="preserve">  knees                     →  dizler</w:t>
      </w:r>
    </w:p>
    <w:p>
      <w:pPr/>
      <w:r>
        <w:rPr>
          <w:rFonts w:ascii="Niramit" w:hAnsi="Niramit"/>
          <w:color w:val="666666"/>
          <w:sz w:val="20"/>
        </w:rPr>
        <w:t xml:space="preserve">  legs                      →  bacaklar</w:t>
      </w:r>
    </w:p>
    <w:p>
      <w:pPr/>
      <w:r>
        <w:rPr>
          <w:rFonts w:ascii="Niramit" w:hAnsi="Niramit"/>
          <w:color w:val="666666"/>
          <w:sz w:val="20"/>
        </w:rPr>
        <w:t xml:space="preserve">  feet                      →  ayaklar</w:t>
      </w:r>
    </w:p>
    <w:p>
      <w:pPr/>
      <w:r>
        <w:rPr>
          <w:rFonts w:ascii="Niramit" w:hAnsi="Niramit"/>
          <w:color w:val="666666"/>
          <w:sz w:val="20"/>
        </w:rPr>
        <w:t xml:space="preserve">  toes                      →  ayak parmakları</w:t>
      </w:r>
    </w:p>
    <w:p>
      <w:pPr/>
      <w:r>
        <w:rPr>
          <w:rFonts w:ascii="Niramit" w:hAnsi="Niramit"/>
          <w:color w:val="666666"/>
          <w:sz w:val="20"/>
        </w:rPr>
        <w:t xml:space="preserve">  back                      →  sırt</w:t>
      </w:r>
    </w:p>
    <w:p>
      <w:pPr/>
      <w:r>
        <w:rPr>
          <w:rFonts w:ascii="Niramit" w:hAnsi="Niramit"/>
          <w:color w:val="666666"/>
          <w:sz w:val="20"/>
        </w:rPr>
        <w:t xml:space="preserve">  stomach                   →  karın / mide</w:t>
      </w:r>
    </w:p>
    <w:p>
      <w:pPr/>
    </w:p>
    <w:p>
      <w:pPr/>
      <w:r>
        <w:rPr>
          <w:rFonts w:ascii="Niramit" w:hAnsi="Niramit"/>
          <w:color w:val="222222"/>
          <w:sz w:val="21"/>
        </w:rPr>
        <w:t>Toplam: 28 günlük rutin + 15 zaman + 20 vücut bölümü = 63 kelime</w:t>
      </w:r>
    </w:p>
    <w:p>
      <w:r>
        <w:br w:type="page"/>
      </w:r>
    </w:p>
    <w:p>
      <w:pPr/>
      <w:r>
        <w:rPr>
          <w:rFonts w:ascii="Niramit" w:hAnsi="Niramit"/>
          <w:b/>
          <w:color w:val="1A559E"/>
          <w:sz w:val="26"/>
        </w:rPr>
        <w:t>DENEME 1 — KOLAY</w:t>
      </w:r>
    </w:p>
    <w:p>
      <w:pPr>
        <w:jc w:val="center"/>
      </w:pPr>
      <w:r>
        <w:rPr>
          <w:rFonts w:ascii="Niramit" w:hAnsi="Niramit"/>
          <w:color w:val="666666"/>
          <w:sz w:val="20"/>
        </w:rPr>
        <w:t>15 Soru  |  Süre: 20 Dakika  |  Kapsam: Unit 1 Temel</w:t>
      </w:r>
    </w:p>
    <w:p>
      <w:pPr/>
    </w:p>
    <w:p>
      <w:pPr/>
      <w:r>
        <w:rPr>
          <w:rFonts w:ascii="Niramit" w:hAnsi="Niramit"/>
          <w:b/>
          <w:color w:val="222222"/>
          <w:sz w:val="22"/>
        </w:rPr>
        <w:t>1. I _______ 10 years old.</w:t>
      </w:r>
    </w:p>
    <w:p>
      <w:pPr/>
      <w:r>
        <w:rPr>
          <w:rFonts w:ascii="Niramit" w:hAnsi="Niramit"/>
          <w:color w:val="222222"/>
          <w:sz w:val="21"/>
        </w:rPr>
        <w:t>A) is</w:t>
      </w:r>
    </w:p>
    <w:p>
      <w:pPr/>
      <w:r>
        <w:rPr>
          <w:rFonts w:ascii="Niramit" w:hAnsi="Niramit"/>
          <w:color w:val="222222"/>
          <w:sz w:val="21"/>
        </w:rPr>
        <w:t>B) are</w:t>
      </w:r>
    </w:p>
    <w:p>
      <w:pPr/>
      <w:r>
        <w:rPr>
          <w:rFonts w:ascii="Niramit" w:hAnsi="Niramit"/>
          <w:color w:val="222222"/>
          <w:sz w:val="21"/>
        </w:rPr>
        <w:t>C) am</w:t>
      </w:r>
    </w:p>
    <w:p>
      <w:pPr/>
      <w:r>
        <w:rPr>
          <w:rFonts w:ascii="Niramit" w:hAnsi="Niramit"/>
          <w:color w:val="222222"/>
          <w:sz w:val="21"/>
        </w:rPr>
        <w:t>D) be</w:t>
      </w:r>
    </w:p>
    <w:p>
      <w:pPr/>
    </w:p>
    <w:p>
      <w:pPr/>
      <w:r>
        <w:rPr>
          <w:rFonts w:ascii="Niramit" w:hAnsi="Niramit"/>
          <w:b/>
          <w:color w:val="222222"/>
          <w:sz w:val="22"/>
        </w:rPr>
        <w:t>2. She _______ a student.</w:t>
      </w:r>
    </w:p>
    <w:p>
      <w:pPr/>
      <w:r>
        <w:rPr>
          <w:rFonts w:ascii="Niramit" w:hAnsi="Niramit"/>
          <w:color w:val="222222"/>
          <w:sz w:val="21"/>
        </w:rPr>
        <w:t>A) is</w:t>
      </w:r>
    </w:p>
    <w:p>
      <w:pPr/>
      <w:r>
        <w:rPr>
          <w:rFonts w:ascii="Niramit" w:hAnsi="Niramit"/>
          <w:color w:val="222222"/>
          <w:sz w:val="21"/>
        </w:rPr>
        <w:t>B) am</w:t>
      </w:r>
    </w:p>
    <w:p>
      <w:pPr/>
      <w:r>
        <w:rPr>
          <w:rFonts w:ascii="Niramit" w:hAnsi="Niramit"/>
          <w:color w:val="222222"/>
          <w:sz w:val="21"/>
        </w:rPr>
        <w:t>C) are</w:t>
      </w:r>
    </w:p>
    <w:p>
      <w:pPr/>
      <w:r>
        <w:rPr>
          <w:rFonts w:ascii="Niramit" w:hAnsi="Niramit"/>
          <w:color w:val="222222"/>
          <w:sz w:val="21"/>
        </w:rPr>
        <w:t>D) be</w:t>
      </w:r>
    </w:p>
    <w:p>
      <w:pPr/>
    </w:p>
    <w:p>
      <w:pPr/>
      <w:r>
        <w:rPr>
          <w:rFonts w:ascii="Niramit" w:hAnsi="Niramit"/>
          <w:b/>
          <w:color w:val="222222"/>
          <w:sz w:val="22"/>
        </w:rPr>
        <w:t>3. We _______ friends.</w:t>
      </w:r>
    </w:p>
    <w:p>
      <w:pPr/>
      <w:r>
        <w:rPr>
          <w:rFonts w:ascii="Niramit" w:hAnsi="Niramit"/>
          <w:color w:val="222222"/>
          <w:sz w:val="21"/>
        </w:rPr>
        <w:t>A) am</w:t>
      </w:r>
    </w:p>
    <w:p>
      <w:pPr/>
      <w:r>
        <w:rPr>
          <w:rFonts w:ascii="Niramit" w:hAnsi="Niramit"/>
          <w:color w:val="222222"/>
          <w:sz w:val="21"/>
        </w:rPr>
        <w:t>B) is</w:t>
      </w:r>
    </w:p>
    <w:p>
      <w:pPr/>
      <w:r>
        <w:rPr>
          <w:rFonts w:ascii="Niramit" w:hAnsi="Niramit"/>
          <w:color w:val="222222"/>
          <w:sz w:val="21"/>
        </w:rPr>
        <w:t>C) be</w:t>
      </w:r>
    </w:p>
    <w:p>
      <w:pPr/>
      <w:r>
        <w:rPr>
          <w:rFonts w:ascii="Niramit" w:hAnsi="Niramit"/>
          <w:color w:val="222222"/>
          <w:sz w:val="21"/>
        </w:rPr>
        <w:t>D) are</w:t>
      </w:r>
    </w:p>
    <w:p>
      <w:pPr/>
    </w:p>
    <w:p>
      <w:pPr/>
      <w:r>
        <w:rPr>
          <w:rFonts w:ascii="Niramit" w:hAnsi="Niramit"/>
          <w:b/>
          <w:color w:val="222222"/>
          <w:sz w:val="22"/>
        </w:rPr>
        <w:t>4. A: What time is it?</w:t>
        <w:br/>
        <w:t xml:space="preserve"> B: It is quarter _______ eight. (8:15)</w:t>
      </w:r>
    </w:p>
    <w:p>
      <w:pPr/>
      <w:r>
        <w:rPr>
          <w:rFonts w:ascii="Niramit" w:hAnsi="Niramit"/>
          <w:color w:val="222222"/>
          <w:sz w:val="21"/>
        </w:rPr>
        <w:t>A) to</w:t>
      </w:r>
    </w:p>
    <w:p>
      <w:pPr/>
      <w:r>
        <w:rPr>
          <w:rFonts w:ascii="Niramit" w:hAnsi="Niramit"/>
          <w:color w:val="222222"/>
          <w:sz w:val="21"/>
        </w:rPr>
        <w:t>B) past</w:t>
      </w:r>
    </w:p>
    <w:p>
      <w:pPr/>
      <w:r>
        <w:rPr>
          <w:rFonts w:ascii="Niramit" w:hAnsi="Niramit"/>
          <w:color w:val="222222"/>
          <w:sz w:val="21"/>
        </w:rPr>
        <w:t>C) after</w:t>
      </w:r>
    </w:p>
    <w:p>
      <w:pPr/>
      <w:r>
        <w:rPr>
          <w:rFonts w:ascii="Niramit" w:hAnsi="Niramit"/>
          <w:color w:val="222222"/>
          <w:sz w:val="21"/>
        </w:rPr>
        <w:t>D) before</w:t>
      </w:r>
    </w:p>
    <w:p>
      <w:pPr/>
    </w:p>
    <w:p>
      <w:pPr/>
      <w:r>
        <w:rPr>
          <w:rFonts w:ascii="Niramit" w:hAnsi="Niramit"/>
          <w:b/>
          <w:color w:val="222222"/>
          <w:sz w:val="22"/>
        </w:rPr>
        <w:t>5. I wake up _______ 7 o'clock.</w:t>
      </w:r>
    </w:p>
    <w:p>
      <w:pPr/>
      <w:r>
        <w:rPr>
          <w:rFonts w:ascii="Niramit" w:hAnsi="Niramit"/>
          <w:color w:val="222222"/>
          <w:sz w:val="21"/>
        </w:rPr>
        <w:t>A) in</w:t>
      </w:r>
    </w:p>
    <w:p>
      <w:pPr/>
      <w:r>
        <w:rPr>
          <w:rFonts w:ascii="Niramit" w:hAnsi="Niramit"/>
          <w:color w:val="222222"/>
          <w:sz w:val="21"/>
        </w:rPr>
        <w:t>B) on</w:t>
      </w:r>
    </w:p>
    <w:p>
      <w:pPr/>
      <w:r>
        <w:rPr>
          <w:rFonts w:ascii="Niramit" w:hAnsi="Niramit"/>
          <w:color w:val="222222"/>
          <w:sz w:val="21"/>
        </w:rPr>
        <w:t>C) to</w:t>
      </w:r>
    </w:p>
    <w:p>
      <w:pPr/>
      <w:r>
        <w:rPr>
          <w:rFonts w:ascii="Niramit" w:hAnsi="Niramit"/>
          <w:color w:val="222222"/>
          <w:sz w:val="21"/>
        </w:rPr>
        <w:t>D) at</w:t>
      </w:r>
    </w:p>
    <w:p>
      <w:pPr/>
    </w:p>
    <w:p>
      <w:pPr/>
      <w:r>
        <w:rPr>
          <w:rFonts w:ascii="Niramit" w:hAnsi="Niramit"/>
          <w:b/>
          <w:color w:val="222222"/>
          <w:sz w:val="22"/>
        </w:rPr>
        <w:t>6. A: Are you a student?</w:t>
        <w:br/>
        <w:t xml:space="preserve"> B: Yes, _______ .</w:t>
      </w:r>
    </w:p>
    <w:p>
      <w:pPr/>
      <w:r>
        <w:rPr>
          <w:rFonts w:ascii="Niramit" w:hAnsi="Niramit"/>
          <w:color w:val="222222"/>
          <w:sz w:val="21"/>
        </w:rPr>
        <w:t>A) you are</w:t>
      </w:r>
    </w:p>
    <w:p>
      <w:pPr/>
      <w:r>
        <w:rPr>
          <w:rFonts w:ascii="Niramit" w:hAnsi="Niramit"/>
          <w:color w:val="222222"/>
          <w:sz w:val="21"/>
        </w:rPr>
        <w:t>B) I am</w:t>
      </w:r>
    </w:p>
    <w:p>
      <w:pPr/>
      <w:r>
        <w:rPr>
          <w:rFonts w:ascii="Niramit" w:hAnsi="Niramit"/>
          <w:color w:val="222222"/>
          <w:sz w:val="21"/>
        </w:rPr>
        <w:t>C) you're</w:t>
      </w:r>
    </w:p>
    <w:p>
      <w:pPr/>
      <w:r>
        <w:rPr>
          <w:rFonts w:ascii="Niramit" w:hAnsi="Niramit"/>
          <w:color w:val="222222"/>
          <w:sz w:val="21"/>
        </w:rPr>
        <w:t>D) I'm</w:t>
      </w:r>
    </w:p>
    <w:p>
      <w:pPr/>
    </w:p>
    <w:p>
      <w:pPr/>
      <w:r>
        <w:rPr>
          <w:rFonts w:ascii="Niramit" w:hAnsi="Niramit"/>
          <w:b/>
          <w:color w:val="222222"/>
          <w:sz w:val="22"/>
        </w:rPr>
        <w:t>7. My sister is very kind. I love _______ .</w:t>
      </w:r>
    </w:p>
    <w:p>
      <w:pPr/>
      <w:r>
        <w:rPr>
          <w:rFonts w:ascii="Niramit" w:hAnsi="Niramit"/>
          <w:color w:val="222222"/>
          <w:sz w:val="21"/>
        </w:rPr>
        <w:t>A) she</w:t>
      </w:r>
    </w:p>
    <w:p>
      <w:pPr/>
      <w:r>
        <w:rPr>
          <w:rFonts w:ascii="Niramit" w:hAnsi="Niramit"/>
          <w:color w:val="222222"/>
          <w:sz w:val="21"/>
        </w:rPr>
        <w:t>B) him</w:t>
      </w:r>
    </w:p>
    <w:p>
      <w:pPr/>
      <w:r>
        <w:rPr>
          <w:rFonts w:ascii="Niramit" w:hAnsi="Niramit"/>
          <w:color w:val="222222"/>
          <w:sz w:val="21"/>
        </w:rPr>
        <w:t>C) her</w:t>
      </w:r>
    </w:p>
    <w:p>
      <w:pPr/>
      <w:r>
        <w:rPr>
          <w:rFonts w:ascii="Niramit" w:hAnsi="Niramit"/>
          <w:color w:val="222222"/>
          <w:sz w:val="21"/>
        </w:rPr>
        <w:t>D) he</w:t>
      </w:r>
    </w:p>
    <w:p>
      <w:pPr/>
    </w:p>
    <w:p>
      <w:pPr/>
      <w:r>
        <w:rPr>
          <w:rFonts w:ascii="Niramit" w:hAnsi="Niramit"/>
          <w:b/>
          <w:color w:val="222222"/>
          <w:sz w:val="22"/>
        </w:rPr>
        <w:t>8. A: _______ are you late for school?</w:t>
        <w:br/>
        <w:t xml:space="preserve"> B: Because I wake up late.</w:t>
      </w:r>
    </w:p>
    <w:p>
      <w:pPr/>
      <w:r>
        <w:rPr>
          <w:rFonts w:ascii="Niramit" w:hAnsi="Niramit"/>
          <w:color w:val="222222"/>
          <w:sz w:val="21"/>
        </w:rPr>
        <w:t>A) Why</w:t>
      </w:r>
    </w:p>
    <w:p>
      <w:pPr/>
      <w:r>
        <w:rPr>
          <w:rFonts w:ascii="Niramit" w:hAnsi="Niramit"/>
          <w:color w:val="222222"/>
          <w:sz w:val="21"/>
        </w:rPr>
        <w:t>B) When</w:t>
      </w:r>
    </w:p>
    <w:p>
      <w:pPr/>
      <w:r>
        <w:rPr>
          <w:rFonts w:ascii="Niramit" w:hAnsi="Niramit"/>
          <w:color w:val="222222"/>
          <w:sz w:val="21"/>
        </w:rPr>
        <w:t>C) What</w:t>
      </w:r>
    </w:p>
    <w:p>
      <w:pPr/>
      <w:r>
        <w:rPr>
          <w:rFonts w:ascii="Niramit" w:hAnsi="Niramit"/>
          <w:color w:val="222222"/>
          <w:sz w:val="21"/>
        </w:rPr>
        <w:t>D) Where</w:t>
      </w:r>
    </w:p>
    <w:p>
      <w:pPr/>
    </w:p>
    <w:p>
      <w:pPr/>
      <w:r>
        <w:rPr>
          <w:rFonts w:ascii="Niramit" w:hAnsi="Niramit"/>
          <w:b/>
          <w:color w:val="222222"/>
          <w:sz w:val="22"/>
        </w:rPr>
        <w:t>9. A: Is your father at home?</w:t>
        <w:br/>
        <w:t xml:space="preserve"> B: No, _______ . He is at work.</w:t>
      </w:r>
    </w:p>
    <w:p>
      <w:pPr/>
      <w:r>
        <w:rPr>
          <w:rFonts w:ascii="Niramit" w:hAnsi="Niramit"/>
          <w:color w:val="222222"/>
          <w:sz w:val="21"/>
        </w:rPr>
        <w:t>A) he is</w:t>
      </w:r>
    </w:p>
    <w:p>
      <w:pPr/>
      <w:r>
        <w:rPr>
          <w:rFonts w:ascii="Niramit" w:hAnsi="Niramit"/>
          <w:color w:val="222222"/>
          <w:sz w:val="21"/>
        </w:rPr>
        <w:t>B) he isn't</w:t>
      </w:r>
    </w:p>
    <w:p>
      <w:pPr/>
      <w:r>
        <w:rPr>
          <w:rFonts w:ascii="Niramit" w:hAnsi="Niramit"/>
          <w:color w:val="222222"/>
          <w:sz w:val="21"/>
        </w:rPr>
        <w:t>C) she isn't</w:t>
      </w:r>
    </w:p>
    <w:p>
      <w:pPr/>
      <w:r>
        <w:rPr>
          <w:rFonts w:ascii="Niramit" w:hAnsi="Niramit"/>
          <w:color w:val="222222"/>
          <w:sz w:val="21"/>
        </w:rPr>
        <w:t>D) it isn't</w:t>
      </w:r>
    </w:p>
    <w:p>
      <w:pPr/>
    </w:p>
    <w:p>
      <w:pPr/>
      <w:r>
        <w:rPr>
          <w:rFonts w:ascii="Niramit" w:hAnsi="Niramit"/>
          <w:b/>
          <w:color w:val="222222"/>
          <w:sz w:val="22"/>
        </w:rPr>
        <w:t>10. I _______ my teeth before breakfast.</w:t>
      </w:r>
    </w:p>
    <w:p>
      <w:pPr/>
      <w:r>
        <w:rPr>
          <w:rFonts w:ascii="Niramit" w:hAnsi="Niramit"/>
          <w:color w:val="222222"/>
          <w:sz w:val="21"/>
        </w:rPr>
        <w:t>A) brush</w:t>
      </w:r>
    </w:p>
    <w:p>
      <w:pPr/>
      <w:r>
        <w:rPr>
          <w:rFonts w:ascii="Niramit" w:hAnsi="Niramit"/>
          <w:color w:val="222222"/>
          <w:sz w:val="21"/>
        </w:rPr>
        <w:t>B) take</w:t>
      </w:r>
    </w:p>
    <w:p>
      <w:pPr/>
      <w:r>
        <w:rPr>
          <w:rFonts w:ascii="Niramit" w:hAnsi="Niramit"/>
          <w:color w:val="222222"/>
          <w:sz w:val="21"/>
        </w:rPr>
        <w:t>C) go</w:t>
      </w:r>
    </w:p>
    <w:p>
      <w:pPr/>
      <w:r>
        <w:rPr>
          <w:rFonts w:ascii="Niramit" w:hAnsi="Niramit"/>
          <w:color w:val="222222"/>
          <w:sz w:val="21"/>
        </w:rPr>
        <w:t>D) have</w:t>
      </w:r>
    </w:p>
    <w:p>
      <w:pPr/>
    </w:p>
    <w:p>
      <w:pPr/>
      <w:r>
        <w:rPr>
          <w:rFonts w:ascii="Niramit" w:hAnsi="Niramit"/>
          <w:b/>
          <w:color w:val="222222"/>
          <w:sz w:val="22"/>
        </w:rPr>
        <w:t>11. A: _______ your friends at the park?</w:t>
        <w:br/>
        <w:t xml:space="preserve"> B: Yes, they are.</w:t>
      </w:r>
    </w:p>
    <w:p>
      <w:pPr/>
      <w:r>
        <w:rPr>
          <w:rFonts w:ascii="Niramit" w:hAnsi="Niramit"/>
          <w:color w:val="222222"/>
          <w:sz w:val="21"/>
        </w:rPr>
        <w:t>A) Is</w:t>
      </w:r>
    </w:p>
    <w:p>
      <w:pPr/>
      <w:r>
        <w:rPr>
          <w:rFonts w:ascii="Niramit" w:hAnsi="Niramit"/>
          <w:color w:val="222222"/>
          <w:sz w:val="21"/>
        </w:rPr>
        <w:t>B) Am</w:t>
      </w:r>
    </w:p>
    <w:p>
      <w:pPr/>
      <w:r>
        <w:rPr>
          <w:rFonts w:ascii="Niramit" w:hAnsi="Niramit"/>
          <w:color w:val="222222"/>
          <w:sz w:val="21"/>
        </w:rPr>
        <w:t>C) Are</w:t>
      </w:r>
    </w:p>
    <w:p>
      <w:pPr/>
      <w:r>
        <w:rPr>
          <w:rFonts w:ascii="Niramit" w:hAnsi="Niramit"/>
          <w:color w:val="222222"/>
          <w:sz w:val="21"/>
        </w:rPr>
        <w:t>D) Be</w:t>
      </w:r>
    </w:p>
    <w:p>
      <w:pPr/>
    </w:p>
    <w:p>
      <w:pPr/>
      <w:r>
        <w:rPr>
          <w:rFonts w:ascii="Niramit" w:hAnsi="Niramit"/>
          <w:b/>
          <w:color w:val="222222"/>
          <w:sz w:val="22"/>
        </w:rPr>
        <w:t>12. It is _______ past seven. (7:30)</w:t>
      </w:r>
    </w:p>
    <w:p>
      <w:pPr/>
      <w:r>
        <w:rPr>
          <w:rFonts w:ascii="Niramit" w:hAnsi="Niramit"/>
          <w:color w:val="222222"/>
          <w:sz w:val="21"/>
        </w:rPr>
        <w:t>A) quarter</w:t>
      </w:r>
    </w:p>
    <w:p>
      <w:pPr/>
      <w:r>
        <w:rPr>
          <w:rFonts w:ascii="Niramit" w:hAnsi="Niramit"/>
          <w:color w:val="222222"/>
          <w:sz w:val="21"/>
        </w:rPr>
        <w:t>B) o'clock</w:t>
      </w:r>
    </w:p>
    <w:p>
      <w:pPr/>
      <w:r>
        <w:rPr>
          <w:rFonts w:ascii="Niramit" w:hAnsi="Niramit"/>
          <w:color w:val="222222"/>
          <w:sz w:val="21"/>
        </w:rPr>
        <w:t>C) full</w:t>
      </w:r>
    </w:p>
    <w:p>
      <w:pPr/>
      <w:r>
        <w:rPr>
          <w:rFonts w:ascii="Niramit" w:hAnsi="Niramit"/>
          <w:color w:val="222222"/>
          <w:sz w:val="21"/>
        </w:rPr>
        <w:t>D) half</w:t>
      </w:r>
    </w:p>
    <w:p>
      <w:pPr/>
    </w:p>
    <w:p>
      <w:pPr/>
      <w:r>
        <w:rPr>
          <w:rFonts w:ascii="Niramit" w:hAnsi="Niramit"/>
          <w:b/>
          <w:color w:val="222222"/>
          <w:sz w:val="22"/>
        </w:rPr>
        <w:t>13. There are two bags on the desk. _______ one is yours?</w:t>
      </w:r>
    </w:p>
    <w:p>
      <w:pPr/>
      <w:r>
        <w:rPr>
          <w:rFonts w:ascii="Niramit" w:hAnsi="Niramit"/>
          <w:color w:val="222222"/>
          <w:sz w:val="21"/>
        </w:rPr>
        <w:t>A) Who</w:t>
      </w:r>
    </w:p>
    <w:p>
      <w:pPr/>
      <w:r>
        <w:rPr>
          <w:rFonts w:ascii="Niramit" w:hAnsi="Niramit"/>
          <w:color w:val="222222"/>
          <w:sz w:val="21"/>
        </w:rPr>
        <w:t>B) Where</w:t>
      </w:r>
    </w:p>
    <w:p>
      <w:pPr/>
      <w:r>
        <w:rPr>
          <w:rFonts w:ascii="Niramit" w:hAnsi="Niramit"/>
          <w:color w:val="222222"/>
          <w:sz w:val="21"/>
        </w:rPr>
        <w:t>C) Which</w:t>
      </w:r>
    </w:p>
    <w:p>
      <w:pPr/>
      <w:r>
        <w:rPr>
          <w:rFonts w:ascii="Niramit" w:hAnsi="Niramit"/>
          <w:color w:val="222222"/>
          <w:sz w:val="21"/>
        </w:rPr>
        <w:t>D) Why</w:t>
      </w:r>
    </w:p>
    <w:p>
      <w:pPr/>
    </w:p>
    <w:p>
      <w:pPr/>
      <w:r>
        <w:rPr>
          <w:rFonts w:ascii="Niramit" w:hAnsi="Niramit"/>
          <w:b/>
          <w:color w:val="222222"/>
          <w:sz w:val="22"/>
        </w:rPr>
        <w:t>14. I do my homework _______ school.</w:t>
      </w:r>
    </w:p>
    <w:p>
      <w:pPr/>
      <w:r>
        <w:rPr>
          <w:rFonts w:ascii="Niramit" w:hAnsi="Niramit"/>
          <w:color w:val="222222"/>
          <w:sz w:val="21"/>
        </w:rPr>
        <w:t>A) after</w:t>
      </w:r>
    </w:p>
    <w:p>
      <w:pPr/>
      <w:r>
        <w:rPr>
          <w:rFonts w:ascii="Niramit" w:hAnsi="Niramit"/>
          <w:color w:val="222222"/>
          <w:sz w:val="21"/>
        </w:rPr>
        <w:t>B) at</w:t>
      </w:r>
    </w:p>
    <w:p>
      <w:pPr/>
      <w:r>
        <w:rPr>
          <w:rFonts w:ascii="Niramit" w:hAnsi="Niramit"/>
          <w:color w:val="222222"/>
          <w:sz w:val="21"/>
        </w:rPr>
        <w:t>C) in</w:t>
      </w:r>
    </w:p>
    <w:p>
      <w:pPr/>
      <w:r>
        <w:rPr>
          <w:rFonts w:ascii="Niramit" w:hAnsi="Niramit"/>
          <w:color w:val="222222"/>
          <w:sz w:val="21"/>
        </w:rPr>
        <w:t>D) before</w:t>
      </w:r>
    </w:p>
    <w:p>
      <w:pPr/>
    </w:p>
    <w:p>
      <w:pPr/>
      <w:r>
        <w:rPr>
          <w:rFonts w:ascii="Niramit" w:hAnsi="Niramit"/>
          <w:b/>
          <w:color w:val="222222"/>
          <w:sz w:val="22"/>
        </w:rPr>
        <w:t>15. A: Give this book to Ali.</w:t>
        <w:br/>
        <w:t xml:space="preserve"> B: OK. I give it to _______ .</w:t>
      </w:r>
    </w:p>
    <w:p>
      <w:pPr/>
      <w:r>
        <w:rPr>
          <w:rFonts w:ascii="Niramit" w:hAnsi="Niramit"/>
          <w:color w:val="222222"/>
          <w:sz w:val="21"/>
        </w:rPr>
        <w:t>A) he</w:t>
      </w:r>
    </w:p>
    <w:p>
      <w:pPr/>
      <w:r>
        <w:rPr>
          <w:rFonts w:ascii="Niramit" w:hAnsi="Niramit"/>
          <w:color w:val="222222"/>
          <w:sz w:val="21"/>
        </w:rPr>
        <w:t>B) him</w:t>
      </w:r>
    </w:p>
    <w:p>
      <w:pPr/>
      <w:r>
        <w:rPr>
          <w:rFonts w:ascii="Niramit" w:hAnsi="Niramit"/>
          <w:color w:val="222222"/>
          <w:sz w:val="21"/>
        </w:rPr>
        <w:t>C) his</w:t>
      </w:r>
    </w:p>
    <w:p>
      <w:pPr/>
      <w:r>
        <w:rPr>
          <w:rFonts w:ascii="Niramit" w:hAnsi="Niramit"/>
          <w:color w:val="222222"/>
          <w:sz w:val="21"/>
        </w:rPr>
        <w:t>D) she</w:t>
      </w:r>
    </w:p>
    <w:p>
      <w:r>
        <w:br w:type="page"/>
      </w:r>
    </w:p>
    <w:p>
      <w:pPr/>
      <w:r>
        <w:rPr>
          <w:rFonts w:ascii="Niramit" w:hAnsi="Niramit"/>
          <w:b/>
          <w:color w:val="1A559E"/>
          <w:sz w:val="26"/>
        </w:rPr>
        <w:t>DENEME 2 — ORTA</w:t>
      </w:r>
    </w:p>
    <w:p>
      <w:pPr>
        <w:jc w:val="center"/>
      </w:pPr>
      <w:r>
        <w:rPr>
          <w:rFonts w:ascii="Niramit" w:hAnsi="Niramit"/>
          <w:color w:val="666666"/>
          <w:sz w:val="20"/>
        </w:rPr>
        <w:t>15 Soru  |  Süre: 20 Dakika  |  Kapsam: Unit 1 Orta Düzey</w:t>
      </w:r>
    </w:p>
    <w:p>
      <w:pPr/>
    </w:p>
    <w:p>
      <w:pPr/>
      <w:r>
        <w:rPr>
          <w:rFonts w:ascii="Niramit" w:hAnsi="Niramit"/>
          <w:b/>
          <w:color w:val="222222"/>
          <w:sz w:val="22"/>
        </w:rPr>
        <w:t>1. A: Is your sister at home?</w:t>
        <w:br/>
        <w:t xml:space="preserve"> B: No, she _______ . She is at school.</w:t>
      </w:r>
    </w:p>
    <w:p>
      <w:pPr/>
      <w:r>
        <w:rPr>
          <w:rFonts w:ascii="Niramit" w:hAnsi="Niramit"/>
          <w:color w:val="222222"/>
          <w:sz w:val="21"/>
        </w:rPr>
        <w:t>A) is</w:t>
      </w:r>
    </w:p>
    <w:p>
      <w:pPr/>
      <w:r>
        <w:rPr>
          <w:rFonts w:ascii="Niramit" w:hAnsi="Niramit"/>
          <w:color w:val="222222"/>
          <w:sz w:val="21"/>
        </w:rPr>
        <w:t>B) aren't</w:t>
      </w:r>
    </w:p>
    <w:p>
      <w:pPr/>
      <w:r>
        <w:rPr>
          <w:rFonts w:ascii="Niramit" w:hAnsi="Niramit"/>
          <w:color w:val="222222"/>
          <w:sz w:val="21"/>
        </w:rPr>
        <w:t>C) isn't</w:t>
      </w:r>
    </w:p>
    <w:p>
      <w:pPr/>
      <w:r>
        <w:rPr>
          <w:rFonts w:ascii="Niramit" w:hAnsi="Niramit"/>
          <w:color w:val="222222"/>
          <w:sz w:val="21"/>
        </w:rPr>
        <w:t>D) am not</w:t>
      </w:r>
    </w:p>
    <w:p>
      <w:pPr/>
    </w:p>
    <w:p>
      <w:pPr/>
      <w:r>
        <w:rPr>
          <w:rFonts w:ascii="Niramit" w:hAnsi="Niramit"/>
          <w:b/>
          <w:color w:val="222222"/>
          <w:sz w:val="22"/>
        </w:rPr>
        <w:t>2. My brother and I _______ in the garden.</w:t>
      </w:r>
    </w:p>
    <w:p>
      <w:pPr/>
      <w:r>
        <w:rPr>
          <w:rFonts w:ascii="Niramit" w:hAnsi="Niramit"/>
          <w:color w:val="222222"/>
          <w:sz w:val="21"/>
        </w:rPr>
        <w:t>A) am</w:t>
      </w:r>
    </w:p>
    <w:p>
      <w:pPr/>
      <w:r>
        <w:rPr>
          <w:rFonts w:ascii="Niramit" w:hAnsi="Niramit"/>
          <w:color w:val="222222"/>
          <w:sz w:val="21"/>
        </w:rPr>
        <w:t>B) is</w:t>
      </w:r>
    </w:p>
    <w:p>
      <w:pPr/>
      <w:r>
        <w:rPr>
          <w:rFonts w:ascii="Niramit" w:hAnsi="Niramit"/>
          <w:color w:val="222222"/>
          <w:sz w:val="21"/>
        </w:rPr>
        <w:t>C) be</w:t>
      </w:r>
    </w:p>
    <w:p>
      <w:pPr/>
      <w:r>
        <w:rPr>
          <w:rFonts w:ascii="Niramit" w:hAnsi="Niramit"/>
          <w:color w:val="222222"/>
          <w:sz w:val="21"/>
        </w:rPr>
        <w:t>D) are</w:t>
      </w:r>
    </w:p>
    <w:p>
      <w:pPr/>
    </w:p>
    <w:p>
      <w:pPr/>
      <w:r>
        <w:rPr>
          <w:rFonts w:ascii="Niramit" w:hAnsi="Niramit"/>
          <w:b/>
          <w:color w:val="222222"/>
          <w:sz w:val="22"/>
        </w:rPr>
        <w:t>3. Look at _______ ! He is climbing the tree.</w:t>
      </w:r>
    </w:p>
    <w:p>
      <w:pPr/>
      <w:r>
        <w:rPr>
          <w:rFonts w:ascii="Niramit" w:hAnsi="Niramit"/>
          <w:color w:val="222222"/>
          <w:sz w:val="21"/>
        </w:rPr>
        <w:t>A) him</w:t>
      </w:r>
    </w:p>
    <w:p>
      <w:pPr/>
      <w:r>
        <w:rPr>
          <w:rFonts w:ascii="Niramit" w:hAnsi="Niramit"/>
          <w:color w:val="222222"/>
          <w:sz w:val="21"/>
        </w:rPr>
        <w:t>B) he</w:t>
      </w:r>
    </w:p>
    <w:p>
      <w:pPr/>
      <w:r>
        <w:rPr>
          <w:rFonts w:ascii="Niramit" w:hAnsi="Niramit"/>
          <w:color w:val="222222"/>
          <w:sz w:val="21"/>
        </w:rPr>
        <w:t>C) his</w:t>
      </w:r>
    </w:p>
    <w:p>
      <w:pPr/>
      <w:r>
        <w:rPr>
          <w:rFonts w:ascii="Niramit" w:hAnsi="Niramit"/>
          <w:color w:val="222222"/>
          <w:sz w:val="21"/>
        </w:rPr>
        <w:t>D) she</w:t>
      </w:r>
    </w:p>
    <w:p>
      <w:pPr/>
    </w:p>
    <w:p>
      <w:pPr/>
      <w:r>
        <w:rPr>
          <w:rFonts w:ascii="Niramit" w:hAnsi="Niramit"/>
          <w:b/>
          <w:color w:val="222222"/>
          <w:sz w:val="22"/>
        </w:rPr>
        <w:t>4. A: _______ you ready for school?</w:t>
        <w:br/>
        <w:t xml:space="preserve"> B: Yes, I am.</w:t>
      </w:r>
    </w:p>
    <w:p>
      <w:pPr/>
      <w:r>
        <w:rPr>
          <w:rFonts w:ascii="Niramit" w:hAnsi="Niramit"/>
          <w:color w:val="222222"/>
          <w:sz w:val="21"/>
        </w:rPr>
        <w:t>A) Is</w:t>
      </w:r>
    </w:p>
    <w:p>
      <w:pPr/>
      <w:r>
        <w:rPr>
          <w:rFonts w:ascii="Niramit" w:hAnsi="Niramit"/>
          <w:color w:val="222222"/>
          <w:sz w:val="21"/>
        </w:rPr>
        <w:t>B) Are</w:t>
      </w:r>
    </w:p>
    <w:p>
      <w:pPr/>
      <w:r>
        <w:rPr>
          <w:rFonts w:ascii="Niramit" w:hAnsi="Niramit"/>
          <w:color w:val="222222"/>
          <w:sz w:val="21"/>
        </w:rPr>
        <w:t>C) Am</w:t>
      </w:r>
    </w:p>
    <w:p>
      <w:pPr/>
      <w:r>
        <w:rPr>
          <w:rFonts w:ascii="Niramit" w:hAnsi="Niramit"/>
          <w:color w:val="222222"/>
          <w:sz w:val="21"/>
        </w:rPr>
        <w:t>D) Be</w:t>
      </w:r>
    </w:p>
    <w:p>
      <w:pPr/>
    </w:p>
    <w:p>
      <w:pPr/>
      <w:r>
        <w:rPr>
          <w:rFonts w:ascii="Niramit" w:hAnsi="Niramit"/>
          <w:b/>
          <w:color w:val="222222"/>
          <w:sz w:val="22"/>
        </w:rPr>
        <w:t>5. A: Are your pencils in your bag?</w:t>
        <w:br/>
        <w:t xml:space="preserve"> B: Yes, _______ .</w:t>
      </w:r>
    </w:p>
    <w:p>
      <w:pPr/>
      <w:r>
        <w:rPr>
          <w:rFonts w:ascii="Niramit" w:hAnsi="Niramit"/>
          <w:color w:val="222222"/>
          <w:sz w:val="21"/>
        </w:rPr>
        <w:t>A) it is</w:t>
      </w:r>
    </w:p>
    <w:p>
      <w:pPr/>
      <w:r>
        <w:rPr>
          <w:rFonts w:ascii="Niramit" w:hAnsi="Niramit"/>
          <w:color w:val="222222"/>
          <w:sz w:val="21"/>
        </w:rPr>
        <w:t>B) we are</w:t>
      </w:r>
    </w:p>
    <w:p>
      <w:pPr/>
      <w:r>
        <w:rPr>
          <w:rFonts w:ascii="Niramit" w:hAnsi="Niramit"/>
          <w:color w:val="222222"/>
          <w:sz w:val="21"/>
        </w:rPr>
        <w:t>C) they are</w:t>
      </w:r>
    </w:p>
    <w:p>
      <w:pPr/>
      <w:r>
        <w:rPr>
          <w:rFonts w:ascii="Niramit" w:hAnsi="Niramit"/>
          <w:color w:val="222222"/>
          <w:sz w:val="21"/>
        </w:rPr>
        <w:t>D) I am</w:t>
      </w:r>
    </w:p>
    <w:p>
      <w:pPr/>
    </w:p>
    <w:p>
      <w:pPr/>
      <w:r>
        <w:rPr>
          <w:rFonts w:ascii="Niramit" w:hAnsi="Niramit"/>
          <w:b/>
          <w:color w:val="222222"/>
          <w:sz w:val="22"/>
        </w:rPr>
        <w:t>6. I have breakfast _______ the morning.</w:t>
      </w:r>
    </w:p>
    <w:p>
      <w:pPr/>
      <w:r>
        <w:rPr>
          <w:rFonts w:ascii="Niramit" w:hAnsi="Niramit"/>
          <w:color w:val="222222"/>
          <w:sz w:val="21"/>
        </w:rPr>
        <w:t>A) at</w:t>
      </w:r>
    </w:p>
    <w:p>
      <w:pPr/>
      <w:r>
        <w:rPr>
          <w:rFonts w:ascii="Niramit" w:hAnsi="Niramit"/>
          <w:color w:val="222222"/>
          <w:sz w:val="21"/>
        </w:rPr>
        <w:t>B) on</w:t>
      </w:r>
    </w:p>
    <w:p>
      <w:pPr/>
      <w:r>
        <w:rPr>
          <w:rFonts w:ascii="Niramit" w:hAnsi="Niramit"/>
          <w:color w:val="222222"/>
          <w:sz w:val="21"/>
        </w:rPr>
        <w:t>C) to</w:t>
      </w:r>
    </w:p>
    <w:p>
      <w:pPr/>
      <w:r>
        <w:rPr>
          <w:rFonts w:ascii="Niramit" w:hAnsi="Niramit"/>
          <w:color w:val="222222"/>
          <w:sz w:val="21"/>
        </w:rPr>
        <w:t>D) in</w:t>
      </w:r>
    </w:p>
    <w:p>
      <w:pPr/>
    </w:p>
    <w:p>
      <w:pPr/>
      <w:r>
        <w:rPr>
          <w:rFonts w:ascii="Niramit" w:hAnsi="Niramit"/>
          <w:b/>
          <w:color w:val="222222"/>
          <w:sz w:val="22"/>
        </w:rPr>
        <w:t>7. _______ name is Emily. _______ is a very kind girl.</w:t>
      </w:r>
    </w:p>
    <w:p>
      <w:pPr/>
      <w:r>
        <w:rPr>
          <w:rFonts w:ascii="Niramit" w:hAnsi="Niramit"/>
          <w:color w:val="222222"/>
          <w:sz w:val="21"/>
        </w:rPr>
        <w:t>A) Her / She</w:t>
      </w:r>
    </w:p>
    <w:p>
      <w:pPr/>
      <w:r>
        <w:rPr>
          <w:rFonts w:ascii="Niramit" w:hAnsi="Niramit"/>
          <w:color w:val="222222"/>
          <w:sz w:val="21"/>
        </w:rPr>
        <w:t>B) She / Her</w:t>
      </w:r>
    </w:p>
    <w:p>
      <w:pPr/>
      <w:r>
        <w:rPr>
          <w:rFonts w:ascii="Niramit" w:hAnsi="Niramit"/>
          <w:color w:val="222222"/>
          <w:sz w:val="21"/>
        </w:rPr>
        <w:t>C) Her / Her</w:t>
      </w:r>
    </w:p>
    <w:p>
      <w:pPr/>
      <w:r>
        <w:rPr>
          <w:rFonts w:ascii="Niramit" w:hAnsi="Niramit"/>
          <w:color w:val="222222"/>
          <w:sz w:val="21"/>
        </w:rPr>
        <w:t>D) She / She</w:t>
      </w:r>
    </w:p>
    <w:p>
      <w:pPr/>
    </w:p>
    <w:p>
      <w:pPr/>
      <w:r>
        <w:rPr>
          <w:rFonts w:ascii="Niramit" w:hAnsi="Niramit"/>
          <w:b/>
          <w:color w:val="222222"/>
          <w:sz w:val="22"/>
        </w:rPr>
        <w:t>8. A: _______ pencil is this on the floor?</w:t>
        <w:br/>
        <w:t xml:space="preserve"> B: I think it is Ayşe's.</w:t>
      </w:r>
    </w:p>
    <w:p>
      <w:pPr/>
      <w:r>
        <w:rPr>
          <w:rFonts w:ascii="Niramit" w:hAnsi="Niramit"/>
          <w:color w:val="222222"/>
          <w:sz w:val="21"/>
        </w:rPr>
        <w:t>A) Who</w:t>
      </w:r>
    </w:p>
    <w:p>
      <w:pPr/>
      <w:r>
        <w:rPr>
          <w:rFonts w:ascii="Niramit" w:hAnsi="Niramit"/>
          <w:color w:val="222222"/>
          <w:sz w:val="21"/>
        </w:rPr>
        <w:t>B) Which</w:t>
      </w:r>
    </w:p>
    <w:p>
      <w:pPr/>
      <w:r>
        <w:rPr>
          <w:rFonts w:ascii="Niramit" w:hAnsi="Niramit"/>
          <w:color w:val="222222"/>
          <w:sz w:val="21"/>
        </w:rPr>
        <w:t>C) Whose</w:t>
      </w:r>
    </w:p>
    <w:p>
      <w:pPr/>
      <w:r>
        <w:rPr>
          <w:rFonts w:ascii="Niramit" w:hAnsi="Niramit"/>
          <w:color w:val="222222"/>
          <w:sz w:val="21"/>
        </w:rPr>
        <w:t>D) What</w:t>
      </w:r>
    </w:p>
    <w:p>
      <w:pPr/>
    </w:p>
    <w:p>
      <w:pPr/>
      <w:r>
        <w:rPr>
          <w:rFonts w:ascii="Niramit" w:hAnsi="Niramit"/>
          <w:b/>
          <w:color w:val="222222"/>
          <w:sz w:val="22"/>
        </w:rPr>
        <w:t>9. I always brush my teeth _______ I go to bed.</w:t>
      </w:r>
    </w:p>
    <w:p>
      <w:pPr/>
      <w:r>
        <w:rPr>
          <w:rFonts w:ascii="Niramit" w:hAnsi="Niramit"/>
          <w:color w:val="222222"/>
          <w:sz w:val="21"/>
        </w:rPr>
        <w:t>A) after</w:t>
      </w:r>
    </w:p>
    <w:p>
      <w:pPr/>
      <w:r>
        <w:rPr>
          <w:rFonts w:ascii="Niramit" w:hAnsi="Niramit"/>
          <w:color w:val="222222"/>
          <w:sz w:val="21"/>
        </w:rPr>
        <w:t>B) in</w:t>
      </w:r>
    </w:p>
    <w:p>
      <w:pPr/>
      <w:r>
        <w:rPr>
          <w:rFonts w:ascii="Niramit" w:hAnsi="Niramit"/>
          <w:color w:val="222222"/>
          <w:sz w:val="21"/>
        </w:rPr>
        <w:t>C) at</w:t>
      </w:r>
    </w:p>
    <w:p>
      <w:pPr/>
      <w:r>
        <w:rPr>
          <w:rFonts w:ascii="Niramit" w:hAnsi="Niramit"/>
          <w:color w:val="222222"/>
          <w:sz w:val="21"/>
        </w:rPr>
        <w:t>D) before</w:t>
      </w:r>
    </w:p>
    <w:p>
      <w:pPr/>
    </w:p>
    <w:p>
      <w:pPr/>
      <w:r>
        <w:rPr>
          <w:rFonts w:ascii="Niramit" w:hAnsi="Niramit"/>
          <w:b/>
          <w:color w:val="222222"/>
          <w:sz w:val="22"/>
        </w:rPr>
        <w:t>10. A: What time is it?</w:t>
        <w:br/>
        <w:t xml:space="preserve"> B: It is _______ past five. (5:30)</w:t>
      </w:r>
    </w:p>
    <w:p>
      <w:pPr/>
      <w:r>
        <w:rPr>
          <w:rFonts w:ascii="Niramit" w:hAnsi="Niramit"/>
          <w:color w:val="222222"/>
          <w:sz w:val="21"/>
        </w:rPr>
        <w:t>A) half</w:t>
      </w:r>
    </w:p>
    <w:p>
      <w:pPr/>
      <w:r>
        <w:rPr>
          <w:rFonts w:ascii="Niramit" w:hAnsi="Niramit"/>
          <w:color w:val="222222"/>
          <w:sz w:val="21"/>
        </w:rPr>
        <w:t>B) quarter</w:t>
      </w:r>
    </w:p>
    <w:p>
      <w:pPr/>
      <w:r>
        <w:rPr>
          <w:rFonts w:ascii="Niramit" w:hAnsi="Niramit"/>
          <w:color w:val="222222"/>
          <w:sz w:val="21"/>
        </w:rPr>
        <w:t>C) o'clock</w:t>
      </w:r>
    </w:p>
    <w:p>
      <w:pPr/>
      <w:r>
        <w:rPr>
          <w:rFonts w:ascii="Niramit" w:hAnsi="Niramit"/>
          <w:color w:val="222222"/>
          <w:sz w:val="21"/>
        </w:rPr>
        <w:t>D) full</w:t>
      </w:r>
    </w:p>
    <w:p>
      <w:pPr/>
    </w:p>
    <w:p>
      <w:pPr/>
      <w:r>
        <w:rPr>
          <w:rFonts w:ascii="Niramit" w:hAnsi="Niramit"/>
          <w:b/>
          <w:color w:val="222222"/>
          <w:sz w:val="22"/>
        </w:rPr>
        <w:t>11. It is quarter _______ twelve. (11:45)</w:t>
      </w:r>
    </w:p>
    <w:p>
      <w:pPr/>
      <w:r>
        <w:rPr>
          <w:rFonts w:ascii="Niramit" w:hAnsi="Niramit"/>
          <w:color w:val="222222"/>
          <w:sz w:val="21"/>
        </w:rPr>
        <w:t>A) past</w:t>
      </w:r>
    </w:p>
    <w:p>
      <w:pPr/>
      <w:r>
        <w:rPr>
          <w:rFonts w:ascii="Niramit" w:hAnsi="Niramit"/>
          <w:color w:val="222222"/>
          <w:sz w:val="21"/>
        </w:rPr>
        <w:t>B) after</w:t>
      </w:r>
    </w:p>
    <w:p>
      <w:pPr/>
      <w:r>
        <w:rPr>
          <w:rFonts w:ascii="Niramit" w:hAnsi="Niramit"/>
          <w:color w:val="222222"/>
          <w:sz w:val="21"/>
        </w:rPr>
        <w:t>C) before</w:t>
      </w:r>
    </w:p>
    <w:p>
      <w:pPr/>
      <w:r>
        <w:rPr>
          <w:rFonts w:ascii="Niramit" w:hAnsi="Niramit"/>
          <w:color w:val="222222"/>
          <w:sz w:val="21"/>
        </w:rPr>
        <w:t>D) to</w:t>
      </w:r>
    </w:p>
    <w:p>
      <w:pPr/>
    </w:p>
    <w:p>
      <w:pPr/>
      <w:r>
        <w:rPr>
          <w:rFonts w:ascii="Niramit" w:hAnsi="Niramit"/>
          <w:b/>
          <w:color w:val="222222"/>
          <w:sz w:val="22"/>
        </w:rPr>
        <w:t>12. Amy and Tom are my friends. I play with _______ every day.</w:t>
      </w:r>
    </w:p>
    <w:p>
      <w:pPr/>
      <w:r>
        <w:rPr>
          <w:rFonts w:ascii="Niramit" w:hAnsi="Niramit"/>
          <w:color w:val="222222"/>
          <w:sz w:val="21"/>
        </w:rPr>
        <w:t>A) they</w:t>
      </w:r>
    </w:p>
    <w:p>
      <w:pPr/>
      <w:r>
        <w:rPr>
          <w:rFonts w:ascii="Niramit" w:hAnsi="Niramit"/>
          <w:color w:val="222222"/>
          <w:sz w:val="21"/>
        </w:rPr>
        <w:t>B) them</w:t>
      </w:r>
    </w:p>
    <w:p>
      <w:pPr/>
      <w:r>
        <w:rPr>
          <w:rFonts w:ascii="Niramit" w:hAnsi="Niramit"/>
          <w:color w:val="222222"/>
          <w:sz w:val="21"/>
        </w:rPr>
        <w:t>C) him</w:t>
      </w:r>
    </w:p>
    <w:p>
      <w:pPr/>
      <w:r>
        <w:rPr>
          <w:rFonts w:ascii="Niramit" w:hAnsi="Niramit"/>
          <w:color w:val="222222"/>
          <w:sz w:val="21"/>
        </w:rPr>
        <w:t>D) her</w:t>
      </w:r>
    </w:p>
    <w:p>
      <w:pPr/>
    </w:p>
    <w:p>
      <w:pPr/>
      <w:r>
        <w:rPr>
          <w:rFonts w:ascii="Niramit" w:hAnsi="Niramit"/>
          <w:b/>
          <w:color w:val="222222"/>
          <w:sz w:val="22"/>
        </w:rPr>
        <w:t>13. It is quarter _______ eight. (7:45)</w:t>
      </w:r>
    </w:p>
    <w:p>
      <w:pPr/>
      <w:r>
        <w:rPr>
          <w:rFonts w:ascii="Niramit" w:hAnsi="Niramit"/>
          <w:color w:val="222222"/>
          <w:sz w:val="21"/>
        </w:rPr>
        <w:t>A) past</w:t>
      </w:r>
    </w:p>
    <w:p>
      <w:pPr/>
      <w:r>
        <w:rPr>
          <w:rFonts w:ascii="Niramit" w:hAnsi="Niramit"/>
          <w:color w:val="222222"/>
          <w:sz w:val="21"/>
        </w:rPr>
        <w:t>B) after</w:t>
      </w:r>
    </w:p>
    <w:p>
      <w:pPr/>
      <w:r>
        <w:rPr>
          <w:rFonts w:ascii="Niramit" w:hAnsi="Niramit"/>
          <w:color w:val="222222"/>
          <w:sz w:val="21"/>
        </w:rPr>
        <w:t>C) to</w:t>
      </w:r>
    </w:p>
    <w:p>
      <w:pPr/>
      <w:r>
        <w:rPr>
          <w:rFonts w:ascii="Niramit" w:hAnsi="Niramit"/>
          <w:color w:val="222222"/>
          <w:sz w:val="21"/>
        </w:rPr>
        <w:t>D) before</w:t>
      </w:r>
    </w:p>
    <w:p>
      <w:pPr/>
    </w:p>
    <w:p>
      <w:pPr/>
      <w:r>
        <w:rPr>
          <w:rFonts w:ascii="Niramit" w:hAnsi="Niramit"/>
          <w:b/>
          <w:color w:val="222222"/>
          <w:sz w:val="22"/>
        </w:rPr>
        <w:t>14. A: _______ students are in your class?</w:t>
        <w:br/>
        <w:t xml:space="preserve"> B: Twenty-five.</w:t>
      </w:r>
    </w:p>
    <w:p>
      <w:pPr/>
      <w:r>
        <w:rPr>
          <w:rFonts w:ascii="Niramit" w:hAnsi="Niramit"/>
          <w:color w:val="222222"/>
          <w:sz w:val="21"/>
        </w:rPr>
        <w:t>A) How many</w:t>
      </w:r>
    </w:p>
    <w:p>
      <w:pPr/>
      <w:r>
        <w:rPr>
          <w:rFonts w:ascii="Niramit" w:hAnsi="Niramit"/>
          <w:color w:val="222222"/>
          <w:sz w:val="21"/>
        </w:rPr>
        <w:t>B) How much</w:t>
      </w:r>
    </w:p>
    <w:p>
      <w:pPr/>
      <w:r>
        <w:rPr>
          <w:rFonts w:ascii="Niramit" w:hAnsi="Niramit"/>
          <w:color w:val="222222"/>
          <w:sz w:val="21"/>
        </w:rPr>
        <w:t>C) How old</w:t>
      </w:r>
    </w:p>
    <w:p>
      <w:pPr/>
      <w:r>
        <w:rPr>
          <w:rFonts w:ascii="Niramit" w:hAnsi="Niramit"/>
          <w:color w:val="222222"/>
          <w:sz w:val="21"/>
        </w:rPr>
        <w:t>D) What time</w:t>
      </w:r>
    </w:p>
    <w:p>
      <w:pPr/>
    </w:p>
    <w:p>
      <w:pPr/>
      <w:r>
        <w:rPr>
          <w:rFonts w:ascii="Niramit" w:hAnsi="Niramit"/>
          <w:b/>
          <w:color w:val="222222"/>
          <w:sz w:val="22"/>
        </w:rPr>
        <w:t>15. A: _______ do you have lunch?</w:t>
        <w:br/>
        <w:t xml:space="preserve"> B: At 12:30.</w:t>
      </w:r>
    </w:p>
    <w:p>
      <w:pPr/>
      <w:r>
        <w:rPr>
          <w:rFonts w:ascii="Niramit" w:hAnsi="Niramit"/>
          <w:color w:val="222222"/>
          <w:sz w:val="21"/>
        </w:rPr>
        <w:t>A) Where</w:t>
      </w:r>
    </w:p>
    <w:p>
      <w:pPr/>
      <w:r>
        <w:rPr>
          <w:rFonts w:ascii="Niramit" w:hAnsi="Niramit"/>
          <w:color w:val="222222"/>
          <w:sz w:val="21"/>
        </w:rPr>
        <w:t>B) How</w:t>
      </w:r>
    </w:p>
    <w:p>
      <w:pPr/>
      <w:r>
        <w:rPr>
          <w:rFonts w:ascii="Niramit" w:hAnsi="Niramit"/>
          <w:color w:val="222222"/>
          <w:sz w:val="21"/>
        </w:rPr>
        <w:t>C) When</w:t>
      </w:r>
    </w:p>
    <w:p>
      <w:pPr/>
      <w:r>
        <w:rPr>
          <w:rFonts w:ascii="Niramit" w:hAnsi="Niramit"/>
          <w:color w:val="222222"/>
          <w:sz w:val="21"/>
        </w:rPr>
        <w:t>D) What time</w:t>
      </w:r>
    </w:p>
    <w:p>
      <w:r>
        <w:br w:type="page"/>
      </w:r>
    </w:p>
    <w:p>
      <w:pPr/>
      <w:r>
        <w:rPr>
          <w:rFonts w:ascii="Niramit" w:hAnsi="Niramit"/>
          <w:b/>
          <w:color w:val="1A559E"/>
          <w:sz w:val="26"/>
        </w:rPr>
        <w:t>DENEME 3 — ZOR</w:t>
      </w:r>
    </w:p>
    <w:p>
      <w:pPr>
        <w:jc w:val="center"/>
      </w:pPr>
      <w:r>
        <w:rPr>
          <w:rFonts w:ascii="Niramit" w:hAnsi="Niramit"/>
          <w:color w:val="666666"/>
          <w:sz w:val="20"/>
        </w:rPr>
        <w:t>15 Soru  |  Süre: 20 Dakika  |  Önemli Noktalar Odaklı</w:t>
      </w:r>
    </w:p>
    <w:p>
      <w:pPr/>
    </w:p>
    <w:p>
      <w:pPr/>
      <w:r>
        <w:rPr>
          <w:rFonts w:ascii="Niramit" w:hAnsi="Niramit"/>
          <w:b/>
          <w:color w:val="222222"/>
          <w:sz w:val="22"/>
        </w:rPr>
        <w:t>1. A: Is your mother at home?</w:t>
        <w:br/>
        <w:t xml:space="preserve"> B: No. She _______ at work until 6 o'clock.</w:t>
      </w:r>
    </w:p>
    <w:p>
      <w:pPr/>
      <w:r>
        <w:rPr>
          <w:rFonts w:ascii="Niramit" w:hAnsi="Niramit"/>
          <w:color w:val="222222"/>
          <w:sz w:val="21"/>
        </w:rPr>
        <w:t>A) am</w:t>
      </w:r>
    </w:p>
    <w:p>
      <w:pPr/>
      <w:r>
        <w:rPr>
          <w:rFonts w:ascii="Niramit" w:hAnsi="Niramit"/>
          <w:color w:val="222222"/>
          <w:sz w:val="21"/>
        </w:rPr>
        <w:t>B) is</w:t>
      </w:r>
    </w:p>
    <w:p>
      <w:pPr/>
      <w:r>
        <w:rPr>
          <w:rFonts w:ascii="Niramit" w:hAnsi="Niramit"/>
          <w:color w:val="222222"/>
          <w:sz w:val="21"/>
        </w:rPr>
        <w:t>C) are</w:t>
      </w:r>
    </w:p>
    <w:p>
      <w:pPr/>
      <w:r>
        <w:rPr>
          <w:rFonts w:ascii="Niramit" w:hAnsi="Niramit"/>
          <w:color w:val="222222"/>
          <w:sz w:val="21"/>
        </w:rPr>
        <w:t>D) be</w:t>
      </w:r>
    </w:p>
    <w:p>
      <w:pPr/>
    </w:p>
    <w:p>
      <w:pPr/>
      <w:r>
        <w:rPr>
          <w:rFonts w:ascii="Niramit" w:hAnsi="Niramit"/>
          <w:b/>
          <w:color w:val="222222"/>
          <w:sz w:val="22"/>
        </w:rPr>
        <w:t>2. A: Are you and your brother ready?</w:t>
        <w:br/>
        <w:t xml:space="preserve"> B: No, we _______ . We are still eating breakfast.</w:t>
      </w:r>
    </w:p>
    <w:p>
      <w:pPr/>
      <w:r>
        <w:rPr>
          <w:rFonts w:ascii="Niramit" w:hAnsi="Niramit"/>
          <w:color w:val="222222"/>
          <w:sz w:val="21"/>
        </w:rPr>
        <w:t>A) is</w:t>
      </w:r>
    </w:p>
    <w:p>
      <w:pPr/>
      <w:r>
        <w:rPr>
          <w:rFonts w:ascii="Niramit" w:hAnsi="Niramit"/>
          <w:color w:val="222222"/>
          <w:sz w:val="21"/>
        </w:rPr>
        <w:t>B) isn't</w:t>
      </w:r>
    </w:p>
    <w:p>
      <w:pPr/>
      <w:r>
        <w:rPr>
          <w:rFonts w:ascii="Niramit" w:hAnsi="Niramit"/>
          <w:color w:val="222222"/>
          <w:sz w:val="21"/>
        </w:rPr>
        <w:t>C) not</w:t>
      </w:r>
    </w:p>
    <w:p>
      <w:pPr/>
      <w:r>
        <w:rPr>
          <w:rFonts w:ascii="Niramit" w:hAnsi="Niramit"/>
          <w:color w:val="222222"/>
          <w:sz w:val="21"/>
        </w:rPr>
        <w:t>D) aren't</w:t>
      </w:r>
    </w:p>
    <w:p>
      <w:pPr/>
    </w:p>
    <w:p>
      <w:pPr/>
      <w:r>
        <w:rPr>
          <w:rFonts w:ascii="Niramit" w:hAnsi="Niramit"/>
          <w:b/>
          <w:color w:val="222222"/>
          <w:sz w:val="22"/>
        </w:rPr>
        <w:t>3. My sister and I _______ twins. _______ birthdays are in June.</w:t>
      </w:r>
    </w:p>
    <w:p>
      <w:pPr/>
      <w:r>
        <w:rPr>
          <w:rFonts w:ascii="Niramit" w:hAnsi="Niramit"/>
          <w:color w:val="222222"/>
          <w:sz w:val="21"/>
        </w:rPr>
        <w:t>A) are / Us</w:t>
      </w:r>
    </w:p>
    <w:p>
      <w:pPr/>
      <w:r>
        <w:rPr>
          <w:rFonts w:ascii="Niramit" w:hAnsi="Niramit"/>
          <w:color w:val="222222"/>
          <w:sz w:val="21"/>
        </w:rPr>
        <w:t>B) is / Our</w:t>
      </w:r>
    </w:p>
    <w:p>
      <w:pPr/>
      <w:r>
        <w:rPr>
          <w:rFonts w:ascii="Niramit" w:hAnsi="Niramit"/>
          <w:color w:val="222222"/>
          <w:sz w:val="21"/>
        </w:rPr>
        <w:t>C) are / Our</w:t>
      </w:r>
    </w:p>
    <w:p>
      <w:pPr/>
      <w:r>
        <w:rPr>
          <w:rFonts w:ascii="Niramit" w:hAnsi="Niramit"/>
          <w:color w:val="222222"/>
          <w:sz w:val="21"/>
        </w:rPr>
        <w:t>D) am / We</w:t>
      </w:r>
    </w:p>
    <w:p>
      <w:pPr/>
    </w:p>
    <w:p>
      <w:pPr/>
      <w:r>
        <w:rPr>
          <w:rFonts w:ascii="Niramit" w:hAnsi="Niramit"/>
          <w:b/>
          <w:color w:val="222222"/>
          <w:sz w:val="22"/>
        </w:rPr>
        <w:t>4. A: Is David a good student?</w:t>
        <w:br/>
        <w:t xml:space="preserve"> B: Yes, _______ . He always does his homework.</w:t>
      </w:r>
    </w:p>
    <w:p>
      <w:pPr/>
      <w:r>
        <w:rPr>
          <w:rFonts w:ascii="Niramit" w:hAnsi="Niramit"/>
          <w:color w:val="222222"/>
          <w:sz w:val="21"/>
        </w:rPr>
        <w:t>A) he is</w:t>
      </w:r>
    </w:p>
    <w:p>
      <w:pPr/>
      <w:r>
        <w:rPr>
          <w:rFonts w:ascii="Niramit" w:hAnsi="Niramit"/>
          <w:color w:val="222222"/>
          <w:sz w:val="21"/>
        </w:rPr>
        <w:t>B) he's</w:t>
      </w:r>
    </w:p>
    <w:p>
      <w:pPr/>
      <w:r>
        <w:rPr>
          <w:rFonts w:ascii="Niramit" w:hAnsi="Niramit"/>
          <w:color w:val="222222"/>
          <w:sz w:val="21"/>
        </w:rPr>
        <w:t>C) he does</w:t>
      </w:r>
    </w:p>
    <w:p>
      <w:pPr/>
      <w:r>
        <w:rPr>
          <w:rFonts w:ascii="Niramit" w:hAnsi="Niramit"/>
          <w:color w:val="222222"/>
          <w:sz w:val="21"/>
        </w:rPr>
        <w:t>D) he has</w:t>
      </w:r>
    </w:p>
    <w:p>
      <w:pPr/>
    </w:p>
    <w:p>
      <w:pPr/>
      <w:r>
        <w:rPr>
          <w:rFonts w:ascii="Niramit" w:hAnsi="Niramit"/>
          <w:b/>
          <w:color w:val="222222"/>
          <w:sz w:val="22"/>
        </w:rPr>
        <w:t>5. Look at _______ ! She is dancing very well.</w:t>
      </w:r>
    </w:p>
    <w:p>
      <w:pPr/>
      <w:r>
        <w:rPr>
          <w:rFonts w:ascii="Niramit" w:hAnsi="Niramit"/>
          <w:color w:val="222222"/>
          <w:sz w:val="21"/>
        </w:rPr>
        <w:t>A) she</w:t>
      </w:r>
    </w:p>
    <w:p>
      <w:pPr/>
      <w:r>
        <w:rPr>
          <w:rFonts w:ascii="Niramit" w:hAnsi="Niramit"/>
          <w:color w:val="222222"/>
          <w:sz w:val="21"/>
        </w:rPr>
        <w:t>B) her</w:t>
      </w:r>
    </w:p>
    <w:p>
      <w:pPr/>
      <w:r>
        <w:rPr>
          <w:rFonts w:ascii="Niramit" w:hAnsi="Niramit"/>
          <w:color w:val="222222"/>
          <w:sz w:val="21"/>
        </w:rPr>
        <w:t>C) he</w:t>
      </w:r>
    </w:p>
    <w:p>
      <w:pPr/>
      <w:r>
        <w:rPr>
          <w:rFonts w:ascii="Niramit" w:hAnsi="Niramit"/>
          <w:color w:val="222222"/>
          <w:sz w:val="21"/>
        </w:rPr>
        <w:t>D) him</w:t>
      </w:r>
    </w:p>
    <w:p>
      <w:pPr/>
    </w:p>
    <w:p>
      <w:pPr/>
      <w:r>
        <w:rPr>
          <w:rFonts w:ascii="Niramit" w:hAnsi="Niramit"/>
          <w:b/>
          <w:color w:val="222222"/>
          <w:sz w:val="22"/>
        </w:rPr>
        <w:t>6. A: _______ is your English lesson?</w:t>
        <w:br/>
        <w:t xml:space="preserve"> B: It is at 9 o'clock _______ the morning.</w:t>
      </w:r>
    </w:p>
    <w:p>
      <w:pPr/>
      <w:r>
        <w:rPr>
          <w:rFonts w:ascii="Niramit" w:hAnsi="Niramit"/>
          <w:color w:val="222222"/>
          <w:sz w:val="21"/>
        </w:rPr>
        <w:t>A) When / in</w:t>
      </w:r>
    </w:p>
    <w:p>
      <w:pPr/>
      <w:r>
        <w:rPr>
          <w:rFonts w:ascii="Niramit" w:hAnsi="Niramit"/>
          <w:color w:val="222222"/>
          <w:sz w:val="21"/>
        </w:rPr>
        <w:t>B) What time / at</w:t>
      </w:r>
    </w:p>
    <w:p>
      <w:pPr/>
      <w:r>
        <w:rPr>
          <w:rFonts w:ascii="Niramit" w:hAnsi="Niramit"/>
          <w:color w:val="222222"/>
          <w:sz w:val="21"/>
        </w:rPr>
        <w:t>C) When / at</w:t>
      </w:r>
    </w:p>
    <w:p>
      <w:pPr/>
      <w:r>
        <w:rPr>
          <w:rFonts w:ascii="Niramit" w:hAnsi="Niramit"/>
          <w:color w:val="222222"/>
          <w:sz w:val="21"/>
        </w:rPr>
        <w:t>D) What time / in</w:t>
      </w:r>
    </w:p>
    <w:p>
      <w:pPr/>
    </w:p>
    <w:p>
      <w:pPr/>
      <w:r>
        <w:rPr>
          <w:rFonts w:ascii="Niramit" w:hAnsi="Niramit"/>
          <w:b/>
          <w:color w:val="222222"/>
          <w:sz w:val="22"/>
        </w:rPr>
        <w:t>7. My brother is only 2 years old. I help _______ to brush _______ teeth.</w:t>
      </w:r>
    </w:p>
    <w:p>
      <w:pPr/>
      <w:r>
        <w:rPr>
          <w:rFonts w:ascii="Niramit" w:hAnsi="Niramit"/>
          <w:color w:val="222222"/>
          <w:sz w:val="21"/>
        </w:rPr>
        <w:t>A) him / his</w:t>
      </w:r>
    </w:p>
    <w:p>
      <w:pPr/>
      <w:r>
        <w:rPr>
          <w:rFonts w:ascii="Niramit" w:hAnsi="Niramit"/>
          <w:color w:val="222222"/>
          <w:sz w:val="21"/>
        </w:rPr>
        <w:t>B) he / him</w:t>
      </w:r>
    </w:p>
    <w:p>
      <w:pPr/>
      <w:r>
        <w:rPr>
          <w:rFonts w:ascii="Niramit" w:hAnsi="Niramit"/>
          <w:color w:val="222222"/>
          <w:sz w:val="21"/>
        </w:rPr>
        <w:t>C) her / his</w:t>
      </w:r>
    </w:p>
    <w:p>
      <w:pPr/>
      <w:r>
        <w:rPr>
          <w:rFonts w:ascii="Niramit" w:hAnsi="Niramit"/>
          <w:color w:val="222222"/>
          <w:sz w:val="21"/>
        </w:rPr>
        <w:t>D) him / he</w:t>
      </w:r>
    </w:p>
    <w:p>
      <w:pPr/>
    </w:p>
    <w:p>
      <w:pPr/>
      <w:r>
        <w:rPr>
          <w:rFonts w:ascii="Niramit" w:hAnsi="Niramit"/>
          <w:b/>
          <w:color w:val="222222"/>
          <w:sz w:val="22"/>
        </w:rPr>
        <w:t>8. A: Are your parents at home now?</w:t>
        <w:br/>
        <w:t xml:space="preserve"> B: No, _______ . They are at work.</w:t>
      </w:r>
    </w:p>
    <w:p>
      <w:pPr/>
      <w:r>
        <w:rPr>
          <w:rFonts w:ascii="Niramit" w:hAnsi="Niramit"/>
          <w:color w:val="222222"/>
          <w:sz w:val="21"/>
        </w:rPr>
        <w:t>A) they are</w:t>
      </w:r>
    </w:p>
    <w:p>
      <w:pPr/>
      <w:r>
        <w:rPr>
          <w:rFonts w:ascii="Niramit" w:hAnsi="Niramit"/>
          <w:color w:val="222222"/>
          <w:sz w:val="21"/>
        </w:rPr>
        <w:t>B) they isn't</w:t>
      </w:r>
    </w:p>
    <w:p>
      <w:pPr/>
      <w:r>
        <w:rPr>
          <w:rFonts w:ascii="Niramit" w:hAnsi="Niramit"/>
          <w:color w:val="222222"/>
          <w:sz w:val="21"/>
        </w:rPr>
        <w:t>C) they aren't</w:t>
      </w:r>
    </w:p>
    <w:p>
      <w:pPr/>
      <w:r>
        <w:rPr>
          <w:rFonts w:ascii="Niramit" w:hAnsi="Niramit"/>
          <w:color w:val="222222"/>
          <w:sz w:val="21"/>
        </w:rPr>
        <w:t>D) it isn't</w:t>
      </w:r>
    </w:p>
    <w:p>
      <w:pPr/>
    </w:p>
    <w:p>
      <w:pPr/>
      <w:r>
        <w:rPr>
          <w:rFonts w:ascii="Niramit" w:hAnsi="Niramit"/>
          <w:b/>
          <w:color w:val="222222"/>
          <w:sz w:val="22"/>
        </w:rPr>
        <w:t>9. It is half past seven. I wake up at 7:30. I wake up _______ half past seven.</w:t>
      </w:r>
    </w:p>
    <w:p>
      <w:pPr/>
      <w:r>
        <w:rPr>
          <w:rFonts w:ascii="Niramit" w:hAnsi="Niramit"/>
          <w:color w:val="222222"/>
          <w:sz w:val="21"/>
        </w:rPr>
        <w:t>A) before</w:t>
      </w:r>
    </w:p>
    <w:p>
      <w:pPr/>
      <w:r>
        <w:rPr>
          <w:rFonts w:ascii="Niramit" w:hAnsi="Niramit"/>
          <w:color w:val="222222"/>
          <w:sz w:val="21"/>
        </w:rPr>
        <w:t>B) at</w:t>
      </w:r>
    </w:p>
    <w:p>
      <w:pPr/>
      <w:r>
        <w:rPr>
          <w:rFonts w:ascii="Niramit" w:hAnsi="Niramit"/>
          <w:color w:val="222222"/>
          <w:sz w:val="21"/>
        </w:rPr>
        <w:t>C) after</w:t>
      </w:r>
    </w:p>
    <w:p>
      <w:pPr/>
      <w:r>
        <w:rPr>
          <w:rFonts w:ascii="Niramit" w:hAnsi="Niramit"/>
          <w:color w:val="222222"/>
          <w:sz w:val="21"/>
        </w:rPr>
        <w:t>D) in</w:t>
      </w:r>
    </w:p>
    <w:p>
      <w:pPr/>
    </w:p>
    <w:p>
      <w:pPr/>
      <w:r>
        <w:rPr>
          <w:rFonts w:ascii="Niramit" w:hAnsi="Niramit"/>
          <w:b/>
          <w:color w:val="222222"/>
          <w:sz w:val="22"/>
        </w:rPr>
        <w:t>10. My father gets up _______ 6:30 but I get up _______ 7 o'clock.</w:t>
      </w:r>
    </w:p>
    <w:p>
      <w:pPr/>
      <w:r>
        <w:rPr>
          <w:rFonts w:ascii="Niramit" w:hAnsi="Niramit"/>
          <w:color w:val="222222"/>
          <w:sz w:val="21"/>
        </w:rPr>
        <w:t>A) in / at</w:t>
      </w:r>
    </w:p>
    <w:p>
      <w:pPr/>
      <w:r>
        <w:rPr>
          <w:rFonts w:ascii="Niramit" w:hAnsi="Niramit"/>
          <w:color w:val="222222"/>
          <w:sz w:val="21"/>
        </w:rPr>
        <w:t>B) at / in</w:t>
      </w:r>
    </w:p>
    <w:p>
      <w:pPr/>
      <w:r>
        <w:rPr>
          <w:rFonts w:ascii="Niramit" w:hAnsi="Niramit"/>
          <w:color w:val="222222"/>
          <w:sz w:val="21"/>
        </w:rPr>
        <w:t>C) at / at</w:t>
      </w:r>
    </w:p>
    <w:p>
      <w:pPr/>
      <w:r>
        <w:rPr>
          <w:rFonts w:ascii="Niramit" w:hAnsi="Niramit"/>
          <w:color w:val="222222"/>
          <w:sz w:val="21"/>
        </w:rPr>
        <w:t>D) in / in</w:t>
      </w:r>
    </w:p>
    <w:p>
      <w:pPr/>
    </w:p>
    <w:p>
      <w:pPr/>
      <w:r>
        <w:rPr>
          <w:rFonts w:ascii="Niramit" w:hAnsi="Niramit"/>
          <w:b/>
          <w:color w:val="222222"/>
          <w:sz w:val="22"/>
        </w:rPr>
        <w:t>11. A: What time is it?</w:t>
        <w:br/>
        <w:t xml:space="preserve"> B: It is quarter _______ nine. (8:45)</w:t>
      </w:r>
    </w:p>
    <w:p>
      <w:pPr/>
      <w:r>
        <w:rPr>
          <w:rFonts w:ascii="Niramit" w:hAnsi="Niramit"/>
          <w:color w:val="222222"/>
          <w:sz w:val="21"/>
        </w:rPr>
        <w:t>A) past</w:t>
      </w:r>
    </w:p>
    <w:p>
      <w:pPr/>
      <w:r>
        <w:rPr>
          <w:rFonts w:ascii="Niramit" w:hAnsi="Niramit"/>
          <w:color w:val="222222"/>
          <w:sz w:val="21"/>
        </w:rPr>
        <w:t>B) half</w:t>
      </w:r>
    </w:p>
    <w:p>
      <w:pPr/>
      <w:r>
        <w:rPr>
          <w:rFonts w:ascii="Niramit" w:hAnsi="Niramit"/>
          <w:color w:val="222222"/>
          <w:sz w:val="21"/>
        </w:rPr>
        <w:t>C) after</w:t>
      </w:r>
    </w:p>
    <w:p>
      <w:pPr/>
      <w:r>
        <w:rPr>
          <w:rFonts w:ascii="Niramit" w:hAnsi="Niramit"/>
          <w:color w:val="222222"/>
          <w:sz w:val="21"/>
        </w:rPr>
        <w:t>D) to</w:t>
      </w:r>
    </w:p>
    <w:p>
      <w:pPr/>
    </w:p>
    <w:p>
      <w:pPr/>
      <w:r>
        <w:rPr>
          <w:rFonts w:ascii="Niramit" w:hAnsi="Niramit"/>
          <w:b/>
          <w:color w:val="222222"/>
          <w:sz w:val="22"/>
        </w:rPr>
        <w:t>12. I like my grandmother very much. I visit _______ every weekend.</w:t>
      </w:r>
    </w:p>
    <w:p>
      <w:pPr/>
      <w:r>
        <w:rPr>
          <w:rFonts w:ascii="Niramit" w:hAnsi="Niramit"/>
          <w:color w:val="222222"/>
          <w:sz w:val="21"/>
        </w:rPr>
        <w:t>A) she</w:t>
      </w:r>
    </w:p>
    <w:p>
      <w:pPr/>
      <w:r>
        <w:rPr>
          <w:rFonts w:ascii="Niramit" w:hAnsi="Niramit"/>
          <w:color w:val="222222"/>
          <w:sz w:val="21"/>
        </w:rPr>
        <w:t>B) her</w:t>
      </w:r>
    </w:p>
    <w:p>
      <w:pPr/>
      <w:r>
        <w:rPr>
          <w:rFonts w:ascii="Niramit" w:hAnsi="Niramit"/>
          <w:color w:val="222222"/>
          <w:sz w:val="21"/>
        </w:rPr>
        <w:t>C) him</w:t>
      </w:r>
    </w:p>
    <w:p>
      <w:pPr/>
      <w:r>
        <w:rPr>
          <w:rFonts w:ascii="Niramit" w:hAnsi="Niramit"/>
          <w:color w:val="222222"/>
          <w:sz w:val="21"/>
        </w:rPr>
        <w:t>D) they</w:t>
      </w:r>
    </w:p>
    <w:p>
      <w:pPr/>
    </w:p>
    <w:p>
      <w:pPr/>
      <w:r>
        <w:rPr>
          <w:rFonts w:ascii="Niramit" w:hAnsi="Niramit"/>
          <w:b/>
          <w:color w:val="222222"/>
          <w:sz w:val="22"/>
        </w:rPr>
        <w:t>13. My teacher gives _______ a lot of homework but I really like _______ .</w:t>
      </w:r>
    </w:p>
    <w:p>
      <w:pPr/>
      <w:r>
        <w:rPr>
          <w:rFonts w:ascii="Niramit" w:hAnsi="Niramit"/>
          <w:color w:val="222222"/>
          <w:sz w:val="21"/>
        </w:rPr>
        <w:t>A) we / she</w:t>
      </w:r>
    </w:p>
    <w:p>
      <w:pPr/>
      <w:r>
        <w:rPr>
          <w:rFonts w:ascii="Niramit" w:hAnsi="Niramit"/>
          <w:color w:val="222222"/>
          <w:sz w:val="21"/>
        </w:rPr>
        <w:t>B) our / him</w:t>
      </w:r>
    </w:p>
    <w:p>
      <w:pPr/>
      <w:r>
        <w:rPr>
          <w:rFonts w:ascii="Niramit" w:hAnsi="Niramit"/>
          <w:color w:val="222222"/>
          <w:sz w:val="21"/>
        </w:rPr>
        <w:t>C) us / her</w:t>
      </w:r>
    </w:p>
    <w:p>
      <w:pPr/>
      <w:r>
        <w:rPr>
          <w:rFonts w:ascii="Niramit" w:hAnsi="Niramit"/>
          <w:color w:val="222222"/>
          <w:sz w:val="21"/>
        </w:rPr>
        <w:t>D) they / it</w:t>
      </w:r>
    </w:p>
    <w:p>
      <w:pPr/>
    </w:p>
    <w:p>
      <w:pPr/>
      <w:r>
        <w:rPr>
          <w:rFonts w:ascii="Niramit" w:hAnsi="Niramit"/>
          <w:b/>
          <w:color w:val="222222"/>
          <w:sz w:val="22"/>
        </w:rPr>
        <w:t>14. A: What do you do _______ breakfast?</w:t>
        <w:br/>
        <w:t xml:space="preserve"> B: I brush my teeth.</w:t>
      </w:r>
    </w:p>
    <w:p>
      <w:pPr/>
      <w:r>
        <w:rPr>
          <w:rFonts w:ascii="Niramit" w:hAnsi="Niramit"/>
          <w:color w:val="222222"/>
          <w:sz w:val="21"/>
        </w:rPr>
        <w:t>A) after</w:t>
      </w:r>
    </w:p>
    <w:p>
      <w:pPr/>
      <w:r>
        <w:rPr>
          <w:rFonts w:ascii="Niramit" w:hAnsi="Niramit"/>
          <w:color w:val="222222"/>
          <w:sz w:val="21"/>
        </w:rPr>
        <w:t>B) before</w:t>
      </w:r>
    </w:p>
    <w:p>
      <w:pPr/>
      <w:r>
        <w:rPr>
          <w:rFonts w:ascii="Niramit" w:hAnsi="Niramit"/>
          <w:color w:val="222222"/>
          <w:sz w:val="21"/>
        </w:rPr>
        <w:t>C) at</w:t>
      </w:r>
    </w:p>
    <w:p>
      <w:pPr/>
      <w:r>
        <w:rPr>
          <w:rFonts w:ascii="Niramit" w:hAnsi="Niramit"/>
          <w:color w:val="222222"/>
          <w:sz w:val="21"/>
        </w:rPr>
        <w:t>D) in</w:t>
      </w:r>
    </w:p>
    <w:p>
      <w:pPr/>
    </w:p>
    <w:p>
      <w:pPr/>
      <w:r>
        <w:rPr>
          <w:rFonts w:ascii="Niramit" w:hAnsi="Niramit"/>
          <w:b/>
          <w:color w:val="222222"/>
          <w:sz w:val="22"/>
        </w:rPr>
        <w:t>15. A: _______ of these two shirts do you like?</w:t>
        <w:br/>
        <w:t xml:space="preserve"> B: The blue one.</w:t>
      </w:r>
    </w:p>
    <w:p>
      <w:pPr/>
      <w:r>
        <w:rPr>
          <w:rFonts w:ascii="Niramit" w:hAnsi="Niramit"/>
          <w:color w:val="222222"/>
          <w:sz w:val="21"/>
        </w:rPr>
        <w:t>A) Who</w:t>
      </w:r>
    </w:p>
    <w:p>
      <w:pPr/>
      <w:r>
        <w:rPr>
          <w:rFonts w:ascii="Niramit" w:hAnsi="Niramit"/>
          <w:color w:val="222222"/>
          <w:sz w:val="21"/>
        </w:rPr>
        <w:t>B) What</w:t>
      </w:r>
    </w:p>
    <w:p>
      <w:pPr/>
      <w:r>
        <w:rPr>
          <w:rFonts w:ascii="Niramit" w:hAnsi="Niramit"/>
          <w:color w:val="222222"/>
          <w:sz w:val="21"/>
        </w:rPr>
        <w:t>C) Whose</w:t>
      </w:r>
    </w:p>
    <w:p>
      <w:pPr/>
      <w:r>
        <w:rPr>
          <w:rFonts w:ascii="Niramit" w:hAnsi="Niramit"/>
          <w:color w:val="222222"/>
          <w:sz w:val="21"/>
        </w:rPr>
        <w:t>D) Which</w:t>
      </w:r>
    </w:p>
    <w:p>
      <w:r>
        <w:br w:type="page"/>
      </w:r>
    </w:p>
    <w:p>
      <w:pPr/>
      <w:r>
        <w:rPr>
          <w:rFonts w:ascii="Niramit" w:hAnsi="Niramit"/>
          <w:b/>
          <w:color w:val="1A559E"/>
          <w:sz w:val="26"/>
        </w:rPr>
        <w:t>OKUMA 1 — KOLAY</w:t>
      </w:r>
    </w:p>
    <w:p>
      <w:pPr>
        <w:jc w:val="center"/>
      </w:pPr>
      <w:r>
        <w:rPr>
          <w:rFonts w:ascii="Niramit" w:hAnsi="Niramit"/>
          <w:color w:val="666666"/>
          <w:sz w:val="20"/>
        </w:rPr>
        <w:t>Aşağıdaki metni okuyunuz. Soruları metne göre cevaplayınız.</w:t>
      </w:r>
    </w:p>
    <w:p>
      <w:pPr/>
      <w:r>
        <w:rPr>
          <w:rFonts w:ascii="Niramit" w:hAnsi="Niramit"/>
          <w:b/>
          <w:i/>
          <w:color w:val="222222"/>
          <w:sz w:val="22"/>
        </w:rPr>
        <w:t>Ayşe's Day</w:t>
      </w:r>
    </w:p>
    <w:p>
      <w:pPr/>
    </w:p>
    <w:p>
      <w:pPr/>
    </w:p>
    <w:p>
      <w:pPr/>
      <w:r>
        <w:rPr>
          <w:rFonts w:ascii="Niramit" w:hAnsi="Niramit"/>
          <w:b/>
          <w:color w:val="222222"/>
          <w:sz w:val="22"/>
        </w:rPr>
        <w:t>1. How old is Ayşe?</w:t>
      </w:r>
    </w:p>
    <w:p>
      <w:pPr/>
      <w:r>
        <w:rPr>
          <w:rFonts w:ascii="Niramit" w:hAnsi="Niramit"/>
          <w:color w:val="222222"/>
          <w:sz w:val="21"/>
        </w:rPr>
        <w:t>A) 9</w:t>
      </w:r>
    </w:p>
    <w:p>
      <w:pPr/>
      <w:r>
        <w:rPr>
          <w:rFonts w:ascii="Niramit" w:hAnsi="Niramit"/>
          <w:color w:val="222222"/>
          <w:sz w:val="21"/>
        </w:rPr>
        <w:t>B) 10</w:t>
      </w:r>
    </w:p>
    <w:p>
      <w:pPr/>
      <w:r>
        <w:rPr>
          <w:rFonts w:ascii="Niramit" w:hAnsi="Niramit"/>
          <w:color w:val="222222"/>
          <w:sz w:val="21"/>
        </w:rPr>
        <w:t>C) 11</w:t>
      </w:r>
    </w:p>
    <w:p>
      <w:pPr/>
      <w:r>
        <w:rPr>
          <w:rFonts w:ascii="Niramit" w:hAnsi="Niramit"/>
          <w:color w:val="222222"/>
          <w:sz w:val="21"/>
        </w:rPr>
        <w:t>D) 12</w:t>
      </w:r>
    </w:p>
    <w:p>
      <w:pPr/>
    </w:p>
    <w:p>
      <w:pPr/>
      <w:r>
        <w:rPr>
          <w:rFonts w:ascii="Niramit" w:hAnsi="Niramit"/>
          <w:b/>
          <w:color w:val="222222"/>
          <w:sz w:val="22"/>
        </w:rPr>
        <w:t>2. What does Ayşe do after she wakes up?</w:t>
      </w:r>
    </w:p>
    <w:p>
      <w:pPr/>
      <w:r>
        <w:rPr>
          <w:rFonts w:ascii="Niramit" w:hAnsi="Niramit"/>
          <w:color w:val="222222"/>
          <w:sz w:val="21"/>
        </w:rPr>
        <w:t>A) She has breakfast.</w:t>
      </w:r>
    </w:p>
    <w:p>
      <w:pPr/>
      <w:r>
        <w:rPr>
          <w:rFonts w:ascii="Niramit" w:hAnsi="Niramit"/>
          <w:color w:val="222222"/>
          <w:sz w:val="21"/>
        </w:rPr>
        <w:t>B) She goes to school.</w:t>
      </w:r>
    </w:p>
    <w:p>
      <w:pPr/>
      <w:r>
        <w:rPr>
          <w:rFonts w:ascii="Niramit" w:hAnsi="Niramit"/>
          <w:color w:val="222222"/>
          <w:sz w:val="21"/>
        </w:rPr>
        <w:t>C) She washes her face and brushes her teeth.</w:t>
      </w:r>
    </w:p>
    <w:p>
      <w:pPr/>
      <w:r>
        <w:rPr>
          <w:rFonts w:ascii="Niramit" w:hAnsi="Niramit"/>
          <w:color w:val="222222"/>
          <w:sz w:val="21"/>
        </w:rPr>
        <w:t>D) She gets dressed.</w:t>
      </w:r>
    </w:p>
    <w:p>
      <w:pPr/>
    </w:p>
    <w:p>
      <w:pPr/>
      <w:r>
        <w:rPr>
          <w:rFonts w:ascii="Niramit" w:hAnsi="Niramit"/>
          <w:b/>
          <w:color w:val="222222"/>
          <w:sz w:val="22"/>
        </w:rPr>
        <w:t>3. What time does school start?</w:t>
      </w:r>
    </w:p>
    <w:p>
      <w:pPr/>
      <w:r>
        <w:rPr>
          <w:rFonts w:ascii="Niramit" w:hAnsi="Niramit"/>
          <w:color w:val="222222"/>
          <w:sz w:val="21"/>
        </w:rPr>
        <w:t>A) At 7 o'clock</w:t>
      </w:r>
    </w:p>
    <w:p>
      <w:pPr/>
      <w:r>
        <w:rPr>
          <w:rFonts w:ascii="Niramit" w:hAnsi="Niramit"/>
          <w:color w:val="222222"/>
          <w:sz w:val="21"/>
        </w:rPr>
        <w:t>B) At 8 o'clock</w:t>
      </w:r>
    </w:p>
    <w:p>
      <w:pPr/>
      <w:r>
        <w:rPr>
          <w:rFonts w:ascii="Niramit" w:hAnsi="Niramit"/>
          <w:color w:val="222222"/>
          <w:sz w:val="21"/>
        </w:rPr>
        <w:t>C) At 9 o'clock</w:t>
      </w:r>
    </w:p>
    <w:p>
      <w:pPr/>
      <w:r>
        <w:rPr>
          <w:rFonts w:ascii="Niramit" w:hAnsi="Niramit"/>
          <w:color w:val="222222"/>
          <w:sz w:val="21"/>
        </w:rPr>
        <w:t>D) At 8:30</w:t>
      </w:r>
    </w:p>
    <w:p>
      <w:pPr/>
    </w:p>
    <w:p>
      <w:pPr/>
      <w:r>
        <w:rPr>
          <w:rFonts w:ascii="Niramit" w:hAnsi="Niramit"/>
          <w:b/>
          <w:color w:val="222222"/>
          <w:sz w:val="22"/>
        </w:rPr>
        <w:t>4. What does Ayşe do before dinner?</w:t>
      </w:r>
    </w:p>
    <w:p>
      <w:pPr/>
      <w:r>
        <w:rPr>
          <w:rFonts w:ascii="Niramit" w:hAnsi="Niramit"/>
          <w:color w:val="222222"/>
          <w:sz w:val="21"/>
        </w:rPr>
        <w:t>A) She watches TV.</w:t>
      </w:r>
    </w:p>
    <w:p>
      <w:pPr/>
      <w:r>
        <w:rPr>
          <w:rFonts w:ascii="Niramit" w:hAnsi="Niramit"/>
          <w:color w:val="222222"/>
          <w:sz w:val="21"/>
        </w:rPr>
        <w:t>B) She does her homework.</w:t>
      </w:r>
    </w:p>
    <w:p>
      <w:pPr/>
      <w:r>
        <w:rPr>
          <w:rFonts w:ascii="Niramit" w:hAnsi="Niramit"/>
          <w:color w:val="222222"/>
          <w:sz w:val="21"/>
        </w:rPr>
        <w:t>C) She has lunch.</w:t>
      </w:r>
    </w:p>
    <w:p>
      <w:pPr/>
      <w:r>
        <w:rPr>
          <w:rFonts w:ascii="Niramit" w:hAnsi="Niramit"/>
          <w:color w:val="222222"/>
          <w:sz w:val="21"/>
        </w:rPr>
        <w:t>D) She goes to bed.</w:t>
      </w:r>
    </w:p>
    <w:p>
      <w:pPr/>
    </w:p>
    <w:p>
      <w:pPr/>
      <w:r>
        <w:rPr>
          <w:rFonts w:ascii="Niramit" w:hAnsi="Niramit"/>
          <w:b/>
          <w:color w:val="222222"/>
          <w:sz w:val="22"/>
        </w:rPr>
        <w:t>5. What time does Ayşe go to bed?</w:t>
      </w:r>
    </w:p>
    <w:p>
      <w:pPr/>
      <w:r>
        <w:rPr>
          <w:rFonts w:ascii="Niramit" w:hAnsi="Niramit"/>
          <w:color w:val="222222"/>
          <w:sz w:val="21"/>
        </w:rPr>
        <w:t>A) At 9 o'clock</w:t>
      </w:r>
    </w:p>
    <w:p>
      <w:pPr/>
      <w:r>
        <w:rPr>
          <w:rFonts w:ascii="Niramit" w:hAnsi="Niramit"/>
          <w:color w:val="222222"/>
          <w:sz w:val="21"/>
        </w:rPr>
        <w:t>B) At 7 o'clock</w:t>
      </w:r>
    </w:p>
    <w:p>
      <w:pPr/>
      <w:r>
        <w:rPr>
          <w:rFonts w:ascii="Niramit" w:hAnsi="Niramit"/>
          <w:color w:val="222222"/>
          <w:sz w:val="21"/>
        </w:rPr>
        <w:t>C) At 8 o'clock</w:t>
      </w:r>
    </w:p>
    <w:p>
      <w:pPr/>
      <w:r>
        <w:rPr>
          <w:rFonts w:ascii="Niramit" w:hAnsi="Niramit"/>
          <w:color w:val="222222"/>
          <w:sz w:val="21"/>
        </w:rPr>
        <w:t>D) At 10 o'clock</w:t>
      </w:r>
    </w:p>
    <w:tbl>
      <w:tblPr>
        <w:tblStyle w:val="TableNormal"/>
        <w:tblW w:type="auto" w:w="0"/>
        <w:tblLook w:firstColumn="1" w:firstRow="1" w:lastColumn="0" w:lastRow="0" w:noHBand="0" w:noVBand="1" w:val="04A0"/>
      </w:tblPr>
      <w:tblGrid>
        <w:gridCol w:w="9406"/>
      </w:tblGrid>
      <w:tr>
        <w:tc>
          <w:tcPr>
            <w:tcW w:type="dxa" w:w="9406"/>
          </w:tcPr>
          <w:p>
            <w:pPr/>
            <w:r/>
            <w:r>
              <w:rPr>
                <w:rFonts w:ascii="Niramit" w:hAnsi="Niramit"/>
                <w:i/>
                <w:sz w:val="22"/>
              </w:rPr>
              <w:t>Hello! My name is Ayşe. I am 10 years old. I am a student. I live in Nicosia with my family. I wake up at 7 o'clock every morning. After I wake up, I wash my face and brush my teeth. Then, I have breakfast with my mother and father. I eat cereal and drink milk for breakfast. After breakfast, I get dressed and go to school. School starts at 8:30. I have lunch at 12 o'clock at school. I come home at 3 o'clock. Before dinner, I do my homework. I have dinner with my family at 7 o'clock. After dinner, I watch TV. I go to bed at 9 o'clock. I am very happy!</w:t>
            </w:r>
          </w:p>
        </w:tc>
      </w:tr>
    </w:tbl>
    <w:p>
      <w:r>
        <w:br w:type="page"/>
      </w:r>
    </w:p>
    <w:p>
      <w:pPr/>
      <w:r>
        <w:rPr>
          <w:rFonts w:ascii="Niramit" w:hAnsi="Niramit"/>
          <w:b/>
          <w:color w:val="1A559E"/>
          <w:sz w:val="26"/>
        </w:rPr>
        <w:t>OKUMA 2 — ORTA</w:t>
      </w:r>
    </w:p>
    <w:p>
      <w:pPr>
        <w:jc w:val="center"/>
      </w:pPr>
      <w:r>
        <w:rPr>
          <w:rFonts w:ascii="Niramit" w:hAnsi="Niramit"/>
          <w:color w:val="666666"/>
          <w:sz w:val="20"/>
        </w:rPr>
        <w:t>Aşağıdaki metni okuyunuz. Soruları metne göre cevaplayınız.</w:t>
      </w:r>
    </w:p>
    <w:p>
      <w:pPr/>
      <w:r>
        <w:rPr>
          <w:rFonts w:ascii="Niramit" w:hAnsi="Niramit"/>
          <w:b/>
          <w:i/>
          <w:color w:val="222222"/>
          <w:sz w:val="22"/>
        </w:rPr>
        <w:t>Mehmet and His Family</w:t>
      </w:r>
    </w:p>
    <w:p>
      <w:pPr/>
    </w:p>
    <w:p>
      <w:pPr/>
    </w:p>
    <w:p>
      <w:pPr/>
      <w:r>
        <w:rPr>
          <w:rFonts w:ascii="Niramit" w:hAnsi="Niramit"/>
          <w:b/>
          <w:color w:val="222222"/>
          <w:sz w:val="22"/>
        </w:rPr>
        <w:t>1. How many sisters does Mehmet have?</w:t>
      </w:r>
    </w:p>
    <w:p>
      <w:pPr/>
      <w:r>
        <w:rPr>
          <w:rFonts w:ascii="Niramit" w:hAnsi="Niramit"/>
          <w:color w:val="222222"/>
          <w:sz w:val="21"/>
        </w:rPr>
        <w:t>A) One</w:t>
      </w:r>
    </w:p>
    <w:p>
      <w:pPr/>
      <w:r>
        <w:rPr>
          <w:rFonts w:ascii="Niramit" w:hAnsi="Niramit"/>
          <w:color w:val="222222"/>
          <w:sz w:val="21"/>
        </w:rPr>
        <w:t>B) Two</w:t>
      </w:r>
    </w:p>
    <w:p>
      <w:pPr/>
      <w:r>
        <w:rPr>
          <w:rFonts w:ascii="Niramit" w:hAnsi="Niramit"/>
          <w:color w:val="222222"/>
          <w:sz w:val="21"/>
        </w:rPr>
        <w:t>C) Three</w:t>
      </w:r>
    </w:p>
    <w:p>
      <w:pPr/>
      <w:r>
        <w:rPr>
          <w:rFonts w:ascii="Niramit" w:hAnsi="Niramit"/>
          <w:color w:val="222222"/>
          <w:sz w:val="21"/>
        </w:rPr>
        <w:t>D) Four</w:t>
      </w:r>
    </w:p>
    <w:p>
      <w:pPr/>
    </w:p>
    <w:p>
      <w:pPr/>
      <w:r>
        <w:rPr>
          <w:rFonts w:ascii="Niramit" w:hAnsi="Niramit"/>
          <w:b/>
          <w:color w:val="222222"/>
          <w:sz w:val="22"/>
        </w:rPr>
        <w:t>2. What does Mehmet's mother do?</w:t>
      </w:r>
    </w:p>
    <w:p>
      <w:pPr/>
      <w:r>
        <w:rPr>
          <w:rFonts w:ascii="Niramit" w:hAnsi="Niramit"/>
          <w:color w:val="222222"/>
          <w:sz w:val="21"/>
        </w:rPr>
        <w:t>A) She is a doctor.</w:t>
      </w:r>
    </w:p>
    <w:p>
      <w:pPr/>
      <w:r>
        <w:rPr>
          <w:rFonts w:ascii="Niramit" w:hAnsi="Niramit"/>
          <w:color w:val="222222"/>
          <w:sz w:val="21"/>
        </w:rPr>
        <w:t>B) She is a teacher.</w:t>
      </w:r>
    </w:p>
    <w:p>
      <w:pPr/>
      <w:r>
        <w:rPr>
          <w:rFonts w:ascii="Niramit" w:hAnsi="Niramit"/>
          <w:color w:val="222222"/>
          <w:sz w:val="21"/>
        </w:rPr>
        <w:t>C) She is a nurse.</w:t>
      </w:r>
    </w:p>
    <w:p>
      <w:pPr/>
      <w:r>
        <w:rPr>
          <w:rFonts w:ascii="Niramit" w:hAnsi="Niramit"/>
          <w:color w:val="222222"/>
          <w:sz w:val="21"/>
        </w:rPr>
        <w:t>D) She is a student.</w:t>
      </w:r>
    </w:p>
    <w:p>
      <w:pPr/>
    </w:p>
    <w:p>
      <w:pPr/>
      <w:r>
        <w:rPr>
          <w:rFonts w:ascii="Niramit" w:hAnsi="Niramit"/>
          <w:b/>
          <w:color w:val="222222"/>
          <w:sz w:val="22"/>
        </w:rPr>
        <w:t>3. What does Mehmet's father do before he goes to work?</w:t>
      </w:r>
    </w:p>
    <w:p>
      <w:pPr/>
      <w:r>
        <w:rPr>
          <w:rFonts w:ascii="Niramit" w:hAnsi="Niramit"/>
          <w:color w:val="222222"/>
          <w:sz w:val="21"/>
        </w:rPr>
        <w:t>A) He prepares breakfast.</w:t>
      </w:r>
    </w:p>
    <w:p>
      <w:pPr/>
      <w:r>
        <w:rPr>
          <w:rFonts w:ascii="Niramit" w:hAnsi="Niramit"/>
          <w:color w:val="222222"/>
          <w:sz w:val="21"/>
        </w:rPr>
        <w:t>B) He reads a book.</w:t>
      </w:r>
    </w:p>
    <w:p>
      <w:pPr/>
      <w:r>
        <w:rPr>
          <w:rFonts w:ascii="Niramit" w:hAnsi="Niramit"/>
          <w:color w:val="222222"/>
          <w:sz w:val="21"/>
        </w:rPr>
        <w:t>C) He drinks coffee and reads the newspaper.</w:t>
      </w:r>
    </w:p>
    <w:p>
      <w:pPr/>
      <w:r>
        <w:rPr>
          <w:rFonts w:ascii="Niramit" w:hAnsi="Niramit"/>
          <w:color w:val="222222"/>
          <w:sz w:val="21"/>
        </w:rPr>
        <w:t>D) He takes a shower.</w:t>
      </w:r>
    </w:p>
    <w:p>
      <w:pPr/>
    </w:p>
    <w:p>
      <w:pPr/>
      <w:r>
        <w:rPr>
          <w:rFonts w:ascii="Niramit" w:hAnsi="Niramit"/>
          <w:b/>
          <w:color w:val="222222"/>
          <w:sz w:val="22"/>
        </w:rPr>
        <w:t>4. Why do Mehmet's sisters go to bed at 8:30?</w:t>
      </w:r>
    </w:p>
    <w:p>
      <w:pPr/>
      <w:r>
        <w:rPr>
          <w:rFonts w:ascii="Niramit" w:hAnsi="Niramit"/>
          <w:color w:val="222222"/>
          <w:sz w:val="21"/>
        </w:rPr>
        <w:t>A) Because they are tired.</w:t>
      </w:r>
    </w:p>
    <w:p>
      <w:pPr/>
      <w:r>
        <w:rPr>
          <w:rFonts w:ascii="Niramit" w:hAnsi="Niramit"/>
          <w:color w:val="222222"/>
          <w:sz w:val="21"/>
        </w:rPr>
        <w:t>B) Because they are younger.</w:t>
      </w:r>
    </w:p>
    <w:p>
      <w:pPr/>
      <w:r>
        <w:rPr>
          <w:rFonts w:ascii="Niramit" w:hAnsi="Niramit"/>
          <w:color w:val="222222"/>
          <w:sz w:val="21"/>
        </w:rPr>
        <w:t>C) Because they don't like TV.</w:t>
      </w:r>
    </w:p>
    <w:p>
      <w:pPr/>
      <w:r>
        <w:rPr>
          <w:rFonts w:ascii="Niramit" w:hAnsi="Niramit"/>
          <w:color w:val="222222"/>
          <w:sz w:val="21"/>
        </w:rPr>
        <w:t>D) Because they are hungry.</w:t>
      </w:r>
    </w:p>
    <w:p>
      <w:pPr/>
    </w:p>
    <w:p>
      <w:pPr/>
      <w:r>
        <w:rPr>
          <w:rFonts w:ascii="Niramit" w:hAnsi="Niramit"/>
          <w:b/>
          <w:color w:val="222222"/>
          <w:sz w:val="22"/>
        </w:rPr>
        <w:t>5. What is true about Mrs. Smith?</w:t>
      </w:r>
    </w:p>
    <w:p>
      <w:pPr/>
      <w:r>
        <w:rPr>
          <w:rFonts w:ascii="Niramit" w:hAnsi="Niramit"/>
          <w:color w:val="222222"/>
          <w:sz w:val="21"/>
        </w:rPr>
        <w:t>A) She is Mehmet's mother.</w:t>
      </w:r>
    </w:p>
    <w:p>
      <w:pPr/>
      <w:r>
        <w:rPr>
          <w:rFonts w:ascii="Niramit" w:hAnsi="Niramit"/>
          <w:color w:val="222222"/>
          <w:sz w:val="21"/>
        </w:rPr>
        <w:t>B) She is a strict teacher.</w:t>
      </w:r>
    </w:p>
    <w:p>
      <w:pPr/>
      <w:r>
        <w:rPr>
          <w:rFonts w:ascii="Niramit" w:hAnsi="Niramit"/>
          <w:color w:val="222222"/>
          <w:sz w:val="21"/>
        </w:rPr>
        <w:t>C) She is very kind.</w:t>
      </w:r>
    </w:p>
    <w:p>
      <w:pPr/>
      <w:r>
        <w:rPr>
          <w:rFonts w:ascii="Niramit" w:hAnsi="Niramit"/>
          <w:color w:val="222222"/>
          <w:sz w:val="21"/>
        </w:rPr>
        <w:t>D) She teaches Maths.</w:t>
      </w:r>
    </w:p>
    <w:tbl>
      <w:tblPr>
        <w:tblStyle w:val="TableNormal"/>
        <w:tblW w:type="auto" w:w="0"/>
        <w:tblLook w:firstColumn="1" w:firstRow="1" w:lastColumn="0" w:lastRow="0" w:noHBand="0" w:noVBand="1" w:val="04A0"/>
      </w:tblPr>
      <w:tblGrid>
        <w:gridCol w:w="9406"/>
      </w:tblGrid>
      <w:tr>
        <w:tc>
          <w:tcPr>
            <w:tcW w:type="dxa" w:w="9406"/>
          </w:tcPr>
          <w:p>
            <w:pPr/>
            <w:r/>
            <w:r>
              <w:rPr>
                <w:rFonts w:ascii="Niramit" w:hAnsi="Niramit"/>
                <w:i/>
                <w:sz w:val="22"/>
              </w:rPr>
              <w:t>Hi! I am Mehmet. I am 11 years old. I am in the 5th grade. I have a big family. There are five people in my family: my mother, my father, my two sisters and me. My sisters are younger than me. Their names are Elif and Zeynep. Elif is 7 and Zeynep is 4 years old. They are very cute but they are noisy in the morning! My mother is a teacher. She works at a school in Kyrenia. She wakes up very early at 5:30 every day. After she wakes up, she prepares breakfast for us. My father is a doctor. He works at a hospital. He wakes up at 6 o'clock. Before he goes to work, he drinks coffee and reads the newspaper. I wake up at 7 o'clock. I have breakfast with my sisters at 7:30. After breakfast, I brush my teeth and get dressed. My mother takes us to school at 8 o'clock. School starts at 8:30. My favourite lesson is English. Our English teacher is Mrs. Smith. She is very kind. After school, I come home at 3 o'clock. I do my homework before dinner. After dinner, I play with my sisters or watch TV. I go to bed at 9:30. My sisters go to bed at 8:30 because they are younger.</w:t>
            </w:r>
          </w:p>
        </w:tc>
      </w:tr>
    </w:tbl>
    <w:p>
      <w:r>
        <w:br w:type="page"/>
      </w:r>
    </w:p>
    <w:p>
      <w:pPr/>
      <w:r>
        <w:rPr>
          <w:rFonts w:ascii="Niramit" w:hAnsi="Niramit"/>
          <w:b/>
          <w:color w:val="1A559E"/>
          <w:sz w:val="26"/>
        </w:rPr>
        <w:t>OKUMA 3 — ZOR</w:t>
      </w:r>
    </w:p>
    <w:p>
      <w:pPr>
        <w:jc w:val="center"/>
      </w:pPr>
      <w:r>
        <w:rPr>
          <w:rFonts w:ascii="Niramit" w:hAnsi="Niramit"/>
          <w:color w:val="666666"/>
          <w:sz w:val="20"/>
        </w:rPr>
        <w:t>Aşağıdaki metni okuyunuz. Soruları metne göre cevaplayınız.</w:t>
      </w:r>
    </w:p>
    <w:p>
      <w:pPr/>
      <w:r>
        <w:rPr>
          <w:rFonts w:ascii="Niramit" w:hAnsi="Niramit"/>
          <w:b/>
          <w:i/>
          <w:color w:val="222222"/>
          <w:sz w:val="22"/>
        </w:rPr>
        <w:t>A Special Morning — The Brown Family</w:t>
      </w:r>
    </w:p>
    <w:p>
      <w:pPr/>
    </w:p>
    <w:p>
      <w:pPr/>
    </w:p>
    <w:p>
      <w:pPr/>
      <w:r>
        <w:rPr>
          <w:rFonts w:ascii="Niramit" w:hAnsi="Niramit"/>
          <w:b/>
          <w:color w:val="222222"/>
          <w:sz w:val="22"/>
        </w:rPr>
        <w:t>1. Why is Mr. Brown at home today instead of at the workshop?</w:t>
      </w:r>
    </w:p>
    <w:p>
      <w:pPr/>
      <w:r>
        <w:rPr>
          <w:rFonts w:ascii="Niramit" w:hAnsi="Niramit"/>
          <w:color w:val="222222"/>
          <w:sz w:val="21"/>
        </w:rPr>
        <w:t>A) He is sick.</w:t>
      </w:r>
    </w:p>
    <w:p>
      <w:pPr/>
      <w:r>
        <w:rPr>
          <w:rFonts w:ascii="Niramit" w:hAnsi="Niramit"/>
          <w:color w:val="222222"/>
          <w:sz w:val="21"/>
        </w:rPr>
        <w:t>B) It is his birthday.</w:t>
      </w:r>
    </w:p>
    <w:p>
      <w:pPr/>
      <w:r>
        <w:rPr>
          <w:rFonts w:ascii="Niramit" w:hAnsi="Niramit"/>
          <w:color w:val="222222"/>
          <w:sz w:val="21"/>
        </w:rPr>
        <w:t>C) The workshop is closed.</w:t>
      </w:r>
    </w:p>
    <w:p>
      <w:pPr/>
      <w:r>
        <w:rPr>
          <w:rFonts w:ascii="Niramit" w:hAnsi="Niramit"/>
          <w:color w:val="222222"/>
          <w:sz w:val="21"/>
        </w:rPr>
        <w:t>D) He is on holiday.</w:t>
      </w:r>
    </w:p>
    <w:p>
      <w:pPr/>
    </w:p>
    <w:p>
      <w:pPr/>
      <w:r>
        <w:rPr>
          <w:rFonts w:ascii="Niramit" w:hAnsi="Niramit"/>
          <w:b/>
          <w:color w:val="222222"/>
          <w:sz w:val="22"/>
        </w:rPr>
        <w:t>2. What is Emily doing before breakfast?</w:t>
      </w:r>
    </w:p>
    <w:p>
      <w:pPr/>
      <w:r>
        <w:rPr>
          <w:rFonts w:ascii="Niramit" w:hAnsi="Niramit"/>
          <w:color w:val="222222"/>
          <w:sz w:val="21"/>
        </w:rPr>
        <w:t>A) She is studying for an exam.</w:t>
      </w:r>
    </w:p>
    <w:p>
      <w:pPr/>
      <w:r>
        <w:rPr>
          <w:rFonts w:ascii="Niramit" w:hAnsi="Niramit"/>
          <w:color w:val="222222"/>
          <w:sz w:val="21"/>
        </w:rPr>
        <w:t>B) She is getting dressed.</w:t>
      </w:r>
    </w:p>
    <w:p>
      <w:pPr/>
      <w:r>
        <w:rPr>
          <w:rFonts w:ascii="Niramit" w:hAnsi="Niramit"/>
          <w:color w:val="222222"/>
          <w:sz w:val="21"/>
        </w:rPr>
        <w:t>C) She is brushing her hair.</w:t>
      </w:r>
    </w:p>
    <w:p>
      <w:pPr/>
      <w:r>
        <w:rPr>
          <w:rFonts w:ascii="Niramit" w:hAnsi="Niramit"/>
          <w:color w:val="222222"/>
          <w:sz w:val="21"/>
        </w:rPr>
        <w:t>D) She is watering the flowers.</w:t>
      </w:r>
    </w:p>
    <w:p>
      <w:pPr/>
    </w:p>
    <w:p>
      <w:pPr/>
      <w:r>
        <w:rPr>
          <w:rFonts w:ascii="Niramit" w:hAnsi="Niramit"/>
          <w:b/>
          <w:color w:val="222222"/>
          <w:sz w:val="22"/>
        </w:rPr>
        <w:t>3. Who lives with the Brown family?</w:t>
      </w:r>
    </w:p>
    <w:p>
      <w:pPr/>
      <w:r>
        <w:rPr>
          <w:rFonts w:ascii="Niramit" w:hAnsi="Niramit"/>
          <w:color w:val="222222"/>
          <w:sz w:val="21"/>
        </w:rPr>
        <w:t>A) Emily's best friend.</w:t>
      </w:r>
    </w:p>
    <w:p>
      <w:pPr/>
      <w:r>
        <w:rPr>
          <w:rFonts w:ascii="Niramit" w:hAnsi="Niramit"/>
          <w:color w:val="222222"/>
          <w:sz w:val="21"/>
        </w:rPr>
        <w:t>B) Mrs. Brown's mother.</w:t>
      </w:r>
    </w:p>
    <w:p>
      <w:pPr/>
      <w:r>
        <w:rPr>
          <w:rFonts w:ascii="Niramit" w:hAnsi="Niramit"/>
          <w:color w:val="222222"/>
          <w:sz w:val="21"/>
        </w:rPr>
        <w:t>C) Tom's teacher.</w:t>
      </w:r>
    </w:p>
    <w:p>
      <w:pPr/>
      <w:r>
        <w:rPr>
          <w:rFonts w:ascii="Niramit" w:hAnsi="Niramit"/>
          <w:color w:val="222222"/>
          <w:sz w:val="21"/>
        </w:rPr>
        <w:t>D) Grandpa Brown.</w:t>
      </w:r>
    </w:p>
    <w:p>
      <w:pPr/>
    </w:p>
    <w:p>
      <w:pPr/>
      <w:r>
        <w:rPr>
          <w:rFonts w:ascii="Niramit" w:hAnsi="Niramit"/>
          <w:b/>
          <w:color w:val="222222"/>
          <w:sz w:val="22"/>
        </w:rPr>
        <w:t>4. What does Tom give his father for his birthday?</w:t>
      </w:r>
    </w:p>
    <w:p>
      <w:pPr/>
      <w:r>
        <w:rPr>
          <w:rFonts w:ascii="Niramit" w:hAnsi="Niramit"/>
          <w:color w:val="222222"/>
          <w:sz w:val="21"/>
        </w:rPr>
        <w:t>A) A book.</w:t>
      </w:r>
    </w:p>
    <w:p>
      <w:pPr/>
      <w:r>
        <w:rPr>
          <w:rFonts w:ascii="Niramit" w:hAnsi="Niramit"/>
          <w:color w:val="222222"/>
          <w:sz w:val="21"/>
        </w:rPr>
        <w:t>B) A watch.</w:t>
      </w:r>
    </w:p>
    <w:p>
      <w:pPr/>
      <w:r>
        <w:rPr>
          <w:rFonts w:ascii="Niramit" w:hAnsi="Niramit"/>
          <w:color w:val="222222"/>
          <w:sz w:val="21"/>
        </w:rPr>
        <w:t>C) A pen.</w:t>
      </w:r>
    </w:p>
    <w:p>
      <w:pPr/>
      <w:r>
        <w:rPr>
          <w:rFonts w:ascii="Niramit" w:hAnsi="Niramit"/>
          <w:color w:val="222222"/>
          <w:sz w:val="21"/>
        </w:rPr>
        <w:t>D) A box of chocolates.</w:t>
      </w:r>
    </w:p>
    <w:p>
      <w:pPr/>
    </w:p>
    <w:p>
      <w:pPr/>
      <w:r>
        <w:rPr>
          <w:rFonts w:ascii="Niramit" w:hAnsi="Niramit"/>
          <w:b/>
          <w:color w:val="222222"/>
          <w:sz w:val="22"/>
        </w:rPr>
        <w:t>5. Why is Tom nervous?</w:t>
      </w:r>
    </w:p>
    <w:p>
      <w:pPr/>
      <w:r>
        <w:rPr>
          <w:rFonts w:ascii="Niramit" w:hAnsi="Niramit"/>
          <w:color w:val="222222"/>
          <w:sz w:val="21"/>
        </w:rPr>
        <w:t>A) He has an exam at school.</w:t>
      </w:r>
    </w:p>
    <w:p>
      <w:pPr/>
      <w:r>
        <w:rPr>
          <w:rFonts w:ascii="Niramit" w:hAnsi="Niramit"/>
          <w:color w:val="222222"/>
          <w:sz w:val="21"/>
        </w:rPr>
        <w:t>B) He has a birthday party.</w:t>
      </w:r>
    </w:p>
    <w:p>
      <w:pPr/>
      <w:r>
        <w:rPr>
          <w:rFonts w:ascii="Niramit" w:hAnsi="Niramit"/>
          <w:color w:val="222222"/>
          <w:sz w:val="21"/>
        </w:rPr>
        <w:t>C) He is late for school.</w:t>
      </w:r>
    </w:p>
    <w:p>
      <w:pPr/>
      <w:r>
        <w:rPr>
          <w:rFonts w:ascii="Niramit" w:hAnsi="Niramit"/>
          <w:color w:val="222222"/>
          <w:sz w:val="21"/>
        </w:rPr>
        <w:t>D) He doesn't like breakfast.</w:t>
      </w:r>
    </w:p>
    <w:p>
      <w:pPr/>
    </w:p>
    <w:p>
      <w:pPr/>
      <w:r>
        <w:rPr>
          <w:rFonts w:ascii="Niramit" w:hAnsi="Niramit"/>
          <w:b/>
          <w:color w:val="222222"/>
          <w:sz w:val="22"/>
        </w:rPr>
        <w:t>6. What can we understand about Grandpa Brown from the text?</w:t>
      </w:r>
    </w:p>
    <w:p>
      <w:pPr/>
      <w:r>
        <w:rPr>
          <w:rFonts w:ascii="Niramit" w:hAnsi="Niramit"/>
          <w:color w:val="222222"/>
          <w:sz w:val="21"/>
        </w:rPr>
        <w:t>A) He is 75 and very weak.</w:t>
      </w:r>
    </w:p>
    <w:p>
      <w:pPr/>
      <w:r>
        <w:rPr>
          <w:rFonts w:ascii="Niramit" w:hAnsi="Niramit"/>
          <w:color w:val="222222"/>
          <w:sz w:val="21"/>
        </w:rPr>
        <w:t>B) He helps Mrs. Brown in the garden.</w:t>
      </w:r>
    </w:p>
    <w:p>
      <w:pPr/>
      <w:r>
        <w:rPr>
          <w:rFonts w:ascii="Niramit" w:hAnsi="Niramit"/>
          <w:color w:val="222222"/>
          <w:sz w:val="21"/>
        </w:rPr>
        <w:t>C) He doesn't live with the family.</w:t>
      </w:r>
    </w:p>
    <w:p>
      <w:pPr/>
      <w:r>
        <w:rPr>
          <w:rFonts w:ascii="Niramit" w:hAnsi="Niramit"/>
          <w:color w:val="222222"/>
          <w:sz w:val="21"/>
        </w:rPr>
        <w:t>D) He is a carpenter.</w:t>
      </w:r>
    </w:p>
    <w:tbl>
      <w:tblPr>
        <w:tblStyle w:val="TableNormal"/>
        <w:tblW w:type="auto" w:w="0"/>
        <w:tblLook w:firstColumn="1" w:firstRow="1" w:lastColumn="0" w:lastRow="0" w:noHBand="0" w:noVBand="1" w:val="04A0"/>
      </w:tblPr>
      <w:tblGrid>
        <w:gridCol w:w="9406"/>
      </w:tblGrid>
      <w:tr>
        <w:tc>
          <w:tcPr>
            <w:tcW w:type="dxa" w:w="9406"/>
          </w:tcPr>
          <w:p>
            <w:pPr/>
            <w:r/>
            <w:r>
              <w:rPr>
                <w:rFonts w:ascii="Niramit" w:hAnsi="Niramit"/>
                <w:i/>
                <w:sz w:val="22"/>
              </w:rPr>
              <w:t>It is a busy morning in the Brown family. Mr. Brown is a carpenter. He works in a workshop near their house. He usually wakes up at 6 o'clock. But today is different. Today, he is not at the workshop. He is at home because it is his birthday! Mrs. Brown is in the kitchen. She is preparing a special breakfast for him. She is a wonderful cook. Their children, Tom and Emily, are in their rooms. Tom is 12 years old. He is getting dressed. He has a big exam at school today. He is a little nervous. Emily is 9 years old. She is brushing her long, brown hair in front of the mirror. She is very happy because today is also her best friend's birthday party after school. Grandpa Brown is in the garden. He is 75 years old but he is very strong. He is watering the flowers. He lives with the family. He is a very kind man. He always helps Mrs. Brown in the garden. At 7 o'clock, the family is at the breakfast table. There are pancakes, eggs, fruit, and orange juice. Mr. Brown is very happy. 'Thank you, everyone! This is a perfect morning!' he says. Before they eat, Tom says, 'Happy birthday, Dad!' and gives him a small box. Inside the box, there is a beautiful pen. Mr. Brown loves it. After breakfast, Tom goes to school. Emily goes to school too, but after school, she is going to the party. Mr. Brown stays at home with Mrs. Brown. It is a special day for all of them.</w:t>
            </w:r>
          </w:p>
        </w:tc>
      </w:tr>
    </w:tbl>
    <w:p>
      <w:r>
        <w:br w:type="page"/>
      </w:r>
    </w:p>
    <w:p>
      <w:pPr/>
      <w:r>
        <w:rPr>
          <w:rFonts w:ascii="Niramit" w:hAnsi="Niramit"/>
          <w:b/>
          <w:color w:val="1A559E"/>
          <w:sz w:val="28"/>
        </w:rPr>
        <w:t>CEVAP ANAHTARLARI</w:t>
      </w:r>
    </w:p>
    <w:p>
      <w:pPr/>
      <w:r>
        <w:rPr>
          <w:rFonts w:ascii="Niramit" w:hAnsi="Niramit"/>
          <w:b/>
          <w:color w:val="336D5C"/>
          <w:sz w:val="22"/>
        </w:rPr>
        <w:t>DENEME 1 — KOLAY</w:t>
      </w:r>
    </w:p>
    <w:p>
      <w:pPr/>
    </w:p>
    <w:p>
      <w:pPr/>
    </w:p>
    <w:p>
      <w:pPr/>
      <w:r>
        <w:rPr>
          <w:rFonts w:ascii="Niramit" w:hAnsi="Niramit"/>
          <w:b/>
          <w:color w:val="336D5C"/>
          <w:sz w:val="22"/>
        </w:rPr>
        <w:t>DENEME 2 — ORTA</w:t>
      </w:r>
    </w:p>
    <w:p>
      <w:pPr/>
    </w:p>
    <w:p>
      <w:pPr/>
    </w:p>
    <w:p>
      <w:pPr/>
      <w:r>
        <w:rPr>
          <w:rFonts w:ascii="Niramit" w:hAnsi="Niramit"/>
          <w:b/>
          <w:color w:val="336D5C"/>
          <w:sz w:val="22"/>
        </w:rPr>
        <w:t>DENEME 3 — ZOR</w:t>
      </w:r>
    </w:p>
    <w:p>
      <w:pPr/>
    </w:p>
    <w:p>
      <w:pPr/>
      <w:r/>
    </w:p>
    <w:p>
      <w:pPr/>
      <w:r>
        <w:rPr>
          <w:rFonts w:ascii="Niramit" w:hAnsi="Niramit"/>
          <w:b/>
          <w:color w:val="1A559E"/>
          <w:sz w:val="26"/>
        </w:rPr>
        <w:t>OKUMA PARÇALARI — CEVAP ANAHTARI</w:t>
      </w:r>
    </w:p>
    <w:p>
      <w:pPr/>
      <w:r>
        <w:rPr>
          <w:rFonts w:ascii="Niramit" w:hAnsi="Niramit"/>
          <w:b/>
          <w:color w:val="336D5C"/>
          <w:sz w:val="22"/>
        </w:rPr>
        <w:t>Okuma 1 — Kolay (Ayşe's Day)</w:t>
      </w:r>
    </w:p>
    <w:p>
      <w:pPr/>
      <w:r>
        <w:rPr>
          <w:rFonts w:ascii="Niramit" w:hAnsi="Niramit"/>
          <w:color w:val="222222"/>
          <w:sz w:val="21"/>
        </w:rPr>
        <w:t>1.B  2.C  3.D  4.B  5.A</w:t>
      </w:r>
    </w:p>
    <w:p>
      <w:pPr/>
      <w:r>
        <w:rPr>
          <w:rFonts w:ascii="Niramit" w:hAnsi="Niramit"/>
          <w:b/>
          <w:color w:val="336D5C"/>
          <w:sz w:val="22"/>
        </w:rPr>
        <w:t>Okuma 2 — Orta (Mehmet and His Family)</w:t>
      </w:r>
    </w:p>
    <w:p>
      <w:pPr/>
      <w:r>
        <w:rPr>
          <w:rFonts w:ascii="Niramit" w:hAnsi="Niramit"/>
          <w:color w:val="222222"/>
          <w:sz w:val="21"/>
        </w:rPr>
        <w:t>1.B  2.B  3.C  4.B  5.C</w:t>
      </w:r>
    </w:p>
    <w:p>
      <w:pPr/>
      <w:r>
        <w:rPr>
          <w:rFonts w:ascii="Niramit" w:hAnsi="Niramit"/>
          <w:b/>
          <w:color w:val="336D5C"/>
          <w:sz w:val="22"/>
        </w:rPr>
        <w:t>Okuma 3 — Zor (A Special Morning)</w:t>
      </w:r>
    </w:p>
    <w:p>
      <w:pPr/>
      <w:r>
        <w:rPr>
          <w:rFonts w:ascii="Niramit" w:hAnsi="Niramit"/>
          <w:color w:val="222222"/>
          <w:sz w:val="21"/>
        </w:rPr>
        <w:t>1.B  2.C  3.D  4.C  5.A  6.B</w:t>
      </w:r>
    </w:p>
    <w:p>
      <w:pPr/>
    </w:p>
    <w:p>
      <w:pPr/>
      <w:r>
        <w:rPr>
          <w:rFonts w:ascii="Niramit" w:hAnsi="Niramit"/>
          <w:b/>
          <w:color w:val="336D5C"/>
          <w:sz w:val="22"/>
        </w:rPr>
        <w:t>Şık Dağılımı Özeti</w:t>
      </w:r>
    </w:p>
    <w:p>
      <w:pPr/>
    </w:p>
    <w:tbl>
      <w:tblPr>
        <w:tblStyle w:val="TableGrid"/>
        <w:tblW w:type="auto" w:w="0"/>
        <w:tblLook w:firstColumn="1" w:firstRow="1" w:lastColumn="0" w:lastRow="0" w:noHBand="0" w:noVBand="1" w:val="04A0"/>
      </w:tblPr>
      <w:tblGrid>
        <w:gridCol w:w="3135"/>
        <w:gridCol w:w="3135"/>
        <w:gridCol w:w="3135"/>
      </w:tblGrid>
      <w:tr>
        <w:tc>
          <w:tcPr>
            <w:tcW w:type="dxa" w:w="3135"/>
          </w:tcPr>
          <w:p>
            <w:pPr>
              <w:jc w:val="center"/>
            </w:pPr>
            <w:r/>
            <w:r/>
            <w:r>
              <w:rPr>
                <w:rFonts w:ascii="Niramit" w:hAnsi="Niramit"/>
                <w:b/>
                <w:color w:val="FFFFFF"/>
                <w:sz w:val="20"/>
              </w:rPr>
              <w:t>Soru</w:t>
            </w:r>
          </w:p>
        </w:tc>
        <w:tc>
          <w:tcPr>
            <w:tcW w:type="dxa" w:w="3135"/>
          </w:tcPr>
          <w:p>
            <w:pPr>
              <w:jc w:val="center"/>
            </w:pPr>
            <w:r/>
            <w:r/>
            <w:r>
              <w:rPr>
                <w:rFonts w:ascii="Niramit" w:hAnsi="Niramit"/>
                <w:b/>
                <w:color w:val="FFFFFF"/>
                <w:sz w:val="20"/>
              </w:rPr>
              <w:t>Cevap</w:t>
            </w:r>
          </w:p>
        </w:tc>
        <w:tc>
          <w:tcPr>
            <w:tcW w:type="dxa" w:w="3135"/>
          </w:tcPr>
          <w:p>
            <w:pPr>
              <w:jc w:val="center"/>
            </w:pPr>
            <w:r/>
            <w:r/>
            <w:r>
              <w:rPr>
                <w:rFonts w:ascii="Niramit" w:hAnsi="Niramit"/>
                <w:b/>
                <w:color w:val="FFFFFF"/>
                <w:sz w:val="20"/>
              </w:rPr>
              <w:t>Açıklama</w:t>
            </w:r>
          </w:p>
        </w:tc>
      </w:tr>
      <w:tr>
        <w:tc>
          <w:tcPr>
            <w:tcW w:type="dxa" w:w="3135"/>
          </w:tcPr>
          <w:p>
            <w:pPr>
              <w:jc w:val="center"/>
            </w:pPr>
            <w:r/>
            <w:r/>
            <w:r>
              <w:rPr>
                <w:rFonts w:ascii="Niramit" w:hAnsi="Niramit"/>
                <w:sz w:val="19"/>
              </w:rPr>
              <w:t>1</w:t>
            </w:r>
          </w:p>
        </w:tc>
        <w:tc>
          <w:tcPr>
            <w:tcW w:type="dxa" w:w="3135"/>
          </w:tcPr>
          <w:p>
            <w:pPr>
              <w:jc w:val="center"/>
            </w:pPr>
            <w:r/>
            <w:r/>
            <w:r>
              <w:rPr>
                <w:rFonts w:ascii="Niramit" w:hAnsi="Niramit"/>
                <w:sz w:val="19"/>
              </w:rPr>
              <w:t>C</w:t>
            </w:r>
          </w:p>
        </w:tc>
        <w:tc>
          <w:tcPr>
            <w:tcW w:type="dxa" w:w="3135"/>
          </w:tcPr>
          <w:p>
            <w:pPr>
              <w:jc w:val="left"/>
            </w:pPr>
            <w:r/>
            <w:r/>
            <w:r>
              <w:rPr>
                <w:rFonts w:ascii="Niramit" w:hAnsi="Niramit"/>
                <w:sz w:val="19"/>
              </w:rPr>
              <w:t>I + am</w:t>
            </w:r>
          </w:p>
        </w:tc>
      </w:tr>
      <w:tr>
        <w:tc>
          <w:tcPr>
            <w:tcW w:type="dxa" w:w="3135"/>
          </w:tcPr>
          <w:p>
            <w:pPr>
              <w:jc w:val="center"/>
            </w:pPr>
            <w:r/>
            <w:r/>
            <w:r>
              <w:rPr>
                <w:rFonts w:ascii="Niramit" w:hAnsi="Niramit"/>
                <w:sz w:val="19"/>
              </w:rPr>
              <w:t>2</w:t>
            </w:r>
          </w:p>
        </w:tc>
        <w:tc>
          <w:tcPr>
            <w:tcW w:type="dxa" w:w="3135"/>
          </w:tcPr>
          <w:p>
            <w:pPr>
              <w:jc w:val="center"/>
            </w:pPr>
            <w:r/>
            <w:r/>
            <w:r>
              <w:rPr>
                <w:rFonts w:ascii="Niramit" w:hAnsi="Niramit"/>
                <w:sz w:val="19"/>
              </w:rPr>
              <w:t>A</w:t>
            </w:r>
          </w:p>
        </w:tc>
        <w:tc>
          <w:tcPr>
            <w:tcW w:type="dxa" w:w="3135"/>
          </w:tcPr>
          <w:p>
            <w:pPr>
              <w:jc w:val="left"/>
            </w:pPr>
            <w:r/>
            <w:r/>
            <w:r>
              <w:rPr>
                <w:rFonts w:ascii="Niramit" w:hAnsi="Niramit"/>
                <w:sz w:val="19"/>
              </w:rPr>
              <w:t>She + is</w:t>
            </w:r>
          </w:p>
        </w:tc>
      </w:tr>
      <w:tr>
        <w:tc>
          <w:tcPr>
            <w:tcW w:type="dxa" w:w="3135"/>
          </w:tcPr>
          <w:p>
            <w:pPr>
              <w:jc w:val="center"/>
            </w:pPr>
            <w:r/>
            <w:r/>
            <w:r>
              <w:rPr>
                <w:rFonts w:ascii="Niramit" w:hAnsi="Niramit"/>
                <w:sz w:val="19"/>
              </w:rPr>
              <w:t>3</w:t>
            </w:r>
          </w:p>
        </w:tc>
        <w:tc>
          <w:tcPr>
            <w:tcW w:type="dxa" w:w="3135"/>
          </w:tcPr>
          <w:p>
            <w:pPr>
              <w:jc w:val="center"/>
            </w:pPr>
            <w:r/>
            <w:r/>
            <w:r>
              <w:rPr>
                <w:rFonts w:ascii="Niramit" w:hAnsi="Niramit"/>
                <w:sz w:val="19"/>
              </w:rPr>
              <w:t>D</w:t>
            </w:r>
          </w:p>
        </w:tc>
        <w:tc>
          <w:tcPr>
            <w:tcW w:type="dxa" w:w="3135"/>
          </w:tcPr>
          <w:p>
            <w:pPr>
              <w:jc w:val="left"/>
            </w:pPr>
            <w:r/>
            <w:r/>
            <w:r>
              <w:rPr>
                <w:rFonts w:ascii="Niramit" w:hAnsi="Niramit"/>
                <w:sz w:val="19"/>
              </w:rPr>
              <w:t>We + are</w:t>
            </w:r>
          </w:p>
        </w:tc>
      </w:tr>
      <w:tr>
        <w:tc>
          <w:tcPr>
            <w:tcW w:type="dxa" w:w="3135"/>
          </w:tcPr>
          <w:p>
            <w:pPr>
              <w:jc w:val="center"/>
            </w:pPr>
            <w:r/>
            <w:r/>
            <w:r>
              <w:rPr>
                <w:rFonts w:ascii="Niramit" w:hAnsi="Niramit"/>
                <w:sz w:val="19"/>
              </w:rPr>
              <w:t>4</w:t>
            </w:r>
          </w:p>
        </w:tc>
        <w:tc>
          <w:tcPr>
            <w:tcW w:type="dxa" w:w="3135"/>
          </w:tcPr>
          <w:p>
            <w:pPr>
              <w:jc w:val="center"/>
            </w:pPr>
            <w:r/>
            <w:r/>
            <w:r>
              <w:rPr>
                <w:rFonts w:ascii="Niramit" w:hAnsi="Niramit"/>
                <w:sz w:val="19"/>
              </w:rPr>
              <w:t>B</w:t>
            </w:r>
          </w:p>
        </w:tc>
        <w:tc>
          <w:tcPr>
            <w:tcW w:type="dxa" w:w="3135"/>
          </w:tcPr>
          <w:p>
            <w:pPr>
              <w:jc w:val="left"/>
            </w:pPr>
            <w:r/>
            <w:r/>
            <w:r>
              <w:rPr>
                <w:rFonts w:ascii="Niramit" w:hAnsi="Niramit"/>
                <w:sz w:val="19"/>
              </w:rPr>
              <w:t>8:15 = quarter past eight</w:t>
            </w:r>
          </w:p>
        </w:tc>
      </w:tr>
      <w:tr>
        <w:tc>
          <w:tcPr>
            <w:tcW w:type="dxa" w:w="3135"/>
          </w:tcPr>
          <w:p>
            <w:pPr>
              <w:jc w:val="center"/>
            </w:pPr>
            <w:r/>
            <w:r/>
            <w:r>
              <w:rPr>
                <w:rFonts w:ascii="Niramit" w:hAnsi="Niramit"/>
                <w:sz w:val="19"/>
              </w:rPr>
              <w:t>5</w:t>
            </w:r>
          </w:p>
        </w:tc>
        <w:tc>
          <w:tcPr>
            <w:tcW w:type="dxa" w:w="3135"/>
          </w:tcPr>
          <w:p>
            <w:pPr>
              <w:jc w:val="center"/>
            </w:pPr>
            <w:r/>
            <w:r/>
            <w:r>
              <w:rPr>
                <w:rFonts w:ascii="Niramit" w:hAnsi="Niramit"/>
                <w:sz w:val="19"/>
              </w:rPr>
              <w:t>D</w:t>
            </w:r>
          </w:p>
        </w:tc>
        <w:tc>
          <w:tcPr>
            <w:tcW w:type="dxa" w:w="3135"/>
          </w:tcPr>
          <w:p>
            <w:pPr>
              <w:jc w:val="left"/>
            </w:pPr>
            <w:r/>
            <w:r/>
            <w:r>
              <w:rPr>
                <w:rFonts w:ascii="Niramit" w:hAnsi="Niramit"/>
                <w:sz w:val="19"/>
              </w:rPr>
              <w:t>Saatlerde 'at': at 7 o'clock</w:t>
            </w:r>
          </w:p>
        </w:tc>
      </w:tr>
      <w:tr>
        <w:tc>
          <w:tcPr>
            <w:tcW w:type="dxa" w:w="3135"/>
          </w:tcPr>
          <w:p>
            <w:pPr>
              <w:jc w:val="center"/>
            </w:pPr>
            <w:r/>
            <w:r/>
            <w:r>
              <w:rPr>
                <w:rFonts w:ascii="Niramit" w:hAnsi="Niramit"/>
                <w:sz w:val="19"/>
              </w:rPr>
              <w:t>6</w:t>
            </w:r>
          </w:p>
        </w:tc>
        <w:tc>
          <w:tcPr>
            <w:tcW w:type="dxa" w:w="3135"/>
          </w:tcPr>
          <w:p>
            <w:pPr>
              <w:jc w:val="center"/>
            </w:pPr>
            <w:r/>
            <w:r/>
            <w:r>
              <w:rPr>
                <w:rFonts w:ascii="Niramit" w:hAnsi="Niramit"/>
                <w:sz w:val="19"/>
              </w:rPr>
              <w:t>B</w:t>
            </w:r>
          </w:p>
        </w:tc>
        <w:tc>
          <w:tcPr>
            <w:tcW w:type="dxa" w:w="3135"/>
          </w:tcPr>
          <w:p>
            <w:pPr>
              <w:jc w:val="left"/>
            </w:pPr>
            <w:r/>
            <w:r/>
            <w:r>
              <w:rPr>
                <w:rFonts w:ascii="Niramit" w:hAnsi="Niramit"/>
                <w:sz w:val="19"/>
              </w:rPr>
              <w:t>Are you...? → Yes, I am.</w:t>
            </w:r>
          </w:p>
        </w:tc>
      </w:tr>
      <w:tr>
        <w:tc>
          <w:tcPr>
            <w:tcW w:type="dxa" w:w="3135"/>
          </w:tcPr>
          <w:p>
            <w:pPr>
              <w:jc w:val="center"/>
            </w:pPr>
            <w:r/>
            <w:r/>
            <w:r>
              <w:rPr>
                <w:rFonts w:ascii="Niramit" w:hAnsi="Niramit"/>
                <w:sz w:val="19"/>
              </w:rPr>
              <w:t>7</w:t>
            </w:r>
          </w:p>
        </w:tc>
        <w:tc>
          <w:tcPr>
            <w:tcW w:type="dxa" w:w="3135"/>
          </w:tcPr>
          <w:p>
            <w:pPr>
              <w:jc w:val="center"/>
            </w:pPr>
            <w:r/>
            <w:r/>
            <w:r>
              <w:rPr>
                <w:rFonts w:ascii="Niramit" w:hAnsi="Niramit"/>
                <w:sz w:val="19"/>
              </w:rPr>
              <w:t>C</w:t>
            </w:r>
          </w:p>
        </w:tc>
        <w:tc>
          <w:tcPr>
            <w:tcW w:type="dxa" w:w="3135"/>
          </w:tcPr>
          <w:p>
            <w:pPr>
              <w:jc w:val="left"/>
            </w:pPr>
            <w:r/>
            <w:r/>
            <w:r>
              <w:rPr>
                <w:rFonts w:ascii="Niramit" w:hAnsi="Niramit"/>
                <w:sz w:val="19"/>
              </w:rPr>
              <w:t>Fiilden sonra object pronoun: love her</w:t>
            </w:r>
          </w:p>
        </w:tc>
      </w:tr>
      <w:tr>
        <w:tc>
          <w:tcPr>
            <w:tcW w:type="dxa" w:w="3135"/>
          </w:tcPr>
          <w:p>
            <w:pPr>
              <w:jc w:val="center"/>
            </w:pPr>
            <w:r/>
            <w:r/>
            <w:r>
              <w:rPr>
                <w:rFonts w:ascii="Niramit" w:hAnsi="Niramit"/>
                <w:sz w:val="19"/>
              </w:rPr>
              <w:t>8</w:t>
            </w:r>
          </w:p>
        </w:tc>
        <w:tc>
          <w:tcPr>
            <w:tcW w:type="dxa" w:w="3135"/>
          </w:tcPr>
          <w:p>
            <w:pPr>
              <w:jc w:val="center"/>
            </w:pPr>
            <w:r/>
            <w:r/>
            <w:r>
              <w:rPr>
                <w:rFonts w:ascii="Niramit" w:hAnsi="Niramit"/>
                <w:sz w:val="19"/>
              </w:rPr>
              <w:t>A</w:t>
            </w:r>
          </w:p>
        </w:tc>
        <w:tc>
          <w:tcPr>
            <w:tcW w:type="dxa" w:w="3135"/>
          </w:tcPr>
          <w:p>
            <w:pPr>
              <w:jc w:val="left"/>
            </w:pPr>
            <w:r/>
            <w:r/>
            <w:r>
              <w:rPr>
                <w:rFonts w:ascii="Niramit" w:hAnsi="Niramit"/>
                <w:sz w:val="19"/>
              </w:rPr>
              <w:t>Why = neden sorusu, cevap 'Because' ile başlar</w:t>
            </w:r>
          </w:p>
        </w:tc>
      </w:tr>
      <w:tr>
        <w:tc>
          <w:tcPr>
            <w:tcW w:type="dxa" w:w="3135"/>
          </w:tcPr>
          <w:p>
            <w:pPr>
              <w:jc w:val="center"/>
            </w:pPr>
            <w:r/>
            <w:r/>
            <w:r>
              <w:rPr>
                <w:rFonts w:ascii="Niramit" w:hAnsi="Niramit"/>
                <w:sz w:val="19"/>
              </w:rPr>
              <w:t>9</w:t>
            </w:r>
          </w:p>
        </w:tc>
        <w:tc>
          <w:tcPr>
            <w:tcW w:type="dxa" w:w="3135"/>
          </w:tcPr>
          <w:p>
            <w:pPr>
              <w:jc w:val="center"/>
            </w:pPr>
            <w:r/>
            <w:r/>
            <w:r>
              <w:rPr>
                <w:rFonts w:ascii="Niramit" w:hAnsi="Niramit"/>
                <w:sz w:val="19"/>
              </w:rPr>
              <w:t>B</w:t>
            </w:r>
          </w:p>
        </w:tc>
        <w:tc>
          <w:tcPr>
            <w:tcW w:type="dxa" w:w="3135"/>
          </w:tcPr>
          <w:p>
            <w:pPr>
              <w:jc w:val="left"/>
            </w:pPr>
            <w:r/>
            <w:r/>
            <w:r>
              <w:rPr>
                <w:rFonts w:ascii="Niramit" w:hAnsi="Niramit"/>
                <w:sz w:val="19"/>
              </w:rPr>
              <w:t>Is your father...? → No, he isn't.</w:t>
            </w:r>
          </w:p>
        </w:tc>
      </w:tr>
      <w:tr>
        <w:tc>
          <w:tcPr>
            <w:tcW w:type="dxa" w:w="3135"/>
          </w:tcPr>
          <w:p>
            <w:pPr>
              <w:jc w:val="center"/>
            </w:pPr>
            <w:r/>
            <w:r/>
            <w:r>
              <w:rPr>
                <w:rFonts w:ascii="Niramit" w:hAnsi="Niramit"/>
                <w:sz w:val="19"/>
              </w:rPr>
              <w:t>10</w:t>
            </w:r>
          </w:p>
        </w:tc>
        <w:tc>
          <w:tcPr>
            <w:tcW w:type="dxa" w:w="3135"/>
          </w:tcPr>
          <w:p>
            <w:pPr>
              <w:jc w:val="center"/>
            </w:pPr>
            <w:r/>
            <w:r/>
            <w:r>
              <w:rPr>
                <w:rFonts w:ascii="Niramit" w:hAnsi="Niramit"/>
                <w:sz w:val="19"/>
              </w:rPr>
              <w:t>A</w:t>
            </w:r>
          </w:p>
        </w:tc>
        <w:tc>
          <w:tcPr>
            <w:tcW w:type="dxa" w:w="3135"/>
          </w:tcPr>
          <w:p>
            <w:pPr>
              <w:jc w:val="left"/>
            </w:pPr>
            <w:r/>
            <w:r/>
            <w:r>
              <w:rPr>
                <w:rFonts w:ascii="Niramit" w:hAnsi="Niramit"/>
                <w:sz w:val="19"/>
              </w:rPr>
              <w:t>brush my teeth — diş fırçalamak</w:t>
            </w:r>
          </w:p>
        </w:tc>
      </w:tr>
      <w:tr>
        <w:tc>
          <w:tcPr>
            <w:tcW w:type="dxa" w:w="3135"/>
          </w:tcPr>
          <w:p>
            <w:pPr>
              <w:jc w:val="center"/>
            </w:pPr>
            <w:r/>
            <w:r/>
            <w:r>
              <w:rPr>
                <w:rFonts w:ascii="Niramit" w:hAnsi="Niramit"/>
                <w:sz w:val="19"/>
              </w:rPr>
              <w:t>11</w:t>
            </w:r>
          </w:p>
        </w:tc>
        <w:tc>
          <w:tcPr>
            <w:tcW w:type="dxa" w:w="3135"/>
          </w:tcPr>
          <w:p>
            <w:pPr>
              <w:jc w:val="center"/>
            </w:pPr>
            <w:r/>
            <w:r/>
            <w:r>
              <w:rPr>
                <w:rFonts w:ascii="Niramit" w:hAnsi="Niramit"/>
                <w:sz w:val="19"/>
              </w:rPr>
              <w:t>C</w:t>
            </w:r>
          </w:p>
        </w:tc>
        <w:tc>
          <w:tcPr>
            <w:tcW w:type="dxa" w:w="3135"/>
          </w:tcPr>
          <w:p>
            <w:pPr>
              <w:jc w:val="left"/>
            </w:pPr>
            <w:r/>
            <w:r/>
            <w:r>
              <w:rPr>
                <w:rFonts w:ascii="Niramit" w:hAnsi="Niramit"/>
                <w:sz w:val="19"/>
              </w:rPr>
              <w:t>your friends (çoğul) → Are</w:t>
            </w:r>
          </w:p>
        </w:tc>
      </w:tr>
      <w:tr>
        <w:tc>
          <w:tcPr>
            <w:tcW w:type="dxa" w:w="3135"/>
          </w:tcPr>
          <w:p>
            <w:pPr>
              <w:jc w:val="center"/>
            </w:pPr>
            <w:r/>
            <w:r/>
            <w:r>
              <w:rPr>
                <w:rFonts w:ascii="Niramit" w:hAnsi="Niramit"/>
                <w:sz w:val="19"/>
              </w:rPr>
              <w:t>12</w:t>
            </w:r>
          </w:p>
        </w:tc>
        <w:tc>
          <w:tcPr>
            <w:tcW w:type="dxa" w:w="3135"/>
          </w:tcPr>
          <w:p>
            <w:pPr>
              <w:jc w:val="center"/>
            </w:pPr>
            <w:r/>
            <w:r/>
            <w:r>
              <w:rPr>
                <w:rFonts w:ascii="Niramit" w:hAnsi="Niramit"/>
                <w:sz w:val="19"/>
              </w:rPr>
              <w:t>D</w:t>
            </w:r>
          </w:p>
        </w:tc>
        <w:tc>
          <w:tcPr>
            <w:tcW w:type="dxa" w:w="3135"/>
          </w:tcPr>
          <w:p>
            <w:pPr>
              <w:jc w:val="left"/>
            </w:pPr>
            <w:r/>
            <w:r/>
            <w:r>
              <w:rPr>
                <w:rFonts w:ascii="Niramit" w:hAnsi="Niramit"/>
                <w:sz w:val="19"/>
              </w:rPr>
              <w:t>7:30 = half past seven</w:t>
            </w:r>
          </w:p>
        </w:tc>
      </w:tr>
      <w:tr>
        <w:tc>
          <w:tcPr>
            <w:tcW w:type="dxa" w:w="3135"/>
          </w:tcPr>
          <w:p>
            <w:pPr>
              <w:jc w:val="center"/>
            </w:pPr>
            <w:r/>
            <w:r/>
            <w:r>
              <w:rPr>
                <w:rFonts w:ascii="Niramit" w:hAnsi="Niramit"/>
                <w:sz w:val="19"/>
              </w:rPr>
              <w:t>13</w:t>
            </w:r>
          </w:p>
        </w:tc>
        <w:tc>
          <w:tcPr>
            <w:tcW w:type="dxa" w:w="3135"/>
          </w:tcPr>
          <w:p>
            <w:pPr>
              <w:jc w:val="center"/>
            </w:pPr>
            <w:r/>
            <w:r/>
            <w:r>
              <w:rPr>
                <w:rFonts w:ascii="Niramit" w:hAnsi="Niramit"/>
                <w:sz w:val="19"/>
              </w:rPr>
              <w:t>C</w:t>
            </w:r>
          </w:p>
        </w:tc>
        <w:tc>
          <w:tcPr>
            <w:tcW w:type="dxa" w:w="3135"/>
          </w:tcPr>
          <w:p>
            <w:pPr>
              <w:jc w:val="left"/>
            </w:pPr>
            <w:r/>
            <w:r/>
            <w:r>
              <w:rPr>
                <w:rFonts w:ascii="Niramit" w:hAnsi="Niramit"/>
                <w:sz w:val="19"/>
              </w:rPr>
              <w:t>Which = seçim sormak (hangisi)</w:t>
            </w:r>
          </w:p>
        </w:tc>
      </w:tr>
      <w:tr>
        <w:tc>
          <w:tcPr>
            <w:tcW w:type="dxa" w:w="3135"/>
          </w:tcPr>
          <w:p>
            <w:pPr>
              <w:jc w:val="center"/>
            </w:pPr>
            <w:r/>
            <w:r/>
            <w:r>
              <w:rPr>
                <w:rFonts w:ascii="Niramit" w:hAnsi="Niramit"/>
                <w:sz w:val="19"/>
              </w:rPr>
              <w:t>14</w:t>
            </w:r>
          </w:p>
        </w:tc>
        <w:tc>
          <w:tcPr>
            <w:tcW w:type="dxa" w:w="3135"/>
          </w:tcPr>
          <w:p>
            <w:pPr>
              <w:jc w:val="center"/>
            </w:pPr>
            <w:r/>
            <w:r/>
            <w:r>
              <w:rPr>
                <w:rFonts w:ascii="Niramit" w:hAnsi="Niramit"/>
                <w:sz w:val="19"/>
              </w:rPr>
              <w:t>A</w:t>
            </w:r>
          </w:p>
        </w:tc>
        <w:tc>
          <w:tcPr>
            <w:tcW w:type="dxa" w:w="3135"/>
          </w:tcPr>
          <w:p>
            <w:pPr>
              <w:jc w:val="left"/>
            </w:pPr>
            <w:r/>
            <w:r/>
            <w:r>
              <w:rPr>
                <w:rFonts w:ascii="Niramit" w:hAnsi="Niramit"/>
                <w:sz w:val="19"/>
              </w:rPr>
              <w:t>Ödev okuldan sonra: after school</w:t>
            </w:r>
          </w:p>
        </w:tc>
      </w:tr>
      <w:tr>
        <w:tc>
          <w:tcPr>
            <w:tcW w:type="dxa" w:w="3135"/>
          </w:tcPr>
          <w:p>
            <w:pPr>
              <w:jc w:val="center"/>
            </w:pPr>
            <w:r/>
            <w:r/>
            <w:r>
              <w:rPr>
                <w:rFonts w:ascii="Niramit" w:hAnsi="Niramit"/>
                <w:sz w:val="19"/>
              </w:rPr>
              <w:t>15</w:t>
            </w:r>
          </w:p>
        </w:tc>
        <w:tc>
          <w:tcPr>
            <w:tcW w:type="dxa" w:w="3135"/>
          </w:tcPr>
          <w:p>
            <w:pPr>
              <w:jc w:val="center"/>
            </w:pPr>
            <w:r/>
            <w:r/>
            <w:r>
              <w:rPr>
                <w:rFonts w:ascii="Niramit" w:hAnsi="Niramit"/>
                <w:sz w:val="19"/>
              </w:rPr>
              <w:t>B</w:t>
            </w:r>
          </w:p>
        </w:tc>
        <w:tc>
          <w:tcPr>
            <w:tcW w:type="dxa" w:w="3135"/>
          </w:tcPr>
          <w:p>
            <w:pPr>
              <w:jc w:val="left"/>
            </w:pPr>
            <w:r/>
            <w:r/>
            <w:r>
              <w:rPr>
                <w:rFonts w:ascii="Niramit" w:hAnsi="Niramit"/>
                <w:sz w:val="19"/>
              </w:rPr>
              <w:t>Ali erkek → him</w:t>
            </w:r>
          </w:p>
        </w:tc>
      </w:tr>
    </w:tbl>
    <w:tbl>
      <w:tblPr>
        <w:tblStyle w:val="TableGrid"/>
        <w:tblW w:type="auto" w:w="0"/>
        <w:tblLook w:firstColumn="1" w:firstRow="1" w:lastColumn="0" w:lastRow="0" w:noHBand="0" w:noVBand="1" w:val="04A0"/>
      </w:tblPr>
      <w:tblGrid>
        <w:gridCol w:w="3135"/>
        <w:gridCol w:w="3135"/>
        <w:gridCol w:w="3135"/>
      </w:tblGrid>
      <w:tr>
        <w:tc>
          <w:tcPr>
            <w:tcW w:type="dxa" w:w="3135"/>
          </w:tcPr>
          <w:p>
            <w:pPr>
              <w:jc w:val="center"/>
            </w:pPr>
            <w:r/>
            <w:r/>
            <w:r>
              <w:rPr>
                <w:rFonts w:ascii="Niramit" w:hAnsi="Niramit"/>
                <w:b/>
                <w:color w:val="FFFFFF"/>
                <w:sz w:val="20"/>
              </w:rPr>
              <w:t>Soru</w:t>
            </w:r>
          </w:p>
        </w:tc>
        <w:tc>
          <w:tcPr>
            <w:tcW w:type="dxa" w:w="3135"/>
          </w:tcPr>
          <w:p>
            <w:pPr>
              <w:jc w:val="center"/>
            </w:pPr>
            <w:r/>
            <w:r/>
            <w:r>
              <w:rPr>
                <w:rFonts w:ascii="Niramit" w:hAnsi="Niramit"/>
                <w:b/>
                <w:color w:val="FFFFFF"/>
                <w:sz w:val="20"/>
              </w:rPr>
              <w:t>Cevap</w:t>
            </w:r>
          </w:p>
        </w:tc>
        <w:tc>
          <w:tcPr>
            <w:tcW w:type="dxa" w:w="3135"/>
          </w:tcPr>
          <w:p>
            <w:pPr>
              <w:jc w:val="center"/>
            </w:pPr>
            <w:r/>
            <w:r/>
            <w:r>
              <w:rPr>
                <w:rFonts w:ascii="Niramit" w:hAnsi="Niramit"/>
                <w:b/>
                <w:color w:val="FFFFFF"/>
                <w:sz w:val="20"/>
              </w:rPr>
              <w:t>Açıklama</w:t>
            </w:r>
          </w:p>
        </w:tc>
      </w:tr>
      <w:tr>
        <w:tc>
          <w:tcPr>
            <w:tcW w:type="dxa" w:w="3135"/>
          </w:tcPr>
          <w:p>
            <w:pPr>
              <w:jc w:val="center"/>
            </w:pPr>
            <w:r/>
            <w:r/>
            <w:r>
              <w:rPr>
                <w:rFonts w:ascii="Niramit" w:hAnsi="Niramit"/>
                <w:sz w:val="19"/>
              </w:rPr>
              <w:t>1</w:t>
            </w:r>
          </w:p>
        </w:tc>
        <w:tc>
          <w:tcPr>
            <w:tcW w:type="dxa" w:w="3135"/>
          </w:tcPr>
          <w:p>
            <w:pPr>
              <w:jc w:val="center"/>
            </w:pPr>
            <w:r/>
            <w:r/>
            <w:r>
              <w:rPr>
                <w:rFonts w:ascii="Niramit" w:hAnsi="Niramit"/>
                <w:sz w:val="19"/>
              </w:rPr>
              <w:t>C</w:t>
            </w:r>
          </w:p>
        </w:tc>
        <w:tc>
          <w:tcPr>
            <w:tcW w:type="dxa" w:w="3135"/>
          </w:tcPr>
          <w:p>
            <w:pPr>
              <w:jc w:val="left"/>
            </w:pPr>
            <w:r/>
            <w:r/>
            <w:r>
              <w:rPr>
                <w:rFonts w:ascii="Niramit" w:hAnsi="Niramit"/>
                <w:sz w:val="19"/>
              </w:rPr>
              <w:t>Is your sister...? → No, she isn't.</w:t>
            </w:r>
          </w:p>
        </w:tc>
      </w:tr>
      <w:tr>
        <w:tc>
          <w:tcPr>
            <w:tcW w:type="dxa" w:w="3135"/>
          </w:tcPr>
          <w:p>
            <w:pPr>
              <w:jc w:val="center"/>
            </w:pPr>
            <w:r/>
            <w:r/>
            <w:r>
              <w:rPr>
                <w:rFonts w:ascii="Niramit" w:hAnsi="Niramit"/>
                <w:sz w:val="19"/>
              </w:rPr>
              <w:t>2</w:t>
            </w:r>
          </w:p>
        </w:tc>
        <w:tc>
          <w:tcPr>
            <w:tcW w:type="dxa" w:w="3135"/>
          </w:tcPr>
          <w:p>
            <w:pPr>
              <w:jc w:val="center"/>
            </w:pPr>
            <w:r/>
            <w:r/>
            <w:r>
              <w:rPr>
                <w:rFonts w:ascii="Niramit" w:hAnsi="Niramit"/>
                <w:sz w:val="19"/>
              </w:rPr>
              <w:t>D</w:t>
            </w:r>
          </w:p>
        </w:tc>
        <w:tc>
          <w:tcPr>
            <w:tcW w:type="dxa" w:w="3135"/>
          </w:tcPr>
          <w:p>
            <w:pPr>
              <w:jc w:val="left"/>
            </w:pPr>
            <w:r/>
            <w:r/>
            <w:r>
              <w:rPr>
                <w:rFonts w:ascii="Niramit" w:hAnsi="Niramit"/>
                <w:sz w:val="19"/>
              </w:rPr>
              <w:t>brother+I = we → are</w:t>
            </w:r>
          </w:p>
        </w:tc>
      </w:tr>
      <w:tr>
        <w:tc>
          <w:tcPr>
            <w:tcW w:type="dxa" w:w="3135"/>
          </w:tcPr>
          <w:p>
            <w:pPr>
              <w:jc w:val="center"/>
            </w:pPr>
            <w:r/>
            <w:r/>
            <w:r>
              <w:rPr>
                <w:rFonts w:ascii="Niramit" w:hAnsi="Niramit"/>
                <w:sz w:val="19"/>
              </w:rPr>
              <w:t>3</w:t>
            </w:r>
          </w:p>
        </w:tc>
        <w:tc>
          <w:tcPr>
            <w:tcW w:type="dxa" w:w="3135"/>
          </w:tcPr>
          <w:p>
            <w:pPr>
              <w:jc w:val="center"/>
            </w:pPr>
            <w:r/>
            <w:r/>
            <w:r>
              <w:rPr>
                <w:rFonts w:ascii="Niramit" w:hAnsi="Niramit"/>
                <w:sz w:val="19"/>
              </w:rPr>
              <w:t>A</w:t>
            </w:r>
          </w:p>
        </w:tc>
        <w:tc>
          <w:tcPr>
            <w:tcW w:type="dxa" w:w="3135"/>
          </w:tcPr>
          <w:p>
            <w:pPr>
              <w:jc w:val="left"/>
            </w:pPr>
            <w:r/>
            <w:r/>
            <w:r>
              <w:rPr>
                <w:rFonts w:ascii="Niramit" w:hAnsi="Niramit"/>
                <w:sz w:val="19"/>
              </w:rPr>
              <w:t>Look at + object pronoun: him</w:t>
            </w:r>
          </w:p>
        </w:tc>
      </w:tr>
      <w:tr>
        <w:tc>
          <w:tcPr>
            <w:tcW w:type="dxa" w:w="3135"/>
          </w:tcPr>
          <w:p>
            <w:pPr>
              <w:jc w:val="center"/>
            </w:pPr>
            <w:r/>
            <w:r/>
            <w:r>
              <w:rPr>
                <w:rFonts w:ascii="Niramit" w:hAnsi="Niramit"/>
                <w:sz w:val="19"/>
              </w:rPr>
              <w:t>4</w:t>
            </w:r>
          </w:p>
        </w:tc>
        <w:tc>
          <w:tcPr>
            <w:tcW w:type="dxa" w:w="3135"/>
          </w:tcPr>
          <w:p>
            <w:pPr>
              <w:jc w:val="center"/>
            </w:pPr>
            <w:r/>
            <w:r/>
            <w:r>
              <w:rPr>
                <w:rFonts w:ascii="Niramit" w:hAnsi="Niramit"/>
                <w:sz w:val="19"/>
              </w:rPr>
              <w:t>B</w:t>
            </w:r>
          </w:p>
        </w:tc>
        <w:tc>
          <w:tcPr>
            <w:tcW w:type="dxa" w:w="3135"/>
          </w:tcPr>
          <w:p>
            <w:pPr>
              <w:jc w:val="left"/>
            </w:pPr>
            <w:r/>
            <w:r/>
            <w:r>
              <w:rPr>
                <w:rFonts w:ascii="Niramit" w:hAnsi="Niramit"/>
                <w:sz w:val="19"/>
              </w:rPr>
              <w:t>Are you ready? soru yapısı</w:t>
            </w:r>
          </w:p>
        </w:tc>
      </w:tr>
      <w:tr>
        <w:tc>
          <w:tcPr>
            <w:tcW w:type="dxa" w:w="3135"/>
          </w:tcPr>
          <w:p>
            <w:pPr>
              <w:jc w:val="center"/>
            </w:pPr>
            <w:r/>
            <w:r/>
            <w:r>
              <w:rPr>
                <w:rFonts w:ascii="Niramit" w:hAnsi="Niramit"/>
                <w:sz w:val="19"/>
              </w:rPr>
              <w:t>5</w:t>
            </w:r>
          </w:p>
        </w:tc>
        <w:tc>
          <w:tcPr>
            <w:tcW w:type="dxa" w:w="3135"/>
          </w:tcPr>
          <w:p>
            <w:pPr>
              <w:jc w:val="center"/>
            </w:pPr>
            <w:r/>
            <w:r/>
            <w:r>
              <w:rPr>
                <w:rFonts w:ascii="Niramit" w:hAnsi="Niramit"/>
                <w:sz w:val="19"/>
              </w:rPr>
              <w:t>C</w:t>
            </w:r>
          </w:p>
        </w:tc>
        <w:tc>
          <w:tcPr>
            <w:tcW w:type="dxa" w:w="3135"/>
          </w:tcPr>
          <w:p>
            <w:pPr>
              <w:jc w:val="left"/>
            </w:pPr>
            <w:r/>
            <w:r/>
            <w:r>
              <w:rPr>
                <w:rFonts w:ascii="Niramit" w:hAnsi="Niramit"/>
                <w:sz w:val="19"/>
              </w:rPr>
              <w:t>pencils (çoğul) → they are</w:t>
            </w:r>
          </w:p>
        </w:tc>
      </w:tr>
      <w:tr>
        <w:tc>
          <w:tcPr>
            <w:tcW w:type="dxa" w:w="3135"/>
          </w:tcPr>
          <w:p>
            <w:pPr>
              <w:jc w:val="center"/>
            </w:pPr>
            <w:r/>
            <w:r/>
            <w:r>
              <w:rPr>
                <w:rFonts w:ascii="Niramit" w:hAnsi="Niramit"/>
                <w:sz w:val="19"/>
              </w:rPr>
              <w:t>6</w:t>
            </w:r>
          </w:p>
        </w:tc>
        <w:tc>
          <w:tcPr>
            <w:tcW w:type="dxa" w:w="3135"/>
          </w:tcPr>
          <w:p>
            <w:pPr>
              <w:jc w:val="center"/>
            </w:pPr>
            <w:r/>
            <w:r/>
            <w:r>
              <w:rPr>
                <w:rFonts w:ascii="Niramit" w:hAnsi="Niramit"/>
                <w:sz w:val="19"/>
              </w:rPr>
              <w:t>D</w:t>
            </w:r>
          </w:p>
        </w:tc>
        <w:tc>
          <w:tcPr>
            <w:tcW w:type="dxa" w:w="3135"/>
          </w:tcPr>
          <w:p>
            <w:pPr>
              <w:jc w:val="left"/>
            </w:pPr>
            <w:r/>
            <w:r/>
            <w:r>
              <w:rPr>
                <w:rFonts w:ascii="Niramit" w:hAnsi="Niramit"/>
                <w:sz w:val="19"/>
              </w:rPr>
              <w:t>Gün bölümleri: in the morning</w:t>
            </w:r>
          </w:p>
        </w:tc>
      </w:tr>
      <w:tr>
        <w:tc>
          <w:tcPr>
            <w:tcW w:type="dxa" w:w="3135"/>
          </w:tcPr>
          <w:p>
            <w:pPr>
              <w:jc w:val="center"/>
            </w:pPr>
            <w:r/>
            <w:r/>
            <w:r>
              <w:rPr>
                <w:rFonts w:ascii="Niramit" w:hAnsi="Niramit"/>
                <w:sz w:val="19"/>
              </w:rPr>
              <w:t>7</w:t>
            </w:r>
          </w:p>
        </w:tc>
        <w:tc>
          <w:tcPr>
            <w:tcW w:type="dxa" w:w="3135"/>
          </w:tcPr>
          <w:p>
            <w:pPr>
              <w:jc w:val="center"/>
            </w:pPr>
            <w:r/>
            <w:r/>
            <w:r>
              <w:rPr>
                <w:rFonts w:ascii="Niramit" w:hAnsi="Niramit"/>
                <w:sz w:val="19"/>
              </w:rPr>
              <w:t>A</w:t>
            </w:r>
          </w:p>
        </w:tc>
        <w:tc>
          <w:tcPr>
            <w:tcW w:type="dxa" w:w="3135"/>
          </w:tcPr>
          <w:p>
            <w:pPr>
              <w:jc w:val="left"/>
            </w:pPr>
            <w:r/>
            <w:r/>
            <w:r>
              <w:rPr>
                <w:rFonts w:ascii="Niramit" w:hAnsi="Niramit"/>
                <w:sz w:val="19"/>
              </w:rPr>
              <w:t>Her name + She is</w:t>
            </w:r>
          </w:p>
        </w:tc>
      </w:tr>
      <w:tr>
        <w:tc>
          <w:tcPr>
            <w:tcW w:type="dxa" w:w="3135"/>
          </w:tcPr>
          <w:p>
            <w:pPr>
              <w:jc w:val="center"/>
            </w:pPr>
            <w:r/>
            <w:r/>
            <w:r>
              <w:rPr>
                <w:rFonts w:ascii="Niramit" w:hAnsi="Niramit"/>
                <w:sz w:val="19"/>
              </w:rPr>
              <w:t>8</w:t>
            </w:r>
          </w:p>
        </w:tc>
        <w:tc>
          <w:tcPr>
            <w:tcW w:type="dxa" w:w="3135"/>
          </w:tcPr>
          <w:p>
            <w:pPr>
              <w:jc w:val="center"/>
            </w:pPr>
            <w:r/>
            <w:r/>
            <w:r>
              <w:rPr>
                <w:rFonts w:ascii="Niramit" w:hAnsi="Niramit"/>
                <w:sz w:val="19"/>
              </w:rPr>
              <w:t>C</w:t>
            </w:r>
          </w:p>
        </w:tc>
        <w:tc>
          <w:tcPr>
            <w:tcW w:type="dxa" w:w="3135"/>
          </w:tcPr>
          <w:p>
            <w:pPr>
              <w:jc w:val="left"/>
            </w:pPr>
            <w:r/>
            <w:r/>
            <w:r>
              <w:rPr>
                <w:rFonts w:ascii="Niramit" w:hAnsi="Niramit"/>
                <w:sz w:val="19"/>
              </w:rPr>
              <w:t>Whose = iyelik/sahiplik (kimin)</w:t>
            </w:r>
          </w:p>
        </w:tc>
      </w:tr>
      <w:tr>
        <w:tc>
          <w:tcPr>
            <w:tcW w:type="dxa" w:w="3135"/>
          </w:tcPr>
          <w:p>
            <w:pPr>
              <w:jc w:val="center"/>
            </w:pPr>
            <w:r/>
            <w:r/>
            <w:r>
              <w:rPr>
                <w:rFonts w:ascii="Niramit" w:hAnsi="Niramit"/>
                <w:sz w:val="19"/>
              </w:rPr>
              <w:t>9</w:t>
            </w:r>
          </w:p>
        </w:tc>
        <w:tc>
          <w:tcPr>
            <w:tcW w:type="dxa" w:w="3135"/>
          </w:tcPr>
          <w:p>
            <w:pPr>
              <w:jc w:val="center"/>
            </w:pPr>
            <w:r/>
            <w:r/>
            <w:r>
              <w:rPr>
                <w:rFonts w:ascii="Niramit" w:hAnsi="Niramit"/>
                <w:sz w:val="19"/>
              </w:rPr>
              <w:t>D</w:t>
            </w:r>
          </w:p>
        </w:tc>
        <w:tc>
          <w:tcPr>
            <w:tcW w:type="dxa" w:w="3135"/>
          </w:tcPr>
          <w:p>
            <w:pPr>
              <w:jc w:val="left"/>
            </w:pPr>
            <w:r/>
            <w:r/>
            <w:r>
              <w:rPr>
                <w:rFonts w:ascii="Niramit" w:hAnsi="Niramit"/>
                <w:sz w:val="19"/>
              </w:rPr>
              <w:t>Yatmadan ÖNCE: before I go to bed</w:t>
            </w:r>
          </w:p>
        </w:tc>
      </w:tr>
      <w:tr>
        <w:tc>
          <w:tcPr>
            <w:tcW w:type="dxa" w:w="3135"/>
          </w:tcPr>
          <w:p>
            <w:pPr>
              <w:jc w:val="center"/>
            </w:pPr>
            <w:r/>
            <w:r/>
            <w:r>
              <w:rPr>
                <w:rFonts w:ascii="Niramit" w:hAnsi="Niramit"/>
                <w:sz w:val="19"/>
              </w:rPr>
              <w:t>10</w:t>
            </w:r>
          </w:p>
        </w:tc>
        <w:tc>
          <w:tcPr>
            <w:tcW w:type="dxa" w:w="3135"/>
          </w:tcPr>
          <w:p>
            <w:pPr>
              <w:jc w:val="center"/>
            </w:pPr>
            <w:r/>
            <w:r/>
            <w:r>
              <w:rPr>
                <w:rFonts w:ascii="Niramit" w:hAnsi="Niramit"/>
                <w:sz w:val="19"/>
              </w:rPr>
              <w:t>A</w:t>
            </w:r>
          </w:p>
        </w:tc>
        <w:tc>
          <w:tcPr>
            <w:tcW w:type="dxa" w:w="3135"/>
          </w:tcPr>
          <w:p>
            <w:pPr>
              <w:jc w:val="left"/>
            </w:pPr>
            <w:r/>
            <w:r/>
            <w:r>
              <w:rPr>
                <w:rFonts w:ascii="Niramit" w:hAnsi="Niramit"/>
                <w:sz w:val="19"/>
              </w:rPr>
              <w:t>5:30 = half past five</w:t>
            </w:r>
          </w:p>
        </w:tc>
      </w:tr>
      <w:tr>
        <w:tc>
          <w:tcPr>
            <w:tcW w:type="dxa" w:w="3135"/>
          </w:tcPr>
          <w:p>
            <w:pPr>
              <w:jc w:val="center"/>
            </w:pPr>
            <w:r/>
            <w:r/>
            <w:r>
              <w:rPr>
                <w:rFonts w:ascii="Niramit" w:hAnsi="Niramit"/>
                <w:sz w:val="19"/>
              </w:rPr>
              <w:t>11</w:t>
            </w:r>
          </w:p>
        </w:tc>
        <w:tc>
          <w:tcPr>
            <w:tcW w:type="dxa" w:w="3135"/>
          </w:tcPr>
          <w:p>
            <w:pPr>
              <w:jc w:val="center"/>
            </w:pPr>
            <w:r/>
            <w:r/>
            <w:r>
              <w:rPr>
                <w:rFonts w:ascii="Niramit" w:hAnsi="Niramit"/>
                <w:sz w:val="19"/>
              </w:rPr>
              <w:t>D</w:t>
            </w:r>
          </w:p>
        </w:tc>
        <w:tc>
          <w:tcPr>
            <w:tcW w:type="dxa" w:w="3135"/>
          </w:tcPr>
          <w:p>
            <w:pPr>
              <w:jc w:val="left"/>
            </w:pPr>
            <w:r/>
            <w:r/>
            <w:r>
              <w:rPr>
                <w:rFonts w:ascii="Niramit" w:hAnsi="Niramit"/>
                <w:sz w:val="19"/>
              </w:rPr>
              <w:t>11:45 = quarter to twelve</w:t>
            </w:r>
          </w:p>
        </w:tc>
      </w:tr>
      <w:tr>
        <w:tc>
          <w:tcPr>
            <w:tcW w:type="dxa" w:w="3135"/>
          </w:tcPr>
          <w:p>
            <w:pPr>
              <w:jc w:val="center"/>
            </w:pPr>
            <w:r/>
            <w:r/>
            <w:r>
              <w:rPr>
                <w:rFonts w:ascii="Niramit" w:hAnsi="Niramit"/>
                <w:sz w:val="19"/>
              </w:rPr>
              <w:t>12</w:t>
            </w:r>
          </w:p>
        </w:tc>
        <w:tc>
          <w:tcPr>
            <w:tcW w:type="dxa" w:w="3135"/>
          </w:tcPr>
          <w:p>
            <w:pPr>
              <w:jc w:val="center"/>
            </w:pPr>
            <w:r/>
            <w:r/>
            <w:r>
              <w:rPr>
                <w:rFonts w:ascii="Niramit" w:hAnsi="Niramit"/>
                <w:sz w:val="19"/>
              </w:rPr>
              <w:t>B</w:t>
            </w:r>
          </w:p>
        </w:tc>
        <w:tc>
          <w:tcPr>
            <w:tcW w:type="dxa" w:w="3135"/>
          </w:tcPr>
          <w:p>
            <w:pPr>
              <w:jc w:val="left"/>
            </w:pPr>
            <w:r/>
            <w:r/>
            <w:r>
              <w:rPr>
                <w:rFonts w:ascii="Niramit" w:hAnsi="Niramit"/>
                <w:sz w:val="19"/>
              </w:rPr>
              <w:t>Amy+Tom = they → them</w:t>
            </w:r>
          </w:p>
        </w:tc>
      </w:tr>
      <w:tr>
        <w:tc>
          <w:tcPr>
            <w:tcW w:type="dxa" w:w="3135"/>
          </w:tcPr>
          <w:p>
            <w:pPr>
              <w:jc w:val="center"/>
            </w:pPr>
            <w:r/>
            <w:r/>
            <w:r>
              <w:rPr>
                <w:rFonts w:ascii="Niramit" w:hAnsi="Niramit"/>
                <w:sz w:val="19"/>
              </w:rPr>
              <w:t>13</w:t>
            </w:r>
          </w:p>
        </w:tc>
        <w:tc>
          <w:tcPr>
            <w:tcW w:type="dxa" w:w="3135"/>
          </w:tcPr>
          <w:p>
            <w:pPr>
              <w:jc w:val="center"/>
            </w:pPr>
            <w:r/>
            <w:r/>
            <w:r>
              <w:rPr>
                <w:rFonts w:ascii="Niramit" w:hAnsi="Niramit"/>
                <w:sz w:val="19"/>
              </w:rPr>
              <w:t>C</w:t>
            </w:r>
          </w:p>
        </w:tc>
        <w:tc>
          <w:tcPr>
            <w:tcW w:type="dxa" w:w="3135"/>
          </w:tcPr>
          <w:p>
            <w:pPr>
              <w:jc w:val="left"/>
            </w:pPr>
            <w:r/>
            <w:r/>
            <w:r>
              <w:rPr>
                <w:rFonts w:ascii="Niramit" w:hAnsi="Niramit"/>
                <w:sz w:val="19"/>
              </w:rPr>
              <w:t>7:45 = quarter to eight</w:t>
            </w:r>
          </w:p>
        </w:tc>
      </w:tr>
      <w:tr>
        <w:tc>
          <w:tcPr>
            <w:tcW w:type="dxa" w:w="3135"/>
          </w:tcPr>
          <w:p>
            <w:pPr>
              <w:jc w:val="center"/>
            </w:pPr>
            <w:r/>
            <w:r/>
            <w:r>
              <w:rPr>
                <w:rFonts w:ascii="Niramit" w:hAnsi="Niramit"/>
                <w:sz w:val="19"/>
              </w:rPr>
              <w:t>14</w:t>
            </w:r>
          </w:p>
        </w:tc>
        <w:tc>
          <w:tcPr>
            <w:tcW w:type="dxa" w:w="3135"/>
          </w:tcPr>
          <w:p>
            <w:pPr>
              <w:jc w:val="center"/>
            </w:pPr>
            <w:r/>
            <w:r/>
            <w:r>
              <w:rPr>
                <w:rFonts w:ascii="Niramit" w:hAnsi="Niramit"/>
                <w:sz w:val="19"/>
              </w:rPr>
              <w:t>A</w:t>
            </w:r>
          </w:p>
        </w:tc>
        <w:tc>
          <w:tcPr>
            <w:tcW w:type="dxa" w:w="3135"/>
          </w:tcPr>
          <w:p>
            <w:pPr>
              <w:jc w:val="left"/>
            </w:pPr>
            <w:r/>
            <w:r/>
            <w:r>
              <w:rPr>
                <w:rFonts w:ascii="Niramit" w:hAnsi="Niramit"/>
                <w:sz w:val="19"/>
              </w:rPr>
              <w:t>How many = sayı sormak (kaç tane)</w:t>
            </w:r>
          </w:p>
        </w:tc>
      </w:tr>
      <w:tr>
        <w:tc>
          <w:tcPr>
            <w:tcW w:type="dxa" w:w="3135"/>
          </w:tcPr>
          <w:p>
            <w:pPr>
              <w:jc w:val="center"/>
            </w:pPr>
            <w:r/>
            <w:r/>
            <w:r>
              <w:rPr>
                <w:rFonts w:ascii="Niramit" w:hAnsi="Niramit"/>
                <w:sz w:val="19"/>
              </w:rPr>
              <w:t>15</w:t>
            </w:r>
          </w:p>
        </w:tc>
        <w:tc>
          <w:tcPr>
            <w:tcW w:type="dxa" w:w="3135"/>
          </w:tcPr>
          <w:p>
            <w:pPr>
              <w:jc w:val="center"/>
            </w:pPr>
            <w:r/>
            <w:r/>
            <w:r>
              <w:rPr>
                <w:rFonts w:ascii="Niramit" w:hAnsi="Niramit"/>
                <w:sz w:val="19"/>
              </w:rPr>
              <w:t>D</w:t>
            </w:r>
          </w:p>
        </w:tc>
        <w:tc>
          <w:tcPr>
            <w:tcW w:type="dxa" w:w="3135"/>
          </w:tcPr>
          <w:p>
            <w:pPr>
              <w:jc w:val="left"/>
            </w:pPr>
            <w:r/>
            <w:r/>
            <w:r>
              <w:rPr>
                <w:rFonts w:ascii="Niramit" w:hAnsi="Niramit"/>
                <w:sz w:val="19"/>
              </w:rPr>
              <w:t>Saat sormak: What time</w:t>
            </w:r>
          </w:p>
        </w:tc>
      </w:tr>
    </w:tbl>
    <w:tbl>
      <w:tblPr>
        <w:tblStyle w:val="TableGrid"/>
        <w:tblW w:type="auto" w:w="0"/>
        <w:tblLook w:firstColumn="1" w:firstRow="1" w:lastColumn="0" w:lastRow="0" w:noHBand="0" w:noVBand="1" w:val="04A0"/>
      </w:tblPr>
      <w:tblGrid>
        <w:gridCol w:w="3135"/>
        <w:gridCol w:w="3135"/>
        <w:gridCol w:w="3135"/>
      </w:tblGrid>
      <w:tr>
        <w:tc>
          <w:tcPr>
            <w:tcW w:type="dxa" w:w="3135"/>
          </w:tcPr>
          <w:p>
            <w:pPr>
              <w:jc w:val="center"/>
            </w:pPr>
            <w:r/>
            <w:r/>
            <w:r>
              <w:rPr>
                <w:rFonts w:ascii="Niramit" w:hAnsi="Niramit"/>
                <w:b/>
                <w:color w:val="FFFFFF"/>
                <w:sz w:val="20"/>
              </w:rPr>
              <w:t>Soru</w:t>
            </w:r>
          </w:p>
        </w:tc>
        <w:tc>
          <w:tcPr>
            <w:tcW w:type="dxa" w:w="3135"/>
          </w:tcPr>
          <w:p>
            <w:pPr>
              <w:jc w:val="center"/>
            </w:pPr>
            <w:r/>
            <w:r/>
            <w:r>
              <w:rPr>
                <w:rFonts w:ascii="Niramit" w:hAnsi="Niramit"/>
                <w:b/>
                <w:color w:val="FFFFFF"/>
                <w:sz w:val="20"/>
              </w:rPr>
              <w:t>Cevap</w:t>
            </w:r>
          </w:p>
        </w:tc>
        <w:tc>
          <w:tcPr>
            <w:tcW w:type="dxa" w:w="3135"/>
          </w:tcPr>
          <w:p>
            <w:pPr>
              <w:jc w:val="center"/>
            </w:pPr>
            <w:r/>
            <w:r/>
            <w:r>
              <w:rPr>
                <w:rFonts w:ascii="Niramit" w:hAnsi="Niramit"/>
                <w:b/>
                <w:color w:val="FFFFFF"/>
                <w:sz w:val="20"/>
              </w:rPr>
              <w:t>Açıklama</w:t>
            </w:r>
          </w:p>
        </w:tc>
      </w:tr>
      <w:tr>
        <w:tc>
          <w:tcPr>
            <w:tcW w:type="dxa" w:w="3135"/>
          </w:tcPr>
          <w:p>
            <w:pPr>
              <w:jc w:val="center"/>
            </w:pPr>
            <w:r/>
            <w:r/>
            <w:r>
              <w:rPr>
                <w:rFonts w:ascii="Niramit" w:hAnsi="Niramit"/>
                <w:sz w:val="19"/>
              </w:rPr>
              <w:t>1</w:t>
            </w:r>
          </w:p>
        </w:tc>
        <w:tc>
          <w:tcPr>
            <w:tcW w:type="dxa" w:w="3135"/>
          </w:tcPr>
          <w:p>
            <w:pPr>
              <w:jc w:val="center"/>
            </w:pPr>
            <w:r/>
            <w:r/>
            <w:r>
              <w:rPr>
                <w:rFonts w:ascii="Niramit" w:hAnsi="Niramit"/>
                <w:sz w:val="19"/>
              </w:rPr>
              <w:t>B</w:t>
            </w:r>
          </w:p>
        </w:tc>
        <w:tc>
          <w:tcPr>
            <w:tcW w:type="dxa" w:w="3135"/>
          </w:tcPr>
          <w:p>
            <w:pPr>
              <w:jc w:val="left"/>
            </w:pPr>
            <w:r/>
            <w:r/>
            <w:r>
              <w:rPr>
                <w:rFonts w:ascii="Niramit" w:hAnsi="Niramit"/>
                <w:sz w:val="19"/>
              </w:rPr>
              <w:t>Soru 'Is' → cevap 'is' (olumsuz değil)</w:t>
            </w:r>
          </w:p>
        </w:tc>
      </w:tr>
      <w:tr>
        <w:tc>
          <w:tcPr>
            <w:tcW w:type="dxa" w:w="3135"/>
          </w:tcPr>
          <w:p>
            <w:pPr>
              <w:jc w:val="center"/>
            </w:pPr>
            <w:r/>
            <w:r/>
            <w:r>
              <w:rPr>
                <w:rFonts w:ascii="Niramit" w:hAnsi="Niramit"/>
                <w:sz w:val="19"/>
              </w:rPr>
              <w:t>2</w:t>
            </w:r>
          </w:p>
        </w:tc>
        <w:tc>
          <w:tcPr>
            <w:tcW w:type="dxa" w:w="3135"/>
          </w:tcPr>
          <w:p>
            <w:pPr>
              <w:jc w:val="center"/>
            </w:pPr>
            <w:r/>
            <w:r/>
            <w:r>
              <w:rPr>
                <w:rFonts w:ascii="Niramit" w:hAnsi="Niramit"/>
                <w:sz w:val="19"/>
              </w:rPr>
              <w:t>D</w:t>
            </w:r>
          </w:p>
        </w:tc>
        <w:tc>
          <w:tcPr>
            <w:tcW w:type="dxa" w:w="3135"/>
          </w:tcPr>
          <w:p>
            <w:pPr>
              <w:jc w:val="left"/>
            </w:pPr>
            <w:r/>
            <w:r/>
            <w:r>
              <w:rPr>
                <w:rFonts w:ascii="Niramit" w:hAnsi="Niramit"/>
                <w:sz w:val="19"/>
              </w:rPr>
              <w:t>Are you...? → No, we aren't</w:t>
            </w:r>
          </w:p>
        </w:tc>
      </w:tr>
      <w:tr>
        <w:tc>
          <w:tcPr>
            <w:tcW w:type="dxa" w:w="3135"/>
          </w:tcPr>
          <w:p>
            <w:pPr>
              <w:jc w:val="center"/>
            </w:pPr>
            <w:r/>
            <w:r/>
            <w:r>
              <w:rPr>
                <w:rFonts w:ascii="Niramit" w:hAnsi="Niramit"/>
                <w:sz w:val="19"/>
              </w:rPr>
              <w:t>3</w:t>
            </w:r>
          </w:p>
        </w:tc>
        <w:tc>
          <w:tcPr>
            <w:tcW w:type="dxa" w:w="3135"/>
          </w:tcPr>
          <w:p>
            <w:pPr>
              <w:jc w:val="center"/>
            </w:pPr>
            <w:r/>
            <w:r/>
            <w:r>
              <w:rPr>
                <w:rFonts w:ascii="Niramit" w:hAnsi="Niramit"/>
                <w:sz w:val="19"/>
              </w:rPr>
              <w:t>C</w:t>
            </w:r>
          </w:p>
        </w:tc>
        <w:tc>
          <w:tcPr>
            <w:tcW w:type="dxa" w:w="3135"/>
          </w:tcPr>
          <w:p>
            <w:pPr>
              <w:jc w:val="left"/>
            </w:pPr>
            <w:r/>
            <w:r/>
            <w:r>
              <w:rPr>
                <w:rFonts w:ascii="Niramit" w:hAnsi="Niramit"/>
                <w:sz w:val="19"/>
              </w:rPr>
              <w:t>sister+I = we → are. İyelik: Our birthdays</w:t>
            </w:r>
          </w:p>
        </w:tc>
      </w:tr>
      <w:tr>
        <w:tc>
          <w:tcPr>
            <w:tcW w:type="dxa" w:w="3135"/>
          </w:tcPr>
          <w:p>
            <w:pPr>
              <w:jc w:val="center"/>
            </w:pPr>
            <w:r/>
            <w:r/>
            <w:r>
              <w:rPr>
                <w:rFonts w:ascii="Niramit" w:hAnsi="Niramit"/>
                <w:sz w:val="19"/>
              </w:rPr>
              <w:t>4</w:t>
            </w:r>
          </w:p>
        </w:tc>
        <w:tc>
          <w:tcPr>
            <w:tcW w:type="dxa" w:w="3135"/>
          </w:tcPr>
          <w:p>
            <w:pPr>
              <w:jc w:val="center"/>
            </w:pPr>
            <w:r/>
            <w:r/>
            <w:r>
              <w:rPr>
                <w:rFonts w:ascii="Niramit" w:hAnsi="Niramit"/>
                <w:sz w:val="19"/>
              </w:rPr>
              <w:t>A</w:t>
            </w:r>
          </w:p>
        </w:tc>
        <w:tc>
          <w:tcPr>
            <w:tcW w:type="dxa" w:w="3135"/>
          </w:tcPr>
          <w:p>
            <w:pPr>
              <w:jc w:val="left"/>
            </w:pPr>
            <w:r/>
            <w:r/>
            <w:r>
              <w:rPr>
                <w:rFonts w:ascii="Niramit" w:hAnsi="Niramit"/>
                <w:sz w:val="19"/>
              </w:rPr>
              <w:t>Is he...? → Yes, he is</w:t>
            </w:r>
          </w:p>
        </w:tc>
      </w:tr>
      <w:tr>
        <w:tc>
          <w:tcPr>
            <w:tcW w:type="dxa" w:w="3135"/>
          </w:tcPr>
          <w:p>
            <w:pPr>
              <w:jc w:val="center"/>
            </w:pPr>
            <w:r/>
            <w:r/>
            <w:r>
              <w:rPr>
                <w:rFonts w:ascii="Niramit" w:hAnsi="Niramit"/>
                <w:sz w:val="19"/>
              </w:rPr>
              <w:t>5</w:t>
            </w:r>
          </w:p>
        </w:tc>
        <w:tc>
          <w:tcPr>
            <w:tcW w:type="dxa" w:w="3135"/>
          </w:tcPr>
          <w:p>
            <w:pPr>
              <w:jc w:val="center"/>
            </w:pPr>
            <w:r/>
            <w:r/>
            <w:r>
              <w:rPr>
                <w:rFonts w:ascii="Niramit" w:hAnsi="Niramit"/>
                <w:sz w:val="19"/>
              </w:rPr>
              <w:t>B</w:t>
            </w:r>
          </w:p>
        </w:tc>
        <w:tc>
          <w:tcPr>
            <w:tcW w:type="dxa" w:w="3135"/>
          </w:tcPr>
          <w:p>
            <w:pPr>
              <w:jc w:val="left"/>
            </w:pPr>
            <w:r/>
            <w:r/>
            <w:r>
              <w:rPr>
                <w:rFonts w:ascii="Niramit" w:hAnsi="Niramit"/>
                <w:sz w:val="19"/>
              </w:rPr>
              <w:t>Look at + object pronoun: her (she→her)</w:t>
            </w:r>
          </w:p>
        </w:tc>
      </w:tr>
      <w:tr>
        <w:tc>
          <w:tcPr>
            <w:tcW w:type="dxa" w:w="3135"/>
          </w:tcPr>
          <w:p>
            <w:pPr>
              <w:jc w:val="center"/>
            </w:pPr>
            <w:r/>
            <w:r/>
            <w:r>
              <w:rPr>
                <w:rFonts w:ascii="Niramit" w:hAnsi="Niramit"/>
                <w:sz w:val="19"/>
              </w:rPr>
              <w:t>6</w:t>
            </w:r>
          </w:p>
        </w:tc>
        <w:tc>
          <w:tcPr>
            <w:tcW w:type="dxa" w:w="3135"/>
          </w:tcPr>
          <w:p>
            <w:pPr>
              <w:jc w:val="center"/>
            </w:pPr>
            <w:r/>
            <w:r/>
            <w:r>
              <w:rPr>
                <w:rFonts w:ascii="Niramit" w:hAnsi="Niramit"/>
                <w:sz w:val="19"/>
              </w:rPr>
              <w:t>D</w:t>
            </w:r>
          </w:p>
        </w:tc>
        <w:tc>
          <w:tcPr>
            <w:tcW w:type="dxa" w:w="3135"/>
          </w:tcPr>
          <w:p>
            <w:pPr>
              <w:jc w:val="left"/>
            </w:pPr>
            <w:r/>
            <w:r/>
            <w:r>
              <w:rPr>
                <w:rFonts w:ascii="Niramit" w:hAnsi="Niramit"/>
                <w:sz w:val="19"/>
              </w:rPr>
              <w:t>What time + in the morning</w:t>
            </w:r>
          </w:p>
        </w:tc>
      </w:tr>
      <w:tr>
        <w:tc>
          <w:tcPr>
            <w:tcW w:type="dxa" w:w="3135"/>
          </w:tcPr>
          <w:p>
            <w:pPr>
              <w:jc w:val="center"/>
            </w:pPr>
            <w:r/>
            <w:r/>
            <w:r>
              <w:rPr>
                <w:rFonts w:ascii="Niramit" w:hAnsi="Niramit"/>
                <w:sz w:val="19"/>
              </w:rPr>
              <w:t>7</w:t>
            </w:r>
          </w:p>
        </w:tc>
        <w:tc>
          <w:tcPr>
            <w:tcW w:type="dxa" w:w="3135"/>
          </w:tcPr>
          <w:p>
            <w:pPr>
              <w:jc w:val="center"/>
            </w:pPr>
            <w:r/>
            <w:r/>
            <w:r>
              <w:rPr>
                <w:rFonts w:ascii="Niramit" w:hAnsi="Niramit"/>
                <w:sz w:val="19"/>
              </w:rPr>
              <w:t>A</w:t>
            </w:r>
          </w:p>
        </w:tc>
        <w:tc>
          <w:tcPr>
            <w:tcW w:type="dxa" w:w="3135"/>
          </w:tcPr>
          <w:p>
            <w:pPr>
              <w:jc w:val="left"/>
            </w:pPr>
            <w:r/>
            <w:r/>
            <w:r>
              <w:rPr>
                <w:rFonts w:ascii="Niramit" w:hAnsi="Niramit"/>
                <w:sz w:val="19"/>
              </w:rPr>
              <w:t>help + him + his teeth</w:t>
            </w:r>
          </w:p>
        </w:tc>
      </w:tr>
      <w:tr>
        <w:tc>
          <w:tcPr>
            <w:tcW w:type="dxa" w:w="3135"/>
          </w:tcPr>
          <w:p>
            <w:pPr>
              <w:jc w:val="center"/>
            </w:pPr>
            <w:r/>
            <w:r/>
            <w:r>
              <w:rPr>
                <w:rFonts w:ascii="Niramit" w:hAnsi="Niramit"/>
                <w:sz w:val="19"/>
              </w:rPr>
              <w:t>8</w:t>
            </w:r>
          </w:p>
        </w:tc>
        <w:tc>
          <w:tcPr>
            <w:tcW w:type="dxa" w:w="3135"/>
          </w:tcPr>
          <w:p>
            <w:pPr>
              <w:jc w:val="center"/>
            </w:pPr>
            <w:r/>
            <w:r/>
            <w:r>
              <w:rPr>
                <w:rFonts w:ascii="Niramit" w:hAnsi="Niramit"/>
                <w:sz w:val="19"/>
              </w:rPr>
              <w:t>C</w:t>
            </w:r>
          </w:p>
        </w:tc>
        <w:tc>
          <w:tcPr>
            <w:tcW w:type="dxa" w:w="3135"/>
          </w:tcPr>
          <w:p>
            <w:pPr>
              <w:jc w:val="left"/>
            </w:pPr>
            <w:r/>
            <w:r/>
            <w:r>
              <w:rPr>
                <w:rFonts w:ascii="Niramit" w:hAnsi="Niramit"/>
                <w:sz w:val="19"/>
              </w:rPr>
              <w:t>parents (çoğul) → they aren't</w:t>
            </w:r>
          </w:p>
        </w:tc>
      </w:tr>
      <w:tr>
        <w:tc>
          <w:tcPr>
            <w:tcW w:type="dxa" w:w="3135"/>
          </w:tcPr>
          <w:p>
            <w:pPr>
              <w:jc w:val="center"/>
            </w:pPr>
            <w:r/>
            <w:r/>
            <w:r>
              <w:rPr>
                <w:rFonts w:ascii="Niramit" w:hAnsi="Niramit"/>
                <w:sz w:val="19"/>
              </w:rPr>
              <w:t>9</w:t>
            </w:r>
          </w:p>
        </w:tc>
        <w:tc>
          <w:tcPr>
            <w:tcW w:type="dxa" w:w="3135"/>
          </w:tcPr>
          <w:p>
            <w:pPr>
              <w:jc w:val="center"/>
            </w:pPr>
            <w:r/>
            <w:r/>
            <w:r>
              <w:rPr>
                <w:rFonts w:ascii="Niramit" w:hAnsi="Niramit"/>
                <w:sz w:val="19"/>
              </w:rPr>
              <w:t>B</w:t>
            </w:r>
          </w:p>
        </w:tc>
        <w:tc>
          <w:tcPr>
            <w:tcW w:type="dxa" w:w="3135"/>
          </w:tcPr>
          <w:p>
            <w:pPr>
              <w:jc w:val="left"/>
            </w:pPr>
            <w:r/>
            <w:r/>
            <w:r>
              <w:rPr>
                <w:rFonts w:ascii="Niramit" w:hAnsi="Niramit"/>
                <w:sz w:val="19"/>
              </w:rPr>
              <w:t>half past seven = 7:30, saatte at</w:t>
            </w:r>
          </w:p>
        </w:tc>
      </w:tr>
      <w:tr>
        <w:tc>
          <w:tcPr>
            <w:tcW w:type="dxa" w:w="3135"/>
          </w:tcPr>
          <w:p>
            <w:pPr>
              <w:jc w:val="center"/>
            </w:pPr>
            <w:r/>
            <w:r/>
            <w:r>
              <w:rPr>
                <w:rFonts w:ascii="Niramit" w:hAnsi="Niramit"/>
                <w:sz w:val="19"/>
              </w:rPr>
              <w:t>10</w:t>
            </w:r>
          </w:p>
        </w:tc>
        <w:tc>
          <w:tcPr>
            <w:tcW w:type="dxa" w:w="3135"/>
          </w:tcPr>
          <w:p>
            <w:pPr>
              <w:jc w:val="center"/>
            </w:pPr>
            <w:r/>
            <w:r/>
            <w:r>
              <w:rPr>
                <w:rFonts w:ascii="Niramit" w:hAnsi="Niramit"/>
                <w:sz w:val="19"/>
              </w:rPr>
              <w:t>C</w:t>
            </w:r>
          </w:p>
        </w:tc>
        <w:tc>
          <w:tcPr>
            <w:tcW w:type="dxa" w:w="3135"/>
          </w:tcPr>
          <w:p>
            <w:pPr>
              <w:jc w:val="left"/>
            </w:pPr>
            <w:r/>
            <w:r/>
            <w:r>
              <w:rPr>
                <w:rFonts w:ascii="Niramit" w:hAnsi="Niramit"/>
                <w:sz w:val="19"/>
              </w:rPr>
              <w:t>İkisi de saat: at 6:30 / at 7</w:t>
            </w:r>
          </w:p>
        </w:tc>
      </w:tr>
      <w:tr>
        <w:tc>
          <w:tcPr>
            <w:tcW w:type="dxa" w:w="3135"/>
          </w:tcPr>
          <w:p>
            <w:pPr>
              <w:jc w:val="center"/>
            </w:pPr>
            <w:r/>
            <w:r/>
            <w:r>
              <w:rPr>
                <w:rFonts w:ascii="Niramit" w:hAnsi="Niramit"/>
                <w:sz w:val="19"/>
              </w:rPr>
              <w:t>11</w:t>
            </w:r>
          </w:p>
        </w:tc>
        <w:tc>
          <w:tcPr>
            <w:tcW w:type="dxa" w:w="3135"/>
          </w:tcPr>
          <w:p>
            <w:pPr>
              <w:jc w:val="center"/>
            </w:pPr>
            <w:r/>
            <w:r/>
            <w:r>
              <w:rPr>
                <w:rFonts w:ascii="Niramit" w:hAnsi="Niramit"/>
                <w:sz w:val="19"/>
              </w:rPr>
              <w:t>D</w:t>
            </w:r>
          </w:p>
        </w:tc>
        <w:tc>
          <w:tcPr>
            <w:tcW w:type="dxa" w:w="3135"/>
          </w:tcPr>
          <w:p>
            <w:pPr>
              <w:jc w:val="left"/>
            </w:pPr>
            <w:r/>
            <w:r/>
            <w:r>
              <w:rPr>
                <w:rFonts w:ascii="Niramit" w:hAnsi="Niramit"/>
                <w:sz w:val="19"/>
              </w:rPr>
              <w:t>8:45 = quarter to nine</w:t>
            </w:r>
          </w:p>
        </w:tc>
      </w:tr>
      <w:tr>
        <w:tc>
          <w:tcPr>
            <w:tcW w:type="dxa" w:w="3135"/>
          </w:tcPr>
          <w:p>
            <w:pPr>
              <w:jc w:val="center"/>
            </w:pPr>
            <w:r/>
            <w:r/>
            <w:r>
              <w:rPr>
                <w:rFonts w:ascii="Niramit" w:hAnsi="Niramit"/>
                <w:sz w:val="19"/>
              </w:rPr>
              <w:t>12</w:t>
            </w:r>
          </w:p>
        </w:tc>
        <w:tc>
          <w:tcPr>
            <w:tcW w:type="dxa" w:w="3135"/>
          </w:tcPr>
          <w:p>
            <w:pPr>
              <w:jc w:val="center"/>
            </w:pPr>
            <w:r/>
            <w:r/>
            <w:r>
              <w:rPr>
                <w:rFonts w:ascii="Niramit" w:hAnsi="Niramit"/>
                <w:sz w:val="19"/>
              </w:rPr>
              <w:t>B</w:t>
            </w:r>
          </w:p>
        </w:tc>
        <w:tc>
          <w:tcPr>
            <w:tcW w:type="dxa" w:w="3135"/>
          </w:tcPr>
          <w:p>
            <w:pPr>
              <w:jc w:val="left"/>
            </w:pPr>
            <w:r/>
            <w:r/>
            <w:r>
              <w:rPr>
                <w:rFonts w:ascii="Niramit" w:hAnsi="Niramit"/>
                <w:sz w:val="19"/>
              </w:rPr>
              <w:t>grandmother = she → her</w:t>
            </w:r>
          </w:p>
        </w:tc>
      </w:tr>
      <w:tr>
        <w:tc>
          <w:tcPr>
            <w:tcW w:type="dxa" w:w="3135"/>
          </w:tcPr>
          <w:p>
            <w:pPr>
              <w:jc w:val="center"/>
            </w:pPr>
            <w:r/>
            <w:r/>
            <w:r>
              <w:rPr>
                <w:rFonts w:ascii="Niramit" w:hAnsi="Niramit"/>
                <w:sz w:val="19"/>
              </w:rPr>
              <w:t>13</w:t>
            </w:r>
          </w:p>
        </w:tc>
        <w:tc>
          <w:tcPr>
            <w:tcW w:type="dxa" w:w="3135"/>
          </w:tcPr>
          <w:p>
            <w:pPr>
              <w:jc w:val="center"/>
            </w:pPr>
            <w:r/>
            <w:r/>
            <w:r>
              <w:rPr>
                <w:rFonts w:ascii="Niramit" w:hAnsi="Niramit"/>
                <w:sz w:val="19"/>
              </w:rPr>
              <w:t>C</w:t>
            </w:r>
          </w:p>
        </w:tc>
        <w:tc>
          <w:tcPr>
            <w:tcW w:type="dxa" w:w="3135"/>
          </w:tcPr>
          <w:p>
            <w:pPr>
              <w:jc w:val="left"/>
            </w:pPr>
            <w:r/>
            <w:r/>
            <w:r>
              <w:rPr>
                <w:rFonts w:ascii="Niramit" w:hAnsi="Niramit"/>
                <w:sz w:val="19"/>
              </w:rPr>
              <w:t>gives us + like her (object pronoun)</w:t>
            </w:r>
          </w:p>
        </w:tc>
      </w:tr>
      <w:tr>
        <w:tc>
          <w:tcPr>
            <w:tcW w:type="dxa" w:w="3135"/>
          </w:tcPr>
          <w:p>
            <w:pPr>
              <w:jc w:val="center"/>
            </w:pPr>
            <w:r/>
            <w:r/>
            <w:r>
              <w:rPr>
                <w:rFonts w:ascii="Niramit" w:hAnsi="Niramit"/>
                <w:sz w:val="19"/>
              </w:rPr>
              <w:t>14</w:t>
            </w:r>
          </w:p>
        </w:tc>
        <w:tc>
          <w:tcPr>
            <w:tcW w:type="dxa" w:w="3135"/>
          </w:tcPr>
          <w:p>
            <w:pPr>
              <w:jc w:val="center"/>
            </w:pPr>
            <w:r/>
            <w:r/>
            <w:r>
              <w:rPr>
                <w:rFonts w:ascii="Niramit" w:hAnsi="Niramit"/>
                <w:sz w:val="19"/>
              </w:rPr>
              <w:t>A</w:t>
            </w:r>
          </w:p>
        </w:tc>
        <w:tc>
          <w:tcPr>
            <w:tcW w:type="dxa" w:w="3135"/>
          </w:tcPr>
          <w:p>
            <w:pPr>
              <w:jc w:val="left"/>
            </w:pPr>
            <w:r/>
            <w:r/>
            <w:r>
              <w:rPr>
                <w:rFonts w:ascii="Niramit" w:hAnsi="Niramit"/>
                <w:sz w:val="19"/>
              </w:rPr>
              <w:t>Diş fırçalama kahvaltıdan SONRA</w:t>
            </w:r>
          </w:p>
        </w:tc>
      </w:tr>
      <w:tr>
        <w:tc>
          <w:tcPr>
            <w:tcW w:type="dxa" w:w="3135"/>
          </w:tcPr>
          <w:p>
            <w:pPr>
              <w:jc w:val="center"/>
            </w:pPr>
            <w:r/>
            <w:r/>
            <w:r>
              <w:rPr>
                <w:rFonts w:ascii="Niramit" w:hAnsi="Niramit"/>
                <w:sz w:val="19"/>
              </w:rPr>
              <w:t>15</w:t>
            </w:r>
          </w:p>
        </w:tc>
        <w:tc>
          <w:tcPr>
            <w:tcW w:type="dxa" w:w="3135"/>
          </w:tcPr>
          <w:p>
            <w:pPr>
              <w:jc w:val="center"/>
            </w:pPr>
            <w:r/>
            <w:r/>
            <w:r>
              <w:rPr>
                <w:rFonts w:ascii="Niramit" w:hAnsi="Niramit"/>
                <w:sz w:val="19"/>
              </w:rPr>
              <w:t>D</w:t>
            </w:r>
          </w:p>
        </w:tc>
        <w:tc>
          <w:tcPr>
            <w:tcW w:type="dxa" w:w="3135"/>
          </w:tcPr>
          <w:p>
            <w:pPr>
              <w:jc w:val="left"/>
            </w:pPr>
            <w:r/>
            <w:r/>
            <w:r>
              <w:rPr>
                <w:rFonts w:ascii="Niramit" w:hAnsi="Niramit"/>
                <w:sz w:val="19"/>
              </w:rPr>
              <w:t>Which = seçim (hangisi) — two shirts → seçim sorusu</w:t>
            </w:r>
          </w:p>
        </w:tc>
      </w:tr>
    </w:tbl>
    <w:tbl>
      <w:tblPr>
        <w:tblStyle w:val="TableGrid"/>
        <w:tblW w:type="auto" w:w="0"/>
        <w:tblLook w:firstColumn="1" w:firstRow="1" w:lastColumn="0" w:lastRow="0" w:noHBand="0" w:noVBand="1" w:val="04A0"/>
      </w:tblPr>
      <w:tblGrid>
        <w:gridCol w:w="1881"/>
        <w:gridCol w:w="1881"/>
        <w:gridCol w:w="1881"/>
        <w:gridCol w:w="1881"/>
        <w:gridCol w:w="1881"/>
      </w:tblGrid>
      <w:tr>
        <w:tc>
          <w:tcPr>
            <w:tcW w:type="dxa" w:w="1881"/>
          </w:tcPr>
          <w:p>
            <w:pPr>
              <w:jc w:val="center"/>
            </w:pPr>
            <w:r/>
            <w:r/>
            <w:r>
              <w:rPr>
                <w:rFonts w:ascii="Niramit" w:hAnsi="Niramit"/>
                <w:b/>
                <w:color w:val="FFFFFF"/>
                <w:sz w:val="20"/>
              </w:rPr>
              <w:t>Test</w:t>
            </w:r>
          </w:p>
        </w:tc>
        <w:tc>
          <w:tcPr>
            <w:tcW w:type="dxa" w:w="1881"/>
          </w:tcPr>
          <w:p>
            <w:pPr>
              <w:jc w:val="center"/>
            </w:pPr>
            <w:r/>
            <w:r/>
            <w:r>
              <w:rPr>
                <w:rFonts w:ascii="Niramit" w:hAnsi="Niramit"/>
                <w:b/>
                <w:color w:val="FFFFFF"/>
                <w:sz w:val="20"/>
              </w:rPr>
              <w:t>A</w:t>
            </w:r>
          </w:p>
        </w:tc>
        <w:tc>
          <w:tcPr>
            <w:tcW w:type="dxa" w:w="1881"/>
          </w:tcPr>
          <w:p>
            <w:pPr>
              <w:jc w:val="center"/>
            </w:pPr>
            <w:r/>
            <w:r/>
            <w:r>
              <w:rPr>
                <w:rFonts w:ascii="Niramit" w:hAnsi="Niramit"/>
                <w:b/>
                <w:color w:val="FFFFFF"/>
                <w:sz w:val="20"/>
              </w:rPr>
              <w:t>B</w:t>
            </w:r>
          </w:p>
        </w:tc>
        <w:tc>
          <w:tcPr>
            <w:tcW w:type="dxa" w:w="1881"/>
          </w:tcPr>
          <w:p>
            <w:pPr>
              <w:jc w:val="center"/>
            </w:pPr>
            <w:r/>
            <w:r/>
            <w:r>
              <w:rPr>
                <w:rFonts w:ascii="Niramit" w:hAnsi="Niramit"/>
                <w:b/>
                <w:color w:val="FFFFFF"/>
                <w:sz w:val="20"/>
              </w:rPr>
              <w:t>C</w:t>
            </w:r>
          </w:p>
        </w:tc>
        <w:tc>
          <w:tcPr>
            <w:tcW w:type="dxa" w:w="1881"/>
          </w:tcPr>
          <w:p>
            <w:pPr>
              <w:jc w:val="center"/>
            </w:pPr>
            <w:r/>
            <w:r/>
            <w:r>
              <w:rPr>
                <w:rFonts w:ascii="Niramit" w:hAnsi="Niramit"/>
                <w:b/>
                <w:color w:val="FFFFFF"/>
                <w:sz w:val="20"/>
              </w:rPr>
              <w:t>D</w:t>
            </w:r>
          </w:p>
        </w:tc>
      </w:tr>
      <w:tr>
        <w:tc>
          <w:tcPr>
            <w:tcW w:type="dxa" w:w="1881"/>
          </w:tcPr>
          <w:p>
            <w:pPr>
              <w:jc w:val="center"/>
            </w:pPr>
            <w:r/>
            <w:r/>
            <w:r>
              <w:rPr>
                <w:rFonts w:ascii="Niramit" w:hAnsi="Niramit"/>
                <w:sz w:val="19"/>
              </w:rPr>
              <w:t>Deneme 1 Kolay</w:t>
            </w:r>
          </w:p>
        </w:tc>
        <w:tc>
          <w:tcPr>
            <w:tcW w:type="dxa" w:w="1881"/>
          </w:tcPr>
          <w:p>
            <w:pPr>
              <w:jc w:val="center"/>
            </w:pPr>
            <w:r/>
            <w:r/>
            <w:r>
              <w:rPr>
                <w:rFonts w:ascii="Niramit" w:hAnsi="Niramit"/>
                <w:sz w:val="19"/>
              </w:rPr>
              <w:t>4</w:t>
            </w:r>
          </w:p>
        </w:tc>
        <w:tc>
          <w:tcPr>
            <w:tcW w:type="dxa" w:w="1881"/>
          </w:tcPr>
          <w:p>
            <w:pPr>
              <w:jc w:val="center"/>
            </w:pPr>
            <w:r/>
            <w:r/>
            <w:r>
              <w:rPr>
                <w:rFonts w:ascii="Niramit" w:hAnsi="Niramit"/>
                <w:sz w:val="19"/>
              </w:rPr>
              <w:t>4</w:t>
            </w:r>
          </w:p>
        </w:tc>
        <w:tc>
          <w:tcPr>
            <w:tcW w:type="dxa" w:w="1881"/>
          </w:tcPr>
          <w:p>
            <w:pPr>
              <w:jc w:val="center"/>
            </w:pPr>
            <w:r/>
            <w:r/>
            <w:r>
              <w:rPr>
                <w:rFonts w:ascii="Niramit" w:hAnsi="Niramit"/>
                <w:sz w:val="19"/>
              </w:rPr>
              <w:t>4</w:t>
            </w:r>
          </w:p>
        </w:tc>
        <w:tc>
          <w:tcPr>
            <w:tcW w:type="dxa" w:w="1881"/>
          </w:tcPr>
          <w:p>
            <w:pPr>
              <w:jc w:val="left"/>
            </w:pPr>
            <w:r/>
            <w:r/>
            <w:r>
              <w:rPr>
                <w:rFonts w:ascii="Niramit" w:hAnsi="Niramit"/>
                <w:sz w:val="19"/>
              </w:rPr>
              <w:t>3</w:t>
            </w:r>
          </w:p>
        </w:tc>
      </w:tr>
      <w:tr>
        <w:tc>
          <w:tcPr>
            <w:tcW w:type="dxa" w:w="1881"/>
          </w:tcPr>
          <w:p>
            <w:pPr>
              <w:jc w:val="center"/>
            </w:pPr>
            <w:r/>
            <w:r/>
            <w:r>
              <w:rPr>
                <w:rFonts w:ascii="Niramit" w:hAnsi="Niramit"/>
                <w:sz w:val="19"/>
              </w:rPr>
              <w:t>Deneme 2 Orta</w:t>
            </w:r>
          </w:p>
        </w:tc>
        <w:tc>
          <w:tcPr>
            <w:tcW w:type="dxa" w:w="1881"/>
          </w:tcPr>
          <w:p>
            <w:pPr>
              <w:jc w:val="center"/>
            </w:pPr>
            <w:r/>
            <w:r/>
            <w:r>
              <w:rPr>
                <w:rFonts w:ascii="Niramit" w:hAnsi="Niramit"/>
                <w:sz w:val="19"/>
              </w:rPr>
              <w:t>4</w:t>
            </w:r>
          </w:p>
        </w:tc>
        <w:tc>
          <w:tcPr>
            <w:tcW w:type="dxa" w:w="1881"/>
          </w:tcPr>
          <w:p>
            <w:pPr>
              <w:jc w:val="center"/>
            </w:pPr>
            <w:r/>
            <w:r/>
            <w:r>
              <w:rPr>
                <w:rFonts w:ascii="Niramit" w:hAnsi="Niramit"/>
                <w:sz w:val="19"/>
              </w:rPr>
              <w:t>3</w:t>
            </w:r>
          </w:p>
        </w:tc>
        <w:tc>
          <w:tcPr>
            <w:tcW w:type="dxa" w:w="1881"/>
          </w:tcPr>
          <w:p>
            <w:pPr>
              <w:jc w:val="center"/>
            </w:pPr>
            <w:r/>
            <w:r/>
            <w:r>
              <w:rPr>
                <w:rFonts w:ascii="Niramit" w:hAnsi="Niramit"/>
                <w:sz w:val="19"/>
              </w:rPr>
              <w:t>4</w:t>
            </w:r>
          </w:p>
        </w:tc>
        <w:tc>
          <w:tcPr>
            <w:tcW w:type="dxa" w:w="1881"/>
          </w:tcPr>
          <w:p>
            <w:pPr>
              <w:jc w:val="left"/>
            </w:pPr>
            <w:r/>
            <w:r/>
            <w:r>
              <w:rPr>
                <w:rFonts w:ascii="Niramit" w:hAnsi="Niramit"/>
                <w:sz w:val="19"/>
              </w:rPr>
              <w:t>4</w:t>
            </w:r>
          </w:p>
        </w:tc>
      </w:tr>
      <w:tr>
        <w:tc>
          <w:tcPr>
            <w:tcW w:type="dxa" w:w="1881"/>
          </w:tcPr>
          <w:p>
            <w:pPr>
              <w:jc w:val="center"/>
            </w:pPr>
            <w:r/>
            <w:r/>
            <w:r>
              <w:rPr>
                <w:rFonts w:ascii="Niramit" w:hAnsi="Niramit"/>
                <w:sz w:val="19"/>
              </w:rPr>
              <w:t>Deneme 3 Zor</w:t>
            </w:r>
          </w:p>
        </w:tc>
        <w:tc>
          <w:tcPr>
            <w:tcW w:type="dxa" w:w="1881"/>
          </w:tcPr>
          <w:p>
            <w:pPr>
              <w:jc w:val="center"/>
            </w:pPr>
            <w:r/>
            <w:r/>
            <w:r>
              <w:rPr>
                <w:rFonts w:ascii="Niramit" w:hAnsi="Niramit"/>
                <w:sz w:val="19"/>
              </w:rPr>
              <w:t>3</w:t>
            </w:r>
          </w:p>
        </w:tc>
        <w:tc>
          <w:tcPr>
            <w:tcW w:type="dxa" w:w="1881"/>
          </w:tcPr>
          <w:p>
            <w:pPr>
              <w:jc w:val="center"/>
            </w:pPr>
            <w:r/>
            <w:r/>
            <w:r>
              <w:rPr>
                <w:rFonts w:ascii="Niramit" w:hAnsi="Niramit"/>
                <w:sz w:val="19"/>
              </w:rPr>
              <w:t>4</w:t>
            </w:r>
          </w:p>
        </w:tc>
        <w:tc>
          <w:tcPr>
            <w:tcW w:type="dxa" w:w="1881"/>
          </w:tcPr>
          <w:p>
            <w:pPr>
              <w:jc w:val="center"/>
            </w:pPr>
            <w:r/>
            <w:r/>
            <w:r>
              <w:rPr>
                <w:rFonts w:ascii="Niramit" w:hAnsi="Niramit"/>
                <w:sz w:val="19"/>
              </w:rPr>
              <w:t>4</w:t>
            </w:r>
          </w:p>
        </w:tc>
        <w:tc>
          <w:tcPr>
            <w:tcW w:type="dxa" w:w="1881"/>
          </w:tcPr>
          <w:p>
            <w:pPr>
              <w:jc w:val="left"/>
            </w:pPr>
            <w:r/>
            <w:r/>
            <w:r>
              <w:rPr>
                <w:rFonts w:ascii="Niramit" w:hAnsi="Niramit"/>
                <w:sz w:val="19"/>
              </w:rPr>
              <w:t>4</w:t>
            </w:r>
          </w:p>
        </w:tc>
      </w:tr>
      <w:tr>
        <w:tc>
          <w:tcPr>
            <w:tcW w:type="dxa" w:w="1881"/>
          </w:tcPr>
          <w:p>
            <w:pPr>
              <w:jc w:val="center"/>
            </w:pPr>
            <w:r/>
            <w:r/>
            <w:r>
              <w:rPr>
                <w:rFonts w:ascii="Niramit" w:hAnsi="Niramit"/>
                <w:sz w:val="19"/>
              </w:rPr>
              <w:t>Toplam (45 soru)</w:t>
            </w:r>
          </w:p>
        </w:tc>
        <w:tc>
          <w:tcPr>
            <w:tcW w:type="dxa" w:w="1881"/>
          </w:tcPr>
          <w:p>
            <w:pPr>
              <w:jc w:val="center"/>
            </w:pPr>
            <w:r/>
            <w:r/>
            <w:r>
              <w:rPr>
                <w:rFonts w:ascii="Niramit" w:hAnsi="Niramit"/>
                <w:sz w:val="19"/>
              </w:rPr>
              <w:t>11</w:t>
            </w:r>
          </w:p>
        </w:tc>
        <w:tc>
          <w:tcPr>
            <w:tcW w:type="dxa" w:w="1881"/>
          </w:tcPr>
          <w:p>
            <w:pPr>
              <w:jc w:val="center"/>
            </w:pPr>
            <w:r/>
            <w:r/>
            <w:r>
              <w:rPr>
                <w:rFonts w:ascii="Niramit" w:hAnsi="Niramit"/>
                <w:sz w:val="19"/>
              </w:rPr>
              <w:t>11</w:t>
            </w:r>
          </w:p>
        </w:tc>
        <w:tc>
          <w:tcPr>
            <w:tcW w:type="dxa" w:w="1881"/>
          </w:tcPr>
          <w:p>
            <w:pPr>
              <w:jc w:val="center"/>
            </w:pPr>
            <w:r/>
            <w:r/>
            <w:r>
              <w:rPr>
                <w:rFonts w:ascii="Niramit" w:hAnsi="Niramit"/>
                <w:sz w:val="19"/>
              </w:rPr>
              <w:t>12</w:t>
            </w:r>
          </w:p>
        </w:tc>
        <w:tc>
          <w:tcPr>
            <w:tcW w:type="dxa" w:w="1881"/>
          </w:tcPr>
          <w:p>
            <w:pPr>
              <w:jc w:val="left"/>
            </w:pPr>
            <w:r/>
            <w:r/>
            <w:r>
              <w:rPr>
                <w:rFonts w:ascii="Niramit" w:hAnsi="Niramit"/>
                <w:sz w:val="19"/>
              </w:rPr>
              <w:t>11</w:t>
            </w:r>
          </w:p>
        </w:tc>
      </w:tr>
    </w:tbl>
    <w:p>
      <w:r>
        <w:br w:type="page"/>
      </w:r>
    </w:p>
    <w:p>
      <w:pPr>
        <w:jc w:val="center"/>
      </w:pPr>
      <w:r>
        <w:rPr>
          <w:b/>
          <w:color w:val="1A559E"/>
          <w:sz w:val="28"/>
        </w:rPr>
        <w:t>— KİTAP SONU —</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