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</w:pPr>
      <w:r>
        <w:rPr>
          <w:rFonts w:ascii="Niramit" w:hAnsi="Niramit"/>
          <w:b/>
          <w:i w:val="0"/>
          <w:color w:val="1A559E"/>
          <w:sz w:val="28"/>
        </w:rPr>
        <w:t>CEVAP ANAHTARLARI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DENEME 1 — KOLAY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Soru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Cevap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Açıklama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 + am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2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She + is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3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We + are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8:15 = quarter past eight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5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Saatlerde 'at': at 7 o'clock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6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Are you...? → Yes, I am.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7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Fiilden sonra object pronoun: love her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8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Why = neden sorusu, cevap 'Because' ile başlar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9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Is your father...? → No, he isn't.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10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brush my teeth — diş fırçalamak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11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your friends (çoğul) → Are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12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7:30 = half past seven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13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Which = seçim sormak (hangisi)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14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Ödev okuldan sonra: after school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15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Ali erkek → him</w:t>
            </w:r>
          </w:p>
        </w:tc>
      </w:tr>
    </w:tbl>
    <w:p/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DENEME 2 — ORTA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Soru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Cevap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Açıklama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Is your sister...? → No, she isn't.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2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brother+I = we → are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3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Look at + object pronoun: him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Are you ready? soru yapısı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5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pencils (çoğul) → they are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6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Gün bölümleri: in the morning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7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Her name + She is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8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Whose = iyelik/sahiplik (kimin)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9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Yatmadan ÖNCE: before I go to bed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10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5:30 = half past five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11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11:45 = quarter to twelve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12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Amy+Tom = they → them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13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7:45 = quarter to eight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14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How many = sayı sormak (kaç tane)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15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Saat sormak: What time</w:t>
            </w:r>
          </w:p>
        </w:tc>
      </w:tr>
    </w:tbl>
    <w:p/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DENEME 3 — ZOR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Soru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Cevap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Açıklama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Soru 'Is' → cevap 'is' (olumsuz değil)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2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Are you...? → No, we aren't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3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sister+I = we → are. İyelik: Our birthdays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Is he...? → Yes, he is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5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Look at + object pronoun: her (she→her)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6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What time + in the morning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7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help + him + his teeth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8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parents (çoğul) → they aren't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9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half past seven = 7:30, saatte at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10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İkisi de saat: at 6:30 / at 7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11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8:45 = quarter to nine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12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grandmother = she → her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13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gives us + like her (object pronoun)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14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Diş fırçalama kahvaltıdan SONRA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15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Which = seçim (hangisi) — two shirts → seçim sorusu</w:t>
            </w:r>
          </w:p>
        </w:tc>
      </w:tr>
    </w:tbl>
    <w:p/>
    <w:p>
      <w:r>
        <w:br w:type="page"/>
      </w:r>
    </w:p>
    <w:p>
      <w:pPr>
        <w:spacing w:before="240"/>
      </w:pPr>
      <w:r>
        <w:rPr>
          <w:rFonts w:ascii="Niramit" w:hAnsi="Niramit"/>
          <w:b/>
          <w:i w:val="0"/>
          <w:color w:val="1A559E"/>
          <w:sz w:val="26"/>
        </w:rPr>
        <w:t>OKUMA PARÇALARI — CEVAP ANAHTARI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Okuma 1 — Kolay (Ayşe's Day)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1.B  2.C  3.D  4.B  5.A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Okuma 2 — Orta (Mehmet and His Family)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1.B  2.B  3.C  4.B  5.C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Okuma 3 — Zor (A Special Morning)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1.B  2.C  3.D  4.C  5.A  6.B</w:t>
      </w:r>
    </w:p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Şık Dağılımı Özeti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Test</w:t>
            </w:r>
          </w:p>
        </w:tc>
        <w:tc>
          <w:tcPr>
            <w:tcW w:type="dxa" w:w="188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A</w:t>
            </w:r>
          </w:p>
        </w:tc>
        <w:tc>
          <w:tcPr>
            <w:tcW w:type="dxa" w:w="188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B</w:t>
            </w:r>
          </w:p>
        </w:tc>
        <w:tc>
          <w:tcPr>
            <w:tcW w:type="dxa" w:w="188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C</w:t>
            </w:r>
          </w:p>
        </w:tc>
        <w:tc>
          <w:tcPr>
            <w:tcW w:type="dxa" w:w="188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D</w:t>
            </w:r>
          </w:p>
        </w:tc>
      </w:tr>
      <w:tr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Deneme 1 Kolay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  <w:tc>
          <w:tcPr>
            <w:tcW w:type="dxa" w:w="188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3</w:t>
            </w:r>
          </w:p>
        </w:tc>
      </w:tr>
      <w:tr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Deneme 2 Orta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3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  <w:tc>
          <w:tcPr>
            <w:tcW w:type="dxa" w:w="188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</w:tr>
      <w:tr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Deneme 3 Zor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3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  <w:tc>
          <w:tcPr>
            <w:tcW w:type="dxa" w:w="188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4</w:t>
            </w:r>
          </w:p>
        </w:tc>
      </w:tr>
      <w:tr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Toplam (45 soru)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11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11</w:t>
            </w:r>
          </w:p>
        </w:tc>
        <w:tc>
          <w:tcPr>
            <w:tcW w:type="dxa" w:w="188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12</w:t>
            </w:r>
          </w:p>
        </w:tc>
        <w:tc>
          <w:tcPr>
            <w:tcW w:type="dxa" w:w="188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11</w:t>
            </w:r>
          </w:p>
        </w:tc>
      </w:tr>
    </w:tbl>
    <w:p/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