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pPr>
      <w:r>
        <w:rPr>
          <w:rFonts w:ascii="Niramit" w:hAnsi="Niramit"/>
          <w:b/>
          <w:i w:val="0"/>
          <w:color w:val="1A559E"/>
          <w:sz w:val="26"/>
        </w:rPr>
        <w:t>OKUMA 3 — ZOR</w:t>
      </w:r>
    </w:p>
    <w:p>
      <w:pPr>
        <w:jc w:val="center"/>
      </w:pPr>
      <w:r>
        <w:rPr>
          <w:rFonts w:ascii="Niramit" w:hAnsi="Niramit"/>
          <w:b w:val="0"/>
          <w:i w:val="0"/>
          <w:color w:val="666666"/>
          <w:sz w:val="20"/>
        </w:rPr>
        <w:t>Aşağıdaki metni okuyunuz. Soruları metne göre cevaplayınız.</w:t>
      </w:r>
    </w:p>
    <w:p>
      <w:r>
        <w:rPr>
          <w:rFonts w:ascii="Niramit" w:hAnsi="Niramit"/>
          <w:b/>
          <w:i/>
          <w:color w:val="222222"/>
          <w:sz w:val="22"/>
        </w:rPr>
        <w:t>A Special Morning — The Brown Family</w:t>
      </w:r>
    </w:p>
    <w:tbl>
      <w:tblPr>
        <w:tblW w:type="auto" w:w="0"/>
        <w:tblLook w:firstColumn="1" w:firstRow="1" w:lastColumn="0" w:lastRow="0" w:noHBand="0" w:noVBand="1" w:val="04A0"/>
      </w:tblPr>
      <w:tblGrid>
        <w:gridCol w:w="9406"/>
      </w:tblGrid>
      <w:tr>
        <w:tc>
          <w:tcPr>
            <w:tcW w:type="dxa" w:w="9406"/>
            <w:shd w:val="clear" w:color="auto" w:fill="F5F8FC"/>
          </w:tcPr>
          <w:p>
            <w:r>
              <w:rPr>
                <w:rFonts w:ascii="Niramit" w:hAnsi="Niramit"/>
                <w:i/>
                <w:sz w:val="22"/>
              </w:rPr>
              <w:t>It is a busy morning in the Brown family. Mr. Brown is a carpenter. He works in a workshop near their house. He usually wakes up at 6 o'clock. But today is different. Today, he is not at the workshop. He is at home because it is his birthday! Mrs. Brown is in the kitchen. She is preparing a special breakfast for him. She is a wonderful cook. Their children, Tom and Emily, are in their rooms. Tom is 12 years old. He is getting dressed. He has a big exam at school today. He is a little nervous. Emily is 9 years old. She is brushing her long, brown hair in front of the mirror. She is very happy because today is also her best friend's birthday party after school. Grandpa Brown is in the garden. He is 75 years old but he is very strong. He is watering the flowers. He lives with the family. He is a very kind man. He always helps Mrs. Brown in the garden. At 7 o'clock, the family is at the breakfast table. There are pancakes, eggs, fruit, and orange juice. Mr. Brown is very happy. 'Thank you, everyone! This is a perfect morning!' he says. Before they eat, Tom says, 'Happy birthday, Dad!' and gives him a small box. Inside the box, there is a beautiful pen. Mr. Brown loves it. After breakfast, Tom goes to school. Emily goes to school too, but after school, she is going to the party. Mr. Brown stays at home with Mrs. Brown. It is a special day for all of them.</w:t>
            </w:r>
          </w:p>
        </w:tc>
      </w:tr>
    </w:tbl>
    <w:p/>
    <w:p/>
    <w:p>
      <w:pPr>
        <w:spacing w:before="120"/>
      </w:pPr>
      <w:r>
        <w:rPr>
          <w:rFonts w:ascii="Niramit" w:hAnsi="Niramit"/>
          <w:b/>
          <w:i w:val="0"/>
          <w:color w:val="222222"/>
          <w:sz w:val="22"/>
        </w:rPr>
        <w:t>1. Why is Mr. Brown at home today instead of at the workshop?</w:t>
      </w:r>
    </w:p>
    <w:p>
      <w:pPr>
        <w:spacing w:before="20" w:after="20"/>
        <w:ind w:left="567"/>
      </w:pPr>
      <w:r>
        <w:rPr>
          <w:rFonts w:ascii="Niramit" w:hAnsi="Niramit"/>
          <w:b w:val="0"/>
          <w:i w:val="0"/>
          <w:color w:val="222222"/>
          <w:sz w:val="21"/>
        </w:rPr>
        <w:t>A) He is sick.</w:t>
      </w:r>
    </w:p>
    <w:p>
      <w:pPr>
        <w:spacing w:before="20" w:after="20"/>
        <w:ind w:left="567"/>
      </w:pPr>
      <w:r>
        <w:rPr>
          <w:rFonts w:ascii="Niramit" w:hAnsi="Niramit"/>
          <w:b w:val="0"/>
          <w:i w:val="0"/>
          <w:color w:val="222222"/>
          <w:sz w:val="21"/>
        </w:rPr>
        <w:t>B) It is his birthday.</w:t>
      </w:r>
    </w:p>
    <w:p>
      <w:pPr>
        <w:spacing w:before="20" w:after="20"/>
        <w:ind w:left="567"/>
      </w:pPr>
      <w:r>
        <w:rPr>
          <w:rFonts w:ascii="Niramit" w:hAnsi="Niramit"/>
          <w:b w:val="0"/>
          <w:i w:val="0"/>
          <w:color w:val="222222"/>
          <w:sz w:val="21"/>
        </w:rPr>
        <w:t>C) The workshop is closed.</w:t>
      </w:r>
    </w:p>
    <w:p>
      <w:pPr>
        <w:spacing w:before="20" w:after="20"/>
        <w:ind w:left="567"/>
      </w:pPr>
      <w:r>
        <w:rPr>
          <w:rFonts w:ascii="Niramit" w:hAnsi="Niramit"/>
          <w:b w:val="0"/>
          <w:i w:val="0"/>
          <w:color w:val="222222"/>
          <w:sz w:val="21"/>
        </w:rPr>
        <w:t>D) He is on holiday.</w:t>
      </w:r>
    </w:p>
    <w:p/>
    <w:p>
      <w:pPr>
        <w:spacing w:before="120"/>
      </w:pPr>
      <w:r>
        <w:rPr>
          <w:rFonts w:ascii="Niramit" w:hAnsi="Niramit"/>
          <w:b/>
          <w:i w:val="0"/>
          <w:color w:val="222222"/>
          <w:sz w:val="22"/>
        </w:rPr>
        <w:t>2. What is Emily doing before breakfast?</w:t>
      </w:r>
    </w:p>
    <w:p>
      <w:pPr>
        <w:spacing w:before="20" w:after="20"/>
        <w:ind w:left="567"/>
      </w:pPr>
      <w:r>
        <w:rPr>
          <w:rFonts w:ascii="Niramit" w:hAnsi="Niramit"/>
          <w:b w:val="0"/>
          <w:i w:val="0"/>
          <w:color w:val="222222"/>
          <w:sz w:val="21"/>
        </w:rPr>
        <w:t>A) She is studying for an exam.</w:t>
      </w:r>
    </w:p>
    <w:p>
      <w:pPr>
        <w:spacing w:before="20" w:after="20"/>
        <w:ind w:left="567"/>
      </w:pPr>
      <w:r>
        <w:rPr>
          <w:rFonts w:ascii="Niramit" w:hAnsi="Niramit"/>
          <w:b w:val="0"/>
          <w:i w:val="0"/>
          <w:color w:val="222222"/>
          <w:sz w:val="21"/>
        </w:rPr>
        <w:t>B) She is getting dressed.</w:t>
      </w:r>
    </w:p>
    <w:p>
      <w:pPr>
        <w:spacing w:before="20" w:after="20"/>
        <w:ind w:left="567"/>
      </w:pPr>
      <w:r>
        <w:rPr>
          <w:rFonts w:ascii="Niramit" w:hAnsi="Niramit"/>
          <w:b w:val="0"/>
          <w:i w:val="0"/>
          <w:color w:val="222222"/>
          <w:sz w:val="21"/>
        </w:rPr>
        <w:t>C) She is brushing her hair.</w:t>
      </w:r>
    </w:p>
    <w:p>
      <w:pPr>
        <w:spacing w:before="20" w:after="20"/>
        <w:ind w:left="567"/>
      </w:pPr>
      <w:r>
        <w:rPr>
          <w:rFonts w:ascii="Niramit" w:hAnsi="Niramit"/>
          <w:b w:val="0"/>
          <w:i w:val="0"/>
          <w:color w:val="222222"/>
          <w:sz w:val="21"/>
        </w:rPr>
        <w:t>D) She is watering the flowers.</w:t>
      </w:r>
    </w:p>
    <w:p/>
    <w:p>
      <w:pPr>
        <w:spacing w:before="120"/>
      </w:pPr>
      <w:r>
        <w:rPr>
          <w:rFonts w:ascii="Niramit" w:hAnsi="Niramit"/>
          <w:b/>
          <w:i w:val="0"/>
          <w:color w:val="222222"/>
          <w:sz w:val="22"/>
        </w:rPr>
        <w:t>3. Who lives with the Brown family?</w:t>
      </w:r>
    </w:p>
    <w:p>
      <w:pPr>
        <w:spacing w:before="20" w:after="20"/>
        <w:ind w:left="567"/>
      </w:pPr>
      <w:r>
        <w:rPr>
          <w:rFonts w:ascii="Niramit" w:hAnsi="Niramit"/>
          <w:b w:val="0"/>
          <w:i w:val="0"/>
          <w:color w:val="222222"/>
          <w:sz w:val="21"/>
        </w:rPr>
        <w:t>A) Emily's best friend.</w:t>
      </w:r>
    </w:p>
    <w:p>
      <w:pPr>
        <w:spacing w:before="20" w:after="20"/>
        <w:ind w:left="567"/>
      </w:pPr>
      <w:r>
        <w:rPr>
          <w:rFonts w:ascii="Niramit" w:hAnsi="Niramit"/>
          <w:b w:val="0"/>
          <w:i w:val="0"/>
          <w:color w:val="222222"/>
          <w:sz w:val="21"/>
        </w:rPr>
        <w:t>B) Mrs. Brown's mother.</w:t>
      </w:r>
    </w:p>
    <w:p>
      <w:pPr>
        <w:spacing w:before="20" w:after="20"/>
        <w:ind w:left="567"/>
      </w:pPr>
      <w:r>
        <w:rPr>
          <w:rFonts w:ascii="Niramit" w:hAnsi="Niramit"/>
          <w:b w:val="0"/>
          <w:i w:val="0"/>
          <w:color w:val="222222"/>
          <w:sz w:val="21"/>
        </w:rPr>
        <w:t>C) Tom's teacher.</w:t>
      </w:r>
    </w:p>
    <w:p>
      <w:pPr>
        <w:spacing w:before="20" w:after="20"/>
        <w:ind w:left="567"/>
      </w:pPr>
      <w:r>
        <w:rPr>
          <w:rFonts w:ascii="Niramit" w:hAnsi="Niramit"/>
          <w:b w:val="0"/>
          <w:i w:val="0"/>
          <w:color w:val="222222"/>
          <w:sz w:val="21"/>
        </w:rPr>
        <w:t>D) Grandpa Brown.</w:t>
      </w:r>
    </w:p>
    <w:p/>
    <w:p>
      <w:pPr>
        <w:spacing w:before="120"/>
      </w:pPr>
      <w:r>
        <w:rPr>
          <w:rFonts w:ascii="Niramit" w:hAnsi="Niramit"/>
          <w:b/>
          <w:i w:val="0"/>
          <w:color w:val="222222"/>
          <w:sz w:val="22"/>
        </w:rPr>
        <w:t>4. What does Tom give his father for his birthday?</w:t>
      </w:r>
    </w:p>
    <w:p>
      <w:pPr>
        <w:spacing w:before="20" w:after="20"/>
        <w:ind w:left="567"/>
      </w:pPr>
      <w:r>
        <w:rPr>
          <w:rFonts w:ascii="Niramit" w:hAnsi="Niramit"/>
          <w:b w:val="0"/>
          <w:i w:val="0"/>
          <w:color w:val="222222"/>
          <w:sz w:val="21"/>
        </w:rPr>
        <w:t>A) A book.</w:t>
      </w:r>
    </w:p>
    <w:p>
      <w:pPr>
        <w:spacing w:before="20" w:after="20"/>
        <w:ind w:left="567"/>
      </w:pPr>
      <w:r>
        <w:rPr>
          <w:rFonts w:ascii="Niramit" w:hAnsi="Niramit"/>
          <w:b w:val="0"/>
          <w:i w:val="0"/>
          <w:color w:val="222222"/>
          <w:sz w:val="21"/>
        </w:rPr>
        <w:t>B) A watch.</w:t>
      </w:r>
    </w:p>
    <w:p>
      <w:pPr>
        <w:spacing w:before="20" w:after="20"/>
        <w:ind w:left="567"/>
      </w:pPr>
      <w:r>
        <w:rPr>
          <w:rFonts w:ascii="Niramit" w:hAnsi="Niramit"/>
          <w:b w:val="0"/>
          <w:i w:val="0"/>
          <w:color w:val="222222"/>
          <w:sz w:val="21"/>
        </w:rPr>
        <w:t>C) A pen.</w:t>
      </w:r>
    </w:p>
    <w:p>
      <w:pPr>
        <w:spacing w:before="20" w:after="20"/>
        <w:ind w:left="567"/>
      </w:pPr>
      <w:r>
        <w:rPr>
          <w:rFonts w:ascii="Niramit" w:hAnsi="Niramit"/>
          <w:b w:val="0"/>
          <w:i w:val="0"/>
          <w:color w:val="222222"/>
          <w:sz w:val="21"/>
        </w:rPr>
        <w:t>D) A box of chocolates.</w:t>
      </w:r>
    </w:p>
    <w:p/>
    <w:p>
      <w:pPr>
        <w:spacing w:before="120"/>
      </w:pPr>
      <w:r>
        <w:rPr>
          <w:rFonts w:ascii="Niramit" w:hAnsi="Niramit"/>
          <w:b/>
          <w:i w:val="0"/>
          <w:color w:val="222222"/>
          <w:sz w:val="22"/>
        </w:rPr>
        <w:t>5. Why is Tom nervous?</w:t>
      </w:r>
    </w:p>
    <w:p>
      <w:pPr>
        <w:spacing w:before="20" w:after="20"/>
        <w:ind w:left="567"/>
      </w:pPr>
      <w:r>
        <w:rPr>
          <w:rFonts w:ascii="Niramit" w:hAnsi="Niramit"/>
          <w:b w:val="0"/>
          <w:i w:val="0"/>
          <w:color w:val="222222"/>
          <w:sz w:val="21"/>
        </w:rPr>
        <w:t>A) He has an exam at school.</w:t>
      </w:r>
    </w:p>
    <w:p>
      <w:pPr>
        <w:spacing w:before="20" w:after="20"/>
        <w:ind w:left="567"/>
      </w:pPr>
      <w:r>
        <w:rPr>
          <w:rFonts w:ascii="Niramit" w:hAnsi="Niramit"/>
          <w:b w:val="0"/>
          <w:i w:val="0"/>
          <w:color w:val="222222"/>
          <w:sz w:val="21"/>
        </w:rPr>
        <w:t>B) He has a birthday party.</w:t>
      </w:r>
    </w:p>
    <w:p>
      <w:pPr>
        <w:spacing w:before="20" w:after="20"/>
        <w:ind w:left="567"/>
      </w:pPr>
      <w:r>
        <w:rPr>
          <w:rFonts w:ascii="Niramit" w:hAnsi="Niramit"/>
          <w:b w:val="0"/>
          <w:i w:val="0"/>
          <w:color w:val="222222"/>
          <w:sz w:val="21"/>
        </w:rPr>
        <w:t>C) He is late for school.</w:t>
      </w:r>
    </w:p>
    <w:p>
      <w:pPr>
        <w:spacing w:before="20" w:after="20"/>
        <w:ind w:left="567"/>
      </w:pPr>
      <w:r>
        <w:rPr>
          <w:rFonts w:ascii="Niramit" w:hAnsi="Niramit"/>
          <w:b w:val="0"/>
          <w:i w:val="0"/>
          <w:color w:val="222222"/>
          <w:sz w:val="21"/>
        </w:rPr>
        <w:t>D) He doesn't like breakfast.</w:t>
      </w:r>
    </w:p>
    <w:p/>
    <w:p>
      <w:pPr>
        <w:spacing w:before="120"/>
      </w:pPr>
      <w:r>
        <w:rPr>
          <w:rFonts w:ascii="Niramit" w:hAnsi="Niramit"/>
          <w:b/>
          <w:i w:val="0"/>
          <w:color w:val="222222"/>
          <w:sz w:val="22"/>
        </w:rPr>
        <w:t>6. What can we understand about Grandpa Brown from the text?</w:t>
      </w:r>
    </w:p>
    <w:p>
      <w:pPr>
        <w:spacing w:before="20" w:after="20"/>
        <w:ind w:left="567"/>
      </w:pPr>
      <w:r>
        <w:rPr>
          <w:rFonts w:ascii="Niramit" w:hAnsi="Niramit"/>
          <w:b w:val="0"/>
          <w:i w:val="0"/>
          <w:color w:val="222222"/>
          <w:sz w:val="21"/>
        </w:rPr>
        <w:t>A) He is 75 and very weak.</w:t>
      </w:r>
    </w:p>
    <w:p>
      <w:pPr>
        <w:spacing w:before="20" w:after="20"/>
        <w:ind w:left="567"/>
      </w:pPr>
      <w:r>
        <w:rPr>
          <w:rFonts w:ascii="Niramit" w:hAnsi="Niramit"/>
          <w:b w:val="0"/>
          <w:i w:val="0"/>
          <w:color w:val="222222"/>
          <w:sz w:val="21"/>
        </w:rPr>
        <w:t>B) He helps Mrs. Brown in the garden.</w:t>
      </w:r>
    </w:p>
    <w:p>
      <w:pPr>
        <w:spacing w:before="20" w:after="20"/>
        <w:ind w:left="567"/>
      </w:pPr>
      <w:r>
        <w:rPr>
          <w:rFonts w:ascii="Niramit" w:hAnsi="Niramit"/>
          <w:b w:val="0"/>
          <w:i w:val="0"/>
          <w:color w:val="222222"/>
          <w:sz w:val="21"/>
        </w:rPr>
        <w:t>C) He doesn't live with the family.</w:t>
      </w:r>
    </w:p>
    <w:p>
      <w:pPr>
        <w:spacing w:before="20" w:after="20"/>
        <w:ind w:left="567"/>
      </w:pPr>
      <w:r>
        <w:rPr>
          <w:rFonts w:ascii="Niramit" w:hAnsi="Niramit"/>
          <w:b w:val="0"/>
          <w:i w:val="0"/>
          <w:color w:val="222222"/>
          <w:sz w:val="21"/>
        </w:rPr>
        <w:t>D) He is a carpenter.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