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6"/>
        </w:rPr>
        <w:t>OKUMA 2 — ORTA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Aşağıdaki metni okuyunuz. Soruları metne göre cevaplayınız.</w:t>
      </w:r>
    </w:p>
    <w:p>
      <w:r>
        <w:rPr>
          <w:rFonts w:ascii="Niramit" w:hAnsi="Niramit"/>
          <w:b/>
          <w:i/>
          <w:color w:val="222222"/>
          <w:sz w:val="22"/>
        </w:rPr>
        <w:t>Mehmet and His Family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F5F8FC"/>
          </w:tcPr>
          <w:p>
            <w:r>
              <w:rPr>
                <w:rFonts w:ascii="Niramit" w:hAnsi="Niramit"/>
                <w:i/>
                <w:sz w:val="22"/>
              </w:rPr>
              <w:t>Hi! I am Mehmet. I am 11 years old. I am in the 5th grade. I have a big family. There are five people in my family: my mother, my father, my two sisters and me. My sisters are younger than me. Their names are Elif and Zeynep. Elif is 7 and Zeynep is 4 years old. They are very cute but they are noisy in the morning! My mother is a teacher. She works at a school in Kyrenia. She wakes up very early at 5:30 every day. After she wakes up, she prepares breakfast for us. My father is a doctor. He works at a hospital. He wakes up at 6 o'clock. Before he goes to work, he drinks coffee and reads the newspaper. I wake up at 7 o'clock. I have breakfast with my sisters at 7:30. After breakfast, I brush my teeth and get dressed. My mother takes us to school at 8 o'clock. School starts at 8:30. My favourite lesson is English. Our English teacher is Mrs. Smith. She is very kind. After school, I come home at 3 o'clock. I do my homework before dinner. After dinner, I play with my sisters or watch TV. I go to bed at 9:30. My sisters go to bed at 8:30 because they are younger.</w:t>
            </w:r>
          </w:p>
        </w:tc>
      </w:tr>
    </w:tbl>
    <w:p/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1. How many sisters does Mehmet have?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One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Two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Three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Four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2. What does Mehmet's mother do?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She is a doctor.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She is a teacher.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She is a nurse.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She is a student.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3. What does Mehmet's father do before he goes to work?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He prepares breakfast.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He reads a book.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He drinks coffee and reads the newspaper.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He takes a shower.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4. Why do Mehmet's sisters go to bed at 8:30?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Because they are tired.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Because they are younger.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Because they don't like TV.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Because they are hungry.</w:t>
      </w:r>
    </w:p>
    <w:p/>
    <w:p>
      <w:pPr>
        <w:spacing w:before="120"/>
      </w:pPr>
      <w:r>
        <w:rPr>
          <w:rFonts w:ascii="Niramit" w:hAnsi="Niramit"/>
          <w:b/>
          <w:i w:val="0"/>
          <w:color w:val="222222"/>
          <w:sz w:val="22"/>
        </w:rPr>
        <w:t>5. What is true about Mrs. Smith?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A) She is Mehmet's mother.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B) She is a strict teacher.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C) She is very kind.</w:t>
      </w:r>
    </w:p>
    <w:p>
      <w:pPr>
        <w:spacing w:before="20" w:after="20"/>
        <w:ind w:left="567"/>
      </w:pPr>
      <w:r>
        <w:rPr>
          <w:rFonts w:ascii="Niramit" w:hAnsi="Niramit"/>
          <w:b w:val="0"/>
          <w:i w:val="0"/>
          <w:color w:val="222222"/>
          <w:sz w:val="21"/>
        </w:rPr>
        <w:t>D) She teaches Maths.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