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</w:pPr>
      <w:r>
        <w:rPr>
          <w:rFonts w:ascii="Niramit" w:hAnsi="Niramit"/>
          <w:b/>
          <w:i w:val="0"/>
          <w:color w:val="1A559E"/>
          <w:sz w:val="26"/>
        </w:rPr>
        <w:t>DENEME 3 — ZOR</w:t>
      </w:r>
    </w:p>
    <w:p>
      <w:pPr>
        <w:jc w:val="center"/>
      </w:pPr>
      <w:r>
        <w:rPr>
          <w:rFonts w:ascii="Niramit" w:hAnsi="Niramit"/>
          <w:b w:val="0"/>
          <w:i w:val="0"/>
          <w:color w:val="666666"/>
          <w:sz w:val="20"/>
        </w:rPr>
        <w:t>15 Soru  |  Süre: 20 Dakika  |  Önemli Noktalar Odaklı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1. A: Is your mother at home?</w:t>
        <w:br/>
        <w:t xml:space="preserve"> B: No. She _______ at work until 6 o'clock.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am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is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are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be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2. A: Are you and your brother ready?</w:t>
        <w:br/>
        <w:t xml:space="preserve"> B: No, we _______ . We are still eating breakfast.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is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isn't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not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aren't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3. My sister and I _______ twins. _______ birthdays are in June.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are / Us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is / Our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are / Our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am / We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4. A: Is David a good student?</w:t>
        <w:br/>
        <w:t xml:space="preserve"> B: Yes, _______ . He always does his homework.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he is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he's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he does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he has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5. Look at _______ ! She is dancing very well.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she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him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6. A: _______ is your English lesson?</w:t>
        <w:br/>
        <w:t xml:space="preserve"> B: It is at 9 o'clock _______ the morning.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When / in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What time / at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When / at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What time / in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7. My brother is only 2 years old. I help _______ to brush _______ teeth.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him / his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he / him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her / his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him / he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8. A: Are your parents at home now?</w:t>
        <w:br/>
        <w:t xml:space="preserve"> B: No, _______ . They are at work.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they are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they isn't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they aren't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it isn't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9. It is half past seven. I wake up at 7:30. I wake up _______ half past seven.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before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at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after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in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10. My father gets up _______ 6:30 but I get up _______ 7 o'clock.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in / at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at / in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at / at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in / in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11. A: What time is it?</w:t>
        <w:br/>
        <w:t xml:space="preserve"> B: It is quarter _______ nine. (8:45)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past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half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after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to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12. I like my grandmother very much. I visit _______ every weekend.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she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him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they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13. My teacher gives _______ a lot of homework but I really like _______ 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we / she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our / him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us / her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they / it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14. A: What do you do _______ breakfast?</w:t>
        <w:br/>
        <w:t xml:space="preserve"> B: I brush my teeth.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after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before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at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in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15. A: _______ of these two shirts do you like?</w:t>
        <w:br/>
        <w:t xml:space="preserve"> B: The blue one.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Who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What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Whose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Which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