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6"/>
        </w:rPr>
        <w:t>DENEME 2 — ORTA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15 Soru  |  Süre: 20 Dakika  |  Kapsam: Unit 1 Orta Düzey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1. A: Is your sister at home?</w:t>
        <w:br/>
        <w:t xml:space="preserve"> B: No, she _______ . She is at school.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aren't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isn't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am not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2. My brother and I _______ in the garden.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am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be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are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3. Look at _______ ! He is climbing the tree.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him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she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4. A: _______ you ready for school?</w:t>
        <w:br/>
        <w:t xml:space="preserve"> B: Yes, I am.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Are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5. A: Are your pencils in your bag?</w:t>
        <w:br/>
        <w:t xml:space="preserve"> B: Yes, _______ 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it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we are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they are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I am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6. I have breakfast _______ the morning.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at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on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to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in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7. _______ name is Emily. _______ is a very kind girl.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Her / She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She / Her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Her / Her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She / She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8. A: _______ pencil is this on the floor?</w:t>
        <w:br/>
        <w:t xml:space="preserve"> B: I think it is Ayşe's.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Who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Which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Whose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What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9. I always brush my teeth _______ I go to bed.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after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in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before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10. A: What time is it?</w:t>
        <w:br/>
        <w:t xml:space="preserve"> B: It is _______ past five. (5:30)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half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quarter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o'clock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full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11. It is quarter _______ twelve. (11:45)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past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after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before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to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12. Amy and Tom are my friends. I play with _______ every day.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they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them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him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her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13. It is quarter _______ eight. (7:45)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past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after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to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before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14. A: _______ students are in your class?</w:t>
        <w:br/>
        <w:t xml:space="preserve"> B: Twenty-five.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How many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How much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How old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What time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15. A: _______ do you have lunch?</w:t>
        <w:br/>
        <w:t xml:space="preserve"> B: At 12:30.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Where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How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When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What time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