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DENEME 1 — KOLAY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15 Soru  |  Süre: 20 Dakika  |  Kapsam: Unit 1 Temel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1. I _______ 10 years old.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2. She _______ a student.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3. We _______ friends.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be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are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4. A: What time is it?</w:t>
        <w:br/>
        <w:t xml:space="preserve"> B: It is quarter _______ eight. (8:15)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to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past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after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before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5. I wake up _______ 7 o'clock.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in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on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at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6. A: Are you a student?</w:t>
        <w:br/>
        <w:t xml:space="preserve"> B: Yes,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you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I am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you're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I'm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7. My sister is very kind. I love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him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8. A: _______ are you late for school?</w:t>
        <w:br/>
        <w:t xml:space="preserve"> B: Because I wake up late.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Why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When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What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Where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9. A: Is your father at home?</w:t>
        <w:br/>
        <w:t xml:space="preserve"> B: No, _______ . He is at work.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he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he isn't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she isn't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it isn't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10. I _______ my teeth before breakfast.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brush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take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go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have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11. A: _______ your friends at the park?</w:t>
        <w:br/>
        <w:t xml:space="preserve"> B: Yes, they are.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Are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12. It is _______ past seven. (7:30)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quarter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o'clock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full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half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13. There are two bags on the desk. _______ one is yours?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Who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Where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Which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Why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14. I do my homework _______ school.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after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at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in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before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15. A: Give this book to Ali.</w:t>
        <w:br/>
        <w:t xml:space="preserve"> B: OK. I give it to _______ 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him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his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she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