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BÖLÜM 2: VOCABULARY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2.1  Daily Routines (Günlük Rutinler)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wake up                   →  uyanmak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get up                    →  yataktan kalkmak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have breakfast            →  kahvaltı yapmak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have lunch                →  öğle yemeği yemek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have dinner               →  akşam yemeği yemek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brush teeth               →  diş fırçalamak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wash face                 →  yüz yıkamak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wash hands                →  el yıkamak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get dressed               →  giyinmek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go to school              →  okula gitmek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go to bed                 →  yatağa gitmek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come home                 →  eve gelmek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do homework               →  ödev yapmak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watch TV                  →  TV izlemek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take a shower             →  duş almak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take a bath               →  banyo yapmak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read a book               →  kitap okumak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listen to music           →  müzik dinlemek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play with friends         →  arkadaşlarla oynamak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go to sleep               →  uyumaya gitmek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have a rest               →  dinlenmek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feed the pet              →  evcil hayvanı beslemek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tidy the room             →  odayı toplamak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comb hair                 →  saç taramak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leave home                →  evden çıkmak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start school              →  okul başlamak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finish school             →  okul bitmek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do exercise               →  egzersiz yapmak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2.2  Times (Saatler)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o'clock                   →  saat (tam)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half past                 →  buçuk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quarter past              →  çeyrek geçe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quarter to                →  çeyrek kala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a.m.                      →  öğleden önce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p.m.                      →  öğleden sonra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noon / midday             →  öğle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midnight                  →  gece yarısı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morning                   →  sabah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afternoon                 →  öğleden sonra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evening                   →  akşam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night                     →  gece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early                     →  erken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late                      →  geç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exactly                   →  tam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2.3  Body Parts (Vücut Bölümleri)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head                      →  baş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hair                      →  saç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face                      →  yüz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eyes                      →  gözler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ears                      →  kulaklar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nose                      →  burun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mouth                     →  ağız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teeth                     →  dişler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tongue                    →  dil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neck                      →  boyun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shoulders                 →  omuzlar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arms                      →  kollar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hands                     →  eller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fingers                   →  parmaklar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knees                     →  dizler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legs                      →  bacaklar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feet                      →  ayaklar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toes                      →  ayak parmakları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back                      →  sırt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stomach                   →  karın / mide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Toplam: 28 günlük rutin + 15 zaman + 20 vücut bölümü = 63 kelime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