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4. SINIF GENEL TEKRAR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5. sınıfa başlarken bilmen gereken kritik konular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bölümde 4. sınıfta öğrendiğin tüm önemli İngilizce konularını kısaca hatırlatıyoruz. Bu konular 5. sınıfın temelidir — her sınavda karşına çıkacak.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Özellikle ⚡ işareti olan önemli noktalara dikkat et. Bunlar en sık hata yapılan yerlerdir.</w:t>
      </w:r>
    </w:p>
    <w:p>
      <w:r>
        <w:br w:type="page"/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1. to be (am/is/are) vs do/does — EN KRİTİK KONU ⚡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İngilizce'de iki tür cümle vardır. Hangisi olduğunu bilmezsen soru ve olumsuzu yanlış yaparsın.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OLUŞ CÜMLESİ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İŞ CÜMLESİ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Anlamı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Durum, hal, kimlik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Eylem, hareket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İçerik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Sıfat / isim / yer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Eylem fiili (go, eat, read...)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Fiil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am, is, are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do/does ile soru/olumsuz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Örnek olumlu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is happy.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reads a book.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Örnek olumsuz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isn't happy.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doesn't read.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Örnek soru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Is she happy?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Does she read?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Kısa cevap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she is. / No, she isn't.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Yes, she does. / No, she doesn't.</w:t>
            </w:r>
          </w:p>
        </w:tc>
      </w:tr>
    </w:tbl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Önemli: Cümlede eylem fiili var mı?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VAR → İŞ cümlesi → do/does. "She reads" → Does she read?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YOK (sadece sıfat/isim/yer) → OLUŞ cümlesi → am/is/are. "She is tall" → Is she tall?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Sık yapılan hatalar: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Are you like pizza?     → ✅ Do you like pizza?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Is she read a book?      → ✅ Does she read a book?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Yes, I'm.                 → ✅ Yes, I am.  (kısa cevapta I'm olmaz!)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 Present Simple vs Present Continuous 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PRESENT SIMPLE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PRESENT CONTINUOUS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Anlamı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Alışkanlık, rutin, genel gerçek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Şu an olan, devam eden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Belirteçler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every day, always, usually, sometimes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now, look!, at the moment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Yapı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V1 (he/she/it → V1+s)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am/is/are + Ving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Örnek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 go to school every day.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am going to school now.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He/She/It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goes / She doesn't go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is going / She isn't going</w:t>
            </w:r>
          </w:p>
        </w:tc>
      </w:tr>
    </w:tbl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Önemli: Zaman belirteci seni yönlendirsin!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'Look!' → Continuous zorunlu. 'every day' → Simple zorunlu.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She is go to school every day.   → ✅ She goes to school every day.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Look! He runs.                     → ✅ Look! He is running!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3. Subject vs Object Pronouns 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Özne (Subject)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Nesne (Object)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Türkçesi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me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ben / beni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sen / seni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him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 (erkek) / onu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 (kadın) / onu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 (cansız) / onu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us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biz / bizi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siz / sizi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them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onlar / onları</w:t>
            </w:r>
          </w:p>
        </w:tc>
      </w:tr>
    </w:tbl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Kural: Fiilden veya edattan (at, to, for, look at) sonra → OBJECT pronoun gelir.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Look at he.         → ✅ Look at him.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I love she.         → ✅ I love her.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4. WH Questions (Soru Kelimeleri) ⚡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Tüm WH soru kelimelerini bilmen gerek. 5. sınıf sınavında hepsi çıkabilir: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 Kelimesi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Türkçesi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What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Ne?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What is your name?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Where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Nerede?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Where are you?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When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Ne zaman?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When is the lesson?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Who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Kim?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Who is he?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How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Nasıl?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How old are you?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What time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Saat kaç?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What time is it?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Which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Hangisi?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Which bag is yours?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Neden?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Why are you late?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Whose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Kimin?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Whose pencil is this?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How many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Kaç tane?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How many students are there?</w:t>
            </w:r>
          </w:p>
        </w:tc>
      </w:tr>
    </w:tbl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Önemli: WH + yardımcı fiil + özne sırasına dikkat!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What you are doing?     → ✅ What are you doing?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Where she is?            → ✅ Where is she?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5. Possessive Adjectives (İyelik Sıfatları) 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Özne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İyelik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my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My name is Ali.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Your bag is red.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his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His book is new.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Her hair is long.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its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Its color is blue.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our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Our teacher is kind.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Your school is big.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their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Their house is white.</w:t>
            </w:r>
          </w:p>
        </w:tc>
      </w:tr>
    </w:tbl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Önemli: its (onun) ≠ it's (it is)! Bunlar farklı şeyler.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She is my mother. She name is Ayşe.  → ✅ Her name is Ayşe.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6. can / can't (Yetenek) ⚡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can/can't'ten sonra fiil HER ZAMAN yalındır (V1). -ing, -s, to GELMEZ.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✅ She can swim.     ✅ I can't dance.     ✅ Can you play guitar?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She can swims.    ❌ He can swimming.   ❌ She can to swim.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7. like / love + Ving ⚡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like ve love'dan sonra fiil -ing alır. He/She/It'te likes + Ving.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✅ I like playing.   ✅ She likes reading.   ✅ They love swimming.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She likes play.   ❌ I like to playing.   ❌ She like reading.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8. There is / There are (Varlık Bildirme) ⚡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There is + tekil, There are + çoğul.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✅ There is an apple.          ✅ There are three apples.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There is three apples.      ❌ Is there any apples? → Are there any apples?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9. Prepositions of Time (Zaman Edatları) 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Edat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Kullanım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saatler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at 7 o'clock, at half past two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on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günler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on Monday, on Friday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in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ay/mevsim/gün bölümü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in summer, in May, in the morning</w:t>
            </w:r>
          </w:p>
        </w:tc>
      </w:tr>
    </w:tbl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Önemli: at = saat, on = gün, in = ay/mevsim. Karıştırma!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at Monday    → ✅ on Monday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in 7 o'clock → ✅ at 7 o'clock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10. Adverbs of Frequency (Sıklık Zarfları) ⚡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always (her zaman) → usually (genelde) → sometimes (bazen) → never (asla)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 — Cümledeki yeri çok önemli: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Eylem fiilinden ÖNCE:     I always go to school.  /  She never eats meat.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to be (am/is/are)'den SONRA:  He is always happy.  /  They are never late.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I go always to school.        → ✅ I always go to school.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He always is happy.            → ✅ He is always happy.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 — never olumlu cümlede kullanılır!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never zaten olumsuz anlam taşır, don't/doesn't ile kullanılmaz: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✅ I never eat meat.           ❌ I don't never eat meat.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✅ She never goes to bed late.  ❌ She doesn't never go to bed late.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11. Bağlaçlar (and / but / or / because) ⚡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and = ve (ekleme)  |  but = ama (zıtlık)  |  or = veya (seçenek)  |  because = çünkü (sebep)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Önemli: But'tan sonra yeni cümle başlar, öznesine göre çekimlenir!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✅ I like potatoes but my brother likes oranges.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I like potatoes but my brother like oranges.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✅ She doesn't like coffee but she likes tea.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12. Yes/No Kısa Cevaplar 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Kısa Cevap (Evet)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Kısa Cevap (Hayır)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Are you happy?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I am.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I'm not.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Is she a student?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she is.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she isn't.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Do you like apples?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I do.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I don't.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Does he play football?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he does.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he doesn't.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Can you swim?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I can.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I can't.</w:t>
            </w:r>
          </w:p>
        </w:tc>
      </w:tr>
    </w:tbl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Önemli: Kısa cevapta ASLA I'm, he's, they're olmaz! Tam form kullan.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Yes, I'm.    → ✅ Yes, I am.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Yes, she's.  → ✅ Yes, she is.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Do you like? Yes, I like.  → ✅ Yes, I do.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13. 's Kullanımı (is / has / iyelik) ⚡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's üç farklı anlama gelebilir. Bağlamdan çözmelisin: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He's tired.     → He IS tired.      ('s = is)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He's got a car.  → He HAS got a car.  ('s = has)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Ali's book.      → Ali'nin kitabı      ('s = iyelik)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Hızlı Referans Tablosu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#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Konu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Kritik Hata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Doğrusu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İş vs Oluş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Are you like pizza?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Do you like pizza?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2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Pres. Simple vs Cont.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is go every day.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goes every day.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Object pronoun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Look at he.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Look at him.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 soruları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What you are doing?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What are you doing?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5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İyelik sıfatları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name is...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Her name is...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6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can + V1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can dances.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can dance.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7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like + Ving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likes play.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likes playing.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8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There is/are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There is three...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There are three...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9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Zaman edatları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at Monday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on Monday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10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Sıklık zarfları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 go always. / I don't never.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always go. / I never.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Bağlaçlar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but sonrası yanlış çekim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Her cümle kendi öznesine göre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Kısa cevap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I'm. / Yes, I like.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Yes, I am. / Yes, I do.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13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's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Karıştırma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is / has / iyelik (bağlama bak)</w:t>
            </w:r>
          </w:p>
        </w:tc>
      </w:tr>
    </w:tbl>
    <w:p/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13 konu 5. sınıf boyunca her sınavda karşına çıkacak. Her ünitede yeniden hatırlatmayacağız — buraya dönüp bakabilirsin.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