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</w:pPr>
      <w:r>
        <w:rPr>
          <w:rFonts w:ascii="Niramit" w:hAnsi="Niramit"/>
          <w:b/>
          <w:i w:val="0"/>
          <w:color w:val="1A559E"/>
          <w:sz w:val="28"/>
        </w:rPr>
        <w:t>DİL BİLGİSİ KAVRAMLARI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Bu bölüm, İngilizce öğrenirken ihtiyaç duyacağın temel dil bilgisi terimlerini açıklar.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Türkçe dersinde bu kavramlar artık öğretilmediği için burada kısaca tanıtıyoruz.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İsim (Noun)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Varlıkları, kavramları, yerleri, kişileri adlandıran kelimelerdir.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Örnek: kitap, okul, masa, Ali, Lefkoşa, kedi, su, sevgi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"book", "school", "table", "Ali", "Nicosia" → hepsi birer isimdir.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İsimler cümlede özne, nesne veya dolaylı tümleç olabilir.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Fiil (Verb)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Bir eylemi, oluşu veya durumu bildiren kelimelerdir. Cümlenin yüklemidir.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Örnek: koşmak, yemek, uyumak, olmak, sevmek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"run", "eat", "sleep", "be (olmak)", "love" → hepsi birer fiildir.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"I am a student." → "am" fiildir, "olmak" anlamındadır.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"She reads a book." → "reads" fiildir, "okumak" eylemidir.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İş Cümlesi ve Oluş Cümlesi (Action vs State)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İngilizce'de iki tür cümle vardır. Bunları ayırt etmek ÇOK önemlidir çünkü soru ve olumsuz yapıları tamamen farklıdır.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1. Oluş Cümlesi (State Sentence)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Bir durumu, hali, kimliği anlatır. Cümlede "am, is, are" (to be) fiili vardır.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Bu cümlelerde bir EYLEM yoktur — sadece bir DURUM vardır.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Olumlu:  She is happy.     I am a student.     They are tired.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Olumsuz: She is not happy.  I am not a student.  They are not tired.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Soru:    Is she happy?      Am I a student?      Are they tired?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KISA CEVAP: Yes, she is. / No, she isn't.  (sadece am/is/are kullanılır!)</w:t>
      </w:r>
    </w:p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Oluş cümlelerinde DAİMA bir sıfat, isim veya yer ifadesi bulunur: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She is beautiful.   → sıfat (nasıl biri?)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He is a doctor.     → isim/meslek (ne?)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They are at school.  → yer (nerede?)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2. İş Cümlesi (Action Sentence)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Bir eylemi, hareketi anlatır. Cümlede bir EYLEM FİİLİ vardır (run, eat, go, read...).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Bu cümlelerde "am, is, are" YOKTUR — onun yerine "do/does" kullanılır.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Olumlu:  She reads a book.   I go to school.     They play football.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Olumsuz: She does not read.  I do not go.         They do not play.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Soru:    Does she read?      Do I go?             Do they play?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KISA CEVAP: Yes, she does. / No, she doesn't.  (sadece do/does kullanılır!)</w:t>
      </w:r>
    </w:p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İş cümlelerinde am/is/are ile soru sorulmaz!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Is she read a book?      →  ✅ Does she read a book?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❌ Are you go to school?     →  ✅ Do you go to school?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⚠️ Önemli: İş mi Oluş mu?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Cümlede bir EYLEM fiili varsa → İŞ cümlesidir → do/does kullan.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Cümlede eylem fiili YOKSA, sadece durum/sıfat/isim varsa → OLUŞ cümlesidir → am/is/are kullan.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"She is tired."         → eylem yok, durum var  → OLUŞ → is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"She feels tired."      → eylem var (feel)      → İŞ   → does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"He has got a car."     → sahiplik (have got)   → ÖZEL → has/have got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"She can swim."         → yetenek (can)         → ÖZEL → can (değişmez)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Sıfat (Adjective)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İsimlerin özelliklerini, niteliklerini belirten kelimelerdir. "Nasıl?" sorusuna cevap verir.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Örnek: güzel, büyük, yorgun, mutlu, sarı, soğuk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"beautiful", "big", "tired", "happy", "yellow", "cold" → birer sıfattır.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"She is tired." → "tired" sıfattır, öznenin durumunu anlatır.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"It is a big house." → "big" sıfattır, "house" ismini niteler.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Zamir (Pronoun)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İsimlerin yerine kullanılan kelimelerdir. İsmi tekrar etmemek için kullanılır.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"Ayşe is happy. Ayşe is 10 years old." → tekrar var!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"Ayşe is happy. She is 10 years old." → "She" zamirdir, Ayşe'nin yerine kullanılır.</w:t>
      </w:r>
    </w:p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İki tür zamir vardır: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Özne zamiri (Subject Pronoun): I, you, he, she, it, we, they → cümlede ÖZNE olur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Nesne zamiri (Object Pronoun): me, you, him, her, it, us, them → cümlede NESNE olur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Özne (Subject)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Cümlede eylemi yapan veya durumda olan kişi ya da varlıktır. "Kim?" sorusuna cevap verir.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"I am happy." → Özne: I (ben) — mutlu olan kişi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"She reads a book." → Özne: She (o) — okuma eylemini yapan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"The cat is sleeping." → Özne: The cat (kedi) — uyuyan varlık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Nesne (Object)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Cümlede eylemden etkilenen kişi ya da varlıktır. "Kimi? Neyi?" sorularına cevap verir.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"I love her." → Nesne: her (onu) — sevilen kişi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"He reads a book." → Nesne: a book (kitap) — okunan şey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"Look at him." → Nesne: him (ona) — bakılan kişi (edattan sonra)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Edat (Preposition)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Kelimeler arasında yer, zaman, yön gibi ilişkiler kuran kelimelerdir.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Yer edatları: in, on, at, under, behind, near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Zaman edatları: at, in, on, before, after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"I am at school." → "at" edattır, konum belirtir.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"I wake up at 7 o'clock." → "at" edattır, zaman belirtir.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Edattan sonra gelen isim/zamir her zaman nesne durumundadır: "Look at him" (he ❌)</w:t>
      </w:r>
    </w:p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Hızlı Özet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Terim</w:t>
            </w:r>
          </w:p>
        </w:tc>
        <w:tc>
          <w:tcPr>
            <w:tcW w:type="dxa" w:w="235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İngilizcesi</w:t>
            </w:r>
          </w:p>
        </w:tc>
        <w:tc>
          <w:tcPr>
            <w:tcW w:type="dxa" w:w="235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Görevi</w:t>
            </w:r>
          </w:p>
        </w:tc>
        <w:tc>
          <w:tcPr>
            <w:tcW w:type="dxa" w:w="235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Örnek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İsim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Noun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Varlıkları adlandırır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book, school, cat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Fiil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Verb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Eylem/durum bildirir (yüklem)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am, is, are, read, go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Sıfat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Adjective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İsmin özelliğini belirtir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happy, big, tired, cold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Zamir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Pronoun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İsmin yerine geçer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I, you, he, she, him, her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Özne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Subject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Eylemi yapan / durumda olan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 (I am happy)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Nesne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Object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Eylemden etkilenen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her (I love her)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Edat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Preposition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Yer/zaman ilişkisi kurar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at, in, on, before, after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İş Cümlesi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Action Sentence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Eylem fiili vardır → do/does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 reads. Does she read?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Oluş Cümlesi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State Sentence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Durum bildirir → am/is/are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She is happy. Is she happy?</w:t>
            </w:r>
          </w:p>
        </w:tc>
      </w:tr>
    </w:tbl>
    <w:p/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