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BÖLÜM 1: GRAMMAR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bölümde Ünite 1'in üç temel grammar konusunu öğreneceksiniz.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1.1  Present Simple — "to be" (am / is / are)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"to be" fiili Türkçedeki "olmak" fiilidir. İsim, meslek, yer, yaş ve sıfat belirtirken kullanılır.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Özne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to be (kısa)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am → I'm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am a student.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→ You're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 are 10 years old.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→ He's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is my brother.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→ She's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a teacher.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→ It's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It is a cat.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→ We're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We are friends.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→ They're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They are at school.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Olumsuz Cümle (Negative)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Olumsuz yapmak için "not" eklenir: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Olumlu</w:t>
            </w:r>
          </w:p>
        </w:tc>
        <w:tc>
          <w:tcPr>
            <w:tcW w:type="dxa" w:w="4703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Olumsuz (kısa)</w:t>
            </w:r>
          </w:p>
        </w:tc>
      </w:tr>
      <w:tr>
        <w:tc>
          <w:tcPr>
            <w:tcW w:type="dxa" w:w="4703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 am</w:t>
            </w:r>
          </w:p>
        </w:tc>
        <w:tc>
          <w:tcPr>
            <w:tcW w:type="dxa" w:w="4703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am not → I'm not</w:t>
            </w:r>
          </w:p>
        </w:tc>
      </w:tr>
      <w:tr>
        <w:tc>
          <w:tcPr>
            <w:tcW w:type="dxa" w:w="4703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 are</w:t>
            </w:r>
          </w:p>
        </w:tc>
        <w:tc>
          <w:tcPr>
            <w:tcW w:type="dxa" w:w="4703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 are not → You aren't</w:t>
            </w:r>
          </w:p>
        </w:tc>
      </w:tr>
      <w:tr>
        <w:tc>
          <w:tcPr>
            <w:tcW w:type="dxa" w:w="4703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 is</w:t>
            </w:r>
          </w:p>
        </w:tc>
        <w:tc>
          <w:tcPr>
            <w:tcW w:type="dxa" w:w="4703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is not → He isn't</w:t>
            </w:r>
          </w:p>
        </w:tc>
      </w:tr>
      <w:tr>
        <w:tc>
          <w:tcPr>
            <w:tcW w:type="dxa" w:w="4703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is</w:t>
            </w:r>
          </w:p>
        </w:tc>
        <w:tc>
          <w:tcPr>
            <w:tcW w:type="dxa" w:w="4703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not → She isn't</w:t>
            </w:r>
          </w:p>
        </w:tc>
      </w:tr>
      <w:tr>
        <w:tc>
          <w:tcPr>
            <w:tcW w:type="dxa" w:w="4703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 is</w:t>
            </w:r>
          </w:p>
        </w:tc>
        <w:tc>
          <w:tcPr>
            <w:tcW w:type="dxa" w:w="4703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It is not → It isn't</w:t>
            </w:r>
          </w:p>
        </w:tc>
      </w:tr>
      <w:tr>
        <w:tc>
          <w:tcPr>
            <w:tcW w:type="dxa" w:w="4703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 are</w:t>
            </w:r>
          </w:p>
        </w:tc>
        <w:tc>
          <w:tcPr>
            <w:tcW w:type="dxa" w:w="4703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We are not → We aren't</w:t>
            </w:r>
          </w:p>
        </w:tc>
      </w:tr>
      <w:tr>
        <w:tc>
          <w:tcPr>
            <w:tcW w:type="dxa" w:w="4703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 are</w:t>
            </w:r>
          </w:p>
        </w:tc>
        <w:tc>
          <w:tcPr>
            <w:tcW w:type="dxa" w:w="4703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They are not → They aren't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Soru Cümlesi (Interrogative)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Soru yaparken am/is/are öznenin başına gelir. Kısa cevaplar: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Evet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Hayır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Am I late?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I am.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I'm not.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you ready?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you are.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you aren't.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he at home?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he is.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he isn't.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she happy?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she is.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she isn't.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it a dog?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it is.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it isn't.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we late?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we are.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we aren't.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they here?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they are.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they aren't.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1.2  Object Pronouns (Nesne Zamirleri)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Object pronouns, fiilden ya da edattan sonra gelir. Cümlede nesne görevi görür.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Özne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Nesne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me (beni/bana)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sees me.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 (seni/sana)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love you.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him (onu/ona ♂)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Look at him.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her (onu/ona ♀)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know her.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 (onu/ona)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Give it to me.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us (bizi/bize)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They call us.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them (onları/onlara)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play with them.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Önemli Kurallar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>• Fiilden sonra object pronoun gelir: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I love her. ✅  |  I love she.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>• Edattan (at, to, for, with, before, after) sonra object pronoun gelir: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Look at him. ✅  |  Look at he.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Give it to me. ✅  |  Give it to I.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>• "Give something to someone" yapısı: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give it to me / give them to her / give the book to him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Sık Yapılan Hatalar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I love she.        ❌  →  I love her.       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Look at he.        ❌  →  Look at him.       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Give it to they.   ❌  →  Give it to them.    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 sees I.         ❌  →  He sees me.            ✅</w:t>
      </w:r>
    </w:p>
    <w:p>
      <w:r>
        <w:br w:type="page"/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1.3  Prepositions of Time (Zaman Edatları)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Zaman belirten edatlar bir olayın ne zaman olduğunu anlatır.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Edat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Kullanım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saatler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at 7 o'clock, at night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gün bölümleri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in the morning, in the afternoon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günler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on Monday, on Sunday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before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önce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before school, before breakfast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after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sonra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after school, after dinner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Önemli Kurallar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>• Fiilden sonra object pronoun gelir: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I love her. ✅  |  I love she.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>• Edattan (at, to, for, with, before, after) sonra object pronoun gelir: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Look at him. ✅  |  Look at he.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Give it to me. ✅  |  Give it to I.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>• "Give something to someone" yapısı: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   give it to me / give them to her / give the book to him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Sık Yapılan Hatalar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I love she.        ❌  →  I love her.       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Look at he.        ❌  →  Look at him.       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Give it to they.   ❌  →  Give it to them.    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 sees I.         ❌  →  He sees me.            ✅</w:t>
      </w:r>
    </w:p>
    <w:p>
      <w:r>
        <w:br w:type="page"/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1.3  Prepositions of Time (Zaman Edatları)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Zaman belirten edatlar bir olayın ne zaman olduğunu anlatır.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Edat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Kullanım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saatlerde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at 7 o'clock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bazı kalıplarda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at night, at noon, at midnight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günün bölümleri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in the morning, in the afternoon, in the evening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günler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on Monday, on Sunday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before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önce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before school, before breakfast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after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sonra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after school, after dinner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before / after Detaylı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before + isim: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before school, before breakfast, before dinner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before the lesson, before lunch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before + cümle (fiil gelir, özne şart!):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before I go to bed       — yatmadan önce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before he comes home     — o eve gelmeden önce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before we have dinner    — akşam yemeğinden önce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after + isim: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after school, after breakfast, after lunch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after the party, after the lesson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after + cümle: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after I wake up          — uyandıktan sonra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after she finishes       — o bitirdikten sonra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after they come          — onlar geldikten sonra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⚠️ Dikkat!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before/after'dan sonra cümle gelirse, o cümlenin kendi öznesi olmalıdır!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before go to bed       ❌  →  before I go to bed    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after eat lunch        ❌  →  after we eat lunch       ✅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