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iramit" w:hAnsi="Niramit"/>
          <w:b/>
          <w:i w:val="0"/>
          <w:color w:val="1A559E"/>
          <w:sz w:val="36"/>
        </w:rPr>
        <w:t>5. SINIF İNGİLİZCE</w:t>
      </w:r>
    </w:p>
    <w:p>
      <w:pPr>
        <w:jc w:val="center"/>
      </w:pPr>
      <w:r>
        <w:rPr>
          <w:rFonts w:ascii="Niramit" w:hAnsi="Niramit"/>
          <w:b w:val="0"/>
          <w:i w:val="0"/>
          <w:color w:val="666666"/>
          <w:sz w:val="20"/>
        </w:rPr>
        <w:t>KKTC KGS Hazırlık · Temel Eğitim İngilizce Öğretim Programı</w:t>
      </w:r>
    </w:p>
    <w:p/>
    <w:p>
      <w:pPr>
        <w:jc w:val="center"/>
      </w:pPr>
      <w:r>
        <w:rPr>
          <w:rFonts w:ascii="Niramit" w:hAnsi="Niramit"/>
          <w:b/>
          <w:i w:val="0"/>
          <w:color w:val="1A559E"/>
          <w:sz w:val="32"/>
        </w:rPr>
        <w:t>ÜNİTE 1: MY DAY — DERS KİTABI</w:t>
      </w:r>
    </w:p>
    <w:p>
      <w:pPr>
        <w:jc w:val="center"/>
      </w:pPr>
      <w:r>
        <w:rPr>
          <w:rFonts w:ascii="Niramit" w:hAnsi="Niramit"/>
          <w:b w:val="0"/>
          <w:i w:val="0"/>
          <w:color w:val="666666"/>
          <w:sz w:val="20"/>
        </w:rPr>
        <w:t>Grammar · Vocabulary · 3 Deneme · Okuma Parçaları · Cevap Anahtarı</w:t>
      </w:r>
    </w:p>
    <w:p/>
    <w:p/>
    <w:p>
      <w:pPr>
        <w:spacing w:before="240"/>
      </w:pPr>
      <w:r>
        <w:rPr>
          <w:rFonts w:ascii="Niramit" w:hAnsi="Niramit"/>
          <w:b/>
          <w:i w:val="0"/>
          <w:color w:val="1A559E"/>
          <w:sz w:val="28"/>
        </w:rPr>
        <w:t>BÖLÜM 1: GRAMMAR</w:t>
      </w:r>
    </w:p>
    <w:p>
      <w:pPr>
        <w:spacing w:after="80"/>
      </w:pPr>
      <w:r>
        <w:rPr>
          <w:rFonts w:ascii="Niramit" w:hAnsi="Niramit"/>
          <w:b w:val="0"/>
          <w:i w:val="0"/>
          <w:color w:val="222222"/>
          <w:sz w:val="21"/>
        </w:rPr>
        <w:t>Bu bölümde Ünite 1'in üç temel grammar konusunu öğreneceksiniz.</w:t>
      </w:r>
    </w:p>
    <w:p>
      <w:pPr>
        <w:spacing w:before="200"/>
      </w:pPr>
      <w:r>
        <w:rPr>
          <w:rFonts w:ascii="Niramit" w:hAnsi="Niramit"/>
          <w:b/>
          <w:i w:val="0"/>
          <w:color w:val="336D5C"/>
          <w:sz w:val="22"/>
        </w:rPr>
        <w:t>1.1  Present Simple — "to be" (am / is / are)</w:t>
      </w:r>
    </w:p>
    <w:p>
      <w:pPr>
        <w:spacing w:after="80"/>
      </w:pPr>
      <w:r>
        <w:rPr>
          <w:rFonts w:ascii="Niramit" w:hAnsi="Niramit"/>
          <w:b w:val="0"/>
          <w:i w:val="0"/>
          <w:color w:val="222222"/>
          <w:sz w:val="21"/>
        </w:rPr>
        <w:t>"to be" fiili Türkçedeki "olmak" fiilidir. İsim, meslek, yer, yaş ve sıfat belirtirken kullanılır.</w:t>
      </w:r>
    </w:p>
    <w:tbl>
      <w:tblPr>
        <w:tblStyle w:val="TableGrid"/>
        <w:tblW w:type="auto" w:w="0"/>
        <w:tblLayout w:type="autofit"/>
        <w:tblLook w:firstColumn="1" w:firstRow="1" w:lastColumn="0" w:lastRow="0" w:noHBand="0" w:noVBand="1" w:val="04A0"/>
      </w:tblPr>
      <w:tblGrid>
        <w:gridCol w:w="2351"/>
        <w:gridCol w:w="2351"/>
        <w:gridCol w:w="2351"/>
        <w:gridCol w:w="2351"/>
      </w:tblGrid>
      <w:tr>
        <w:tc>
          <w:tcPr>
            <w:tcW w:type="dxa" w:w="2351"/>
            <w:shd w:val="clear" w:color="auto" w:fill="1a559e"/>
          </w:tcPr>
          <w:p>
            <w:pPr>
              <w:spacing w:before="40" w:after="40"/>
              <w:jc w:val="center"/>
            </w:pPr>
            <w:r/>
            <w:r>
              <w:rPr>
                <w:rFonts w:ascii="Niramit" w:hAnsi="Niramit"/>
                <w:b/>
                <w:color w:val="FFFFFF"/>
                <w:sz w:val="20"/>
              </w:rPr>
              <w:t>Özne</w:t>
            </w:r>
          </w:p>
        </w:tc>
        <w:tc>
          <w:tcPr>
            <w:tcW w:type="dxa" w:w="2351"/>
            <w:shd w:val="clear" w:color="auto" w:fill="1a559e"/>
          </w:tcPr>
          <w:p>
            <w:pPr>
              <w:spacing w:before="40" w:after="40"/>
              <w:jc w:val="center"/>
            </w:pPr>
            <w:r/>
            <w:r>
              <w:rPr>
                <w:rFonts w:ascii="Niramit" w:hAnsi="Niramit"/>
                <w:b/>
                <w:color w:val="FFFFFF"/>
                <w:sz w:val="20"/>
              </w:rPr>
              <w:t>to be</w:t>
            </w:r>
          </w:p>
        </w:tc>
        <w:tc>
          <w:tcPr>
            <w:tcW w:type="dxa" w:w="2351"/>
            <w:shd w:val="clear" w:color="auto" w:fill="1a559e"/>
          </w:tcPr>
          <w:p>
            <w:pPr>
              <w:spacing w:before="40" w:after="40"/>
              <w:jc w:val="center"/>
            </w:pPr>
            <w:r/>
            <w:r>
              <w:rPr>
                <w:rFonts w:ascii="Niramit" w:hAnsi="Niramit"/>
                <w:b/>
                <w:color w:val="FFFFFF"/>
                <w:sz w:val="20"/>
              </w:rPr>
              <w:t>Kısaltma</w:t>
            </w:r>
          </w:p>
        </w:tc>
        <w:tc>
          <w:tcPr>
            <w:tcW w:type="dxa" w:w="2351"/>
            <w:shd w:val="clear" w:color="auto" w:fill="1a559e"/>
          </w:tcPr>
          <w:p>
            <w:pPr>
              <w:spacing w:before="40" w:after="40"/>
              <w:jc w:val="center"/>
            </w:pPr>
            <w:r/>
            <w:r>
              <w:rPr>
                <w:rFonts w:ascii="Niramit" w:hAnsi="Niramit"/>
                <w:b/>
                <w:color w:val="FFFFFF"/>
                <w:sz w:val="20"/>
              </w:rPr>
              <w:t>Örnek</w:t>
            </w:r>
          </w:p>
        </w:tc>
      </w:tr>
      <w:tr>
        <w:tc>
          <w:tcPr>
            <w:tcW w:type="dxa" w:w="2351"/>
          </w:tcPr>
          <w:p>
            <w:pPr>
              <w:spacing w:before="20" w:after="20"/>
              <w:jc w:val="center"/>
            </w:pPr>
            <w:r/>
            <w:r>
              <w:rPr>
                <w:rFonts w:ascii="Niramit" w:hAnsi="Niramit"/>
                <w:sz w:val="19"/>
              </w:rPr>
              <w:t>I</w:t>
            </w:r>
          </w:p>
        </w:tc>
        <w:tc>
          <w:tcPr>
            <w:tcW w:type="dxa" w:w="2351"/>
          </w:tcPr>
          <w:p>
            <w:pPr>
              <w:spacing w:before="20" w:after="20"/>
              <w:jc w:val="center"/>
            </w:pPr>
            <w:r/>
            <w:r>
              <w:rPr>
                <w:rFonts w:ascii="Niramit" w:hAnsi="Niramit"/>
                <w:sz w:val="19"/>
              </w:rPr>
              <w:t>am</w:t>
            </w:r>
          </w:p>
        </w:tc>
        <w:tc>
          <w:tcPr>
            <w:tcW w:type="dxa" w:w="2351"/>
          </w:tcPr>
          <w:p>
            <w:pPr>
              <w:spacing w:before="20" w:after="20"/>
              <w:jc w:val="center"/>
            </w:pPr>
            <w:r/>
            <w:r>
              <w:rPr>
                <w:rFonts w:ascii="Niramit" w:hAnsi="Niramit"/>
                <w:sz w:val="19"/>
              </w:rPr>
              <w:t>I'm</w:t>
            </w:r>
          </w:p>
        </w:tc>
        <w:tc>
          <w:tcPr>
            <w:tcW w:type="dxa" w:w="2351"/>
          </w:tcPr>
          <w:p>
            <w:pPr>
              <w:spacing w:before="20" w:after="20"/>
              <w:jc w:val="left"/>
            </w:pPr>
            <w:r/>
            <w:r>
              <w:rPr>
                <w:rFonts w:ascii="Niramit" w:hAnsi="Niramit"/>
                <w:sz w:val="19"/>
              </w:rPr>
              <w:t>I am a student.</w:t>
            </w:r>
          </w:p>
        </w:tc>
      </w:tr>
      <w:tr>
        <w:tc>
          <w:tcPr>
            <w:tcW w:type="dxa" w:w="2351"/>
          </w:tcPr>
          <w:p>
            <w:pPr>
              <w:spacing w:before="20" w:after="20"/>
              <w:jc w:val="center"/>
            </w:pPr>
            <w:r/>
            <w:r>
              <w:rPr>
                <w:rFonts w:ascii="Niramit" w:hAnsi="Niramit"/>
                <w:sz w:val="19"/>
              </w:rPr>
              <w:t>You</w:t>
            </w:r>
          </w:p>
        </w:tc>
        <w:tc>
          <w:tcPr>
            <w:tcW w:type="dxa" w:w="2351"/>
          </w:tcPr>
          <w:p>
            <w:pPr>
              <w:spacing w:before="20" w:after="20"/>
              <w:jc w:val="center"/>
            </w:pPr>
            <w:r/>
            <w:r>
              <w:rPr>
                <w:rFonts w:ascii="Niramit" w:hAnsi="Niramit"/>
                <w:sz w:val="19"/>
              </w:rPr>
              <w:t>are</w:t>
            </w:r>
          </w:p>
        </w:tc>
        <w:tc>
          <w:tcPr>
            <w:tcW w:type="dxa" w:w="2351"/>
          </w:tcPr>
          <w:p>
            <w:pPr>
              <w:spacing w:before="20" w:after="20"/>
              <w:jc w:val="center"/>
            </w:pPr>
            <w:r/>
            <w:r>
              <w:rPr>
                <w:rFonts w:ascii="Niramit" w:hAnsi="Niramit"/>
                <w:sz w:val="19"/>
              </w:rPr>
              <w:t>You're</w:t>
            </w:r>
          </w:p>
        </w:tc>
        <w:tc>
          <w:tcPr>
            <w:tcW w:type="dxa" w:w="2351"/>
          </w:tcPr>
          <w:p>
            <w:pPr>
              <w:spacing w:before="20" w:after="20"/>
              <w:jc w:val="left"/>
            </w:pPr>
            <w:r/>
            <w:r>
              <w:rPr>
                <w:rFonts w:ascii="Niramit" w:hAnsi="Niramit"/>
                <w:sz w:val="19"/>
              </w:rPr>
              <w:t>You are 10 years old.</w:t>
            </w:r>
          </w:p>
        </w:tc>
      </w:tr>
      <w:tr>
        <w:tc>
          <w:tcPr>
            <w:tcW w:type="dxa" w:w="2351"/>
          </w:tcPr>
          <w:p>
            <w:pPr>
              <w:spacing w:before="20" w:after="20"/>
              <w:jc w:val="center"/>
            </w:pPr>
            <w:r/>
            <w:r>
              <w:rPr>
                <w:rFonts w:ascii="Niramit" w:hAnsi="Niramit"/>
                <w:sz w:val="19"/>
              </w:rPr>
              <w:t>He</w:t>
            </w:r>
          </w:p>
        </w:tc>
        <w:tc>
          <w:tcPr>
            <w:tcW w:type="dxa" w:w="2351"/>
          </w:tcPr>
          <w:p>
            <w:pPr>
              <w:spacing w:before="20" w:after="20"/>
              <w:jc w:val="center"/>
            </w:pPr>
            <w:r/>
            <w:r>
              <w:rPr>
                <w:rFonts w:ascii="Niramit" w:hAnsi="Niramit"/>
                <w:sz w:val="19"/>
              </w:rPr>
              <w:t>is</w:t>
            </w:r>
          </w:p>
        </w:tc>
        <w:tc>
          <w:tcPr>
            <w:tcW w:type="dxa" w:w="2351"/>
          </w:tcPr>
          <w:p>
            <w:pPr>
              <w:spacing w:before="20" w:after="20"/>
              <w:jc w:val="center"/>
            </w:pPr>
            <w:r/>
            <w:r>
              <w:rPr>
                <w:rFonts w:ascii="Niramit" w:hAnsi="Niramit"/>
                <w:sz w:val="19"/>
              </w:rPr>
              <w:t>He's</w:t>
            </w:r>
          </w:p>
        </w:tc>
        <w:tc>
          <w:tcPr>
            <w:tcW w:type="dxa" w:w="2351"/>
          </w:tcPr>
          <w:p>
            <w:pPr>
              <w:spacing w:before="20" w:after="20"/>
              <w:jc w:val="left"/>
            </w:pPr>
            <w:r/>
            <w:r>
              <w:rPr>
                <w:rFonts w:ascii="Niramit" w:hAnsi="Niramit"/>
                <w:sz w:val="19"/>
              </w:rPr>
              <w:t>He is my brother.</w:t>
            </w:r>
          </w:p>
        </w:tc>
      </w:tr>
      <w:tr>
        <w:tc>
          <w:tcPr>
            <w:tcW w:type="dxa" w:w="2351"/>
          </w:tcPr>
          <w:p>
            <w:pPr>
              <w:spacing w:before="20" w:after="20"/>
              <w:jc w:val="center"/>
            </w:pPr>
            <w:r/>
            <w:r>
              <w:rPr>
                <w:rFonts w:ascii="Niramit" w:hAnsi="Niramit"/>
                <w:sz w:val="19"/>
              </w:rPr>
              <w:t>She</w:t>
            </w:r>
          </w:p>
        </w:tc>
        <w:tc>
          <w:tcPr>
            <w:tcW w:type="dxa" w:w="2351"/>
          </w:tcPr>
          <w:p>
            <w:pPr>
              <w:spacing w:before="20" w:after="20"/>
              <w:jc w:val="center"/>
            </w:pPr>
            <w:r/>
            <w:r>
              <w:rPr>
                <w:rFonts w:ascii="Niramit" w:hAnsi="Niramit"/>
                <w:sz w:val="19"/>
              </w:rPr>
              <w:t>is</w:t>
            </w:r>
          </w:p>
        </w:tc>
        <w:tc>
          <w:tcPr>
            <w:tcW w:type="dxa" w:w="2351"/>
          </w:tcPr>
          <w:p>
            <w:pPr>
              <w:spacing w:before="20" w:after="20"/>
              <w:jc w:val="center"/>
            </w:pPr>
            <w:r/>
            <w:r>
              <w:rPr>
                <w:rFonts w:ascii="Niramit" w:hAnsi="Niramit"/>
                <w:sz w:val="19"/>
              </w:rPr>
              <w:t>She's</w:t>
            </w:r>
          </w:p>
        </w:tc>
        <w:tc>
          <w:tcPr>
            <w:tcW w:type="dxa" w:w="2351"/>
          </w:tcPr>
          <w:p>
            <w:pPr>
              <w:spacing w:before="20" w:after="20"/>
              <w:jc w:val="left"/>
            </w:pPr>
            <w:r/>
            <w:r>
              <w:rPr>
                <w:rFonts w:ascii="Niramit" w:hAnsi="Niramit"/>
                <w:sz w:val="19"/>
              </w:rPr>
              <w:t>She is a teacher.</w:t>
            </w:r>
          </w:p>
        </w:tc>
      </w:tr>
      <w:tr>
        <w:tc>
          <w:tcPr>
            <w:tcW w:type="dxa" w:w="2351"/>
          </w:tcPr>
          <w:p>
            <w:pPr>
              <w:spacing w:before="20" w:after="20"/>
              <w:jc w:val="center"/>
            </w:pPr>
            <w:r/>
            <w:r>
              <w:rPr>
                <w:rFonts w:ascii="Niramit" w:hAnsi="Niramit"/>
                <w:sz w:val="19"/>
              </w:rPr>
              <w:t>It</w:t>
            </w:r>
          </w:p>
        </w:tc>
        <w:tc>
          <w:tcPr>
            <w:tcW w:type="dxa" w:w="2351"/>
          </w:tcPr>
          <w:p>
            <w:pPr>
              <w:spacing w:before="20" w:after="20"/>
              <w:jc w:val="center"/>
            </w:pPr>
            <w:r/>
            <w:r>
              <w:rPr>
                <w:rFonts w:ascii="Niramit" w:hAnsi="Niramit"/>
                <w:sz w:val="19"/>
              </w:rPr>
              <w:t>is</w:t>
            </w:r>
          </w:p>
        </w:tc>
        <w:tc>
          <w:tcPr>
            <w:tcW w:type="dxa" w:w="2351"/>
          </w:tcPr>
          <w:p>
            <w:pPr>
              <w:spacing w:before="20" w:after="20"/>
              <w:jc w:val="center"/>
            </w:pPr>
            <w:r/>
            <w:r>
              <w:rPr>
                <w:rFonts w:ascii="Niramit" w:hAnsi="Niramit"/>
                <w:sz w:val="19"/>
              </w:rPr>
              <w:t>It's</w:t>
            </w:r>
          </w:p>
        </w:tc>
        <w:tc>
          <w:tcPr>
            <w:tcW w:type="dxa" w:w="2351"/>
          </w:tcPr>
          <w:p>
            <w:pPr>
              <w:spacing w:before="20" w:after="20"/>
              <w:jc w:val="left"/>
            </w:pPr>
            <w:r/>
            <w:r>
              <w:rPr>
                <w:rFonts w:ascii="Niramit" w:hAnsi="Niramit"/>
                <w:sz w:val="19"/>
              </w:rPr>
              <w:t>It is a cat.</w:t>
            </w:r>
          </w:p>
        </w:tc>
      </w:tr>
      <w:tr>
        <w:tc>
          <w:tcPr>
            <w:tcW w:type="dxa" w:w="2351"/>
          </w:tcPr>
          <w:p>
            <w:pPr>
              <w:spacing w:before="20" w:after="20"/>
              <w:jc w:val="center"/>
            </w:pPr>
            <w:r/>
            <w:r>
              <w:rPr>
                <w:rFonts w:ascii="Niramit" w:hAnsi="Niramit"/>
                <w:sz w:val="19"/>
              </w:rPr>
              <w:t>We</w:t>
            </w:r>
          </w:p>
        </w:tc>
        <w:tc>
          <w:tcPr>
            <w:tcW w:type="dxa" w:w="2351"/>
          </w:tcPr>
          <w:p>
            <w:pPr>
              <w:spacing w:before="20" w:after="20"/>
              <w:jc w:val="center"/>
            </w:pPr>
            <w:r/>
            <w:r>
              <w:rPr>
                <w:rFonts w:ascii="Niramit" w:hAnsi="Niramit"/>
                <w:sz w:val="19"/>
              </w:rPr>
              <w:t>are</w:t>
            </w:r>
          </w:p>
        </w:tc>
        <w:tc>
          <w:tcPr>
            <w:tcW w:type="dxa" w:w="2351"/>
          </w:tcPr>
          <w:p>
            <w:pPr>
              <w:spacing w:before="20" w:after="20"/>
              <w:jc w:val="center"/>
            </w:pPr>
            <w:r/>
            <w:r>
              <w:rPr>
                <w:rFonts w:ascii="Niramit" w:hAnsi="Niramit"/>
                <w:sz w:val="19"/>
              </w:rPr>
              <w:t>We're</w:t>
            </w:r>
          </w:p>
        </w:tc>
        <w:tc>
          <w:tcPr>
            <w:tcW w:type="dxa" w:w="2351"/>
          </w:tcPr>
          <w:p>
            <w:pPr>
              <w:spacing w:before="20" w:after="20"/>
              <w:jc w:val="left"/>
            </w:pPr>
            <w:r/>
            <w:r>
              <w:rPr>
                <w:rFonts w:ascii="Niramit" w:hAnsi="Niramit"/>
                <w:sz w:val="19"/>
              </w:rPr>
              <w:t>We are friends.</w:t>
            </w:r>
          </w:p>
        </w:tc>
      </w:tr>
      <w:tr>
        <w:tc>
          <w:tcPr>
            <w:tcW w:type="dxa" w:w="2351"/>
          </w:tcPr>
          <w:p>
            <w:pPr>
              <w:spacing w:before="20" w:after="20"/>
              <w:jc w:val="center"/>
            </w:pPr>
            <w:r/>
            <w:r>
              <w:rPr>
                <w:rFonts w:ascii="Niramit" w:hAnsi="Niramit"/>
                <w:sz w:val="19"/>
              </w:rPr>
              <w:t>They</w:t>
            </w:r>
          </w:p>
        </w:tc>
        <w:tc>
          <w:tcPr>
            <w:tcW w:type="dxa" w:w="2351"/>
          </w:tcPr>
          <w:p>
            <w:pPr>
              <w:spacing w:before="20" w:after="20"/>
              <w:jc w:val="center"/>
            </w:pPr>
            <w:r/>
            <w:r>
              <w:rPr>
                <w:rFonts w:ascii="Niramit" w:hAnsi="Niramit"/>
                <w:sz w:val="19"/>
              </w:rPr>
              <w:t>are</w:t>
            </w:r>
          </w:p>
        </w:tc>
        <w:tc>
          <w:tcPr>
            <w:tcW w:type="dxa" w:w="2351"/>
          </w:tcPr>
          <w:p>
            <w:pPr>
              <w:spacing w:before="20" w:after="20"/>
              <w:jc w:val="center"/>
            </w:pPr>
            <w:r/>
            <w:r>
              <w:rPr>
                <w:rFonts w:ascii="Niramit" w:hAnsi="Niramit"/>
                <w:sz w:val="19"/>
              </w:rPr>
              <w:t>They're</w:t>
            </w:r>
          </w:p>
        </w:tc>
        <w:tc>
          <w:tcPr>
            <w:tcW w:type="dxa" w:w="2351"/>
          </w:tcPr>
          <w:p>
            <w:pPr>
              <w:spacing w:before="20" w:after="20"/>
              <w:jc w:val="left"/>
            </w:pPr>
            <w:r/>
            <w:r>
              <w:rPr>
                <w:rFonts w:ascii="Niramit" w:hAnsi="Niramit"/>
                <w:sz w:val="19"/>
              </w:rPr>
              <w:t>They are at school.</w:t>
            </w:r>
          </w:p>
        </w:tc>
      </w:tr>
    </w:tbl>
    <w:p/>
    <w:p>
      <w:pPr>
        <w:spacing w:before="200"/>
      </w:pPr>
      <w:r>
        <w:rPr>
          <w:rFonts w:ascii="Niramit" w:hAnsi="Niramit"/>
          <w:b/>
          <w:i w:val="0"/>
          <w:color w:val="336D5C"/>
          <w:sz w:val="22"/>
        </w:rPr>
        <w:t>Olumsuz Cümle (Negative)</w:t>
      </w:r>
    </w:p>
    <w:p>
      <w:pPr>
        <w:spacing w:after="80"/>
      </w:pPr>
      <w:r>
        <w:rPr>
          <w:rFonts w:ascii="Niramit" w:hAnsi="Niramit"/>
          <w:b w:val="0"/>
          <w:i w:val="0"/>
          <w:color w:val="222222"/>
          <w:sz w:val="21"/>
        </w:rPr>
        <w:t>Olumsuz yapmak için "not" eklenir:</w:t>
      </w:r>
    </w:p>
    <w:tbl>
      <w:tblPr>
        <w:tblStyle w:val="TableGrid"/>
        <w:tblW w:type="auto" w:w="0"/>
        <w:tblLayout w:type="autofit"/>
        <w:tblLook w:firstColumn="1" w:firstRow="1" w:lastColumn="0" w:lastRow="0" w:noHBand="0" w:noVBand="1" w:val="04A0"/>
      </w:tblPr>
      <w:tblGrid>
        <w:gridCol w:w="3135"/>
        <w:gridCol w:w="3135"/>
        <w:gridCol w:w="3135"/>
      </w:tblGrid>
      <w:tr>
        <w:tc>
          <w:tcPr>
            <w:tcW w:type="dxa" w:w="3135"/>
            <w:shd w:val="clear" w:color="auto" w:fill="1a559e"/>
          </w:tcPr>
          <w:p>
            <w:pPr>
              <w:spacing w:before="40" w:after="40"/>
              <w:jc w:val="center"/>
            </w:pPr>
            <w:r/>
            <w:r>
              <w:rPr>
                <w:rFonts w:ascii="Niramit" w:hAnsi="Niramit"/>
                <w:b/>
                <w:color w:val="FFFFFF"/>
                <w:sz w:val="20"/>
              </w:rPr>
              <w:t>Olumlu</w:t>
            </w:r>
          </w:p>
        </w:tc>
        <w:tc>
          <w:tcPr>
            <w:tcW w:type="dxa" w:w="3135"/>
            <w:shd w:val="clear" w:color="auto" w:fill="1a559e"/>
          </w:tcPr>
          <w:p>
            <w:pPr>
              <w:spacing w:before="40" w:after="40"/>
              <w:jc w:val="center"/>
            </w:pPr>
            <w:r/>
            <w:r>
              <w:rPr>
                <w:rFonts w:ascii="Niramit" w:hAnsi="Niramit"/>
                <w:b/>
                <w:color w:val="FFFFFF"/>
                <w:sz w:val="20"/>
              </w:rPr>
              <w:t>Olumsuz</w:t>
            </w:r>
          </w:p>
        </w:tc>
        <w:tc>
          <w:tcPr>
            <w:tcW w:type="dxa" w:w="3135"/>
            <w:shd w:val="clear" w:color="auto" w:fill="1a559e"/>
          </w:tcPr>
          <w:p>
            <w:pPr>
              <w:spacing w:before="40" w:after="40"/>
              <w:jc w:val="center"/>
            </w:pPr>
            <w:r/>
            <w:r>
              <w:rPr>
                <w:rFonts w:ascii="Niramit" w:hAnsi="Niramit"/>
                <w:b/>
                <w:color w:val="FFFFFF"/>
                <w:sz w:val="20"/>
              </w:rPr>
              <w:t>Kısaltma</w:t>
            </w:r>
          </w:p>
        </w:tc>
      </w:tr>
      <w:tr>
        <w:tc>
          <w:tcPr>
            <w:tcW w:type="dxa" w:w="3135"/>
          </w:tcPr>
          <w:p>
            <w:pPr>
              <w:spacing w:before="20" w:after="20"/>
              <w:jc w:val="center"/>
            </w:pPr>
            <w:r/>
            <w:r>
              <w:rPr>
                <w:rFonts w:ascii="Niramit" w:hAnsi="Niramit"/>
                <w:sz w:val="19"/>
              </w:rPr>
              <w:t>I am</w:t>
            </w:r>
          </w:p>
        </w:tc>
        <w:tc>
          <w:tcPr>
            <w:tcW w:type="dxa" w:w="3135"/>
          </w:tcPr>
          <w:p>
            <w:pPr>
              <w:spacing w:before="20" w:after="20"/>
              <w:jc w:val="center"/>
            </w:pPr>
            <w:r/>
            <w:r>
              <w:rPr>
                <w:rFonts w:ascii="Niramit" w:hAnsi="Niramit"/>
                <w:sz w:val="19"/>
              </w:rPr>
              <w:t>I am not</w:t>
            </w:r>
          </w:p>
        </w:tc>
        <w:tc>
          <w:tcPr>
            <w:tcW w:type="dxa" w:w="3135"/>
          </w:tcPr>
          <w:p>
            <w:pPr>
              <w:spacing w:before="20" w:after="20"/>
              <w:jc w:val="left"/>
            </w:pPr>
            <w:r/>
            <w:r>
              <w:rPr>
                <w:rFonts w:ascii="Niramit" w:hAnsi="Niramit"/>
                <w:sz w:val="19"/>
              </w:rPr>
              <w:t>I'm not</w:t>
            </w:r>
          </w:p>
        </w:tc>
      </w:tr>
      <w:tr>
        <w:tc>
          <w:tcPr>
            <w:tcW w:type="dxa" w:w="3135"/>
          </w:tcPr>
          <w:p>
            <w:pPr>
              <w:spacing w:before="20" w:after="20"/>
              <w:jc w:val="center"/>
            </w:pPr>
            <w:r/>
            <w:r>
              <w:rPr>
                <w:rFonts w:ascii="Niramit" w:hAnsi="Niramit"/>
                <w:sz w:val="19"/>
              </w:rPr>
              <w:t>You are</w:t>
            </w:r>
          </w:p>
        </w:tc>
        <w:tc>
          <w:tcPr>
            <w:tcW w:type="dxa" w:w="3135"/>
          </w:tcPr>
          <w:p>
            <w:pPr>
              <w:spacing w:before="20" w:after="20"/>
              <w:jc w:val="center"/>
            </w:pPr>
            <w:r/>
            <w:r>
              <w:rPr>
                <w:rFonts w:ascii="Niramit" w:hAnsi="Niramit"/>
                <w:sz w:val="19"/>
              </w:rPr>
              <w:t>You are not</w:t>
            </w:r>
          </w:p>
        </w:tc>
        <w:tc>
          <w:tcPr>
            <w:tcW w:type="dxa" w:w="3135"/>
          </w:tcPr>
          <w:p>
            <w:pPr>
              <w:spacing w:before="20" w:after="20"/>
              <w:jc w:val="left"/>
            </w:pPr>
            <w:r/>
            <w:r>
              <w:rPr>
                <w:rFonts w:ascii="Niramit" w:hAnsi="Niramit"/>
                <w:sz w:val="19"/>
              </w:rPr>
              <w:t>You aren't</w:t>
            </w:r>
          </w:p>
        </w:tc>
      </w:tr>
      <w:tr>
        <w:tc>
          <w:tcPr>
            <w:tcW w:type="dxa" w:w="3135"/>
          </w:tcPr>
          <w:p>
            <w:pPr>
              <w:spacing w:before="20" w:after="20"/>
              <w:jc w:val="center"/>
            </w:pPr>
            <w:r/>
            <w:r>
              <w:rPr>
                <w:rFonts w:ascii="Niramit" w:hAnsi="Niramit"/>
                <w:sz w:val="19"/>
              </w:rPr>
              <w:t>He is</w:t>
            </w:r>
          </w:p>
        </w:tc>
        <w:tc>
          <w:tcPr>
            <w:tcW w:type="dxa" w:w="3135"/>
          </w:tcPr>
          <w:p>
            <w:pPr>
              <w:spacing w:before="20" w:after="20"/>
              <w:jc w:val="center"/>
            </w:pPr>
            <w:r/>
            <w:r>
              <w:rPr>
                <w:rFonts w:ascii="Niramit" w:hAnsi="Niramit"/>
                <w:sz w:val="19"/>
              </w:rPr>
              <w:t>He is not</w:t>
            </w:r>
          </w:p>
        </w:tc>
        <w:tc>
          <w:tcPr>
            <w:tcW w:type="dxa" w:w="3135"/>
          </w:tcPr>
          <w:p>
            <w:pPr>
              <w:spacing w:before="20" w:after="20"/>
              <w:jc w:val="left"/>
            </w:pPr>
            <w:r/>
            <w:r>
              <w:rPr>
                <w:rFonts w:ascii="Niramit" w:hAnsi="Niramit"/>
                <w:sz w:val="19"/>
              </w:rPr>
              <w:t>He isn't</w:t>
            </w:r>
          </w:p>
        </w:tc>
      </w:tr>
      <w:tr>
        <w:tc>
          <w:tcPr>
            <w:tcW w:type="dxa" w:w="3135"/>
          </w:tcPr>
          <w:p>
            <w:pPr>
              <w:spacing w:before="20" w:after="20"/>
              <w:jc w:val="center"/>
            </w:pPr>
            <w:r/>
            <w:r>
              <w:rPr>
                <w:rFonts w:ascii="Niramit" w:hAnsi="Niramit"/>
                <w:sz w:val="19"/>
              </w:rPr>
              <w:t>She is</w:t>
            </w:r>
          </w:p>
        </w:tc>
        <w:tc>
          <w:tcPr>
            <w:tcW w:type="dxa" w:w="3135"/>
          </w:tcPr>
          <w:p>
            <w:pPr>
              <w:spacing w:before="20" w:after="20"/>
              <w:jc w:val="center"/>
            </w:pPr>
            <w:r/>
            <w:r>
              <w:rPr>
                <w:rFonts w:ascii="Niramit" w:hAnsi="Niramit"/>
                <w:sz w:val="19"/>
              </w:rPr>
              <w:t>She is not</w:t>
            </w:r>
          </w:p>
        </w:tc>
        <w:tc>
          <w:tcPr>
            <w:tcW w:type="dxa" w:w="3135"/>
          </w:tcPr>
          <w:p>
            <w:pPr>
              <w:spacing w:before="20" w:after="20"/>
              <w:jc w:val="left"/>
            </w:pPr>
            <w:r/>
            <w:r>
              <w:rPr>
                <w:rFonts w:ascii="Niramit" w:hAnsi="Niramit"/>
                <w:sz w:val="19"/>
              </w:rPr>
              <w:t>She isn't</w:t>
            </w:r>
          </w:p>
        </w:tc>
      </w:tr>
      <w:tr>
        <w:tc>
          <w:tcPr>
            <w:tcW w:type="dxa" w:w="3135"/>
          </w:tcPr>
          <w:p>
            <w:pPr>
              <w:spacing w:before="20" w:after="20"/>
              <w:jc w:val="center"/>
            </w:pPr>
            <w:r/>
            <w:r>
              <w:rPr>
                <w:rFonts w:ascii="Niramit" w:hAnsi="Niramit"/>
                <w:sz w:val="19"/>
              </w:rPr>
              <w:t>It is</w:t>
            </w:r>
          </w:p>
        </w:tc>
        <w:tc>
          <w:tcPr>
            <w:tcW w:type="dxa" w:w="3135"/>
          </w:tcPr>
          <w:p>
            <w:pPr>
              <w:spacing w:before="20" w:after="20"/>
              <w:jc w:val="center"/>
            </w:pPr>
            <w:r/>
            <w:r>
              <w:rPr>
                <w:rFonts w:ascii="Niramit" w:hAnsi="Niramit"/>
                <w:sz w:val="19"/>
              </w:rPr>
              <w:t>It is not</w:t>
            </w:r>
          </w:p>
        </w:tc>
        <w:tc>
          <w:tcPr>
            <w:tcW w:type="dxa" w:w="3135"/>
          </w:tcPr>
          <w:p>
            <w:pPr>
              <w:spacing w:before="20" w:after="20"/>
              <w:jc w:val="left"/>
            </w:pPr>
            <w:r/>
            <w:r>
              <w:rPr>
                <w:rFonts w:ascii="Niramit" w:hAnsi="Niramit"/>
                <w:sz w:val="19"/>
              </w:rPr>
              <w:t>It isn't</w:t>
            </w:r>
          </w:p>
        </w:tc>
      </w:tr>
      <w:tr>
        <w:tc>
          <w:tcPr>
            <w:tcW w:type="dxa" w:w="3135"/>
          </w:tcPr>
          <w:p>
            <w:pPr>
              <w:spacing w:before="20" w:after="20"/>
              <w:jc w:val="center"/>
            </w:pPr>
            <w:r/>
            <w:r>
              <w:rPr>
                <w:rFonts w:ascii="Niramit" w:hAnsi="Niramit"/>
                <w:sz w:val="19"/>
              </w:rPr>
              <w:t>We are</w:t>
            </w:r>
          </w:p>
        </w:tc>
        <w:tc>
          <w:tcPr>
            <w:tcW w:type="dxa" w:w="3135"/>
          </w:tcPr>
          <w:p>
            <w:pPr>
              <w:spacing w:before="20" w:after="20"/>
              <w:jc w:val="center"/>
            </w:pPr>
            <w:r/>
            <w:r>
              <w:rPr>
                <w:rFonts w:ascii="Niramit" w:hAnsi="Niramit"/>
                <w:sz w:val="19"/>
              </w:rPr>
              <w:t>We are not</w:t>
            </w:r>
          </w:p>
        </w:tc>
        <w:tc>
          <w:tcPr>
            <w:tcW w:type="dxa" w:w="3135"/>
          </w:tcPr>
          <w:p>
            <w:pPr>
              <w:spacing w:before="20" w:after="20"/>
              <w:jc w:val="left"/>
            </w:pPr>
            <w:r/>
            <w:r>
              <w:rPr>
                <w:rFonts w:ascii="Niramit" w:hAnsi="Niramit"/>
                <w:sz w:val="19"/>
              </w:rPr>
              <w:t>We aren't</w:t>
            </w:r>
          </w:p>
        </w:tc>
      </w:tr>
      <w:tr>
        <w:tc>
          <w:tcPr>
            <w:tcW w:type="dxa" w:w="3135"/>
          </w:tcPr>
          <w:p>
            <w:pPr>
              <w:spacing w:before="20" w:after="20"/>
              <w:jc w:val="center"/>
            </w:pPr>
            <w:r/>
            <w:r>
              <w:rPr>
                <w:rFonts w:ascii="Niramit" w:hAnsi="Niramit"/>
                <w:sz w:val="19"/>
              </w:rPr>
              <w:t>They are</w:t>
            </w:r>
          </w:p>
        </w:tc>
        <w:tc>
          <w:tcPr>
            <w:tcW w:type="dxa" w:w="3135"/>
          </w:tcPr>
          <w:p>
            <w:pPr>
              <w:spacing w:before="20" w:after="20"/>
              <w:jc w:val="center"/>
            </w:pPr>
            <w:r/>
            <w:r>
              <w:rPr>
                <w:rFonts w:ascii="Niramit" w:hAnsi="Niramit"/>
                <w:sz w:val="19"/>
              </w:rPr>
              <w:t>They are not</w:t>
            </w:r>
          </w:p>
        </w:tc>
        <w:tc>
          <w:tcPr>
            <w:tcW w:type="dxa" w:w="3135"/>
          </w:tcPr>
          <w:p>
            <w:pPr>
              <w:spacing w:before="20" w:after="20"/>
              <w:jc w:val="left"/>
            </w:pPr>
            <w:r/>
            <w:r>
              <w:rPr>
                <w:rFonts w:ascii="Niramit" w:hAnsi="Niramit"/>
                <w:sz w:val="19"/>
              </w:rPr>
              <w:t>They aren't</w:t>
            </w:r>
          </w:p>
        </w:tc>
      </w:tr>
    </w:tbl>
    <w:p/>
    <w:p>
      <w:pPr>
        <w:spacing w:before="200"/>
      </w:pPr>
      <w:r>
        <w:rPr>
          <w:rFonts w:ascii="Niramit" w:hAnsi="Niramit"/>
          <w:b/>
          <w:i w:val="0"/>
          <w:color w:val="336D5C"/>
          <w:sz w:val="22"/>
        </w:rPr>
        <w:t>Soru Cümlesi (Interrogative)</w:t>
      </w:r>
    </w:p>
    <w:p>
      <w:pPr>
        <w:spacing w:after="80"/>
      </w:pPr>
      <w:r>
        <w:rPr>
          <w:rFonts w:ascii="Niramit" w:hAnsi="Niramit"/>
          <w:b w:val="0"/>
          <w:i w:val="0"/>
          <w:color w:val="222222"/>
          <w:sz w:val="21"/>
        </w:rPr>
        <w:t>Soru yaparken am/is/are öznenin başına gelir:</w:t>
      </w:r>
    </w:p>
    <w:tbl>
      <w:tblPr>
        <w:tblStyle w:val="TableGrid"/>
        <w:tblW w:type="auto" w:w="0"/>
        <w:tblLayout w:type="autofit"/>
        <w:tblLook w:firstColumn="1" w:firstRow="1" w:lastColumn="0" w:lastRow="0" w:noHBand="0" w:noVBand="1" w:val="04A0"/>
      </w:tblPr>
      <w:tblGrid>
        <w:gridCol w:w="3135"/>
        <w:gridCol w:w="3135"/>
        <w:gridCol w:w="3135"/>
      </w:tblGrid>
      <w:tr>
        <w:tc>
          <w:tcPr>
            <w:tcW w:type="dxa" w:w="3135"/>
            <w:shd w:val="clear" w:color="auto" w:fill="1a559e"/>
          </w:tcPr>
          <w:p>
            <w:pPr>
              <w:spacing w:before="40" w:after="40"/>
              <w:jc w:val="center"/>
            </w:pPr>
            <w:r/>
            <w:r>
              <w:rPr>
                <w:rFonts w:ascii="Niramit" w:hAnsi="Niramit"/>
                <w:b/>
                <w:color w:val="FFFFFF"/>
                <w:sz w:val="20"/>
              </w:rPr>
              <w:t>Soru</w:t>
            </w:r>
          </w:p>
        </w:tc>
        <w:tc>
          <w:tcPr>
            <w:tcW w:type="dxa" w:w="3135"/>
            <w:shd w:val="clear" w:color="auto" w:fill="1a559e"/>
          </w:tcPr>
          <w:p>
            <w:pPr>
              <w:spacing w:before="40" w:after="40"/>
              <w:jc w:val="center"/>
            </w:pPr>
            <w:r/>
            <w:r>
              <w:rPr>
                <w:rFonts w:ascii="Niramit" w:hAnsi="Niramit"/>
                <w:b/>
                <w:color w:val="FFFFFF"/>
                <w:sz w:val="20"/>
              </w:rPr>
              <w:t>Kısa Cevap (+)</w:t>
            </w:r>
          </w:p>
        </w:tc>
        <w:tc>
          <w:tcPr>
            <w:tcW w:type="dxa" w:w="3135"/>
            <w:shd w:val="clear" w:color="auto" w:fill="1a559e"/>
          </w:tcPr>
          <w:p>
            <w:pPr>
              <w:spacing w:before="40" w:after="40"/>
              <w:jc w:val="center"/>
            </w:pPr>
            <w:r/>
            <w:r>
              <w:rPr>
                <w:rFonts w:ascii="Niramit" w:hAnsi="Niramit"/>
                <w:b/>
                <w:color w:val="FFFFFF"/>
                <w:sz w:val="20"/>
              </w:rPr>
              <w:t>Kısa Cevap (−)</w:t>
            </w:r>
          </w:p>
        </w:tc>
      </w:tr>
      <w:tr>
        <w:tc>
          <w:tcPr>
            <w:tcW w:type="dxa" w:w="3135"/>
          </w:tcPr>
          <w:p>
            <w:pPr>
              <w:spacing w:before="20" w:after="20"/>
              <w:jc w:val="center"/>
            </w:pPr>
            <w:r/>
            <w:r>
              <w:rPr>
                <w:rFonts w:ascii="Niramit" w:hAnsi="Niramit"/>
                <w:sz w:val="19"/>
              </w:rPr>
              <w:t>Am I late?</w:t>
            </w:r>
          </w:p>
        </w:tc>
        <w:tc>
          <w:tcPr>
            <w:tcW w:type="dxa" w:w="3135"/>
          </w:tcPr>
          <w:p>
            <w:pPr>
              <w:spacing w:before="20" w:after="20"/>
              <w:jc w:val="center"/>
            </w:pPr>
            <w:r/>
            <w:r>
              <w:rPr>
                <w:rFonts w:ascii="Niramit" w:hAnsi="Niramit"/>
                <w:sz w:val="19"/>
              </w:rPr>
              <w:t>Yes, I am.</w:t>
            </w:r>
          </w:p>
        </w:tc>
        <w:tc>
          <w:tcPr>
            <w:tcW w:type="dxa" w:w="3135"/>
          </w:tcPr>
          <w:p>
            <w:pPr>
              <w:spacing w:before="20" w:after="20"/>
              <w:jc w:val="left"/>
            </w:pPr>
            <w:r/>
            <w:r>
              <w:rPr>
                <w:rFonts w:ascii="Niramit" w:hAnsi="Niramit"/>
                <w:sz w:val="19"/>
              </w:rPr>
              <w:t>No, I am not.</w:t>
            </w:r>
          </w:p>
        </w:tc>
      </w:tr>
      <w:tr>
        <w:tc>
          <w:tcPr>
            <w:tcW w:type="dxa" w:w="3135"/>
          </w:tcPr>
          <w:p>
            <w:pPr>
              <w:spacing w:before="20" w:after="20"/>
              <w:jc w:val="center"/>
            </w:pPr>
            <w:r/>
            <w:r>
              <w:rPr>
                <w:rFonts w:ascii="Niramit" w:hAnsi="Niramit"/>
                <w:sz w:val="19"/>
              </w:rPr>
              <w:t>Are you ready?</w:t>
            </w:r>
          </w:p>
        </w:tc>
        <w:tc>
          <w:tcPr>
            <w:tcW w:type="dxa" w:w="3135"/>
          </w:tcPr>
          <w:p>
            <w:pPr>
              <w:spacing w:before="20" w:after="20"/>
              <w:jc w:val="center"/>
            </w:pPr>
            <w:r/>
            <w:r>
              <w:rPr>
                <w:rFonts w:ascii="Niramit" w:hAnsi="Niramit"/>
                <w:sz w:val="19"/>
              </w:rPr>
              <w:t>Yes, you are.</w:t>
            </w:r>
          </w:p>
        </w:tc>
        <w:tc>
          <w:tcPr>
            <w:tcW w:type="dxa" w:w="3135"/>
          </w:tcPr>
          <w:p>
            <w:pPr>
              <w:spacing w:before="20" w:after="20"/>
              <w:jc w:val="left"/>
            </w:pPr>
            <w:r/>
            <w:r>
              <w:rPr>
                <w:rFonts w:ascii="Niramit" w:hAnsi="Niramit"/>
                <w:sz w:val="19"/>
              </w:rPr>
              <w:t>No, you aren't.</w:t>
            </w:r>
          </w:p>
        </w:tc>
      </w:tr>
      <w:tr>
        <w:tc>
          <w:tcPr>
            <w:tcW w:type="dxa" w:w="3135"/>
          </w:tcPr>
          <w:p>
            <w:pPr>
              <w:spacing w:before="20" w:after="20"/>
              <w:jc w:val="center"/>
            </w:pPr>
            <w:r/>
            <w:r>
              <w:rPr>
                <w:rFonts w:ascii="Niramit" w:hAnsi="Niramit"/>
                <w:sz w:val="19"/>
              </w:rPr>
              <w:t>Is he at home?</w:t>
            </w:r>
          </w:p>
        </w:tc>
        <w:tc>
          <w:tcPr>
            <w:tcW w:type="dxa" w:w="3135"/>
          </w:tcPr>
          <w:p>
            <w:pPr>
              <w:spacing w:before="20" w:after="20"/>
              <w:jc w:val="center"/>
            </w:pPr>
            <w:r/>
            <w:r>
              <w:rPr>
                <w:rFonts w:ascii="Niramit" w:hAnsi="Niramit"/>
                <w:sz w:val="19"/>
              </w:rPr>
              <w:t>Yes, he is.</w:t>
            </w:r>
          </w:p>
        </w:tc>
        <w:tc>
          <w:tcPr>
            <w:tcW w:type="dxa" w:w="3135"/>
          </w:tcPr>
          <w:p>
            <w:pPr>
              <w:spacing w:before="20" w:after="20"/>
              <w:jc w:val="left"/>
            </w:pPr>
            <w:r/>
            <w:r>
              <w:rPr>
                <w:rFonts w:ascii="Niramit" w:hAnsi="Niramit"/>
                <w:sz w:val="19"/>
              </w:rPr>
              <w:t>No, he isn't.</w:t>
            </w:r>
          </w:p>
        </w:tc>
      </w:tr>
      <w:tr>
        <w:tc>
          <w:tcPr>
            <w:tcW w:type="dxa" w:w="3135"/>
          </w:tcPr>
          <w:p>
            <w:pPr>
              <w:spacing w:before="20" w:after="20"/>
              <w:jc w:val="center"/>
            </w:pPr>
            <w:r/>
            <w:r>
              <w:rPr>
                <w:rFonts w:ascii="Niramit" w:hAnsi="Niramit"/>
                <w:sz w:val="19"/>
              </w:rPr>
              <w:t>Is she happy?</w:t>
            </w:r>
          </w:p>
        </w:tc>
        <w:tc>
          <w:tcPr>
            <w:tcW w:type="dxa" w:w="3135"/>
          </w:tcPr>
          <w:p>
            <w:pPr>
              <w:spacing w:before="20" w:after="20"/>
              <w:jc w:val="center"/>
            </w:pPr>
            <w:r/>
            <w:r>
              <w:rPr>
                <w:rFonts w:ascii="Niramit" w:hAnsi="Niramit"/>
                <w:sz w:val="19"/>
              </w:rPr>
              <w:t>Yes, she is.</w:t>
            </w:r>
          </w:p>
        </w:tc>
        <w:tc>
          <w:tcPr>
            <w:tcW w:type="dxa" w:w="3135"/>
          </w:tcPr>
          <w:p>
            <w:pPr>
              <w:spacing w:before="20" w:after="20"/>
              <w:jc w:val="left"/>
            </w:pPr>
            <w:r/>
            <w:r>
              <w:rPr>
                <w:rFonts w:ascii="Niramit" w:hAnsi="Niramit"/>
                <w:sz w:val="19"/>
              </w:rPr>
              <w:t>No, she isn't.</w:t>
            </w:r>
          </w:p>
        </w:tc>
      </w:tr>
      <w:tr>
        <w:tc>
          <w:tcPr>
            <w:tcW w:type="dxa" w:w="3135"/>
          </w:tcPr>
          <w:p>
            <w:pPr>
              <w:spacing w:before="20" w:after="20"/>
              <w:jc w:val="center"/>
            </w:pPr>
            <w:r/>
            <w:r>
              <w:rPr>
                <w:rFonts w:ascii="Niramit" w:hAnsi="Niramit"/>
                <w:sz w:val="19"/>
              </w:rPr>
              <w:t>Is it a dog?</w:t>
            </w:r>
          </w:p>
        </w:tc>
        <w:tc>
          <w:tcPr>
            <w:tcW w:type="dxa" w:w="3135"/>
          </w:tcPr>
          <w:p>
            <w:pPr>
              <w:spacing w:before="20" w:after="20"/>
              <w:jc w:val="center"/>
            </w:pPr>
            <w:r/>
            <w:r>
              <w:rPr>
                <w:rFonts w:ascii="Niramit" w:hAnsi="Niramit"/>
                <w:sz w:val="19"/>
              </w:rPr>
              <w:t>Yes, it is.</w:t>
            </w:r>
          </w:p>
        </w:tc>
        <w:tc>
          <w:tcPr>
            <w:tcW w:type="dxa" w:w="3135"/>
          </w:tcPr>
          <w:p>
            <w:pPr>
              <w:spacing w:before="20" w:after="20"/>
              <w:jc w:val="left"/>
            </w:pPr>
            <w:r/>
            <w:r>
              <w:rPr>
                <w:rFonts w:ascii="Niramit" w:hAnsi="Niramit"/>
                <w:sz w:val="19"/>
              </w:rPr>
              <w:t>No, it isn't.</w:t>
            </w:r>
          </w:p>
        </w:tc>
      </w:tr>
      <w:tr>
        <w:tc>
          <w:tcPr>
            <w:tcW w:type="dxa" w:w="3135"/>
          </w:tcPr>
          <w:p>
            <w:pPr>
              <w:spacing w:before="20" w:after="20"/>
              <w:jc w:val="center"/>
            </w:pPr>
            <w:r/>
            <w:r>
              <w:rPr>
                <w:rFonts w:ascii="Niramit" w:hAnsi="Niramit"/>
                <w:sz w:val="19"/>
              </w:rPr>
              <w:t>Are we late?</w:t>
            </w:r>
          </w:p>
        </w:tc>
        <w:tc>
          <w:tcPr>
            <w:tcW w:type="dxa" w:w="3135"/>
          </w:tcPr>
          <w:p>
            <w:pPr>
              <w:spacing w:before="20" w:after="20"/>
              <w:jc w:val="center"/>
            </w:pPr>
            <w:r/>
            <w:r>
              <w:rPr>
                <w:rFonts w:ascii="Niramit" w:hAnsi="Niramit"/>
                <w:sz w:val="19"/>
              </w:rPr>
              <w:t>Yes, we are.</w:t>
            </w:r>
          </w:p>
        </w:tc>
        <w:tc>
          <w:tcPr>
            <w:tcW w:type="dxa" w:w="3135"/>
          </w:tcPr>
          <w:p>
            <w:pPr>
              <w:spacing w:before="20" w:after="20"/>
              <w:jc w:val="left"/>
            </w:pPr>
            <w:r/>
            <w:r>
              <w:rPr>
                <w:rFonts w:ascii="Niramit" w:hAnsi="Niramit"/>
                <w:sz w:val="19"/>
              </w:rPr>
              <w:t>No, we aren't.</w:t>
            </w:r>
          </w:p>
        </w:tc>
      </w:tr>
      <w:tr>
        <w:tc>
          <w:tcPr>
            <w:tcW w:type="dxa" w:w="3135"/>
          </w:tcPr>
          <w:p>
            <w:pPr>
              <w:spacing w:before="20" w:after="20"/>
              <w:jc w:val="center"/>
            </w:pPr>
            <w:r/>
            <w:r>
              <w:rPr>
                <w:rFonts w:ascii="Niramit" w:hAnsi="Niramit"/>
                <w:sz w:val="19"/>
              </w:rPr>
              <w:t>Are they here?</w:t>
            </w:r>
          </w:p>
        </w:tc>
        <w:tc>
          <w:tcPr>
            <w:tcW w:type="dxa" w:w="3135"/>
          </w:tcPr>
          <w:p>
            <w:pPr>
              <w:spacing w:before="20" w:after="20"/>
              <w:jc w:val="center"/>
            </w:pPr>
            <w:r/>
            <w:r>
              <w:rPr>
                <w:rFonts w:ascii="Niramit" w:hAnsi="Niramit"/>
                <w:sz w:val="19"/>
              </w:rPr>
              <w:t>Yes, they are.</w:t>
            </w:r>
          </w:p>
        </w:tc>
        <w:tc>
          <w:tcPr>
            <w:tcW w:type="dxa" w:w="3135"/>
          </w:tcPr>
          <w:p>
            <w:pPr>
              <w:spacing w:before="20" w:after="20"/>
              <w:jc w:val="left"/>
            </w:pPr>
            <w:r/>
            <w:r>
              <w:rPr>
                <w:rFonts w:ascii="Niramit" w:hAnsi="Niramit"/>
                <w:sz w:val="19"/>
              </w:rPr>
              <w:t>No, they aren't.</w:t>
            </w:r>
          </w:p>
        </w:tc>
      </w:tr>
    </w:tbl>
    <w:p/>
    <w:p>
      <w:pPr>
        <w:spacing w:before="200"/>
      </w:pPr>
      <w:r>
        <w:rPr>
          <w:rFonts w:ascii="Niramit" w:hAnsi="Niramit"/>
          <w:b/>
          <w:i w:val="0"/>
          <w:color w:val="336D5C"/>
          <w:sz w:val="22"/>
        </w:rPr>
        <w:t>Wh- Soruları</w:t>
      </w:r>
    </w:p>
    <w:p>
      <w:pPr>
        <w:spacing w:after="80"/>
      </w:pPr>
      <w:r>
        <w:rPr>
          <w:rFonts w:ascii="Niramit" w:hAnsi="Niramit"/>
          <w:b w:val="0"/>
          <w:i w:val="0"/>
          <w:color w:val="222222"/>
          <w:sz w:val="21"/>
        </w:rPr>
        <w:t>What, Where, When, Who, How ile soru yapımı:</w:t>
      </w:r>
    </w:p>
    <w:p>
      <w:pPr>
        <w:spacing w:after="20" w:before="0"/>
        <w:ind w:left="283"/>
      </w:pPr>
      <w:r>
        <w:rPr>
          <w:rFonts w:ascii="Niramit" w:hAnsi="Niramit"/>
          <w:b w:val="0"/>
          <w:i w:val="0"/>
          <w:color w:val="666666"/>
          <w:sz w:val="20"/>
        </w:rPr>
        <w:t xml:space="preserve">  What is your name?       — Adın ne?</w:t>
      </w:r>
    </w:p>
    <w:p>
      <w:pPr>
        <w:spacing w:after="20" w:before="0"/>
        <w:ind w:left="283"/>
      </w:pPr>
      <w:r>
        <w:rPr>
          <w:rFonts w:ascii="Niramit" w:hAnsi="Niramit"/>
          <w:b w:val="0"/>
          <w:i w:val="0"/>
          <w:color w:val="666666"/>
          <w:sz w:val="20"/>
        </w:rPr>
        <w:t xml:space="preserve">  Where are you?           — Neredesin?</w:t>
      </w:r>
    </w:p>
    <w:p>
      <w:pPr>
        <w:spacing w:after="20" w:before="0"/>
        <w:ind w:left="283"/>
      </w:pPr>
      <w:r>
        <w:rPr>
          <w:rFonts w:ascii="Niramit" w:hAnsi="Niramit"/>
          <w:b w:val="0"/>
          <w:i w:val="0"/>
          <w:color w:val="666666"/>
          <w:sz w:val="20"/>
        </w:rPr>
        <w:t xml:space="preserve">  When is the lesson?      — Ders ne zaman?</w:t>
      </w:r>
    </w:p>
    <w:p>
      <w:pPr>
        <w:spacing w:after="20" w:before="0"/>
        <w:ind w:left="283"/>
      </w:pPr>
      <w:r>
        <w:rPr>
          <w:rFonts w:ascii="Niramit" w:hAnsi="Niramit"/>
          <w:b w:val="0"/>
          <w:i w:val="0"/>
          <w:color w:val="666666"/>
          <w:sz w:val="20"/>
        </w:rPr>
        <w:t xml:space="preserve">  Who is he?               — O kim?</w:t>
      </w:r>
    </w:p>
    <w:p>
      <w:pPr>
        <w:spacing w:after="20" w:before="0"/>
        <w:ind w:left="283"/>
      </w:pPr>
      <w:r>
        <w:rPr>
          <w:rFonts w:ascii="Niramit" w:hAnsi="Niramit"/>
          <w:b w:val="0"/>
          <w:i w:val="0"/>
          <w:color w:val="666666"/>
          <w:sz w:val="20"/>
        </w:rPr>
        <w:t xml:space="preserve">  How old are you?         — Kaç yaşındasın?</w:t>
      </w:r>
    </w:p>
    <w:p>
      <w:pPr>
        <w:spacing w:after="20" w:before="0"/>
        <w:ind w:left="283"/>
      </w:pPr>
      <w:r>
        <w:rPr>
          <w:rFonts w:ascii="Niramit" w:hAnsi="Niramit"/>
          <w:b w:val="0"/>
          <w:i w:val="0"/>
          <w:color w:val="666666"/>
          <w:sz w:val="20"/>
        </w:rPr>
        <w:t xml:space="preserve">  What time is it?         — Saat kaç?</w:t>
      </w:r>
    </w:p>
    <w:p>
      <w:r>
        <w:br w:type="page"/>
      </w:r>
    </w:p>
    <w:p>
      <w:pPr>
        <w:spacing w:before="200"/>
      </w:pPr>
      <w:r>
        <w:rPr>
          <w:rFonts w:ascii="Niramit" w:hAnsi="Niramit"/>
          <w:b/>
          <w:i w:val="0"/>
          <w:color w:val="336D5C"/>
          <w:sz w:val="22"/>
        </w:rPr>
        <w:t>1.2  Object Pronouns (Nesne Zamirleri)</w:t>
      </w:r>
    </w:p>
    <w:p>
      <w:pPr>
        <w:spacing w:after="80"/>
      </w:pPr>
      <w:r>
        <w:rPr>
          <w:rFonts w:ascii="Niramit" w:hAnsi="Niramit"/>
          <w:b w:val="0"/>
          <w:i w:val="0"/>
          <w:color w:val="222222"/>
          <w:sz w:val="21"/>
        </w:rPr>
        <w:t>Object pronouns, fiilden ya da edattan (in / at / to / for / look at) sonra gelir.</w:t>
      </w:r>
    </w:p>
    <w:p>
      <w:pPr>
        <w:spacing w:after="80"/>
      </w:pPr>
      <w:r>
        <w:rPr>
          <w:rFonts w:ascii="Niramit" w:hAnsi="Niramit"/>
          <w:b w:val="0"/>
          <w:i w:val="0"/>
          <w:color w:val="222222"/>
          <w:sz w:val="21"/>
        </w:rPr>
        <w:t>Cümlede nesne görevi görürler.</w:t>
      </w:r>
    </w:p>
    <w:tbl>
      <w:tblPr>
        <w:tblStyle w:val="TableGrid"/>
        <w:tblW w:type="auto" w:w="0"/>
        <w:tblLayout w:type="autofit"/>
        <w:tblLook w:firstColumn="1" w:firstRow="1" w:lastColumn="0" w:lastRow="0" w:noHBand="0" w:noVBand="1" w:val="04A0"/>
      </w:tblPr>
      <w:tblGrid>
        <w:gridCol w:w="2351"/>
        <w:gridCol w:w="2351"/>
        <w:gridCol w:w="2351"/>
        <w:gridCol w:w="2351"/>
      </w:tblGrid>
      <w:tr>
        <w:tc>
          <w:tcPr>
            <w:tcW w:type="dxa" w:w="2351"/>
            <w:shd w:val="clear" w:color="auto" w:fill="1a559e"/>
          </w:tcPr>
          <w:p>
            <w:pPr>
              <w:spacing w:before="40" w:after="40"/>
              <w:jc w:val="center"/>
            </w:pPr>
            <w:r/>
            <w:r>
              <w:rPr>
                <w:rFonts w:ascii="Niramit" w:hAnsi="Niramit"/>
                <w:b/>
                <w:color w:val="FFFFFF"/>
                <w:sz w:val="20"/>
              </w:rPr>
              <w:t>Subject</w:t>
            </w:r>
          </w:p>
        </w:tc>
        <w:tc>
          <w:tcPr>
            <w:tcW w:type="dxa" w:w="2351"/>
            <w:shd w:val="clear" w:color="auto" w:fill="1a559e"/>
          </w:tcPr>
          <w:p>
            <w:pPr>
              <w:spacing w:before="40" w:after="40"/>
              <w:jc w:val="center"/>
            </w:pPr>
            <w:r/>
            <w:r>
              <w:rPr>
                <w:rFonts w:ascii="Niramit" w:hAnsi="Niramit"/>
                <w:b/>
                <w:color w:val="FFFFFF"/>
                <w:sz w:val="20"/>
              </w:rPr>
              <w:t>Object</w:t>
            </w:r>
          </w:p>
        </w:tc>
        <w:tc>
          <w:tcPr>
            <w:tcW w:type="dxa" w:w="2351"/>
            <w:shd w:val="clear" w:color="auto" w:fill="1a559e"/>
          </w:tcPr>
          <w:p>
            <w:pPr>
              <w:spacing w:before="40" w:after="40"/>
              <w:jc w:val="center"/>
            </w:pPr>
            <w:r/>
            <w:r>
              <w:rPr>
                <w:rFonts w:ascii="Niramit" w:hAnsi="Niramit"/>
                <w:b/>
                <w:color w:val="FFFFFF"/>
                <w:sz w:val="20"/>
              </w:rPr>
              <w:t>Türkçe</w:t>
            </w:r>
          </w:p>
        </w:tc>
        <w:tc>
          <w:tcPr>
            <w:tcW w:type="dxa" w:w="2351"/>
            <w:shd w:val="clear" w:color="auto" w:fill="1a559e"/>
          </w:tcPr>
          <w:p>
            <w:pPr>
              <w:spacing w:before="40" w:after="40"/>
              <w:jc w:val="center"/>
            </w:pPr>
            <w:r/>
            <w:r>
              <w:rPr>
                <w:rFonts w:ascii="Niramit" w:hAnsi="Niramit"/>
                <w:b/>
                <w:color w:val="FFFFFF"/>
                <w:sz w:val="20"/>
              </w:rPr>
              <w:t>Örnek</w:t>
            </w:r>
          </w:p>
        </w:tc>
      </w:tr>
      <w:tr>
        <w:tc>
          <w:tcPr>
            <w:tcW w:type="dxa" w:w="2351"/>
          </w:tcPr>
          <w:p>
            <w:pPr>
              <w:spacing w:before="20" w:after="20"/>
              <w:jc w:val="center"/>
            </w:pPr>
            <w:r/>
            <w:r>
              <w:rPr>
                <w:rFonts w:ascii="Niramit" w:hAnsi="Niramit"/>
                <w:sz w:val="19"/>
              </w:rPr>
              <w:t>I</w:t>
            </w:r>
          </w:p>
        </w:tc>
        <w:tc>
          <w:tcPr>
            <w:tcW w:type="dxa" w:w="2351"/>
          </w:tcPr>
          <w:p>
            <w:pPr>
              <w:spacing w:before="20" w:after="20"/>
              <w:jc w:val="center"/>
            </w:pPr>
            <w:r/>
            <w:r>
              <w:rPr>
                <w:rFonts w:ascii="Niramit" w:hAnsi="Niramit"/>
                <w:sz w:val="19"/>
              </w:rPr>
              <w:t>me</w:t>
            </w:r>
          </w:p>
        </w:tc>
        <w:tc>
          <w:tcPr>
            <w:tcW w:type="dxa" w:w="2351"/>
          </w:tcPr>
          <w:p>
            <w:pPr>
              <w:spacing w:before="20" w:after="20"/>
              <w:jc w:val="center"/>
            </w:pPr>
            <w:r/>
            <w:r>
              <w:rPr>
                <w:rFonts w:ascii="Niramit" w:hAnsi="Niramit"/>
                <w:sz w:val="19"/>
              </w:rPr>
              <w:t>beni/bana</w:t>
            </w:r>
          </w:p>
        </w:tc>
        <w:tc>
          <w:tcPr>
            <w:tcW w:type="dxa" w:w="2351"/>
          </w:tcPr>
          <w:p>
            <w:pPr>
              <w:spacing w:before="20" w:after="20"/>
              <w:jc w:val="left"/>
            </w:pPr>
            <w:r/>
            <w:r>
              <w:rPr>
                <w:rFonts w:ascii="Niramit" w:hAnsi="Niramit"/>
                <w:sz w:val="19"/>
              </w:rPr>
              <w:t>He sees me.</w:t>
            </w:r>
          </w:p>
        </w:tc>
      </w:tr>
      <w:tr>
        <w:tc>
          <w:tcPr>
            <w:tcW w:type="dxa" w:w="2351"/>
          </w:tcPr>
          <w:p>
            <w:pPr>
              <w:spacing w:before="20" w:after="20"/>
              <w:jc w:val="center"/>
            </w:pPr>
            <w:r/>
            <w:r>
              <w:rPr>
                <w:rFonts w:ascii="Niramit" w:hAnsi="Niramit"/>
                <w:sz w:val="19"/>
              </w:rPr>
              <w:t>You</w:t>
            </w:r>
          </w:p>
        </w:tc>
        <w:tc>
          <w:tcPr>
            <w:tcW w:type="dxa" w:w="2351"/>
          </w:tcPr>
          <w:p>
            <w:pPr>
              <w:spacing w:before="20" w:after="20"/>
              <w:jc w:val="center"/>
            </w:pPr>
            <w:r/>
            <w:r>
              <w:rPr>
                <w:rFonts w:ascii="Niramit" w:hAnsi="Niramit"/>
                <w:sz w:val="19"/>
              </w:rPr>
              <w:t>you</w:t>
            </w:r>
          </w:p>
        </w:tc>
        <w:tc>
          <w:tcPr>
            <w:tcW w:type="dxa" w:w="2351"/>
          </w:tcPr>
          <w:p>
            <w:pPr>
              <w:spacing w:before="20" w:after="20"/>
              <w:jc w:val="center"/>
            </w:pPr>
            <w:r/>
            <w:r>
              <w:rPr>
                <w:rFonts w:ascii="Niramit" w:hAnsi="Niramit"/>
                <w:sz w:val="19"/>
              </w:rPr>
              <w:t>seni/sana</w:t>
            </w:r>
          </w:p>
        </w:tc>
        <w:tc>
          <w:tcPr>
            <w:tcW w:type="dxa" w:w="2351"/>
          </w:tcPr>
          <w:p>
            <w:pPr>
              <w:spacing w:before="20" w:after="20"/>
              <w:jc w:val="left"/>
            </w:pPr>
            <w:r/>
            <w:r>
              <w:rPr>
                <w:rFonts w:ascii="Niramit" w:hAnsi="Niramit"/>
                <w:sz w:val="19"/>
              </w:rPr>
              <w:t>I love you.</w:t>
            </w:r>
          </w:p>
        </w:tc>
      </w:tr>
      <w:tr>
        <w:tc>
          <w:tcPr>
            <w:tcW w:type="dxa" w:w="2351"/>
          </w:tcPr>
          <w:p>
            <w:pPr>
              <w:spacing w:before="20" w:after="20"/>
              <w:jc w:val="center"/>
            </w:pPr>
            <w:r/>
            <w:r>
              <w:rPr>
                <w:rFonts w:ascii="Niramit" w:hAnsi="Niramit"/>
                <w:sz w:val="19"/>
              </w:rPr>
              <w:t>He</w:t>
            </w:r>
          </w:p>
        </w:tc>
        <w:tc>
          <w:tcPr>
            <w:tcW w:type="dxa" w:w="2351"/>
          </w:tcPr>
          <w:p>
            <w:pPr>
              <w:spacing w:before="20" w:after="20"/>
              <w:jc w:val="center"/>
            </w:pPr>
            <w:r/>
            <w:r>
              <w:rPr>
                <w:rFonts w:ascii="Niramit" w:hAnsi="Niramit"/>
                <w:sz w:val="19"/>
              </w:rPr>
              <w:t>him</w:t>
            </w:r>
          </w:p>
        </w:tc>
        <w:tc>
          <w:tcPr>
            <w:tcW w:type="dxa" w:w="2351"/>
          </w:tcPr>
          <w:p>
            <w:pPr>
              <w:spacing w:before="20" w:after="20"/>
              <w:jc w:val="center"/>
            </w:pPr>
            <w:r/>
            <w:r>
              <w:rPr>
                <w:rFonts w:ascii="Niramit" w:hAnsi="Niramit"/>
                <w:sz w:val="19"/>
              </w:rPr>
              <w:t>onu/ona (erkek)</w:t>
            </w:r>
          </w:p>
        </w:tc>
        <w:tc>
          <w:tcPr>
            <w:tcW w:type="dxa" w:w="2351"/>
          </w:tcPr>
          <w:p>
            <w:pPr>
              <w:spacing w:before="20" w:after="20"/>
              <w:jc w:val="left"/>
            </w:pPr>
            <w:r/>
            <w:r>
              <w:rPr>
                <w:rFonts w:ascii="Niramit" w:hAnsi="Niramit"/>
                <w:sz w:val="19"/>
              </w:rPr>
              <w:t>Look at him.</w:t>
            </w:r>
          </w:p>
        </w:tc>
      </w:tr>
      <w:tr>
        <w:tc>
          <w:tcPr>
            <w:tcW w:type="dxa" w:w="2351"/>
          </w:tcPr>
          <w:p>
            <w:pPr>
              <w:spacing w:before="20" w:after="20"/>
              <w:jc w:val="center"/>
            </w:pPr>
            <w:r/>
            <w:r>
              <w:rPr>
                <w:rFonts w:ascii="Niramit" w:hAnsi="Niramit"/>
                <w:sz w:val="19"/>
              </w:rPr>
              <w:t>She</w:t>
            </w:r>
          </w:p>
        </w:tc>
        <w:tc>
          <w:tcPr>
            <w:tcW w:type="dxa" w:w="2351"/>
          </w:tcPr>
          <w:p>
            <w:pPr>
              <w:spacing w:before="20" w:after="20"/>
              <w:jc w:val="center"/>
            </w:pPr>
            <w:r/>
            <w:r>
              <w:rPr>
                <w:rFonts w:ascii="Niramit" w:hAnsi="Niramit"/>
                <w:sz w:val="19"/>
              </w:rPr>
              <w:t>her</w:t>
            </w:r>
          </w:p>
        </w:tc>
        <w:tc>
          <w:tcPr>
            <w:tcW w:type="dxa" w:w="2351"/>
          </w:tcPr>
          <w:p>
            <w:pPr>
              <w:spacing w:before="20" w:after="20"/>
              <w:jc w:val="center"/>
            </w:pPr>
            <w:r/>
            <w:r>
              <w:rPr>
                <w:rFonts w:ascii="Niramit" w:hAnsi="Niramit"/>
                <w:sz w:val="19"/>
              </w:rPr>
              <w:t>onu/ona (kadın)</w:t>
            </w:r>
          </w:p>
        </w:tc>
        <w:tc>
          <w:tcPr>
            <w:tcW w:type="dxa" w:w="2351"/>
          </w:tcPr>
          <w:p>
            <w:pPr>
              <w:spacing w:before="20" w:after="20"/>
              <w:jc w:val="left"/>
            </w:pPr>
            <w:r/>
            <w:r>
              <w:rPr>
                <w:rFonts w:ascii="Niramit" w:hAnsi="Niramit"/>
                <w:sz w:val="19"/>
              </w:rPr>
              <w:t>I know her.</w:t>
            </w:r>
          </w:p>
        </w:tc>
      </w:tr>
      <w:tr>
        <w:tc>
          <w:tcPr>
            <w:tcW w:type="dxa" w:w="2351"/>
          </w:tcPr>
          <w:p>
            <w:pPr>
              <w:spacing w:before="20" w:after="20"/>
              <w:jc w:val="center"/>
            </w:pPr>
            <w:r/>
            <w:r>
              <w:rPr>
                <w:rFonts w:ascii="Niramit" w:hAnsi="Niramit"/>
                <w:sz w:val="19"/>
              </w:rPr>
              <w:t>It</w:t>
            </w:r>
          </w:p>
        </w:tc>
        <w:tc>
          <w:tcPr>
            <w:tcW w:type="dxa" w:w="2351"/>
          </w:tcPr>
          <w:p>
            <w:pPr>
              <w:spacing w:before="20" w:after="20"/>
              <w:jc w:val="center"/>
            </w:pPr>
            <w:r/>
            <w:r>
              <w:rPr>
                <w:rFonts w:ascii="Niramit" w:hAnsi="Niramit"/>
                <w:sz w:val="19"/>
              </w:rPr>
              <w:t>it</w:t>
            </w:r>
          </w:p>
        </w:tc>
        <w:tc>
          <w:tcPr>
            <w:tcW w:type="dxa" w:w="2351"/>
          </w:tcPr>
          <w:p>
            <w:pPr>
              <w:spacing w:before="20" w:after="20"/>
              <w:jc w:val="center"/>
            </w:pPr>
            <w:r/>
            <w:r>
              <w:rPr>
                <w:rFonts w:ascii="Niramit" w:hAnsi="Niramit"/>
                <w:sz w:val="19"/>
              </w:rPr>
              <w:t>onu/ona (cansız)</w:t>
            </w:r>
          </w:p>
        </w:tc>
        <w:tc>
          <w:tcPr>
            <w:tcW w:type="dxa" w:w="2351"/>
          </w:tcPr>
          <w:p>
            <w:pPr>
              <w:spacing w:before="20" w:after="20"/>
              <w:jc w:val="left"/>
            </w:pPr>
            <w:r/>
            <w:r>
              <w:rPr>
                <w:rFonts w:ascii="Niramit" w:hAnsi="Niramit"/>
                <w:sz w:val="19"/>
              </w:rPr>
              <w:t>Give it to me.</w:t>
            </w:r>
          </w:p>
        </w:tc>
      </w:tr>
      <w:tr>
        <w:tc>
          <w:tcPr>
            <w:tcW w:type="dxa" w:w="2351"/>
          </w:tcPr>
          <w:p>
            <w:pPr>
              <w:spacing w:before="20" w:after="20"/>
              <w:jc w:val="center"/>
            </w:pPr>
            <w:r/>
            <w:r>
              <w:rPr>
                <w:rFonts w:ascii="Niramit" w:hAnsi="Niramit"/>
                <w:sz w:val="19"/>
              </w:rPr>
              <w:t>We</w:t>
            </w:r>
          </w:p>
        </w:tc>
        <w:tc>
          <w:tcPr>
            <w:tcW w:type="dxa" w:w="2351"/>
          </w:tcPr>
          <w:p>
            <w:pPr>
              <w:spacing w:before="20" w:after="20"/>
              <w:jc w:val="center"/>
            </w:pPr>
            <w:r/>
            <w:r>
              <w:rPr>
                <w:rFonts w:ascii="Niramit" w:hAnsi="Niramit"/>
                <w:sz w:val="19"/>
              </w:rPr>
              <w:t>us</w:t>
            </w:r>
          </w:p>
        </w:tc>
        <w:tc>
          <w:tcPr>
            <w:tcW w:type="dxa" w:w="2351"/>
          </w:tcPr>
          <w:p>
            <w:pPr>
              <w:spacing w:before="20" w:after="20"/>
              <w:jc w:val="center"/>
            </w:pPr>
            <w:r/>
            <w:r>
              <w:rPr>
                <w:rFonts w:ascii="Niramit" w:hAnsi="Niramit"/>
                <w:sz w:val="19"/>
              </w:rPr>
              <w:t>bizi/bize</w:t>
            </w:r>
          </w:p>
        </w:tc>
        <w:tc>
          <w:tcPr>
            <w:tcW w:type="dxa" w:w="2351"/>
          </w:tcPr>
          <w:p>
            <w:pPr>
              <w:spacing w:before="20" w:after="20"/>
              <w:jc w:val="left"/>
            </w:pPr>
            <w:r/>
            <w:r>
              <w:rPr>
                <w:rFonts w:ascii="Niramit" w:hAnsi="Niramit"/>
                <w:sz w:val="19"/>
              </w:rPr>
              <w:t>They call us.</w:t>
            </w:r>
          </w:p>
        </w:tc>
      </w:tr>
      <w:tr>
        <w:tc>
          <w:tcPr>
            <w:tcW w:type="dxa" w:w="2351"/>
          </w:tcPr>
          <w:p>
            <w:pPr>
              <w:spacing w:before="20" w:after="20"/>
              <w:jc w:val="center"/>
            </w:pPr>
            <w:r/>
            <w:r>
              <w:rPr>
                <w:rFonts w:ascii="Niramit" w:hAnsi="Niramit"/>
                <w:sz w:val="19"/>
              </w:rPr>
              <w:t>They</w:t>
            </w:r>
          </w:p>
        </w:tc>
        <w:tc>
          <w:tcPr>
            <w:tcW w:type="dxa" w:w="2351"/>
          </w:tcPr>
          <w:p>
            <w:pPr>
              <w:spacing w:before="20" w:after="20"/>
              <w:jc w:val="center"/>
            </w:pPr>
            <w:r/>
            <w:r>
              <w:rPr>
                <w:rFonts w:ascii="Niramit" w:hAnsi="Niramit"/>
                <w:sz w:val="19"/>
              </w:rPr>
              <w:t>them</w:t>
            </w:r>
          </w:p>
        </w:tc>
        <w:tc>
          <w:tcPr>
            <w:tcW w:type="dxa" w:w="2351"/>
          </w:tcPr>
          <w:p>
            <w:pPr>
              <w:spacing w:before="20" w:after="20"/>
              <w:jc w:val="center"/>
            </w:pPr>
            <w:r/>
            <w:r>
              <w:rPr>
                <w:rFonts w:ascii="Niramit" w:hAnsi="Niramit"/>
                <w:sz w:val="19"/>
              </w:rPr>
              <w:t>onları/onlara</w:t>
            </w:r>
          </w:p>
        </w:tc>
        <w:tc>
          <w:tcPr>
            <w:tcW w:type="dxa" w:w="2351"/>
          </w:tcPr>
          <w:p>
            <w:pPr>
              <w:spacing w:before="20" w:after="20"/>
              <w:jc w:val="left"/>
            </w:pPr>
            <w:r/>
            <w:r>
              <w:rPr>
                <w:rFonts w:ascii="Niramit" w:hAnsi="Niramit"/>
                <w:sz w:val="19"/>
              </w:rPr>
              <w:t>I play with them.</w:t>
            </w:r>
          </w:p>
        </w:tc>
      </w:tr>
    </w:tbl>
    <w:p/>
    <w:p>
      <w:pPr>
        <w:spacing w:before="200"/>
      </w:pPr>
      <w:r>
        <w:rPr>
          <w:rFonts w:ascii="Niramit" w:hAnsi="Niramit"/>
          <w:b/>
          <w:i w:val="0"/>
          <w:color w:val="336D5C"/>
          <w:sz w:val="22"/>
        </w:rPr>
        <w:t>Önemli Kurallar</w:t>
      </w:r>
    </w:p>
    <w:p>
      <w:pPr>
        <w:spacing w:after="20" w:before="0"/>
        <w:ind w:left="283"/>
      </w:pPr>
      <w:r>
        <w:rPr>
          <w:rFonts w:ascii="Niramit" w:hAnsi="Niramit"/>
          <w:b w:val="0"/>
          <w:i w:val="0"/>
          <w:color w:val="666666"/>
          <w:sz w:val="20"/>
        </w:rPr>
        <w:t>• Fiilden sonra object pronoun gelir:</w:t>
      </w:r>
    </w:p>
    <w:p>
      <w:pPr>
        <w:spacing w:after="20" w:before="0"/>
        <w:ind w:left="283"/>
      </w:pPr>
      <w:r>
        <w:rPr>
          <w:rFonts w:ascii="Niramit" w:hAnsi="Niramit"/>
          <w:b w:val="0"/>
          <w:i w:val="0"/>
          <w:color w:val="666666"/>
          <w:sz w:val="20"/>
        </w:rPr>
        <w:t xml:space="preserve">     I love her. ✅  |  I love she. ❌</w:t>
      </w:r>
    </w:p>
    <w:p>
      <w:pPr>
        <w:spacing w:after="20" w:before="0"/>
        <w:ind w:left="283"/>
      </w:pPr>
      <w:r>
        <w:rPr>
          <w:rFonts w:ascii="Niramit" w:hAnsi="Niramit"/>
          <w:b w:val="0"/>
          <w:i w:val="0"/>
          <w:color w:val="666666"/>
          <w:sz w:val="20"/>
        </w:rPr>
        <w:t>• Edattan (at, to, for, with, before, after) sonra object pronoun gelir:</w:t>
      </w:r>
    </w:p>
    <w:p>
      <w:pPr>
        <w:spacing w:after="20" w:before="0"/>
        <w:ind w:left="283"/>
      </w:pPr>
      <w:r>
        <w:rPr>
          <w:rFonts w:ascii="Niramit" w:hAnsi="Niramit"/>
          <w:b w:val="0"/>
          <w:i w:val="0"/>
          <w:color w:val="666666"/>
          <w:sz w:val="20"/>
        </w:rPr>
        <w:t xml:space="preserve">     Look at him. ✅  |  Look at he. ❌</w:t>
      </w:r>
    </w:p>
    <w:p>
      <w:pPr>
        <w:spacing w:after="20" w:before="0"/>
        <w:ind w:left="283"/>
      </w:pPr>
      <w:r>
        <w:rPr>
          <w:rFonts w:ascii="Niramit" w:hAnsi="Niramit"/>
          <w:b w:val="0"/>
          <w:i w:val="0"/>
          <w:color w:val="666666"/>
          <w:sz w:val="20"/>
        </w:rPr>
        <w:t xml:space="preserve">     Give it to me. ✅  |  Give it to I. ❌</w:t>
      </w:r>
    </w:p>
    <w:p>
      <w:pPr>
        <w:spacing w:after="20" w:before="0"/>
        <w:ind w:left="283"/>
      </w:pPr>
      <w:r>
        <w:rPr>
          <w:rFonts w:ascii="Niramit" w:hAnsi="Niramit"/>
          <w:b w:val="0"/>
          <w:i w:val="0"/>
          <w:color w:val="666666"/>
          <w:sz w:val="20"/>
        </w:rPr>
        <w:t>• "Give something to someone" yapısı:</w:t>
      </w:r>
    </w:p>
    <w:p>
      <w:pPr>
        <w:spacing w:after="20" w:before="0"/>
        <w:ind w:left="283"/>
      </w:pPr>
      <w:r>
        <w:rPr>
          <w:rFonts w:ascii="Niramit" w:hAnsi="Niramit"/>
          <w:b w:val="0"/>
          <w:i w:val="0"/>
          <w:color w:val="666666"/>
          <w:sz w:val="20"/>
        </w:rPr>
        <w:t xml:space="preserve">     give it to me / give them to her / give the book to him</w:t>
      </w:r>
    </w:p>
    <w:p>
      <w:pPr>
        <w:spacing w:before="200"/>
      </w:pPr>
      <w:r>
        <w:rPr>
          <w:rFonts w:ascii="Niramit" w:hAnsi="Niramit"/>
          <w:b/>
          <w:i w:val="0"/>
          <w:color w:val="336D5C"/>
          <w:sz w:val="22"/>
        </w:rPr>
        <w:t>Sık Yapılan Hatalar</w:t>
      </w:r>
    </w:p>
    <w:p>
      <w:pPr>
        <w:spacing w:after="20" w:before="0"/>
        <w:ind w:left="283"/>
      </w:pPr>
      <w:r>
        <w:rPr>
          <w:rFonts w:ascii="Niramit" w:hAnsi="Niramit"/>
          <w:b w:val="0"/>
          <w:i w:val="0"/>
          <w:color w:val="666666"/>
          <w:sz w:val="20"/>
        </w:rPr>
        <w:t xml:space="preserve">  I love she.        ❌  →  I love her.          ✅</w:t>
      </w:r>
    </w:p>
    <w:p>
      <w:pPr>
        <w:spacing w:after="20" w:before="0"/>
        <w:ind w:left="283"/>
      </w:pPr>
      <w:r>
        <w:rPr>
          <w:rFonts w:ascii="Niramit" w:hAnsi="Niramit"/>
          <w:b w:val="0"/>
          <w:i w:val="0"/>
          <w:color w:val="666666"/>
          <w:sz w:val="20"/>
        </w:rPr>
        <w:t xml:space="preserve">  Look at he.        ❌  →  Look at him.          ✅</w:t>
      </w:r>
    </w:p>
    <w:p>
      <w:pPr>
        <w:spacing w:after="20" w:before="0"/>
        <w:ind w:left="283"/>
      </w:pPr>
      <w:r>
        <w:rPr>
          <w:rFonts w:ascii="Niramit" w:hAnsi="Niramit"/>
          <w:b w:val="0"/>
          <w:i w:val="0"/>
          <w:color w:val="666666"/>
          <w:sz w:val="20"/>
        </w:rPr>
        <w:t xml:space="preserve">  Give it to they.   ❌  →  Give it to them.       ✅</w:t>
      </w:r>
    </w:p>
    <w:p>
      <w:pPr>
        <w:spacing w:after="20" w:before="0"/>
        <w:ind w:left="283"/>
      </w:pPr>
      <w:r>
        <w:rPr>
          <w:rFonts w:ascii="Niramit" w:hAnsi="Niramit"/>
          <w:b w:val="0"/>
          <w:i w:val="0"/>
          <w:color w:val="666666"/>
          <w:sz w:val="20"/>
        </w:rPr>
        <w:t xml:space="preserve">  He sees I.         ❌  →  He sees me.            ✅</w:t>
      </w:r>
    </w:p>
    <w:p>
      <w:r>
        <w:br w:type="page"/>
      </w:r>
    </w:p>
    <w:p>
      <w:pPr>
        <w:spacing w:before="200"/>
      </w:pPr>
      <w:r>
        <w:rPr>
          <w:rFonts w:ascii="Niramit" w:hAnsi="Niramit"/>
          <w:b/>
          <w:i w:val="0"/>
          <w:color w:val="336D5C"/>
          <w:sz w:val="22"/>
        </w:rPr>
        <w:t>1.3  Prepositions of Time (Zaman Edatları)</w:t>
      </w:r>
    </w:p>
    <w:p>
      <w:pPr>
        <w:spacing w:after="80"/>
      </w:pPr>
      <w:r>
        <w:rPr>
          <w:rFonts w:ascii="Niramit" w:hAnsi="Niramit"/>
          <w:b w:val="0"/>
          <w:i w:val="0"/>
          <w:color w:val="222222"/>
          <w:sz w:val="21"/>
        </w:rPr>
        <w:t>Zaman belirten edatlar bir olayın ne zaman olduğunu anlatır.</w:t>
      </w:r>
    </w:p>
    <w:tbl>
      <w:tblPr>
        <w:tblStyle w:val="TableGrid"/>
        <w:tblW w:type="auto" w:w="0"/>
        <w:tblLayout w:type="autofit"/>
        <w:tblLook w:firstColumn="1" w:firstRow="1" w:lastColumn="0" w:lastRow="0" w:noHBand="0" w:noVBand="1" w:val="04A0"/>
      </w:tblPr>
      <w:tblGrid>
        <w:gridCol w:w="3135"/>
        <w:gridCol w:w="3135"/>
        <w:gridCol w:w="3135"/>
      </w:tblGrid>
      <w:tr>
        <w:tc>
          <w:tcPr>
            <w:tcW w:type="dxa" w:w="3135"/>
            <w:shd w:val="clear" w:color="auto" w:fill="1a559e"/>
          </w:tcPr>
          <w:p>
            <w:pPr>
              <w:spacing w:before="40" w:after="40"/>
              <w:jc w:val="center"/>
            </w:pPr>
            <w:r/>
            <w:r>
              <w:rPr>
                <w:rFonts w:ascii="Niramit" w:hAnsi="Niramit"/>
                <w:b/>
                <w:color w:val="FFFFFF"/>
                <w:sz w:val="20"/>
              </w:rPr>
              <w:t>Edat</w:t>
            </w:r>
          </w:p>
        </w:tc>
        <w:tc>
          <w:tcPr>
            <w:tcW w:type="dxa" w:w="3135"/>
            <w:shd w:val="clear" w:color="auto" w:fill="1a559e"/>
          </w:tcPr>
          <w:p>
            <w:pPr>
              <w:spacing w:before="40" w:after="40"/>
              <w:jc w:val="center"/>
            </w:pPr>
            <w:r/>
            <w:r>
              <w:rPr>
                <w:rFonts w:ascii="Niramit" w:hAnsi="Niramit"/>
                <w:b/>
                <w:color w:val="FFFFFF"/>
                <w:sz w:val="20"/>
              </w:rPr>
              <w:t>Kullanım</w:t>
            </w:r>
          </w:p>
        </w:tc>
        <w:tc>
          <w:tcPr>
            <w:tcW w:type="dxa" w:w="3135"/>
            <w:shd w:val="clear" w:color="auto" w:fill="1a559e"/>
          </w:tcPr>
          <w:p>
            <w:pPr>
              <w:spacing w:before="40" w:after="40"/>
              <w:jc w:val="center"/>
            </w:pPr>
            <w:r/>
            <w:r>
              <w:rPr>
                <w:rFonts w:ascii="Niramit" w:hAnsi="Niramit"/>
                <w:b/>
                <w:color w:val="FFFFFF"/>
                <w:sz w:val="20"/>
              </w:rPr>
              <w:t>Örnek</w:t>
            </w:r>
          </w:p>
        </w:tc>
      </w:tr>
      <w:tr>
        <w:tc>
          <w:tcPr>
            <w:tcW w:type="dxa" w:w="3135"/>
          </w:tcPr>
          <w:p>
            <w:pPr>
              <w:spacing w:before="20" w:after="20"/>
              <w:jc w:val="center"/>
            </w:pPr>
            <w:r/>
            <w:r>
              <w:rPr>
                <w:rFonts w:ascii="Niramit" w:hAnsi="Niramit"/>
                <w:sz w:val="19"/>
              </w:rPr>
              <w:t>at</w:t>
            </w:r>
          </w:p>
        </w:tc>
        <w:tc>
          <w:tcPr>
            <w:tcW w:type="dxa" w:w="3135"/>
          </w:tcPr>
          <w:p>
            <w:pPr>
              <w:spacing w:before="20" w:after="20"/>
              <w:jc w:val="center"/>
            </w:pPr>
            <w:r/>
            <w:r>
              <w:rPr>
                <w:rFonts w:ascii="Niramit" w:hAnsi="Niramit"/>
                <w:sz w:val="19"/>
              </w:rPr>
              <w:t>saatlerde</w:t>
            </w:r>
          </w:p>
        </w:tc>
        <w:tc>
          <w:tcPr>
            <w:tcW w:type="dxa" w:w="3135"/>
          </w:tcPr>
          <w:p>
            <w:pPr>
              <w:spacing w:before="20" w:after="20"/>
              <w:jc w:val="left"/>
            </w:pPr>
            <w:r/>
            <w:r>
              <w:rPr>
                <w:rFonts w:ascii="Niramit" w:hAnsi="Niramit"/>
                <w:sz w:val="19"/>
              </w:rPr>
              <w:t>at 7 o'clock</w:t>
            </w:r>
          </w:p>
        </w:tc>
      </w:tr>
      <w:tr>
        <w:tc>
          <w:tcPr>
            <w:tcW w:type="dxa" w:w="3135"/>
          </w:tcPr>
          <w:p>
            <w:pPr>
              <w:spacing w:before="20" w:after="20"/>
              <w:jc w:val="center"/>
            </w:pPr>
            <w:r/>
            <w:r>
              <w:rPr>
                <w:rFonts w:ascii="Niramit" w:hAnsi="Niramit"/>
                <w:sz w:val="19"/>
              </w:rPr>
              <w:t>at</w:t>
            </w:r>
          </w:p>
        </w:tc>
        <w:tc>
          <w:tcPr>
            <w:tcW w:type="dxa" w:w="3135"/>
          </w:tcPr>
          <w:p>
            <w:pPr>
              <w:spacing w:before="20" w:after="20"/>
              <w:jc w:val="center"/>
            </w:pPr>
            <w:r/>
            <w:r>
              <w:rPr>
                <w:rFonts w:ascii="Niramit" w:hAnsi="Niramit"/>
                <w:sz w:val="19"/>
              </w:rPr>
              <w:t>bazı kalıplarda</w:t>
            </w:r>
          </w:p>
        </w:tc>
        <w:tc>
          <w:tcPr>
            <w:tcW w:type="dxa" w:w="3135"/>
          </w:tcPr>
          <w:p>
            <w:pPr>
              <w:spacing w:before="20" w:after="20"/>
              <w:jc w:val="left"/>
            </w:pPr>
            <w:r/>
            <w:r>
              <w:rPr>
                <w:rFonts w:ascii="Niramit" w:hAnsi="Niramit"/>
                <w:sz w:val="19"/>
              </w:rPr>
              <w:t>at night, at noon, at midnight</w:t>
            </w:r>
          </w:p>
        </w:tc>
      </w:tr>
      <w:tr>
        <w:tc>
          <w:tcPr>
            <w:tcW w:type="dxa" w:w="3135"/>
          </w:tcPr>
          <w:p>
            <w:pPr>
              <w:spacing w:before="20" w:after="20"/>
              <w:jc w:val="center"/>
            </w:pPr>
            <w:r/>
            <w:r>
              <w:rPr>
                <w:rFonts w:ascii="Niramit" w:hAnsi="Niramit"/>
                <w:sz w:val="19"/>
              </w:rPr>
              <w:t>in</w:t>
            </w:r>
          </w:p>
        </w:tc>
        <w:tc>
          <w:tcPr>
            <w:tcW w:type="dxa" w:w="3135"/>
          </w:tcPr>
          <w:p>
            <w:pPr>
              <w:spacing w:before="20" w:after="20"/>
              <w:jc w:val="center"/>
            </w:pPr>
            <w:r/>
            <w:r>
              <w:rPr>
                <w:rFonts w:ascii="Niramit" w:hAnsi="Niramit"/>
                <w:sz w:val="19"/>
              </w:rPr>
              <w:t>günün bölümleri</w:t>
            </w:r>
          </w:p>
        </w:tc>
        <w:tc>
          <w:tcPr>
            <w:tcW w:type="dxa" w:w="3135"/>
          </w:tcPr>
          <w:p>
            <w:pPr>
              <w:spacing w:before="20" w:after="20"/>
              <w:jc w:val="left"/>
            </w:pPr>
            <w:r/>
            <w:r>
              <w:rPr>
                <w:rFonts w:ascii="Niramit" w:hAnsi="Niramit"/>
                <w:sz w:val="19"/>
              </w:rPr>
              <w:t>in the morning, in the afternoon, in the evening</w:t>
            </w:r>
          </w:p>
        </w:tc>
      </w:tr>
      <w:tr>
        <w:tc>
          <w:tcPr>
            <w:tcW w:type="dxa" w:w="3135"/>
          </w:tcPr>
          <w:p>
            <w:pPr>
              <w:spacing w:before="20" w:after="20"/>
              <w:jc w:val="center"/>
            </w:pPr>
            <w:r/>
            <w:r>
              <w:rPr>
                <w:rFonts w:ascii="Niramit" w:hAnsi="Niramit"/>
                <w:sz w:val="19"/>
              </w:rPr>
              <w:t>on</w:t>
            </w:r>
          </w:p>
        </w:tc>
        <w:tc>
          <w:tcPr>
            <w:tcW w:type="dxa" w:w="3135"/>
          </w:tcPr>
          <w:p>
            <w:pPr>
              <w:spacing w:before="20" w:after="20"/>
              <w:jc w:val="center"/>
            </w:pPr>
            <w:r/>
            <w:r>
              <w:rPr>
                <w:rFonts w:ascii="Niramit" w:hAnsi="Niramit"/>
                <w:sz w:val="19"/>
              </w:rPr>
              <w:t>günler</w:t>
            </w:r>
          </w:p>
        </w:tc>
        <w:tc>
          <w:tcPr>
            <w:tcW w:type="dxa" w:w="3135"/>
          </w:tcPr>
          <w:p>
            <w:pPr>
              <w:spacing w:before="20" w:after="20"/>
              <w:jc w:val="left"/>
            </w:pPr>
            <w:r/>
            <w:r>
              <w:rPr>
                <w:rFonts w:ascii="Niramit" w:hAnsi="Niramit"/>
                <w:sz w:val="19"/>
              </w:rPr>
              <w:t>on Monday, on Sunday</w:t>
            </w:r>
          </w:p>
        </w:tc>
      </w:tr>
      <w:tr>
        <w:tc>
          <w:tcPr>
            <w:tcW w:type="dxa" w:w="3135"/>
          </w:tcPr>
          <w:p>
            <w:pPr>
              <w:spacing w:before="20" w:after="20"/>
              <w:jc w:val="center"/>
            </w:pPr>
            <w:r/>
            <w:r>
              <w:rPr>
                <w:rFonts w:ascii="Niramit" w:hAnsi="Niramit"/>
                <w:sz w:val="19"/>
              </w:rPr>
              <w:t>before</w:t>
            </w:r>
          </w:p>
        </w:tc>
        <w:tc>
          <w:tcPr>
            <w:tcW w:type="dxa" w:w="3135"/>
          </w:tcPr>
          <w:p>
            <w:pPr>
              <w:spacing w:before="20" w:after="20"/>
              <w:jc w:val="center"/>
            </w:pPr>
            <w:r/>
            <w:r>
              <w:rPr>
                <w:rFonts w:ascii="Niramit" w:hAnsi="Niramit"/>
                <w:sz w:val="19"/>
              </w:rPr>
              <w:t>önce</w:t>
            </w:r>
          </w:p>
        </w:tc>
        <w:tc>
          <w:tcPr>
            <w:tcW w:type="dxa" w:w="3135"/>
          </w:tcPr>
          <w:p>
            <w:pPr>
              <w:spacing w:before="20" w:after="20"/>
              <w:jc w:val="left"/>
            </w:pPr>
            <w:r/>
            <w:r>
              <w:rPr>
                <w:rFonts w:ascii="Niramit" w:hAnsi="Niramit"/>
                <w:sz w:val="19"/>
              </w:rPr>
              <w:t>before school, before breakfast</w:t>
            </w:r>
          </w:p>
        </w:tc>
      </w:tr>
      <w:tr>
        <w:tc>
          <w:tcPr>
            <w:tcW w:type="dxa" w:w="3135"/>
          </w:tcPr>
          <w:p>
            <w:pPr>
              <w:spacing w:before="20" w:after="20"/>
              <w:jc w:val="center"/>
            </w:pPr>
            <w:r/>
            <w:r>
              <w:rPr>
                <w:rFonts w:ascii="Niramit" w:hAnsi="Niramit"/>
                <w:sz w:val="19"/>
              </w:rPr>
              <w:t>after</w:t>
            </w:r>
          </w:p>
        </w:tc>
        <w:tc>
          <w:tcPr>
            <w:tcW w:type="dxa" w:w="3135"/>
          </w:tcPr>
          <w:p>
            <w:pPr>
              <w:spacing w:before="20" w:after="20"/>
              <w:jc w:val="center"/>
            </w:pPr>
            <w:r/>
            <w:r>
              <w:rPr>
                <w:rFonts w:ascii="Niramit" w:hAnsi="Niramit"/>
                <w:sz w:val="19"/>
              </w:rPr>
              <w:t>sonra</w:t>
            </w:r>
          </w:p>
        </w:tc>
        <w:tc>
          <w:tcPr>
            <w:tcW w:type="dxa" w:w="3135"/>
          </w:tcPr>
          <w:p>
            <w:pPr>
              <w:spacing w:before="20" w:after="20"/>
              <w:jc w:val="left"/>
            </w:pPr>
            <w:r/>
            <w:r>
              <w:rPr>
                <w:rFonts w:ascii="Niramit" w:hAnsi="Niramit"/>
                <w:sz w:val="19"/>
              </w:rPr>
              <w:t>after school, after dinner</w:t>
            </w:r>
          </w:p>
        </w:tc>
      </w:tr>
    </w:tbl>
    <w:p/>
    <w:p>
      <w:pPr>
        <w:spacing w:before="200"/>
      </w:pPr>
      <w:r>
        <w:rPr>
          <w:rFonts w:ascii="Niramit" w:hAnsi="Niramit"/>
          <w:b/>
          <w:i w:val="0"/>
          <w:color w:val="336D5C"/>
          <w:sz w:val="22"/>
        </w:rPr>
        <w:t>before / after Detaylı</w:t>
      </w:r>
    </w:p>
    <w:p>
      <w:pPr>
        <w:spacing w:after="80"/>
      </w:pPr>
      <w:r>
        <w:rPr>
          <w:rFonts w:ascii="Niramit" w:hAnsi="Niramit"/>
          <w:b w:val="0"/>
          <w:i w:val="0"/>
          <w:color w:val="222222"/>
          <w:sz w:val="21"/>
        </w:rPr>
        <w:t>before + isim:</w:t>
      </w:r>
    </w:p>
    <w:p>
      <w:pPr>
        <w:spacing w:after="20" w:before="0"/>
        <w:ind w:left="283"/>
      </w:pPr>
      <w:r>
        <w:rPr>
          <w:rFonts w:ascii="Niramit" w:hAnsi="Niramit"/>
          <w:b w:val="0"/>
          <w:i w:val="0"/>
          <w:color w:val="666666"/>
          <w:sz w:val="20"/>
        </w:rPr>
        <w:t xml:space="preserve">  before school, before breakfast, before dinner</w:t>
      </w:r>
    </w:p>
    <w:p>
      <w:pPr>
        <w:spacing w:after="20" w:before="0"/>
        <w:ind w:left="283"/>
      </w:pPr>
      <w:r>
        <w:rPr>
          <w:rFonts w:ascii="Niramit" w:hAnsi="Niramit"/>
          <w:b w:val="0"/>
          <w:i w:val="0"/>
          <w:color w:val="666666"/>
          <w:sz w:val="20"/>
        </w:rPr>
        <w:t xml:space="preserve">  before the lesson, before lunch</w:t>
      </w:r>
    </w:p>
    <w:p/>
    <w:p>
      <w:pPr>
        <w:spacing w:after="80"/>
      </w:pPr>
      <w:r>
        <w:rPr>
          <w:rFonts w:ascii="Niramit" w:hAnsi="Niramit"/>
          <w:b w:val="0"/>
          <w:i w:val="0"/>
          <w:color w:val="222222"/>
          <w:sz w:val="21"/>
        </w:rPr>
        <w:t>before + cümle (fiil gelir, özne şart!):</w:t>
      </w:r>
    </w:p>
    <w:p>
      <w:pPr>
        <w:spacing w:after="20" w:before="0"/>
        <w:ind w:left="283"/>
      </w:pPr>
      <w:r>
        <w:rPr>
          <w:rFonts w:ascii="Niramit" w:hAnsi="Niramit"/>
          <w:b w:val="0"/>
          <w:i w:val="0"/>
          <w:color w:val="666666"/>
          <w:sz w:val="20"/>
        </w:rPr>
        <w:t xml:space="preserve">  before I go to bed       — yatmadan önce</w:t>
      </w:r>
    </w:p>
    <w:p>
      <w:pPr>
        <w:spacing w:after="20" w:before="0"/>
        <w:ind w:left="283"/>
      </w:pPr>
      <w:r>
        <w:rPr>
          <w:rFonts w:ascii="Niramit" w:hAnsi="Niramit"/>
          <w:b w:val="0"/>
          <w:i w:val="0"/>
          <w:color w:val="666666"/>
          <w:sz w:val="20"/>
        </w:rPr>
        <w:t xml:space="preserve">  before he comes home     — o eve gelmeden önce</w:t>
      </w:r>
    </w:p>
    <w:p>
      <w:pPr>
        <w:spacing w:after="20" w:before="0"/>
        <w:ind w:left="283"/>
      </w:pPr>
      <w:r>
        <w:rPr>
          <w:rFonts w:ascii="Niramit" w:hAnsi="Niramit"/>
          <w:b w:val="0"/>
          <w:i w:val="0"/>
          <w:color w:val="666666"/>
          <w:sz w:val="20"/>
        </w:rPr>
        <w:t xml:space="preserve">  before we have dinner    — akşam yemeğinden önce</w:t>
      </w:r>
    </w:p>
    <w:p/>
    <w:p>
      <w:pPr>
        <w:spacing w:after="80"/>
      </w:pPr>
      <w:r>
        <w:rPr>
          <w:rFonts w:ascii="Niramit" w:hAnsi="Niramit"/>
          <w:b w:val="0"/>
          <w:i w:val="0"/>
          <w:color w:val="222222"/>
          <w:sz w:val="21"/>
        </w:rPr>
        <w:t>after + isim:</w:t>
      </w:r>
    </w:p>
    <w:p>
      <w:pPr>
        <w:spacing w:after="20" w:before="0"/>
        <w:ind w:left="283"/>
      </w:pPr>
      <w:r>
        <w:rPr>
          <w:rFonts w:ascii="Niramit" w:hAnsi="Niramit"/>
          <w:b w:val="0"/>
          <w:i w:val="0"/>
          <w:color w:val="666666"/>
          <w:sz w:val="20"/>
        </w:rPr>
        <w:t xml:space="preserve">  after school, after breakfast, after lunch</w:t>
      </w:r>
    </w:p>
    <w:p>
      <w:pPr>
        <w:spacing w:after="20" w:before="0"/>
        <w:ind w:left="283"/>
      </w:pPr>
      <w:r>
        <w:rPr>
          <w:rFonts w:ascii="Niramit" w:hAnsi="Niramit"/>
          <w:b w:val="0"/>
          <w:i w:val="0"/>
          <w:color w:val="666666"/>
          <w:sz w:val="20"/>
        </w:rPr>
        <w:t xml:space="preserve">  after the party, after the lesson</w:t>
      </w:r>
    </w:p>
    <w:p/>
    <w:p>
      <w:pPr>
        <w:spacing w:after="80"/>
      </w:pPr>
      <w:r>
        <w:rPr>
          <w:rFonts w:ascii="Niramit" w:hAnsi="Niramit"/>
          <w:b w:val="0"/>
          <w:i w:val="0"/>
          <w:color w:val="222222"/>
          <w:sz w:val="21"/>
        </w:rPr>
        <w:t>after + cümle:</w:t>
      </w:r>
    </w:p>
    <w:p>
      <w:pPr>
        <w:spacing w:after="20" w:before="0"/>
        <w:ind w:left="283"/>
      </w:pPr>
      <w:r>
        <w:rPr>
          <w:rFonts w:ascii="Niramit" w:hAnsi="Niramit"/>
          <w:b w:val="0"/>
          <w:i w:val="0"/>
          <w:color w:val="666666"/>
          <w:sz w:val="20"/>
        </w:rPr>
        <w:t xml:space="preserve">  after I wake up          — uyandıktan sonra</w:t>
      </w:r>
    </w:p>
    <w:p>
      <w:pPr>
        <w:spacing w:after="20" w:before="0"/>
        <w:ind w:left="283"/>
      </w:pPr>
      <w:r>
        <w:rPr>
          <w:rFonts w:ascii="Niramit" w:hAnsi="Niramit"/>
          <w:b w:val="0"/>
          <w:i w:val="0"/>
          <w:color w:val="666666"/>
          <w:sz w:val="20"/>
        </w:rPr>
        <w:t xml:space="preserve">  after she finishes       — o bitirdikten sonra</w:t>
      </w:r>
    </w:p>
    <w:p>
      <w:pPr>
        <w:spacing w:after="20" w:before="0"/>
        <w:ind w:left="283"/>
      </w:pPr>
      <w:r>
        <w:rPr>
          <w:rFonts w:ascii="Niramit" w:hAnsi="Niramit"/>
          <w:b w:val="0"/>
          <w:i w:val="0"/>
          <w:color w:val="666666"/>
          <w:sz w:val="20"/>
        </w:rPr>
        <w:t xml:space="preserve">  after they come          — onlar geldikten sonra</w:t>
      </w:r>
    </w:p>
    <w:p/>
    <w:p>
      <w:pPr>
        <w:spacing w:before="200"/>
      </w:pPr>
      <w:r>
        <w:rPr>
          <w:rFonts w:ascii="Niramit" w:hAnsi="Niramit"/>
          <w:b/>
          <w:i w:val="0"/>
          <w:color w:val="336D5C"/>
          <w:sz w:val="22"/>
        </w:rPr>
        <w:t>⚠️ Dikkat!</w:t>
      </w:r>
    </w:p>
    <w:p>
      <w:pPr>
        <w:spacing w:after="20" w:before="0"/>
        <w:ind w:left="283"/>
      </w:pPr>
      <w:r>
        <w:rPr>
          <w:rFonts w:ascii="Niramit" w:hAnsi="Niramit"/>
          <w:b w:val="0"/>
          <w:i w:val="0"/>
          <w:color w:val="666666"/>
          <w:sz w:val="20"/>
        </w:rPr>
        <w:t xml:space="preserve">  before/after'dan sonra cümle gelirse, o cümlenin kendi öznesi olmalıdır!</w:t>
      </w:r>
    </w:p>
    <w:p>
      <w:pPr>
        <w:spacing w:after="20" w:before="0"/>
        <w:ind w:left="283"/>
      </w:pPr>
      <w:r>
        <w:rPr>
          <w:rFonts w:ascii="Niramit" w:hAnsi="Niramit"/>
          <w:b w:val="0"/>
          <w:i w:val="0"/>
          <w:color w:val="666666"/>
          <w:sz w:val="20"/>
        </w:rPr>
        <w:t xml:space="preserve">  before go to bed       ❌  →  before I go to bed       ✅</w:t>
      </w:r>
    </w:p>
    <w:p>
      <w:pPr>
        <w:spacing w:after="20" w:before="0"/>
        <w:ind w:left="283"/>
      </w:pPr>
      <w:r>
        <w:rPr>
          <w:rFonts w:ascii="Niramit" w:hAnsi="Niramit"/>
          <w:b w:val="0"/>
          <w:i w:val="0"/>
          <w:color w:val="666666"/>
          <w:sz w:val="20"/>
        </w:rPr>
        <w:t xml:space="preserve">  after eat lunch        ❌  →  after we eat lunch       ✅</w:t>
      </w:r>
    </w:p>
    <w:p>
      <w:r>
        <w:br w:type="page"/>
      </w:r>
    </w:p>
    <w:p>
      <w:pPr>
        <w:spacing w:before="240"/>
      </w:pPr>
      <w:r>
        <w:rPr>
          <w:rFonts w:ascii="Niramit" w:hAnsi="Niramit"/>
          <w:b/>
          <w:i w:val="0"/>
          <w:color w:val="1A559E"/>
          <w:sz w:val="28"/>
        </w:rPr>
        <w:t>BÖLÜM 2: VOCABULARY</w:t>
      </w:r>
    </w:p>
    <w:p>
      <w:pPr>
        <w:spacing w:before="200"/>
      </w:pPr>
      <w:r>
        <w:rPr>
          <w:rFonts w:ascii="Niramit" w:hAnsi="Niramit"/>
          <w:b/>
          <w:i w:val="0"/>
          <w:color w:val="336D5C"/>
          <w:sz w:val="22"/>
        </w:rPr>
        <w:t>2.1  Daily Routines (Günlük Rutinler)</w:t>
      </w:r>
    </w:p>
    <w:p>
      <w:pPr>
        <w:spacing w:after="20" w:before="0"/>
        <w:ind w:left="283"/>
      </w:pPr>
      <w:r>
        <w:rPr>
          <w:rFonts w:ascii="Niramit" w:hAnsi="Niramit"/>
          <w:b w:val="0"/>
          <w:i w:val="0"/>
          <w:color w:val="666666"/>
          <w:sz w:val="20"/>
        </w:rPr>
        <w:t xml:space="preserve">  wake up                   →  uyanmak</w:t>
      </w:r>
    </w:p>
    <w:p>
      <w:pPr>
        <w:spacing w:after="20" w:before="0"/>
        <w:ind w:left="283"/>
      </w:pPr>
      <w:r>
        <w:rPr>
          <w:rFonts w:ascii="Niramit" w:hAnsi="Niramit"/>
          <w:b w:val="0"/>
          <w:i w:val="0"/>
          <w:color w:val="666666"/>
          <w:sz w:val="20"/>
        </w:rPr>
        <w:t xml:space="preserve">  get up                    →  yataktan kalkmak</w:t>
      </w:r>
    </w:p>
    <w:p>
      <w:pPr>
        <w:spacing w:after="20" w:before="0"/>
        <w:ind w:left="283"/>
      </w:pPr>
      <w:r>
        <w:rPr>
          <w:rFonts w:ascii="Niramit" w:hAnsi="Niramit"/>
          <w:b w:val="0"/>
          <w:i w:val="0"/>
          <w:color w:val="666666"/>
          <w:sz w:val="20"/>
        </w:rPr>
        <w:t xml:space="preserve">  have breakfast            →  kahvaltı yapmak</w:t>
      </w:r>
    </w:p>
    <w:p>
      <w:pPr>
        <w:spacing w:after="20" w:before="0"/>
        <w:ind w:left="283"/>
      </w:pPr>
      <w:r>
        <w:rPr>
          <w:rFonts w:ascii="Niramit" w:hAnsi="Niramit"/>
          <w:b w:val="0"/>
          <w:i w:val="0"/>
          <w:color w:val="666666"/>
          <w:sz w:val="20"/>
        </w:rPr>
        <w:t xml:space="preserve">  have lunch                →  öğle yemeği yemek</w:t>
      </w:r>
    </w:p>
    <w:p>
      <w:pPr>
        <w:spacing w:after="20" w:before="0"/>
        <w:ind w:left="283"/>
      </w:pPr>
      <w:r>
        <w:rPr>
          <w:rFonts w:ascii="Niramit" w:hAnsi="Niramit"/>
          <w:b w:val="0"/>
          <w:i w:val="0"/>
          <w:color w:val="666666"/>
          <w:sz w:val="20"/>
        </w:rPr>
        <w:t xml:space="preserve">  have dinner               →  akşam yemeği yemek</w:t>
      </w:r>
    </w:p>
    <w:p>
      <w:pPr>
        <w:spacing w:after="20" w:before="0"/>
        <w:ind w:left="283"/>
      </w:pPr>
      <w:r>
        <w:rPr>
          <w:rFonts w:ascii="Niramit" w:hAnsi="Niramit"/>
          <w:b w:val="0"/>
          <w:i w:val="0"/>
          <w:color w:val="666666"/>
          <w:sz w:val="20"/>
        </w:rPr>
        <w:t xml:space="preserve">  brush teeth               →  diş fırçalamak</w:t>
      </w:r>
    </w:p>
    <w:p>
      <w:pPr>
        <w:spacing w:after="20" w:before="0"/>
        <w:ind w:left="283"/>
      </w:pPr>
      <w:r>
        <w:rPr>
          <w:rFonts w:ascii="Niramit" w:hAnsi="Niramit"/>
          <w:b w:val="0"/>
          <w:i w:val="0"/>
          <w:color w:val="666666"/>
          <w:sz w:val="20"/>
        </w:rPr>
        <w:t xml:space="preserve">  wash face                 →  yüz yıkamak</w:t>
      </w:r>
    </w:p>
    <w:p>
      <w:pPr>
        <w:spacing w:after="20" w:before="0"/>
        <w:ind w:left="283"/>
      </w:pPr>
      <w:r>
        <w:rPr>
          <w:rFonts w:ascii="Niramit" w:hAnsi="Niramit"/>
          <w:b w:val="0"/>
          <w:i w:val="0"/>
          <w:color w:val="666666"/>
          <w:sz w:val="20"/>
        </w:rPr>
        <w:t xml:space="preserve">  wash hands                →  el yıkamak</w:t>
      </w:r>
    </w:p>
    <w:p>
      <w:pPr>
        <w:spacing w:after="20" w:before="0"/>
        <w:ind w:left="283"/>
      </w:pPr>
      <w:r>
        <w:rPr>
          <w:rFonts w:ascii="Niramit" w:hAnsi="Niramit"/>
          <w:b w:val="0"/>
          <w:i w:val="0"/>
          <w:color w:val="666666"/>
          <w:sz w:val="20"/>
        </w:rPr>
        <w:t xml:space="preserve">  get dressed               →  giyinmek</w:t>
      </w:r>
    </w:p>
    <w:p>
      <w:pPr>
        <w:spacing w:after="20" w:before="0"/>
        <w:ind w:left="283"/>
      </w:pPr>
      <w:r>
        <w:rPr>
          <w:rFonts w:ascii="Niramit" w:hAnsi="Niramit"/>
          <w:b w:val="0"/>
          <w:i w:val="0"/>
          <w:color w:val="666666"/>
          <w:sz w:val="20"/>
        </w:rPr>
        <w:t xml:space="preserve">  go to school              →  okula gitmek</w:t>
      </w:r>
    </w:p>
    <w:p>
      <w:pPr>
        <w:spacing w:after="20" w:before="0"/>
        <w:ind w:left="283"/>
      </w:pPr>
      <w:r>
        <w:rPr>
          <w:rFonts w:ascii="Niramit" w:hAnsi="Niramit"/>
          <w:b w:val="0"/>
          <w:i w:val="0"/>
          <w:color w:val="666666"/>
          <w:sz w:val="20"/>
        </w:rPr>
        <w:t xml:space="preserve">  go to bed                 →  yatağa gitmek</w:t>
      </w:r>
    </w:p>
    <w:p>
      <w:pPr>
        <w:spacing w:after="20" w:before="0"/>
        <w:ind w:left="283"/>
      </w:pPr>
      <w:r>
        <w:rPr>
          <w:rFonts w:ascii="Niramit" w:hAnsi="Niramit"/>
          <w:b w:val="0"/>
          <w:i w:val="0"/>
          <w:color w:val="666666"/>
          <w:sz w:val="20"/>
        </w:rPr>
        <w:t xml:space="preserve">  come home                 →  eve gelmek</w:t>
      </w:r>
    </w:p>
    <w:p>
      <w:pPr>
        <w:spacing w:after="20" w:before="0"/>
        <w:ind w:left="283"/>
      </w:pPr>
      <w:r>
        <w:rPr>
          <w:rFonts w:ascii="Niramit" w:hAnsi="Niramit"/>
          <w:b w:val="0"/>
          <w:i w:val="0"/>
          <w:color w:val="666666"/>
          <w:sz w:val="20"/>
        </w:rPr>
        <w:t xml:space="preserve">  do homework               →  ödev yapmak</w:t>
      </w:r>
    </w:p>
    <w:p>
      <w:pPr>
        <w:spacing w:after="20" w:before="0"/>
        <w:ind w:left="283"/>
      </w:pPr>
      <w:r>
        <w:rPr>
          <w:rFonts w:ascii="Niramit" w:hAnsi="Niramit"/>
          <w:b w:val="0"/>
          <w:i w:val="0"/>
          <w:color w:val="666666"/>
          <w:sz w:val="20"/>
        </w:rPr>
        <w:t xml:space="preserve">  watch TV                  →  TV izlemek</w:t>
      </w:r>
    </w:p>
    <w:p>
      <w:pPr>
        <w:spacing w:after="20" w:before="0"/>
        <w:ind w:left="283"/>
      </w:pPr>
      <w:r>
        <w:rPr>
          <w:rFonts w:ascii="Niramit" w:hAnsi="Niramit"/>
          <w:b w:val="0"/>
          <w:i w:val="0"/>
          <w:color w:val="666666"/>
          <w:sz w:val="20"/>
        </w:rPr>
        <w:t xml:space="preserve">  take a shower             →  duş almak</w:t>
      </w:r>
    </w:p>
    <w:p>
      <w:pPr>
        <w:spacing w:after="20" w:before="0"/>
        <w:ind w:left="283"/>
      </w:pPr>
      <w:r>
        <w:rPr>
          <w:rFonts w:ascii="Niramit" w:hAnsi="Niramit"/>
          <w:b w:val="0"/>
          <w:i w:val="0"/>
          <w:color w:val="666666"/>
          <w:sz w:val="20"/>
        </w:rPr>
        <w:t xml:space="preserve">  take a bath               →  banyo yapmak</w:t>
      </w:r>
    </w:p>
    <w:p>
      <w:pPr>
        <w:spacing w:after="20" w:before="0"/>
        <w:ind w:left="283"/>
      </w:pPr>
      <w:r>
        <w:rPr>
          <w:rFonts w:ascii="Niramit" w:hAnsi="Niramit"/>
          <w:b w:val="0"/>
          <w:i w:val="0"/>
          <w:color w:val="666666"/>
          <w:sz w:val="20"/>
        </w:rPr>
        <w:t xml:space="preserve">  read a book               →  kitap okumak</w:t>
      </w:r>
    </w:p>
    <w:p>
      <w:pPr>
        <w:spacing w:after="20" w:before="0"/>
        <w:ind w:left="283"/>
      </w:pPr>
      <w:r>
        <w:rPr>
          <w:rFonts w:ascii="Niramit" w:hAnsi="Niramit"/>
          <w:b w:val="0"/>
          <w:i w:val="0"/>
          <w:color w:val="666666"/>
          <w:sz w:val="20"/>
        </w:rPr>
        <w:t xml:space="preserve">  listen to music           →  müzik dinlemek</w:t>
      </w:r>
    </w:p>
    <w:p>
      <w:pPr>
        <w:spacing w:after="20" w:before="0"/>
        <w:ind w:left="283"/>
      </w:pPr>
      <w:r>
        <w:rPr>
          <w:rFonts w:ascii="Niramit" w:hAnsi="Niramit"/>
          <w:b w:val="0"/>
          <w:i w:val="0"/>
          <w:color w:val="666666"/>
          <w:sz w:val="20"/>
        </w:rPr>
        <w:t xml:space="preserve">  play with friends         →  arkadaşlarla oynamak</w:t>
      </w:r>
    </w:p>
    <w:p>
      <w:pPr>
        <w:spacing w:after="20" w:before="0"/>
        <w:ind w:left="283"/>
      </w:pPr>
      <w:r>
        <w:rPr>
          <w:rFonts w:ascii="Niramit" w:hAnsi="Niramit"/>
          <w:b w:val="0"/>
          <w:i w:val="0"/>
          <w:color w:val="666666"/>
          <w:sz w:val="20"/>
        </w:rPr>
        <w:t xml:space="preserve">  go to sleep               →  uyumaya gitmek</w:t>
      </w:r>
    </w:p>
    <w:p>
      <w:pPr>
        <w:spacing w:after="20" w:before="0"/>
        <w:ind w:left="283"/>
      </w:pPr>
      <w:r>
        <w:rPr>
          <w:rFonts w:ascii="Niramit" w:hAnsi="Niramit"/>
          <w:b w:val="0"/>
          <w:i w:val="0"/>
          <w:color w:val="666666"/>
          <w:sz w:val="20"/>
        </w:rPr>
        <w:t xml:space="preserve">  have a rest               →  dinlenmek</w:t>
      </w:r>
    </w:p>
    <w:p>
      <w:pPr>
        <w:spacing w:after="20" w:before="0"/>
        <w:ind w:left="283"/>
      </w:pPr>
      <w:r>
        <w:rPr>
          <w:rFonts w:ascii="Niramit" w:hAnsi="Niramit"/>
          <w:b w:val="0"/>
          <w:i w:val="0"/>
          <w:color w:val="666666"/>
          <w:sz w:val="20"/>
        </w:rPr>
        <w:t xml:space="preserve">  feed the pet              →  evcil hayvanı beslemek</w:t>
      </w:r>
    </w:p>
    <w:p>
      <w:pPr>
        <w:spacing w:after="20" w:before="0"/>
        <w:ind w:left="283"/>
      </w:pPr>
      <w:r>
        <w:rPr>
          <w:rFonts w:ascii="Niramit" w:hAnsi="Niramit"/>
          <w:b w:val="0"/>
          <w:i w:val="0"/>
          <w:color w:val="666666"/>
          <w:sz w:val="20"/>
        </w:rPr>
        <w:t xml:space="preserve">  tidy the room             →  odayı toplamak</w:t>
      </w:r>
    </w:p>
    <w:p>
      <w:pPr>
        <w:spacing w:after="20" w:before="0"/>
        <w:ind w:left="283"/>
      </w:pPr>
      <w:r>
        <w:rPr>
          <w:rFonts w:ascii="Niramit" w:hAnsi="Niramit"/>
          <w:b w:val="0"/>
          <w:i w:val="0"/>
          <w:color w:val="666666"/>
          <w:sz w:val="20"/>
        </w:rPr>
        <w:t xml:space="preserve">  comb hair                 →  saç taramak</w:t>
      </w:r>
    </w:p>
    <w:p>
      <w:pPr>
        <w:spacing w:after="20" w:before="0"/>
        <w:ind w:left="283"/>
      </w:pPr>
      <w:r>
        <w:rPr>
          <w:rFonts w:ascii="Niramit" w:hAnsi="Niramit"/>
          <w:b w:val="0"/>
          <w:i w:val="0"/>
          <w:color w:val="666666"/>
          <w:sz w:val="20"/>
        </w:rPr>
        <w:t xml:space="preserve">  leave home                →  evden çıkmak</w:t>
      </w:r>
    </w:p>
    <w:p>
      <w:pPr>
        <w:spacing w:after="20" w:before="0"/>
        <w:ind w:left="283"/>
      </w:pPr>
      <w:r>
        <w:rPr>
          <w:rFonts w:ascii="Niramit" w:hAnsi="Niramit"/>
          <w:b w:val="0"/>
          <w:i w:val="0"/>
          <w:color w:val="666666"/>
          <w:sz w:val="20"/>
        </w:rPr>
        <w:t xml:space="preserve">  start school              →  okul başlamak</w:t>
      </w:r>
    </w:p>
    <w:p>
      <w:pPr>
        <w:spacing w:after="20" w:before="0"/>
        <w:ind w:left="283"/>
      </w:pPr>
      <w:r>
        <w:rPr>
          <w:rFonts w:ascii="Niramit" w:hAnsi="Niramit"/>
          <w:b w:val="0"/>
          <w:i w:val="0"/>
          <w:color w:val="666666"/>
          <w:sz w:val="20"/>
        </w:rPr>
        <w:t xml:space="preserve">  finish school             →  okul bitmek</w:t>
      </w:r>
    </w:p>
    <w:p>
      <w:pPr>
        <w:spacing w:after="20" w:before="0"/>
        <w:ind w:left="283"/>
      </w:pPr>
      <w:r>
        <w:rPr>
          <w:rFonts w:ascii="Niramit" w:hAnsi="Niramit"/>
          <w:b w:val="0"/>
          <w:i w:val="0"/>
          <w:color w:val="666666"/>
          <w:sz w:val="20"/>
        </w:rPr>
        <w:t xml:space="preserve">  do exercise               →  egzersiz yapmak</w:t>
      </w:r>
    </w:p>
    <w:p/>
    <w:p>
      <w:pPr>
        <w:spacing w:before="200"/>
      </w:pPr>
      <w:r>
        <w:rPr>
          <w:rFonts w:ascii="Niramit" w:hAnsi="Niramit"/>
          <w:b/>
          <w:i w:val="0"/>
          <w:color w:val="336D5C"/>
          <w:sz w:val="22"/>
        </w:rPr>
        <w:t>2.2  Times (Saatler)</w:t>
      </w:r>
    </w:p>
    <w:p>
      <w:pPr>
        <w:spacing w:after="20" w:before="0"/>
        <w:ind w:left="283"/>
      </w:pPr>
      <w:r>
        <w:rPr>
          <w:rFonts w:ascii="Niramit" w:hAnsi="Niramit"/>
          <w:b w:val="0"/>
          <w:i w:val="0"/>
          <w:color w:val="666666"/>
          <w:sz w:val="20"/>
        </w:rPr>
        <w:t xml:space="preserve">  o'clock                   →  saat (tam)</w:t>
      </w:r>
    </w:p>
    <w:p>
      <w:pPr>
        <w:spacing w:after="20" w:before="0"/>
        <w:ind w:left="283"/>
      </w:pPr>
      <w:r>
        <w:rPr>
          <w:rFonts w:ascii="Niramit" w:hAnsi="Niramit"/>
          <w:b w:val="0"/>
          <w:i w:val="0"/>
          <w:color w:val="666666"/>
          <w:sz w:val="20"/>
        </w:rPr>
        <w:t xml:space="preserve">  half past                 →  buçuk</w:t>
      </w:r>
    </w:p>
    <w:p>
      <w:pPr>
        <w:spacing w:after="20" w:before="0"/>
        <w:ind w:left="283"/>
      </w:pPr>
      <w:r>
        <w:rPr>
          <w:rFonts w:ascii="Niramit" w:hAnsi="Niramit"/>
          <w:b w:val="0"/>
          <w:i w:val="0"/>
          <w:color w:val="666666"/>
          <w:sz w:val="20"/>
        </w:rPr>
        <w:t xml:space="preserve">  quarter past              →  çeyrek geçe</w:t>
      </w:r>
    </w:p>
    <w:p>
      <w:pPr>
        <w:spacing w:after="20" w:before="0"/>
        <w:ind w:left="283"/>
      </w:pPr>
      <w:r>
        <w:rPr>
          <w:rFonts w:ascii="Niramit" w:hAnsi="Niramit"/>
          <w:b w:val="0"/>
          <w:i w:val="0"/>
          <w:color w:val="666666"/>
          <w:sz w:val="20"/>
        </w:rPr>
        <w:t xml:space="preserve">  quarter to                →  çeyrek kala</w:t>
      </w:r>
    </w:p>
    <w:p>
      <w:pPr>
        <w:spacing w:after="20" w:before="0"/>
        <w:ind w:left="283"/>
      </w:pPr>
      <w:r>
        <w:rPr>
          <w:rFonts w:ascii="Niramit" w:hAnsi="Niramit"/>
          <w:b w:val="0"/>
          <w:i w:val="0"/>
          <w:color w:val="666666"/>
          <w:sz w:val="20"/>
        </w:rPr>
        <w:t xml:space="preserve">  a.m.                      →  öğleden önce</w:t>
      </w:r>
    </w:p>
    <w:p>
      <w:pPr>
        <w:spacing w:after="20" w:before="0"/>
        <w:ind w:left="283"/>
      </w:pPr>
      <w:r>
        <w:rPr>
          <w:rFonts w:ascii="Niramit" w:hAnsi="Niramit"/>
          <w:b w:val="0"/>
          <w:i w:val="0"/>
          <w:color w:val="666666"/>
          <w:sz w:val="20"/>
        </w:rPr>
        <w:t xml:space="preserve">  p.m.                      →  öğleden sonra</w:t>
      </w:r>
    </w:p>
    <w:p>
      <w:pPr>
        <w:spacing w:after="20" w:before="0"/>
        <w:ind w:left="283"/>
      </w:pPr>
      <w:r>
        <w:rPr>
          <w:rFonts w:ascii="Niramit" w:hAnsi="Niramit"/>
          <w:b w:val="0"/>
          <w:i w:val="0"/>
          <w:color w:val="666666"/>
          <w:sz w:val="20"/>
        </w:rPr>
        <w:t xml:space="preserve">  noon / midday             →  öğle</w:t>
      </w:r>
    </w:p>
    <w:p>
      <w:pPr>
        <w:spacing w:after="20" w:before="0"/>
        <w:ind w:left="283"/>
      </w:pPr>
      <w:r>
        <w:rPr>
          <w:rFonts w:ascii="Niramit" w:hAnsi="Niramit"/>
          <w:b w:val="0"/>
          <w:i w:val="0"/>
          <w:color w:val="666666"/>
          <w:sz w:val="20"/>
        </w:rPr>
        <w:t xml:space="preserve">  midnight                  →  gece yarısı</w:t>
      </w:r>
    </w:p>
    <w:p>
      <w:pPr>
        <w:spacing w:after="20" w:before="0"/>
        <w:ind w:left="283"/>
      </w:pPr>
      <w:r>
        <w:rPr>
          <w:rFonts w:ascii="Niramit" w:hAnsi="Niramit"/>
          <w:b w:val="0"/>
          <w:i w:val="0"/>
          <w:color w:val="666666"/>
          <w:sz w:val="20"/>
        </w:rPr>
        <w:t xml:space="preserve">  morning                   →  sabah</w:t>
      </w:r>
    </w:p>
    <w:p>
      <w:pPr>
        <w:spacing w:after="20" w:before="0"/>
        <w:ind w:left="283"/>
      </w:pPr>
      <w:r>
        <w:rPr>
          <w:rFonts w:ascii="Niramit" w:hAnsi="Niramit"/>
          <w:b w:val="0"/>
          <w:i w:val="0"/>
          <w:color w:val="666666"/>
          <w:sz w:val="20"/>
        </w:rPr>
        <w:t xml:space="preserve">  afternoon                 →  öğleden sonra</w:t>
      </w:r>
    </w:p>
    <w:p>
      <w:pPr>
        <w:spacing w:after="20" w:before="0"/>
        <w:ind w:left="283"/>
      </w:pPr>
      <w:r>
        <w:rPr>
          <w:rFonts w:ascii="Niramit" w:hAnsi="Niramit"/>
          <w:b w:val="0"/>
          <w:i w:val="0"/>
          <w:color w:val="666666"/>
          <w:sz w:val="20"/>
        </w:rPr>
        <w:t xml:space="preserve">  evening                   →  akşam</w:t>
      </w:r>
    </w:p>
    <w:p>
      <w:pPr>
        <w:spacing w:after="20" w:before="0"/>
        <w:ind w:left="283"/>
      </w:pPr>
      <w:r>
        <w:rPr>
          <w:rFonts w:ascii="Niramit" w:hAnsi="Niramit"/>
          <w:b w:val="0"/>
          <w:i w:val="0"/>
          <w:color w:val="666666"/>
          <w:sz w:val="20"/>
        </w:rPr>
        <w:t xml:space="preserve">  night                     →  gece</w:t>
      </w:r>
    </w:p>
    <w:p>
      <w:pPr>
        <w:spacing w:after="20" w:before="0"/>
        <w:ind w:left="283"/>
      </w:pPr>
      <w:r>
        <w:rPr>
          <w:rFonts w:ascii="Niramit" w:hAnsi="Niramit"/>
          <w:b w:val="0"/>
          <w:i w:val="0"/>
          <w:color w:val="666666"/>
          <w:sz w:val="20"/>
        </w:rPr>
        <w:t xml:space="preserve">  early                     →  erken</w:t>
      </w:r>
    </w:p>
    <w:p>
      <w:pPr>
        <w:spacing w:after="20" w:before="0"/>
        <w:ind w:left="283"/>
      </w:pPr>
      <w:r>
        <w:rPr>
          <w:rFonts w:ascii="Niramit" w:hAnsi="Niramit"/>
          <w:b w:val="0"/>
          <w:i w:val="0"/>
          <w:color w:val="666666"/>
          <w:sz w:val="20"/>
        </w:rPr>
        <w:t xml:space="preserve">  late                      →  geç</w:t>
      </w:r>
    </w:p>
    <w:p/>
    <w:p>
      <w:pPr>
        <w:spacing w:before="200"/>
      </w:pPr>
      <w:r>
        <w:rPr>
          <w:rFonts w:ascii="Niramit" w:hAnsi="Niramit"/>
          <w:b/>
          <w:i w:val="0"/>
          <w:color w:val="336D5C"/>
          <w:sz w:val="22"/>
        </w:rPr>
        <w:t>2.3  Body Parts (Vücut Bölümleri)</w:t>
      </w:r>
    </w:p>
    <w:p>
      <w:pPr>
        <w:spacing w:after="20" w:before="0"/>
        <w:ind w:left="283"/>
      </w:pPr>
      <w:r>
        <w:rPr>
          <w:rFonts w:ascii="Niramit" w:hAnsi="Niramit"/>
          <w:b w:val="0"/>
          <w:i w:val="0"/>
          <w:color w:val="666666"/>
          <w:sz w:val="20"/>
        </w:rPr>
        <w:t xml:space="preserve">  head                      →  baş</w:t>
      </w:r>
    </w:p>
    <w:p>
      <w:pPr>
        <w:spacing w:after="20" w:before="0"/>
        <w:ind w:left="283"/>
      </w:pPr>
      <w:r>
        <w:rPr>
          <w:rFonts w:ascii="Niramit" w:hAnsi="Niramit"/>
          <w:b w:val="0"/>
          <w:i w:val="0"/>
          <w:color w:val="666666"/>
          <w:sz w:val="20"/>
        </w:rPr>
        <w:t xml:space="preserve">  hair                      →  saç</w:t>
      </w:r>
    </w:p>
    <w:p>
      <w:pPr>
        <w:spacing w:after="20" w:before="0"/>
        <w:ind w:left="283"/>
      </w:pPr>
      <w:r>
        <w:rPr>
          <w:rFonts w:ascii="Niramit" w:hAnsi="Niramit"/>
          <w:b w:val="0"/>
          <w:i w:val="0"/>
          <w:color w:val="666666"/>
          <w:sz w:val="20"/>
        </w:rPr>
        <w:t xml:space="preserve">  face                      →  yüz</w:t>
      </w:r>
    </w:p>
    <w:p>
      <w:pPr>
        <w:spacing w:after="20" w:before="0"/>
        <w:ind w:left="283"/>
      </w:pPr>
      <w:r>
        <w:rPr>
          <w:rFonts w:ascii="Niramit" w:hAnsi="Niramit"/>
          <w:b w:val="0"/>
          <w:i w:val="0"/>
          <w:color w:val="666666"/>
          <w:sz w:val="20"/>
        </w:rPr>
        <w:t xml:space="preserve">  eyes                      →  gözler</w:t>
      </w:r>
    </w:p>
    <w:p>
      <w:pPr>
        <w:spacing w:after="20" w:before="0"/>
        <w:ind w:left="283"/>
      </w:pPr>
      <w:r>
        <w:rPr>
          <w:rFonts w:ascii="Niramit" w:hAnsi="Niramit"/>
          <w:b w:val="0"/>
          <w:i w:val="0"/>
          <w:color w:val="666666"/>
          <w:sz w:val="20"/>
        </w:rPr>
        <w:t xml:space="preserve">  ears                      →  kulaklar</w:t>
      </w:r>
    </w:p>
    <w:p>
      <w:pPr>
        <w:spacing w:after="20" w:before="0"/>
        <w:ind w:left="283"/>
      </w:pPr>
      <w:r>
        <w:rPr>
          <w:rFonts w:ascii="Niramit" w:hAnsi="Niramit"/>
          <w:b w:val="0"/>
          <w:i w:val="0"/>
          <w:color w:val="666666"/>
          <w:sz w:val="20"/>
        </w:rPr>
        <w:t xml:space="preserve">  nose                      →  burun</w:t>
      </w:r>
    </w:p>
    <w:p>
      <w:pPr>
        <w:spacing w:after="20" w:before="0"/>
        <w:ind w:left="283"/>
      </w:pPr>
      <w:r>
        <w:rPr>
          <w:rFonts w:ascii="Niramit" w:hAnsi="Niramit"/>
          <w:b w:val="0"/>
          <w:i w:val="0"/>
          <w:color w:val="666666"/>
          <w:sz w:val="20"/>
        </w:rPr>
        <w:t xml:space="preserve">  mouth                     →  ağız</w:t>
      </w:r>
    </w:p>
    <w:p>
      <w:pPr>
        <w:spacing w:after="20" w:before="0"/>
        <w:ind w:left="283"/>
      </w:pPr>
      <w:r>
        <w:rPr>
          <w:rFonts w:ascii="Niramit" w:hAnsi="Niramit"/>
          <w:b w:val="0"/>
          <w:i w:val="0"/>
          <w:color w:val="666666"/>
          <w:sz w:val="20"/>
        </w:rPr>
        <w:t xml:space="preserve">  teeth                     →  dişler</w:t>
      </w:r>
    </w:p>
    <w:p>
      <w:pPr>
        <w:spacing w:after="20" w:before="0"/>
        <w:ind w:left="283"/>
      </w:pPr>
      <w:r>
        <w:rPr>
          <w:rFonts w:ascii="Niramit" w:hAnsi="Niramit"/>
          <w:b w:val="0"/>
          <w:i w:val="0"/>
          <w:color w:val="666666"/>
          <w:sz w:val="20"/>
        </w:rPr>
        <w:t xml:space="preserve">  tongue                    →  dil</w:t>
      </w:r>
    </w:p>
    <w:p>
      <w:pPr>
        <w:spacing w:after="20" w:before="0"/>
        <w:ind w:left="283"/>
      </w:pPr>
      <w:r>
        <w:rPr>
          <w:rFonts w:ascii="Niramit" w:hAnsi="Niramit"/>
          <w:b w:val="0"/>
          <w:i w:val="0"/>
          <w:color w:val="666666"/>
          <w:sz w:val="20"/>
        </w:rPr>
        <w:t xml:space="preserve">  neck                      →  boyun</w:t>
      </w:r>
    </w:p>
    <w:p>
      <w:pPr>
        <w:spacing w:after="20" w:before="0"/>
        <w:ind w:left="283"/>
      </w:pPr>
      <w:r>
        <w:rPr>
          <w:rFonts w:ascii="Niramit" w:hAnsi="Niramit"/>
          <w:b w:val="0"/>
          <w:i w:val="0"/>
          <w:color w:val="666666"/>
          <w:sz w:val="20"/>
        </w:rPr>
        <w:t xml:space="preserve">  shoulders                 →  omuzlar</w:t>
      </w:r>
    </w:p>
    <w:p>
      <w:pPr>
        <w:spacing w:after="20" w:before="0"/>
        <w:ind w:left="283"/>
      </w:pPr>
      <w:r>
        <w:rPr>
          <w:rFonts w:ascii="Niramit" w:hAnsi="Niramit"/>
          <w:b w:val="0"/>
          <w:i w:val="0"/>
          <w:color w:val="666666"/>
          <w:sz w:val="20"/>
        </w:rPr>
        <w:t xml:space="preserve">  arms                      →  kollar</w:t>
      </w:r>
    </w:p>
    <w:p>
      <w:pPr>
        <w:spacing w:after="20" w:before="0"/>
        <w:ind w:left="283"/>
      </w:pPr>
      <w:r>
        <w:rPr>
          <w:rFonts w:ascii="Niramit" w:hAnsi="Niramit"/>
          <w:b w:val="0"/>
          <w:i w:val="0"/>
          <w:color w:val="666666"/>
          <w:sz w:val="20"/>
        </w:rPr>
        <w:t xml:space="preserve">  hands                     →  eller</w:t>
      </w:r>
    </w:p>
    <w:p>
      <w:pPr>
        <w:spacing w:after="20" w:before="0"/>
        <w:ind w:left="283"/>
      </w:pPr>
      <w:r>
        <w:rPr>
          <w:rFonts w:ascii="Niramit" w:hAnsi="Niramit"/>
          <w:b w:val="0"/>
          <w:i w:val="0"/>
          <w:color w:val="666666"/>
          <w:sz w:val="20"/>
        </w:rPr>
        <w:t xml:space="preserve">  fingers                   →  parmaklar</w:t>
      </w:r>
    </w:p>
    <w:p>
      <w:pPr>
        <w:spacing w:after="20" w:before="0"/>
        <w:ind w:left="283"/>
      </w:pPr>
      <w:r>
        <w:rPr>
          <w:rFonts w:ascii="Niramit" w:hAnsi="Niramit"/>
          <w:b w:val="0"/>
          <w:i w:val="0"/>
          <w:color w:val="666666"/>
          <w:sz w:val="20"/>
        </w:rPr>
        <w:t xml:space="preserve">  knees                     →  dizler</w:t>
      </w:r>
    </w:p>
    <w:p>
      <w:pPr>
        <w:spacing w:after="20" w:before="0"/>
        <w:ind w:left="283"/>
      </w:pPr>
      <w:r>
        <w:rPr>
          <w:rFonts w:ascii="Niramit" w:hAnsi="Niramit"/>
          <w:b w:val="0"/>
          <w:i w:val="0"/>
          <w:color w:val="666666"/>
          <w:sz w:val="20"/>
        </w:rPr>
        <w:t xml:space="preserve">  legs                      →  bacaklar</w:t>
      </w:r>
    </w:p>
    <w:p>
      <w:pPr>
        <w:spacing w:after="20" w:before="0"/>
        <w:ind w:left="283"/>
      </w:pPr>
      <w:r>
        <w:rPr>
          <w:rFonts w:ascii="Niramit" w:hAnsi="Niramit"/>
          <w:b w:val="0"/>
          <w:i w:val="0"/>
          <w:color w:val="666666"/>
          <w:sz w:val="20"/>
        </w:rPr>
        <w:t xml:space="preserve">  feet                      →  ayaklar</w:t>
      </w:r>
    </w:p>
    <w:p>
      <w:pPr>
        <w:spacing w:after="20" w:before="0"/>
        <w:ind w:left="283"/>
      </w:pPr>
      <w:r>
        <w:rPr>
          <w:rFonts w:ascii="Niramit" w:hAnsi="Niramit"/>
          <w:b w:val="0"/>
          <w:i w:val="0"/>
          <w:color w:val="666666"/>
          <w:sz w:val="20"/>
        </w:rPr>
        <w:t xml:space="preserve">  toes                      →  ayak parmakları</w:t>
      </w:r>
    </w:p>
    <w:p>
      <w:pPr>
        <w:spacing w:after="20" w:before="0"/>
        <w:ind w:left="283"/>
      </w:pPr>
      <w:r>
        <w:rPr>
          <w:rFonts w:ascii="Niramit" w:hAnsi="Niramit"/>
          <w:b w:val="0"/>
          <w:i w:val="0"/>
          <w:color w:val="666666"/>
          <w:sz w:val="20"/>
        </w:rPr>
        <w:t xml:space="preserve">  back                      →  sırt</w:t>
      </w:r>
    </w:p>
    <w:p>
      <w:pPr>
        <w:spacing w:after="20" w:before="0"/>
        <w:ind w:left="283"/>
      </w:pPr>
      <w:r>
        <w:rPr>
          <w:rFonts w:ascii="Niramit" w:hAnsi="Niramit"/>
          <w:b w:val="0"/>
          <w:i w:val="0"/>
          <w:color w:val="666666"/>
          <w:sz w:val="20"/>
        </w:rPr>
        <w:t xml:space="preserve">  stomach                   →  karın / mide</w:t>
      </w:r>
    </w:p>
    <w:p/>
    <w:p>
      <w:pPr>
        <w:spacing w:after="80"/>
      </w:pPr>
      <w:r>
        <w:rPr>
          <w:rFonts w:ascii="Niramit" w:hAnsi="Niramit"/>
          <w:b w:val="0"/>
          <w:i w:val="0"/>
          <w:color w:val="222222"/>
          <w:sz w:val="21"/>
        </w:rPr>
        <w:t>Toplam: 28 günlük rutin + 14 zaman + 20 vücut bölümü = 62 kelime</w:t>
      </w:r>
    </w:p>
    <w:p>
      <w:r>
        <w:br w:type="page"/>
      </w:r>
    </w:p>
    <w:p>
      <w:pPr>
        <w:jc w:val="center"/>
      </w:pPr>
      <w:r>
        <w:rPr>
          <w:rFonts w:ascii="Niramit" w:hAnsi="Niramit"/>
          <w:b/>
          <w:i w:val="0"/>
          <w:color w:val="1A559E"/>
          <w:sz w:val="28"/>
        </w:rPr>
        <w:t>DENEME 1 — KOLAY</w:t>
      </w:r>
    </w:p>
    <w:p>
      <w:pPr>
        <w:jc w:val="center"/>
      </w:pPr>
      <w:r>
        <w:rPr>
          <w:rFonts w:ascii="Niramit" w:hAnsi="Niramit"/>
          <w:b w:val="0"/>
          <w:i/>
          <w:color w:val="666666"/>
          <w:sz w:val="20"/>
        </w:rPr>
        <w:t>15 Soru  |  Süre: 20 Dakika  |  Kapsam: Unit 1 Temel</w:t>
      </w:r>
    </w:p>
    <w:p/>
    <w:p>
      <w:pPr>
        <w:spacing w:before="120"/>
      </w:pPr>
      <w:r>
        <w:rPr>
          <w:rFonts w:ascii="Niramit" w:hAnsi="Niramit"/>
          <w:b/>
          <w:i w:val="0"/>
          <w:color w:val="222222"/>
          <w:sz w:val="22"/>
        </w:rPr>
        <w:t>1. I _______ 10 years old.</w:t>
      </w:r>
    </w:p>
    <w:p>
      <w:pPr>
        <w:spacing w:before="20" w:after="20"/>
        <w:ind w:left="567"/>
      </w:pPr>
      <w:r>
        <w:rPr>
          <w:rFonts w:ascii="Niramit" w:hAnsi="Niramit"/>
          <w:b w:val="0"/>
          <w:i w:val="0"/>
          <w:color w:val="222222"/>
          <w:sz w:val="21"/>
        </w:rPr>
        <w:t>A) am</w:t>
      </w:r>
    </w:p>
    <w:p>
      <w:pPr>
        <w:spacing w:before="20" w:after="20"/>
        <w:ind w:left="567"/>
      </w:pPr>
      <w:r>
        <w:rPr>
          <w:rFonts w:ascii="Niramit" w:hAnsi="Niramit"/>
          <w:b w:val="0"/>
          <w:i w:val="0"/>
          <w:color w:val="222222"/>
          <w:sz w:val="21"/>
        </w:rPr>
        <w:t>B) is</w:t>
      </w:r>
    </w:p>
    <w:p>
      <w:pPr>
        <w:spacing w:before="20" w:after="20"/>
        <w:ind w:left="567"/>
      </w:pPr>
      <w:r>
        <w:rPr>
          <w:rFonts w:ascii="Niramit" w:hAnsi="Niramit"/>
          <w:b w:val="0"/>
          <w:i w:val="0"/>
          <w:color w:val="222222"/>
          <w:sz w:val="21"/>
        </w:rPr>
        <w:t>C) are</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2. She _______ a student.</w:t>
      </w:r>
    </w:p>
    <w:p>
      <w:pPr>
        <w:spacing w:before="20" w:after="20"/>
        <w:ind w:left="567"/>
      </w:pPr>
      <w:r>
        <w:rPr>
          <w:rFonts w:ascii="Niramit" w:hAnsi="Niramit"/>
          <w:b w:val="0"/>
          <w:i w:val="0"/>
          <w:color w:val="222222"/>
          <w:sz w:val="21"/>
        </w:rPr>
        <w:t>A) am</w:t>
      </w:r>
    </w:p>
    <w:p>
      <w:pPr>
        <w:spacing w:before="20" w:after="20"/>
        <w:ind w:left="567"/>
      </w:pPr>
      <w:r>
        <w:rPr>
          <w:rFonts w:ascii="Niramit" w:hAnsi="Niramit"/>
          <w:b w:val="0"/>
          <w:i w:val="0"/>
          <w:color w:val="222222"/>
          <w:sz w:val="21"/>
        </w:rPr>
        <w:t>B) are</w:t>
      </w:r>
    </w:p>
    <w:p>
      <w:pPr>
        <w:spacing w:before="20" w:after="20"/>
        <w:ind w:left="567"/>
      </w:pPr>
      <w:r>
        <w:rPr>
          <w:rFonts w:ascii="Niramit" w:hAnsi="Niramit"/>
          <w:b w:val="0"/>
          <w:i w:val="0"/>
          <w:color w:val="222222"/>
          <w:sz w:val="21"/>
        </w:rPr>
        <w:t>C) is</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3. We _______ friends.</w:t>
      </w:r>
    </w:p>
    <w:p>
      <w:pPr>
        <w:spacing w:before="20" w:after="20"/>
        <w:ind w:left="567"/>
      </w:pPr>
      <w:r>
        <w:rPr>
          <w:rFonts w:ascii="Niramit" w:hAnsi="Niramit"/>
          <w:b w:val="0"/>
          <w:i w:val="0"/>
          <w:color w:val="222222"/>
          <w:sz w:val="21"/>
        </w:rPr>
        <w:t>A) am</w:t>
      </w:r>
    </w:p>
    <w:p>
      <w:pPr>
        <w:spacing w:before="20" w:after="20"/>
        <w:ind w:left="567"/>
      </w:pPr>
      <w:r>
        <w:rPr>
          <w:rFonts w:ascii="Niramit" w:hAnsi="Niramit"/>
          <w:b w:val="0"/>
          <w:i w:val="0"/>
          <w:color w:val="222222"/>
          <w:sz w:val="21"/>
        </w:rPr>
        <w:t>B) is</w:t>
      </w:r>
    </w:p>
    <w:p>
      <w:pPr>
        <w:spacing w:before="20" w:after="20"/>
        <w:ind w:left="567"/>
      </w:pPr>
      <w:r>
        <w:rPr>
          <w:rFonts w:ascii="Niramit" w:hAnsi="Niramit"/>
          <w:b w:val="0"/>
          <w:i w:val="0"/>
          <w:color w:val="222222"/>
          <w:sz w:val="21"/>
        </w:rPr>
        <w:t>C) are</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4. A: What time is it?</w:t>
        <w:br/>
        <w:t xml:space="preserve"> B: It is quarter _______ eight. (8:15)</w:t>
      </w:r>
    </w:p>
    <w:p>
      <w:pPr>
        <w:spacing w:before="20" w:after="20"/>
        <w:ind w:left="567"/>
      </w:pPr>
      <w:r>
        <w:rPr>
          <w:rFonts w:ascii="Niramit" w:hAnsi="Niramit"/>
          <w:b w:val="0"/>
          <w:i w:val="0"/>
          <w:color w:val="222222"/>
          <w:sz w:val="21"/>
        </w:rPr>
        <w:t>A) to</w:t>
      </w:r>
    </w:p>
    <w:p>
      <w:pPr>
        <w:spacing w:before="20" w:after="20"/>
        <w:ind w:left="567"/>
      </w:pPr>
      <w:r>
        <w:rPr>
          <w:rFonts w:ascii="Niramit" w:hAnsi="Niramit"/>
          <w:b w:val="0"/>
          <w:i w:val="0"/>
          <w:color w:val="222222"/>
          <w:sz w:val="21"/>
        </w:rPr>
        <w:t>B) past</w:t>
      </w:r>
    </w:p>
    <w:p>
      <w:pPr>
        <w:spacing w:before="20" w:after="20"/>
        <w:ind w:left="567"/>
      </w:pPr>
      <w:r>
        <w:rPr>
          <w:rFonts w:ascii="Niramit" w:hAnsi="Niramit"/>
          <w:b w:val="0"/>
          <w:i w:val="0"/>
          <w:color w:val="222222"/>
          <w:sz w:val="21"/>
        </w:rPr>
        <w:t>C) after</w:t>
      </w:r>
    </w:p>
    <w:p>
      <w:pPr>
        <w:spacing w:before="20" w:after="20"/>
        <w:ind w:left="567"/>
      </w:pPr>
      <w:r>
        <w:rPr>
          <w:rFonts w:ascii="Niramit" w:hAnsi="Niramit"/>
          <w:b w:val="0"/>
          <w:i w:val="0"/>
          <w:color w:val="222222"/>
          <w:sz w:val="21"/>
        </w:rPr>
        <w:t>D) before</w:t>
      </w:r>
    </w:p>
    <w:p/>
    <w:p>
      <w:pPr>
        <w:spacing w:before="120"/>
      </w:pPr>
      <w:r>
        <w:rPr>
          <w:rFonts w:ascii="Niramit" w:hAnsi="Niramit"/>
          <w:b/>
          <w:i w:val="0"/>
          <w:color w:val="222222"/>
          <w:sz w:val="22"/>
        </w:rPr>
        <w:t>5. I wake up _______ 7 o'clock.</w:t>
      </w:r>
    </w:p>
    <w:p>
      <w:pPr>
        <w:spacing w:before="20" w:after="20"/>
        <w:ind w:left="567"/>
      </w:pPr>
      <w:r>
        <w:rPr>
          <w:rFonts w:ascii="Niramit" w:hAnsi="Niramit"/>
          <w:b w:val="0"/>
          <w:i w:val="0"/>
          <w:color w:val="222222"/>
          <w:sz w:val="21"/>
        </w:rPr>
        <w:t>A) in</w:t>
      </w:r>
    </w:p>
    <w:p>
      <w:pPr>
        <w:spacing w:before="20" w:after="20"/>
        <w:ind w:left="567"/>
      </w:pPr>
      <w:r>
        <w:rPr>
          <w:rFonts w:ascii="Niramit" w:hAnsi="Niramit"/>
          <w:b w:val="0"/>
          <w:i w:val="0"/>
          <w:color w:val="222222"/>
          <w:sz w:val="21"/>
        </w:rPr>
        <w:t>B) on</w:t>
      </w:r>
    </w:p>
    <w:p>
      <w:pPr>
        <w:spacing w:before="20" w:after="20"/>
        <w:ind w:left="567"/>
      </w:pPr>
      <w:r>
        <w:rPr>
          <w:rFonts w:ascii="Niramit" w:hAnsi="Niramit"/>
          <w:b w:val="0"/>
          <w:i w:val="0"/>
          <w:color w:val="222222"/>
          <w:sz w:val="21"/>
        </w:rPr>
        <w:t>C) at</w:t>
      </w:r>
    </w:p>
    <w:p>
      <w:pPr>
        <w:spacing w:before="20" w:after="20"/>
        <w:ind w:left="567"/>
      </w:pPr>
      <w:r>
        <w:rPr>
          <w:rFonts w:ascii="Niramit" w:hAnsi="Niramit"/>
          <w:b w:val="0"/>
          <w:i w:val="0"/>
          <w:color w:val="222222"/>
          <w:sz w:val="21"/>
        </w:rPr>
        <w:t>D) to</w:t>
      </w:r>
    </w:p>
    <w:p/>
    <w:p>
      <w:pPr>
        <w:spacing w:before="120"/>
      </w:pPr>
      <w:r>
        <w:rPr>
          <w:rFonts w:ascii="Niramit" w:hAnsi="Niramit"/>
          <w:b/>
          <w:i w:val="0"/>
          <w:color w:val="222222"/>
          <w:sz w:val="22"/>
        </w:rPr>
        <w:t>6. A: Are you a student?</w:t>
        <w:br/>
        <w:t xml:space="preserve"> B: Yes, _______ .</w:t>
      </w:r>
    </w:p>
    <w:p>
      <w:pPr>
        <w:spacing w:before="20" w:after="20"/>
        <w:ind w:left="567"/>
      </w:pPr>
      <w:r>
        <w:rPr>
          <w:rFonts w:ascii="Niramit" w:hAnsi="Niramit"/>
          <w:b w:val="0"/>
          <w:i w:val="0"/>
          <w:color w:val="222222"/>
          <w:sz w:val="21"/>
        </w:rPr>
        <w:t>A) you are</w:t>
      </w:r>
    </w:p>
    <w:p>
      <w:pPr>
        <w:spacing w:before="20" w:after="20"/>
        <w:ind w:left="567"/>
      </w:pPr>
      <w:r>
        <w:rPr>
          <w:rFonts w:ascii="Niramit" w:hAnsi="Niramit"/>
          <w:b w:val="0"/>
          <w:i w:val="0"/>
          <w:color w:val="222222"/>
          <w:sz w:val="21"/>
        </w:rPr>
        <w:t>B) I am</w:t>
      </w:r>
    </w:p>
    <w:p>
      <w:pPr>
        <w:spacing w:before="20" w:after="20"/>
        <w:ind w:left="567"/>
      </w:pPr>
      <w:r>
        <w:rPr>
          <w:rFonts w:ascii="Niramit" w:hAnsi="Niramit"/>
          <w:b w:val="0"/>
          <w:i w:val="0"/>
          <w:color w:val="222222"/>
          <w:sz w:val="21"/>
        </w:rPr>
        <w:t>C) you're</w:t>
      </w:r>
    </w:p>
    <w:p>
      <w:pPr>
        <w:spacing w:before="20" w:after="20"/>
        <w:ind w:left="567"/>
      </w:pPr>
      <w:r>
        <w:rPr>
          <w:rFonts w:ascii="Niramit" w:hAnsi="Niramit"/>
          <w:b w:val="0"/>
          <w:i w:val="0"/>
          <w:color w:val="222222"/>
          <w:sz w:val="21"/>
        </w:rPr>
        <w:t>D) I'm</w:t>
      </w:r>
    </w:p>
    <w:p/>
    <w:p>
      <w:pPr>
        <w:spacing w:before="120"/>
      </w:pPr>
      <w:r>
        <w:rPr>
          <w:rFonts w:ascii="Niramit" w:hAnsi="Niramit"/>
          <w:b/>
          <w:i w:val="0"/>
          <w:color w:val="222222"/>
          <w:sz w:val="22"/>
        </w:rPr>
        <w:t>7. My sister is very kind. I love _______ .</w:t>
      </w:r>
    </w:p>
    <w:p>
      <w:pPr>
        <w:spacing w:before="20" w:after="20"/>
        <w:ind w:left="567"/>
      </w:pPr>
      <w:r>
        <w:rPr>
          <w:rFonts w:ascii="Niramit" w:hAnsi="Niramit"/>
          <w:b w:val="0"/>
          <w:i w:val="0"/>
          <w:color w:val="222222"/>
          <w:sz w:val="21"/>
        </w:rPr>
        <w:t>A) she</w:t>
      </w:r>
    </w:p>
    <w:p>
      <w:pPr>
        <w:spacing w:before="20" w:after="20"/>
        <w:ind w:left="567"/>
      </w:pPr>
      <w:r>
        <w:rPr>
          <w:rFonts w:ascii="Niramit" w:hAnsi="Niramit"/>
          <w:b w:val="0"/>
          <w:i w:val="0"/>
          <w:color w:val="222222"/>
          <w:sz w:val="21"/>
        </w:rPr>
        <w:t>B) her</w:t>
      </w:r>
    </w:p>
    <w:p>
      <w:pPr>
        <w:spacing w:before="20" w:after="20"/>
        <w:ind w:left="567"/>
      </w:pPr>
      <w:r>
        <w:rPr>
          <w:rFonts w:ascii="Niramit" w:hAnsi="Niramit"/>
          <w:b w:val="0"/>
          <w:i w:val="0"/>
          <w:color w:val="222222"/>
          <w:sz w:val="21"/>
        </w:rPr>
        <w:t>C) he</w:t>
      </w:r>
    </w:p>
    <w:p>
      <w:pPr>
        <w:spacing w:before="20" w:after="20"/>
        <w:ind w:left="567"/>
      </w:pPr>
      <w:r>
        <w:rPr>
          <w:rFonts w:ascii="Niramit" w:hAnsi="Niramit"/>
          <w:b w:val="0"/>
          <w:i w:val="0"/>
          <w:color w:val="222222"/>
          <w:sz w:val="21"/>
        </w:rPr>
        <w:t>D) him</w:t>
      </w:r>
    </w:p>
    <w:p/>
    <w:p>
      <w:pPr>
        <w:spacing w:before="120"/>
      </w:pPr>
      <w:r>
        <w:rPr>
          <w:rFonts w:ascii="Niramit" w:hAnsi="Niramit"/>
          <w:b/>
          <w:i w:val="0"/>
          <w:color w:val="222222"/>
          <w:sz w:val="22"/>
        </w:rPr>
        <w:t>8. I _______ my face every morning.</w:t>
      </w:r>
    </w:p>
    <w:p>
      <w:pPr>
        <w:spacing w:before="20" w:after="20"/>
        <w:ind w:left="567"/>
      </w:pPr>
      <w:r>
        <w:rPr>
          <w:rFonts w:ascii="Niramit" w:hAnsi="Niramit"/>
          <w:b w:val="0"/>
          <w:i w:val="0"/>
          <w:color w:val="222222"/>
          <w:sz w:val="21"/>
        </w:rPr>
        <w:t>A) brush</w:t>
      </w:r>
    </w:p>
    <w:p>
      <w:pPr>
        <w:spacing w:before="20" w:after="20"/>
        <w:ind w:left="567"/>
      </w:pPr>
      <w:r>
        <w:rPr>
          <w:rFonts w:ascii="Niramit" w:hAnsi="Niramit"/>
          <w:b w:val="0"/>
          <w:i w:val="0"/>
          <w:color w:val="222222"/>
          <w:sz w:val="21"/>
        </w:rPr>
        <w:t>B) comb</w:t>
      </w:r>
    </w:p>
    <w:p>
      <w:pPr>
        <w:spacing w:before="20" w:after="20"/>
        <w:ind w:left="567"/>
      </w:pPr>
      <w:r>
        <w:rPr>
          <w:rFonts w:ascii="Niramit" w:hAnsi="Niramit"/>
          <w:b w:val="0"/>
          <w:i w:val="0"/>
          <w:color w:val="222222"/>
          <w:sz w:val="21"/>
        </w:rPr>
        <w:t>C) wash</w:t>
      </w:r>
    </w:p>
    <w:p>
      <w:pPr>
        <w:spacing w:before="20" w:after="20"/>
        <w:ind w:left="567"/>
      </w:pPr>
      <w:r>
        <w:rPr>
          <w:rFonts w:ascii="Niramit" w:hAnsi="Niramit"/>
          <w:b w:val="0"/>
          <w:i w:val="0"/>
          <w:color w:val="222222"/>
          <w:sz w:val="21"/>
        </w:rPr>
        <w:t>D) watch</w:t>
      </w:r>
    </w:p>
    <w:p/>
    <w:p>
      <w:pPr>
        <w:spacing w:before="120"/>
      </w:pPr>
      <w:r>
        <w:rPr>
          <w:rFonts w:ascii="Niramit" w:hAnsi="Niramit"/>
          <w:b/>
          <w:i w:val="0"/>
          <w:color w:val="222222"/>
          <w:sz w:val="22"/>
        </w:rPr>
        <w:t>9. A: Is your father at home?</w:t>
        <w:br/>
        <w:t xml:space="preserve"> B: No, _______ . He is at work.</w:t>
      </w:r>
    </w:p>
    <w:p>
      <w:pPr>
        <w:spacing w:before="20" w:after="20"/>
        <w:ind w:left="567"/>
      </w:pPr>
      <w:r>
        <w:rPr>
          <w:rFonts w:ascii="Niramit" w:hAnsi="Niramit"/>
          <w:b w:val="0"/>
          <w:i w:val="0"/>
          <w:color w:val="222222"/>
          <w:sz w:val="21"/>
        </w:rPr>
        <w:t>A) he is</w:t>
      </w:r>
    </w:p>
    <w:p>
      <w:pPr>
        <w:spacing w:before="20" w:after="20"/>
        <w:ind w:left="567"/>
      </w:pPr>
      <w:r>
        <w:rPr>
          <w:rFonts w:ascii="Niramit" w:hAnsi="Niramit"/>
          <w:b w:val="0"/>
          <w:i w:val="0"/>
          <w:color w:val="222222"/>
          <w:sz w:val="21"/>
        </w:rPr>
        <w:t>B) he isn't</w:t>
      </w:r>
    </w:p>
    <w:p>
      <w:pPr>
        <w:spacing w:before="20" w:after="20"/>
        <w:ind w:left="567"/>
      </w:pPr>
      <w:r>
        <w:rPr>
          <w:rFonts w:ascii="Niramit" w:hAnsi="Niramit"/>
          <w:b w:val="0"/>
          <w:i w:val="0"/>
          <w:color w:val="222222"/>
          <w:sz w:val="21"/>
        </w:rPr>
        <w:t>C) she isn't</w:t>
      </w:r>
    </w:p>
    <w:p>
      <w:pPr>
        <w:spacing w:before="20" w:after="20"/>
        <w:ind w:left="567"/>
      </w:pPr>
      <w:r>
        <w:rPr>
          <w:rFonts w:ascii="Niramit" w:hAnsi="Niramit"/>
          <w:b w:val="0"/>
          <w:i w:val="0"/>
          <w:color w:val="222222"/>
          <w:sz w:val="21"/>
        </w:rPr>
        <w:t>D) it isn't</w:t>
      </w:r>
    </w:p>
    <w:p/>
    <w:p>
      <w:pPr>
        <w:spacing w:before="120"/>
      </w:pPr>
      <w:r>
        <w:rPr>
          <w:rFonts w:ascii="Niramit" w:hAnsi="Niramit"/>
          <w:b/>
          <w:i w:val="0"/>
          <w:color w:val="222222"/>
          <w:sz w:val="22"/>
        </w:rPr>
        <w:t>10. I _______ my teeth before breakfast.</w:t>
      </w:r>
    </w:p>
    <w:p>
      <w:pPr>
        <w:spacing w:before="20" w:after="20"/>
        <w:ind w:left="567"/>
      </w:pPr>
      <w:r>
        <w:rPr>
          <w:rFonts w:ascii="Niramit" w:hAnsi="Niramit"/>
          <w:b w:val="0"/>
          <w:i w:val="0"/>
          <w:color w:val="222222"/>
          <w:sz w:val="21"/>
        </w:rPr>
        <w:t>A) take</w:t>
      </w:r>
    </w:p>
    <w:p>
      <w:pPr>
        <w:spacing w:before="20" w:after="20"/>
        <w:ind w:left="567"/>
      </w:pPr>
      <w:r>
        <w:rPr>
          <w:rFonts w:ascii="Niramit" w:hAnsi="Niramit"/>
          <w:b w:val="0"/>
          <w:i w:val="0"/>
          <w:color w:val="222222"/>
          <w:sz w:val="21"/>
        </w:rPr>
        <w:t>B) brush</w:t>
      </w:r>
    </w:p>
    <w:p>
      <w:pPr>
        <w:spacing w:before="20" w:after="20"/>
        <w:ind w:left="567"/>
      </w:pPr>
      <w:r>
        <w:rPr>
          <w:rFonts w:ascii="Niramit" w:hAnsi="Niramit"/>
          <w:b w:val="0"/>
          <w:i w:val="0"/>
          <w:color w:val="222222"/>
          <w:sz w:val="21"/>
        </w:rPr>
        <w:t>C) go</w:t>
      </w:r>
    </w:p>
    <w:p>
      <w:pPr>
        <w:spacing w:before="20" w:after="20"/>
        <w:ind w:left="567"/>
      </w:pPr>
      <w:r>
        <w:rPr>
          <w:rFonts w:ascii="Niramit" w:hAnsi="Niramit"/>
          <w:b w:val="0"/>
          <w:i w:val="0"/>
          <w:color w:val="222222"/>
          <w:sz w:val="21"/>
        </w:rPr>
        <w:t>D) have</w:t>
      </w:r>
    </w:p>
    <w:p/>
    <w:p>
      <w:pPr>
        <w:spacing w:before="120"/>
      </w:pPr>
      <w:r>
        <w:rPr>
          <w:rFonts w:ascii="Niramit" w:hAnsi="Niramit"/>
          <w:b/>
          <w:i w:val="0"/>
          <w:color w:val="222222"/>
          <w:sz w:val="22"/>
        </w:rPr>
        <w:t>11. A: _______ your friends at the park?</w:t>
        <w:br/>
        <w:t xml:space="preserve"> B: Yes, they are.</w:t>
      </w:r>
    </w:p>
    <w:p>
      <w:pPr>
        <w:spacing w:before="20" w:after="20"/>
        <w:ind w:left="567"/>
      </w:pPr>
      <w:r>
        <w:rPr>
          <w:rFonts w:ascii="Niramit" w:hAnsi="Niramit"/>
          <w:b w:val="0"/>
          <w:i w:val="0"/>
          <w:color w:val="222222"/>
          <w:sz w:val="21"/>
        </w:rPr>
        <w:t>A) Is</w:t>
      </w:r>
    </w:p>
    <w:p>
      <w:pPr>
        <w:spacing w:before="20" w:after="20"/>
        <w:ind w:left="567"/>
      </w:pPr>
      <w:r>
        <w:rPr>
          <w:rFonts w:ascii="Niramit" w:hAnsi="Niramit"/>
          <w:b w:val="0"/>
          <w:i w:val="0"/>
          <w:color w:val="222222"/>
          <w:sz w:val="21"/>
        </w:rPr>
        <w:t>B) Am</w:t>
      </w:r>
    </w:p>
    <w:p>
      <w:pPr>
        <w:spacing w:before="20" w:after="20"/>
        <w:ind w:left="567"/>
      </w:pPr>
      <w:r>
        <w:rPr>
          <w:rFonts w:ascii="Niramit" w:hAnsi="Niramit"/>
          <w:b w:val="0"/>
          <w:i w:val="0"/>
          <w:color w:val="222222"/>
          <w:sz w:val="21"/>
        </w:rPr>
        <w:t>C) Are</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12. It is _______ past seven. (7:30)</w:t>
      </w:r>
    </w:p>
    <w:p>
      <w:pPr>
        <w:spacing w:before="20" w:after="20"/>
        <w:ind w:left="567"/>
      </w:pPr>
      <w:r>
        <w:rPr>
          <w:rFonts w:ascii="Niramit" w:hAnsi="Niramit"/>
          <w:b w:val="0"/>
          <w:i w:val="0"/>
          <w:color w:val="222222"/>
          <w:sz w:val="21"/>
        </w:rPr>
        <w:t>A) half</w:t>
      </w:r>
    </w:p>
    <w:p>
      <w:pPr>
        <w:spacing w:before="20" w:after="20"/>
        <w:ind w:left="567"/>
      </w:pPr>
      <w:r>
        <w:rPr>
          <w:rFonts w:ascii="Niramit" w:hAnsi="Niramit"/>
          <w:b w:val="0"/>
          <w:i w:val="0"/>
          <w:color w:val="222222"/>
          <w:sz w:val="21"/>
        </w:rPr>
        <w:t>B) quarter</w:t>
      </w:r>
    </w:p>
    <w:p>
      <w:pPr>
        <w:spacing w:before="20" w:after="20"/>
        <w:ind w:left="567"/>
      </w:pPr>
      <w:r>
        <w:rPr>
          <w:rFonts w:ascii="Niramit" w:hAnsi="Niramit"/>
          <w:b w:val="0"/>
          <w:i w:val="0"/>
          <w:color w:val="222222"/>
          <w:sz w:val="21"/>
        </w:rPr>
        <w:t>C) o'clock</w:t>
      </w:r>
    </w:p>
    <w:p>
      <w:pPr>
        <w:spacing w:before="20" w:after="20"/>
        <w:ind w:left="567"/>
      </w:pPr>
      <w:r>
        <w:rPr>
          <w:rFonts w:ascii="Niramit" w:hAnsi="Niramit"/>
          <w:b w:val="0"/>
          <w:i w:val="0"/>
          <w:color w:val="222222"/>
          <w:sz w:val="21"/>
        </w:rPr>
        <w:t>D) full</w:t>
      </w:r>
    </w:p>
    <w:p/>
    <w:p>
      <w:pPr>
        <w:spacing w:before="120"/>
      </w:pPr>
      <w:r>
        <w:rPr>
          <w:rFonts w:ascii="Niramit" w:hAnsi="Niramit"/>
          <w:b/>
          <w:i w:val="0"/>
          <w:color w:val="222222"/>
          <w:sz w:val="22"/>
        </w:rPr>
        <w:t>13. _______ are the parts of your body above your neck.</w:t>
      </w:r>
    </w:p>
    <w:p>
      <w:pPr>
        <w:spacing w:before="20" w:after="20"/>
        <w:ind w:left="567"/>
      </w:pPr>
      <w:r>
        <w:rPr>
          <w:rFonts w:ascii="Niramit" w:hAnsi="Niramit"/>
          <w:b w:val="0"/>
          <w:i w:val="0"/>
          <w:color w:val="222222"/>
          <w:sz w:val="21"/>
        </w:rPr>
        <w:t>A) Legs and feet</w:t>
      </w:r>
    </w:p>
    <w:p>
      <w:pPr>
        <w:spacing w:before="20" w:after="20"/>
        <w:ind w:left="567"/>
      </w:pPr>
      <w:r>
        <w:rPr>
          <w:rFonts w:ascii="Niramit" w:hAnsi="Niramit"/>
          <w:b w:val="0"/>
          <w:i w:val="0"/>
          <w:color w:val="222222"/>
          <w:sz w:val="21"/>
        </w:rPr>
        <w:t>B) Arms and hands</w:t>
      </w:r>
    </w:p>
    <w:p>
      <w:pPr>
        <w:spacing w:before="20" w:after="20"/>
        <w:ind w:left="567"/>
      </w:pPr>
      <w:r>
        <w:rPr>
          <w:rFonts w:ascii="Niramit" w:hAnsi="Niramit"/>
          <w:b w:val="0"/>
          <w:i w:val="0"/>
          <w:color w:val="222222"/>
          <w:sz w:val="21"/>
        </w:rPr>
        <w:t>C) Head and shoulders</w:t>
      </w:r>
    </w:p>
    <w:p>
      <w:pPr>
        <w:spacing w:before="20" w:after="20"/>
        <w:ind w:left="567"/>
      </w:pPr>
      <w:r>
        <w:rPr>
          <w:rFonts w:ascii="Niramit" w:hAnsi="Niramit"/>
          <w:b w:val="0"/>
          <w:i w:val="0"/>
          <w:color w:val="222222"/>
          <w:sz w:val="21"/>
        </w:rPr>
        <w:t>D) Fingers and toes</w:t>
      </w:r>
    </w:p>
    <w:p/>
    <w:p>
      <w:pPr>
        <w:spacing w:before="120"/>
      </w:pPr>
      <w:r>
        <w:rPr>
          <w:rFonts w:ascii="Niramit" w:hAnsi="Niramit"/>
          <w:b/>
          <w:i w:val="0"/>
          <w:color w:val="222222"/>
          <w:sz w:val="22"/>
        </w:rPr>
        <w:t>14. I do my homework _______ school.</w:t>
      </w:r>
    </w:p>
    <w:p>
      <w:pPr>
        <w:spacing w:before="20" w:after="20"/>
        <w:ind w:left="567"/>
      </w:pPr>
      <w:r>
        <w:rPr>
          <w:rFonts w:ascii="Niramit" w:hAnsi="Niramit"/>
          <w:b w:val="0"/>
          <w:i w:val="0"/>
          <w:color w:val="222222"/>
          <w:sz w:val="21"/>
        </w:rPr>
        <w:t>A) at</w:t>
      </w:r>
    </w:p>
    <w:p>
      <w:pPr>
        <w:spacing w:before="20" w:after="20"/>
        <w:ind w:left="567"/>
      </w:pPr>
      <w:r>
        <w:rPr>
          <w:rFonts w:ascii="Niramit" w:hAnsi="Niramit"/>
          <w:b w:val="0"/>
          <w:i w:val="0"/>
          <w:color w:val="222222"/>
          <w:sz w:val="21"/>
        </w:rPr>
        <w:t>B) in</w:t>
      </w:r>
    </w:p>
    <w:p>
      <w:pPr>
        <w:spacing w:before="20" w:after="20"/>
        <w:ind w:left="567"/>
      </w:pPr>
      <w:r>
        <w:rPr>
          <w:rFonts w:ascii="Niramit" w:hAnsi="Niramit"/>
          <w:b w:val="0"/>
          <w:i w:val="0"/>
          <w:color w:val="222222"/>
          <w:sz w:val="21"/>
        </w:rPr>
        <w:t>C) before</w:t>
      </w:r>
    </w:p>
    <w:p>
      <w:pPr>
        <w:spacing w:before="20" w:after="20"/>
        <w:ind w:left="567"/>
      </w:pPr>
      <w:r>
        <w:rPr>
          <w:rFonts w:ascii="Niramit" w:hAnsi="Niramit"/>
          <w:b w:val="0"/>
          <w:i w:val="0"/>
          <w:color w:val="222222"/>
          <w:sz w:val="21"/>
        </w:rPr>
        <w:t>D) after</w:t>
      </w:r>
    </w:p>
    <w:p/>
    <w:p>
      <w:pPr>
        <w:spacing w:before="120"/>
      </w:pPr>
      <w:r>
        <w:rPr>
          <w:rFonts w:ascii="Niramit" w:hAnsi="Niramit"/>
          <w:b/>
          <w:i w:val="0"/>
          <w:color w:val="222222"/>
          <w:sz w:val="22"/>
        </w:rPr>
        <w:t>15. A: Give this book to Ali.</w:t>
        <w:br/>
        <w:t xml:space="preserve"> B: OK. I give it to _______ .</w:t>
      </w:r>
    </w:p>
    <w:p>
      <w:pPr>
        <w:spacing w:before="20" w:after="20"/>
        <w:ind w:left="567"/>
      </w:pPr>
      <w:r>
        <w:rPr>
          <w:rFonts w:ascii="Niramit" w:hAnsi="Niramit"/>
          <w:b w:val="0"/>
          <w:i w:val="0"/>
          <w:color w:val="222222"/>
          <w:sz w:val="21"/>
        </w:rPr>
        <w:t>A) he</w:t>
      </w:r>
    </w:p>
    <w:p>
      <w:pPr>
        <w:spacing w:before="20" w:after="20"/>
        <w:ind w:left="567"/>
      </w:pPr>
      <w:r>
        <w:rPr>
          <w:rFonts w:ascii="Niramit" w:hAnsi="Niramit"/>
          <w:b w:val="0"/>
          <w:i w:val="0"/>
          <w:color w:val="222222"/>
          <w:sz w:val="21"/>
        </w:rPr>
        <w:t>B) him</w:t>
      </w:r>
    </w:p>
    <w:p>
      <w:pPr>
        <w:spacing w:before="20" w:after="20"/>
        <w:ind w:left="567"/>
      </w:pPr>
      <w:r>
        <w:rPr>
          <w:rFonts w:ascii="Niramit" w:hAnsi="Niramit"/>
          <w:b w:val="0"/>
          <w:i w:val="0"/>
          <w:color w:val="222222"/>
          <w:sz w:val="21"/>
        </w:rPr>
        <w:t>C) his</w:t>
      </w:r>
    </w:p>
    <w:p>
      <w:pPr>
        <w:spacing w:before="20" w:after="20"/>
        <w:ind w:left="567"/>
      </w:pPr>
      <w:r>
        <w:rPr>
          <w:rFonts w:ascii="Niramit" w:hAnsi="Niramit"/>
          <w:b w:val="0"/>
          <w:i w:val="0"/>
          <w:color w:val="222222"/>
          <w:sz w:val="21"/>
        </w:rPr>
        <w:t>D) she</w:t>
      </w:r>
    </w:p>
    <w:p>
      <w:r>
        <w:br w:type="page"/>
      </w:r>
    </w:p>
    <w:p>
      <w:pPr>
        <w:jc w:val="center"/>
      </w:pPr>
      <w:r>
        <w:rPr>
          <w:rFonts w:ascii="Niramit" w:hAnsi="Niramit"/>
          <w:b/>
          <w:i w:val="0"/>
          <w:color w:val="1A559E"/>
          <w:sz w:val="28"/>
        </w:rPr>
        <w:t>DENEME 2 — ORTA</w:t>
      </w:r>
    </w:p>
    <w:p>
      <w:pPr>
        <w:jc w:val="center"/>
      </w:pPr>
      <w:r>
        <w:rPr>
          <w:rFonts w:ascii="Niramit" w:hAnsi="Niramit"/>
          <w:b w:val="0"/>
          <w:i/>
          <w:color w:val="666666"/>
          <w:sz w:val="20"/>
        </w:rPr>
        <w:t>15 Soru  |  Süre: 20 Dakika  |  Kapsam: Unit 1 Orta Düzey</w:t>
      </w:r>
    </w:p>
    <w:p/>
    <w:p>
      <w:pPr>
        <w:spacing w:before="120"/>
      </w:pPr>
      <w:r>
        <w:rPr>
          <w:rFonts w:ascii="Niramit" w:hAnsi="Niramit"/>
          <w:b/>
          <w:i w:val="0"/>
          <w:color w:val="222222"/>
          <w:sz w:val="22"/>
        </w:rPr>
        <w:t>1. A: Is your sister at home?</w:t>
        <w:br/>
        <w:t xml:space="preserve"> B: No, she _______ . She is at school.</w:t>
      </w:r>
    </w:p>
    <w:p>
      <w:pPr>
        <w:spacing w:before="20" w:after="20"/>
        <w:ind w:left="567"/>
      </w:pPr>
      <w:r>
        <w:rPr>
          <w:rFonts w:ascii="Niramit" w:hAnsi="Niramit"/>
          <w:b w:val="0"/>
          <w:i w:val="0"/>
          <w:color w:val="222222"/>
          <w:sz w:val="21"/>
        </w:rPr>
        <w:t>A) is</w:t>
      </w:r>
    </w:p>
    <w:p>
      <w:pPr>
        <w:spacing w:before="20" w:after="20"/>
        <w:ind w:left="567"/>
      </w:pPr>
      <w:r>
        <w:rPr>
          <w:rFonts w:ascii="Niramit" w:hAnsi="Niramit"/>
          <w:b w:val="0"/>
          <w:i w:val="0"/>
          <w:color w:val="222222"/>
          <w:sz w:val="21"/>
        </w:rPr>
        <w:t>B) isn't</w:t>
      </w:r>
    </w:p>
    <w:p>
      <w:pPr>
        <w:spacing w:before="20" w:after="20"/>
        <w:ind w:left="567"/>
      </w:pPr>
      <w:r>
        <w:rPr>
          <w:rFonts w:ascii="Niramit" w:hAnsi="Niramit"/>
          <w:b w:val="0"/>
          <w:i w:val="0"/>
          <w:color w:val="222222"/>
          <w:sz w:val="21"/>
        </w:rPr>
        <w:t>C) aren't</w:t>
      </w:r>
    </w:p>
    <w:p>
      <w:pPr>
        <w:spacing w:before="20" w:after="20"/>
        <w:ind w:left="567"/>
      </w:pPr>
      <w:r>
        <w:rPr>
          <w:rFonts w:ascii="Niramit" w:hAnsi="Niramit"/>
          <w:b w:val="0"/>
          <w:i w:val="0"/>
          <w:color w:val="222222"/>
          <w:sz w:val="21"/>
        </w:rPr>
        <w:t>D) am not</w:t>
      </w:r>
    </w:p>
    <w:p/>
    <w:p>
      <w:pPr>
        <w:spacing w:before="120"/>
      </w:pPr>
      <w:r>
        <w:rPr>
          <w:rFonts w:ascii="Niramit" w:hAnsi="Niramit"/>
          <w:b/>
          <w:i w:val="0"/>
          <w:color w:val="222222"/>
          <w:sz w:val="22"/>
        </w:rPr>
        <w:t>2. My brother and I _______ in the garden.</w:t>
      </w:r>
    </w:p>
    <w:p>
      <w:pPr>
        <w:spacing w:before="20" w:after="20"/>
        <w:ind w:left="567"/>
      </w:pPr>
      <w:r>
        <w:rPr>
          <w:rFonts w:ascii="Niramit" w:hAnsi="Niramit"/>
          <w:b w:val="0"/>
          <w:i w:val="0"/>
          <w:color w:val="222222"/>
          <w:sz w:val="21"/>
        </w:rPr>
        <w:t>A) am</w:t>
      </w:r>
    </w:p>
    <w:p>
      <w:pPr>
        <w:spacing w:before="20" w:after="20"/>
        <w:ind w:left="567"/>
      </w:pPr>
      <w:r>
        <w:rPr>
          <w:rFonts w:ascii="Niramit" w:hAnsi="Niramit"/>
          <w:b w:val="0"/>
          <w:i w:val="0"/>
          <w:color w:val="222222"/>
          <w:sz w:val="21"/>
        </w:rPr>
        <w:t>B) are</w:t>
      </w:r>
    </w:p>
    <w:p>
      <w:pPr>
        <w:spacing w:before="20" w:after="20"/>
        <w:ind w:left="567"/>
      </w:pPr>
      <w:r>
        <w:rPr>
          <w:rFonts w:ascii="Niramit" w:hAnsi="Niramit"/>
          <w:b w:val="0"/>
          <w:i w:val="0"/>
          <w:color w:val="222222"/>
          <w:sz w:val="21"/>
        </w:rPr>
        <w:t>C) is</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3. Look at _______ ! He is climbing the tree.</w:t>
      </w:r>
    </w:p>
    <w:p>
      <w:pPr>
        <w:spacing w:before="20" w:after="20"/>
        <w:ind w:left="567"/>
      </w:pPr>
      <w:r>
        <w:rPr>
          <w:rFonts w:ascii="Niramit" w:hAnsi="Niramit"/>
          <w:b w:val="0"/>
          <w:i w:val="0"/>
          <w:color w:val="222222"/>
          <w:sz w:val="21"/>
        </w:rPr>
        <w:t>A) he</w:t>
      </w:r>
    </w:p>
    <w:p>
      <w:pPr>
        <w:spacing w:before="20" w:after="20"/>
        <w:ind w:left="567"/>
      </w:pPr>
      <w:r>
        <w:rPr>
          <w:rFonts w:ascii="Niramit" w:hAnsi="Niramit"/>
          <w:b w:val="0"/>
          <w:i w:val="0"/>
          <w:color w:val="222222"/>
          <w:sz w:val="21"/>
        </w:rPr>
        <w:t>B) him</w:t>
      </w:r>
    </w:p>
    <w:p>
      <w:pPr>
        <w:spacing w:before="20" w:after="20"/>
        <w:ind w:left="567"/>
      </w:pPr>
      <w:r>
        <w:rPr>
          <w:rFonts w:ascii="Niramit" w:hAnsi="Niramit"/>
          <w:b w:val="0"/>
          <w:i w:val="0"/>
          <w:color w:val="222222"/>
          <w:sz w:val="21"/>
        </w:rPr>
        <w:t>C) his</w:t>
      </w:r>
    </w:p>
    <w:p>
      <w:pPr>
        <w:spacing w:before="20" w:after="20"/>
        <w:ind w:left="567"/>
      </w:pPr>
      <w:r>
        <w:rPr>
          <w:rFonts w:ascii="Niramit" w:hAnsi="Niramit"/>
          <w:b w:val="0"/>
          <w:i w:val="0"/>
          <w:color w:val="222222"/>
          <w:sz w:val="21"/>
        </w:rPr>
        <w:t>D) she</w:t>
      </w:r>
    </w:p>
    <w:p/>
    <w:p>
      <w:pPr>
        <w:spacing w:before="120"/>
      </w:pPr>
      <w:r>
        <w:rPr>
          <w:rFonts w:ascii="Niramit" w:hAnsi="Niramit"/>
          <w:b/>
          <w:i w:val="0"/>
          <w:color w:val="222222"/>
          <w:sz w:val="22"/>
        </w:rPr>
        <w:t>4. A: _______ you ready for school?</w:t>
        <w:br/>
        <w:t xml:space="preserve"> B: Yes, I am.</w:t>
      </w:r>
    </w:p>
    <w:p>
      <w:pPr>
        <w:spacing w:before="20" w:after="20"/>
        <w:ind w:left="567"/>
      </w:pPr>
      <w:r>
        <w:rPr>
          <w:rFonts w:ascii="Niramit" w:hAnsi="Niramit"/>
          <w:b w:val="0"/>
          <w:i w:val="0"/>
          <w:color w:val="222222"/>
          <w:sz w:val="21"/>
        </w:rPr>
        <w:t>A) Is</w:t>
      </w:r>
    </w:p>
    <w:p>
      <w:pPr>
        <w:spacing w:before="20" w:after="20"/>
        <w:ind w:left="567"/>
      </w:pPr>
      <w:r>
        <w:rPr>
          <w:rFonts w:ascii="Niramit" w:hAnsi="Niramit"/>
          <w:b w:val="0"/>
          <w:i w:val="0"/>
          <w:color w:val="222222"/>
          <w:sz w:val="21"/>
        </w:rPr>
        <w:t>B) Am</w:t>
      </w:r>
    </w:p>
    <w:p>
      <w:pPr>
        <w:spacing w:before="20" w:after="20"/>
        <w:ind w:left="567"/>
      </w:pPr>
      <w:r>
        <w:rPr>
          <w:rFonts w:ascii="Niramit" w:hAnsi="Niramit"/>
          <w:b w:val="0"/>
          <w:i w:val="0"/>
          <w:color w:val="222222"/>
          <w:sz w:val="21"/>
        </w:rPr>
        <w:t>C) Are</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5. A: Are your pencils in your bag?</w:t>
        <w:br/>
        <w:t xml:space="preserve"> B: Yes, _______ .</w:t>
      </w:r>
    </w:p>
    <w:p>
      <w:pPr>
        <w:spacing w:before="20" w:after="20"/>
        <w:ind w:left="567"/>
      </w:pPr>
      <w:r>
        <w:rPr>
          <w:rFonts w:ascii="Niramit" w:hAnsi="Niramit"/>
          <w:b w:val="0"/>
          <w:i w:val="0"/>
          <w:color w:val="222222"/>
          <w:sz w:val="21"/>
        </w:rPr>
        <w:t>A) it is</w:t>
      </w:r>
    </w:p>
    <w:p>
      <w:pPr>
        <w:spacing w:before="20" w:after="20"/>
        <w:ind w:left="567"/>
      </w:pPr>
      <w:r>
        <w:rPr>
          <w:rFonts w:ascii="Niramit" w:hAnsi="Niramit"/>
          <w:b w:val="0"/>
          <w:i w:val="0"/>
          <w:color w:val="222222"/>
          <w:sz w:val="21"/>
        </w:rPr>
        <w:t>B) we are</w:t>
      </w:r>
    </w:p>
    <w:p>
      <w:pPr>
        <w:spacing w:before="20" w:after="20"/>
        <w:ind w:left="567"/>
      </w:pPr>
      <w:r>
        <w:rPr>
          <w:rFonts w:ascii="Niramit" w:hAnsi="Niramit"/>
          <w:b w:val="0"/>
          <w:i w:val="0"/>
          <w:color w:val="222222"/>
          <w:sz w:val="21"/>
        </w:rPr>
        <w:t>C) I am</w:t>
      </w:r>
    </w:p>
    <w:p>
      <w:pPr>
        <w:spacing w:before="20" w:after="20"/>
        <w:ind w:left="567"/>
      </w:pPr>
      <w:r>
        <w:rPr>
          <w:rFonts w:ascii="Niramit" w:hAnsi="Niramit"/>
          <w:b w:val="0"/>
          <w:i w:val="0"/>
          <w:color w:val="222222"/>
          <w:sz w:val="21"/>
        </w:rPr>
        <w:t>D) they are</w:t>
      </w:r>
    </w:p>
    <w:p/>
    <w:p>
      <w:pPr>
        <w:spacing w:before="120"/>
      </w:pPr>
      <w:r>
        <w:rPr>
          <w:rFonts w:ascii="Niramit" w:hAnsi="Niramit"/>
          <w:b/>
          <w:i w:val="0"/>
          <w:color w:val="222222"/>
          <w:sz w:val="22"/>
        </w:rPr>
        <w:t>6. I have breakfast _______ the morning.</w:t>
      </w:r>
    </w:p>
    <w:p>
      <w:pPr>
        <w:spacing w:before="20" w:after="20"/>
        <w:ind w:left="567"/>
      </w:pPr>
      <w:r>
        <w:rPr>
          <w:rFonts w:ascii="Niramit" w:hAnsi="Niramit"/>
          <w:b w:val="0"/>
          <w:i w:val="0"/>
          <w:color w:val="222222"/>
          <w:sz w:val="21"/>
        </w:rPr>
        <w:t>A) at</w:t>
      </w:r>
    </w:p>
    <w:p>
      <w:pPr>
        <w:spacing w:before="20" w:after="20"/>
        <w:ind w:left="567"/>
      </w:pPr>
      <w:r>
        <w:rPr>
          <w:rFonts w:ascii="Niramit" w:hAnsi="Niramit"/>
          <w:b w:val="0"/>
          <w:i w:val="0"/>
          <w:color w:val="222222"/>
          <w:sz w:val="21"/>
        </w:rPr>
        <w:t>B) on</w:t>
      </w:r>
    </w:p>
    <w:p>
      <w:pPr>
        <w:spacing w:before="20" w:after="20"/>
        <w:ind w:left="567"/>
      </w:pPr>
      <w:r>
        <w:rPr>
          <w:rFonts w:ascii="Niramit" w:hAnsi="Niramit"/>
          <w:b w:val="0"/>
          <w:i w:val="0"/>
          <w:color w:val="222222"/>
          <w:sz w:val="21"/>
        </w:rPr>
        <w:t>C) in</w:t>
      </w:r>
    </w:p>
    <w:p>
      <w:pPr>
        <w:spacing w:before="20" w:after="20"/>
        <w:ind w:left="567"/>
      </w:pPr>
      <w:r>
        <w:rPr>
          <w:rFonts w:ascii="Niramit" w:hAnsi="Niramit"/>
          <w:b w:val="0"/>
          <w:i w:val="0"/>
          <w:color w:val="222222"/>
          <w:sz w:val="21"/>
        </w:rPr>
        <w:t>D) to</w:t>
      </w:r>
    </w:p>
    <w:p/>
    <w:p>
      <w:pPr>
        <w:spacing w:before="120"/>
      </w:pPr>
      <w:r>
        <w:rPr>
          <w:rFonts w:ascii="Niramit" w:hAnsi="Niramit"/>
          <w:b/>
          <w:i w:val="0"/>
          <w:color w:val="222222"/>
          <w:sz w:val="22"/>
        </w:rPr>
        <w:t>7. _______ name is Emily. _______ is a very kind girl.</w:t>
      </w:r>
    </w:p>
    <w:p>
      <w:pPr>
        <w:spacing w:before="20" w:after="20"/>
        <w:ind w:left="567"/>
      </w:pPr>
      <w:r>
        <w:rPr>
          <w:rFonts w:ascii="Niramit" w:hAnsi="Niramit"/>
          <w:b w:val="0"/>
          <w:i w:val="0"/>
          <w:color w:val="222222"/>
          <w:sz w:val="21"/>
        </w:rPr>
        <w:t>A) Her / She</w:t>
      </w:r>
    </w:p>
    <w:p>
      <w:pPr>
        <w:spacing w:before="20" w:after="20"/>
        <w:ind w:left="567"/>
      </w:pPr>
      <w:r>
        <w:rPr>
          <w:rFonts w:ascii="Niramit" w:hAnsi="Niramit"/>
          <w:b w:val="0"/>
          <w:i w:val="0"/>
          <w:color w:val="222222"/>
          <w:sz w:val="21"/>
        </w:rPr>
        <w:t>B) She / Her</w:t>
      </w:r>
    </w:p>
    <w:p>
      <w:pPr>
        <w:spacing w:before="20" w:after="20"/>
        <w:ind w:left="567"/>
      </w:pPr>
      <w:r>
        <w:rPr>
          <w:rFonts w:ascii="Niramit" w:hAnsi="Niramit"/>
          <w:b w:val="0"/>
          <w:i w:val="0"/>
          <w:color w:val="222222"/>
          <w:sz w:val="21"/>
        </w:rPr>
        <w:t>C) Her / Her</w:t>
      </w:r>
    </w:p>
    <w:p>
      <w:pPr>
        <w:spacing w:before="20" w:after="20"/>
        <w:ind w:left="567"/>
      </w:pPr>
      <w:r>
        <w:rPr>
          <w:rFonts w:ascii="Niramit" w:hAnsi="Niramit"/>
          <w:b w:val="0"/>
          <w:i w:val="0"/>
          <w:color w:val="222222"/>
          <w:sz w:val="21"/>
        </w:rPr>
        <w:t>D) She / She</w:t>
      </w:r>
    </w:p>
    <w:p/>
    <w:p>
      <w:pPr>
        <w:spacing w:before="120"/>
      </w:pPr>
      <w:r>
        <w:rPr>
          <w:rFonts w:ascii="Niramit" w:hAnsi="Niramit"/>
          <w:b/>
          <w:i w:val="0"/>
          <w:color w:val="222222"/>
          <w:sz w:val="22"/>
        </w:rPr>
        <w:t>8. A: What do you do before bed?</w:t>
        <w:br/>
        <w:t xml:space="preserve"> B: I _______ a book.</w:t>
      </w:r>
    </w:p>
    <w:p>
      <w:pPr>
        <w:spacing w:before="20" w:after="20"/>
        <w:ind w:left="567"/>
      </w:pPr>
      <w:r>
        <w:rPr>
          <w:rFonts w:ascii="Niramit" w:hAnsi="Niramit"/>
          <w:b w:val="0"/>
          <w:i w:val="0"/>
          <w:color w:val="222222"/>
          <w:sz w:val="21"/>
        </w:rPr>
        <w:t>A) watch</w:t>
      </w:r>
    </w:p>
    <w:p>
      <w:pPr>
        <w:spacing w:before="20" w:after="20"/>
        <w:ind w:left="567"/>
      </w:pPr>
      <w:r>
        <w:rPr>
          <w:rFonts w:ascii="Niramit" w:hAnsi="Niramit"/>
          <w:b w:val="0"/>
          <w:i w:val="0"/>
          <w:color w:val="222222"/>
          <w:sz w:val="21"/>
        </w:rPr>
        <w:t>B) read</w:t>
      </w:r>
    </w:p>
    <w:p>
      <w:pPr>
        <w:spacing w:before="20" w:after="20"/>
        <w:ind w:left="567"/>
      </w:pPr>
      <w:r>
        <w:rPr>
          <w:rFonts w:ascii="Niramit" w:hAnsi="Niramit"/>
          <w:b w:val="0"/>
          <w:i w:val="0"/>
          <w:color w:val="222222"/>
          <w:sz w:val="21"/>
        </w:rPr>
        <w:t>C) take</w:t>
      </w:r>
    </w:p>
    <w:p>
      <w:pPr>
        <w:spacing w:before="20" w:after="20"/>
        <w:ind w:left="567"/>
      </w:pPr>
      <w:r>
        <w:rPr>
          <w:rFonts w:ascii="Niramit" w:hAnsi="Niramit"/>
          <w:b w:val="0"/>
          <w:i w:val="0"/>
          <w:color w:val="222222"/>
          <w:sz w:val="21"/>
        </w:rPr>
        <w:t>D) go</w:t>
      </w:r>
    </w:p>
    <w:p/>
    <w:p>
      <w:pPr>
        <w:spacing w:before="120"/>
      </w:pPr>
      <w:r>
        <w:rPr>
          <w:rFonts w:ascii="Niramit" w:hAnsi="Niramit"/>
          <w:b/>
          <w:i w:val="0"/>
          <w:color w:val="222222"/>
          <w:sz w:val="22"/>
        </w:rPr>
        <w:t>9. I always brush my teeth _______ I go to bed.</w:t>
      </w:r>
    </w:p>
    <w:p>
      <w:pPr>
        <w:spacing w:before="20" w:after="20"/>
        <w:ind w:left="567"/>
      </w:pPr>
      <w:r>
        <w:rPr>
          <w:rFonts w:ascii="Niramit" w:hAnsi="Niramit"/>
          <w:b w:val="0"/>
          <w:i w:val="0"/>
          <w:color w:val="222222"/>
          <w:sz w:val="21"/>
        </w:rPr>
        <w:t>A) before</w:t>
      </w:r>
    </w:p>
    <w:p>
      <w:pPr>
        <w:spacing w:before="20" w:after="20"/>
        <w:ind w:left="567"/>
      </w:pPr>
      <w:r>
        <w:rPr>
          <w:rFonts w:ascii="Niramit" w:hAnsi="Niramit"/>
          <w:b w:val="0"/>
          <w:i w:val="0"/>
          <w:color w:val="222222"/>
          <w:sz w:val="21"/>
        </w:rPr>
        <w:t>B) after</w:t>
      </w:r>
    </w:p>
    <w:p>
      <w:pPr>
        <w:spacing w:before="20" w:after="20"/>
        <w:ind w:left="567"/>
      </w:pPr>
      <w:r>
        <w:rPr>
          <w:rFonts w:ascii="Niramit" w:hAnsi="Niramit"/>
          <w:b w:val="0"/>
          <w:i w:val="0"/>
          <w:color w:val="222222"/>
          <w:sz w:val="21"/>
        </w:rPr>
        <w:t>C) in</w:t>
      </w:r>
    </w:p>
    <w:p>
      <w:pPr>
        <w:spacing w:before="20" w:after="20"/>
        <w:ind w:left="567"/>
      </w:pPr>
      <w:r>
        <w:rPr>
          <w:rFonts w:ascii="Niramit" w:hAnsi="Niramit"/>
          <w:b w:val="0"/>
          <w:i w:val="0"/>
          <w:color w:val="222222"/>
          <w:sz w:val="21"/>
        </w:rPr>
        <w:t>D) at</w:t>
      </w:r>
    </w:p>
    <w:p/>
    <w:p>
      <w:pPr>
        <w:spacing w:before="120"/>
      </w:pPr>
      <w:r>
        <w:rPr>
          <w:rFonts w:ascii="Niramit" w:hAnsi="Niramit"/>
          <w:b/>
          <w:i w:val="0"/>
          <w:color w:val="222222"/>
          <w:sz w:val="22"/>
        </w:rPr>
        <w:t>10. A: What time is it?</w:t>
        <w:br/>
        <w:t xml:space="preserve"> B: It is _______ past five. (5:30)</w:t>
      </w:r>
    </w:p>
    <w:p>
      <w:pPr>
        <w:spacing w:before="20" w:after="20"/>
        <w:ind w:left="567"/>
      </w:pPr>
      <w:r>
        <w:rPr>
          <w:rFonts w:ascii="Niramit" w:hAnsi="Niramit"/>
          <w:b w:val="0"/>
          <w:i w:val="0"/>
          <w:color w:val="222222"/>
          <w:sz w:val="21"/>
        </w:rPr>
        <w:t>A) quarter</w:t>
      </w:r>
    </w:p>
    <w:p>
      <w:pPr>
        <w:spacing w:before="20" w:after="20"/>
        <w:ind w:left="567"/>
      </w:pPr>
      <w:r>
        <w:rPr>
          <w:rFonts w:ascii="Niramit" w:hAnsi="Niramit"/>
          <w:b w:val="0"/>
          <w:i w:val="0"/>
          <w:color w:val="222222"/>
          <w:sz w:val="21"/>
        </w:rPr>
        <w:t>B) o'clock</w:t>
      </w:r>
    </w:p>
    <w:p>
      <w:pPr>
        <w:spacing w:before="20" w:after="20"/>
        <w:ind w:left="567"/>
      </w:pPr>
      <w:r>
        <w:rPr>
          <w:rFonts w:ascii="Niramit" w:hAnsi="Niramit"/>
          <w:b w:val="0"/>
          <w:i w:val="0"/>
          <w:color w:val="222222"/>
          <w:sz w:val="21"/>
        </w:rPr>
        <w:t>C) half</w:t>
      </w:r>
    </w:p>
    <w:p>
      <w:pPr>
        <w:spacing w:before="20" w:after="20"/>
        <w:ind w:left="567"/>
      </w:pPr>
      <w:r>
        <w:rPr>
          <w:rFonts w:ascii="Niramit" w:hAnsi="Niramit"/>
          <w:b w:val="0"/>
          <w:i w:val="0"/>
          <w:color w:val="222222"/>
          <w:sz w:val="21"/>
        </w:rPr>
        <w:t>D) full</w:t>
      </w:r>
    </w:p>
    <w:p/>
    <w:p>
      <w:pPr>
        <w:spacing w:before="120"/>
      </w:pPr>
      <w:r>
        <w:rPr>
          <w:rFonts w:ascii="Niramit" w:hAnsi="Niramit"/>
          <w:b/>
          <w:i w:val="0"/>
          <w:color w:val="222222"/>
          <w:sz w:val="22"/>
        </w:rPr>
        <w:t>11. It is quarter _______ twelve. (11:45)</w:t>
      </w:r>
    </w:p>
    <w:p>
      <w:pPr>
        <w:spacing w:before="20" w:after="20"/>
        <w:ind w:left="567"/>
      </w:pPr>
      <w:r>
        <w:rPr>
          <w:rFonts w:ascii="Niramit" w:hAnsi="Niramit"/>
          <w:b w:val="0"/>
          <w:i w:val="0"/>
          <w:color w:val="222222"/>
          <w:sz w:val="21"/>
        </w:rPr>
        <w:t>A) past</w:t>
      </w:r>
    </w:p>
    <w:p>
      <w:pPr>
        <w:spacing w:before="20" w:after="20"/>
        <w:ind w:left="567"/>
      </w:pPr>
      <w:r>
        <w:rPr>
          <w:rFonts w:ascii="Niramit" w:hAnsi="Niramit"/>
          <w:b w:val="0"/>
          <w:i w:val="0"/>
          <w:color w:val="222222"/>
          <w:sz w:val="21"/>
        </w:rPr>
        <w:t>B) after</w:t>
      </w:r>
    </w:p>
    <w:p>
      <w:pPr>
        <w:spacing w:before="20" w:after="20"/>
        <w:ind w:left="567"/>
      </w:pPr>
      <w:r>
        <w:rPr>
          <w:rFonts w:ascii="Niramit" w:hAnsi="Niramit"/>
          <w:b w:val="0"/>
          <w:i w:val="0"/>
          <w:color w:val="222222"/>
          <w:sz w:val="21"/>
        </w:rPr>
        <w:t>C) to</w:t>
      </w:r>
    </w:p>
    <w:p>
      <w:pPr>
        <w:spacing w:before="20" w:after="20"/>
        <w:ind w:left="567"/>
      </w:pPr>
      <w:r>
        <w:rPr>
          <w:rFonts w:ascii="Niramit" w:hAnsi="Niramit"/>
          <w:b w:val="0"/>
          <w:i w:val="0"/>
          <w:color w:val="222222"/>
          <w:sz w:val="21"/>
        </w:rPr>
        <w:t>D) before</w:t>
      </w:r>
    </w:p>
    <w:p/>
    <w:p>
      <w:pPr>
        <w:spacing w:before="120"/>
      </w:pPr>
      <w:r>
        <w:rPr>
          <w:rFonts w:ascii="Niramit" w:hAnsi="Niramit"/>
          <w:b/>
          <w:i w:val="0"/>
          <w:color w:val="222222"/>
          <w:sz w:val="22"/>
        </w:rPr>
        <w:t>12. Amy and Tom are my friends. I play with _______ every day.</w:t>
      </w:r>
    </w:p>
    <w:p>
      <w:pPr>
        <w:spacing w:before="20" w:after="20"/>
        <w:ind w:left="567"/>
      </w:pPr>
      <w:r>
        <w:rPr>
          <w:rFonts w:ascii="Niramit" w:hAnsi="Niramit"/>
          <w:b w:val="0"/>
          <w:i w:val="0"/>
          <w:color w:val="222222"/>
          <w:sz w:val="21"/>
        </w:rPr>
        <w:t>A) they</w:t>
      </w:r>
    </w:p>
    <w:p>
      <w:pPr>
        <w:spacing w:before="20" w:after="20"/>
        <w:ind w:left="567"/>
      </w:pPr>
      <w:r>
        <w:rPr>
          <w:rFonts w:ascii="Niramit" w:hAnsi="Niramit"/>
          <w:b w:val="0"/>
          <w:i w:val="0"/>
          <w:color w:val="222222"/>
          <w:sz w:val="21"/>
        </w:rPr>
        <w:t>B) them</w:t>
      </w:r>
    </w:p>
    <w:p>
      <w:pPr>
        <w:spacing w:before="20" w:after="20"/>
        <w:ind w:left="567"/>
      </w:pPr>
      <w:r>
        <w:rPr>
          <w:rFonts w:ascii="Niramit" w:hAnsi="Niramit"/>
          <w:b w:val="0"/>
          <w:i w:val="0"/>
          <w:color w:val="222222"/>
          <w:sz w:val="21"/>
        </w:rPr>
        <w:t>C) him</w:t>
      </w:r>
    </w:p>
    <w:p>
      <w:pPr>
        <w:spacing w:before="20" w:after="20"/>
        <w:ind w:left="567"/>
      </w:pPr>
      <w:r>
        <w:rPr>
          <w:rFonts w:ascii="Niramit" w:hAnsi="Niramit"/>
          <w:b w:val="0"/>
          <w:i w:val="0"/>
          <w:color w:val="222222"/>
          <w:sz w:val="21"/>
        </w:rPr>
        <w:t>D) her</w:t>
      </w:r>
    </w:p>
    <w:p/>
    <w:p>
      <w:pPr>
        <w:spacing w:before="120"/>
      </w:pPr>
      <w:r>
        <w:rPr>
          <w:rFonts w:ascii="Niramit" w:hAnsi="Niramit"/>
          <w:b/>
          <w:i w:val="0"/>
          <w:color w:val="222222"/>
          <w:sz w:val="22"/>
        </w:rPr>
        <w:t>13. It is quarter _______ eight. (7:45)</w:t>
      </w:r>
    </w:p>
    <w:p>
      <w:pPr>
        <w:spacing w:before="20" w:after="20"/>
        <w:ind w:left="567"/>
      </w:pPr>
      <w:r>
        <w:rPr>
          <w:rFonts w:ascii="Niramit" w:hAnsi="Niramit"/>
          <w:b w:val="0"/>
          <w:i w:val="0"/>
          <w:color w:val="222222"/>
          <w:sz w:val="21"/>
        </w:rPr>
        <w:t>A) past</w:t>
      </w:r>
    </w:p>
    <w:p>
      <w:pPr>
        <w:spacing w:before="20" w:after="20"/>
        <w:ind w:left="567"/>
      </w:pPr>
      <w:r>
        <w:rPr>
          <w:rFonts w:ascii="Niramit" w:hAnsi="Niramit"/>
          <w:b w:val="0"/>
          <w:i w:val="0"/>
          <w:color w:val="222222"/>
          <w:sz w:val="21"/>
        </w:rPr>
        <w:t>B) after</w:t>
      </w:r>
    </w:p>
    <w:p>
      <w:pPr>
        <w:spacing w:before="20" w:after="20"/>
        <w:ind w:left="567"/>
      </w:pPr>
      <w:r>
        <w:rPr>
          <w:rFonts w:ascii="Niramit" w:hAnsi="Niramit"/>
          <w:b w:val="0"/>
          <w:i w:val="0"/>
          <w:color w:val="222222"/>
          <w:sz w:val="21"/>
        </w:rPr>
        <w:t>C) to</w:t>
      </w:r>
    </w:p>
    <w:p>
      <w:pPr>
        <w:spacing w:before="20" w:after="20"/>
        <w:ind w:left="567"/>
      </w:pPr>
      <w:r>
        <w:rPr>
          <w:rFonts w:ascii="Niramit" w:hAnsi="Niramit"/>
          <w:b w:val="0"/>
          <w:i w:val="0"/>
          <w:color w:val="222222"/>
          <w:sz w:val="21"/>
        </w:rPr>
        <w:t>D) before</w:t>
      </w:r>
    </w:p>
    <w:p/>
    <w:p>
      <w:pPr>
        <w:spacing w:before="120"/>
      </w:pPr>
      <w:r>
        <w:rPr>
          <w:rFonts w:ascii="Niramit" w:hAnsi="Niramit"/>
          <w:b/>
          <w:i w:val="0"/>
          <w:color w:val="222222"/>
          <w:sz w:val="22"/>
        </w:rPr>
        <w:t>14. I comb my _______ after I take a shower.</w:t>
      </w:r>
    </w:p>
    <w:p>
      <w:pPr>
        <w:spacing w:before="20" w:after="20"/>
        <w:ind w:left="567"/>
      </w:pPr>
      <w:r>
        <w:rPr>
          <w:rFonts w:ascii="Niramit" w:hAnsi="Niramit"/>
          <w:b w:val="0"/>
          <w:i w:val="0"/>
          <w:color w:val="222222"/>
          <w:sz w:val="21"/>
        </w:rPr>
        <w:t>A) teeth</w:t>
      </w:r>
    </w:p>
    <w:p>
      <w:pPr>
        <w:spacing w:before="20" w:after="20"/>
        <w:ind w:left="567"/>
      </w:pPr>
      <w:r>
        <w:rPr>
          <w:rFonts w:ascii="Niramit" w:hAnsi="Niramit"/>
          <w:b w:val="0"/>
          <w:i w:val="0"/>
          <w:color w:val="222222"/>
          <w:sz w:val="21"/>
        </w:rPr>
        <w:t>B) face</w:t>
      </w:r>
    </w:p>
    <w:p>
      <w:pPr>
        <w:spacing w:before="20" w:after="20"/>
        <w:ind w:left="567"/>
      </w:pPr>
      <w:r>
        <w:rPr>
          <w:rFonts w:ascii="Niramit" w:hAnsi="Niramit"/>
          <w:b w:val="0"/>
          <w:i w:val="0"/>
          <w:color w:val="222222"/>
          <w:sz w:val="21"/>
        </w:rPr>
        <w:t>C) hair</w:t>
      </w:r>
    </w:p>
    <w:p>
      <w:pPr>
        <w:spacing w:before="20" w:after="20"/>
        <w:ind w:left="567"/>
      </w:pPr>
      <w:r>
        <w:rPr>
          <w:rFonts w:ascii="Niramit" w:hAnsi="Niramit"/>
          <w:b w:val="0"/>
          <w:i w:val="0"/>
          <w:color w:val="222222"/>
          <w:sz w:val="21"/>
        </w:rPr>
        <w:t>D) hands</w:t>
      </w:r>
    </w:p>
    <w:p/>
    <w:p>
      <w:pPr>
        <w:spacing w:before="120"/>
      </w:pPr>
      <w:r>
        <w:rPr>
          <w:rFonts w:ascii="Niramit" w:hAnsi="Niramit"/>
          <w:b/>
          <w:i w:val="0"/>
          <w:color w:val="222222"/>
          <w:sz w:val="22"/>
        </w:rPr>
        <w:t>15. A: _______ do you have lunch?</w:t>
        <w:br/>
        <w:t xml:space="preserve"> B: At 12:30.</w:t>
      </w:r>
    </w:p>
    <w:p>
      <w:pPr>
        <w:spacing w:before="20" w:after="20"/>
        <w:ind w:left="567"/>
      </w:pPr>
      <w:r>
        <w:rPr>
          <w:rFonts w:ascii="Niramit" w:hAnsi="Niramit"/>
          <w:b w:val="0"/>
          <w:i w:val="0"/>
          <w:color w:val="222222"/>
          <w:sz w:val="21"/>
        </w:rPr>
        <w:t>A) Where</w:t>
      </w:r>
    </w:p>
    <w:p>
      <w:pPr>
        <w:spacing w:before="20" w:after="20"/>
        <w:ind w:left="567"/>
      </w:pPr>
      <w:r>
        <w:rPr>
          <w:rFonts w:ascii="Niramit" w:hAnsi="Niramit"/>
          <w:b w:val="0"/>
          <w:i w:val="0"/>
          <w:color w:val="222222"/>
          <w:sz w:val="21"/>
        </w:rPr>
        <w:t>B) How</w:t>
      </w:r>
    </w:p>
    <w:p>
      <w:pPr>
        <w:spacing w:before="20" w:after="20"/>
        <w:ind w:left="567"/>
      </w:pPr>
      <w:r>
        <w:rPr>
          <w:rFonts w:ascii="Niramit" w:hAnsi="Niramit"/>
          <w:b w:val="0"/>
          <w:i w:val="0"/>
          <w:color w:val="222222"/>
          <w:sz w:val="21"/>
        </w:rPr>
        <w:t>C) When</w:t>
      </w:r>
    </w:p>
    <w:p>
      <w:pPr>
        <w:spacing w:before="20" w:after="20"/>
        <w:ind w:left="567"/>
      </w:pPr>
      <w:r>
        <w:rPr>
          <w:rFonts w:ascii="Niramit" w:hAnsi="Niramit"/>
          <w:b w:val="0"/>
          <w:i w:val="0"/>
          <w:color w:val="222222"/>
          <w:sz w:val="21"/>
        </w:rPr>
        <w:t>D) What time</w:t>
      </w:r>
    </w:p>
    <w:p>
      <w:r>
        <w:br w:type="page"/>
      </w:r>
    </w:p>
    <w:p>
      <w:pPr>
        <w:jc w:val="center"/>
      </w:pPr>
      <w:r>
        <w:rPr>
          <w:rFonts w:ascii="Niramit" w:hAnsi="Niramit"/>
          <w:b/>
          <w:i w:val="0"/>
          <w:color w:val="1A559E"/>
          <w:sz w:val="28"/>
        </w:rPr>
        <w:t>DENEME 3 — ZOR</w:t>
      </w:r>
    </w:p>
    <w:p>
      <w:pPr>
        <w:jc w:val="center"/>
      </w:pPr>
      <w:r>
        <w:rPr>
          <w:rFonts w:ascii="Niramit" w:hAnsi="Niramit"/>
          <w:b w:val="0"/>
          <w:i/>
          <w:color w:val="666666"/>
          <w:sz w:val="20"/>
        </w:rPr>
        <w:t>15 Soru  |  Süre: 20 Dakika  |  Trik Noktalar Odaklı</w:t>
      </w:r>
    </w:p>
    <w:p/>
    <w:p>
      <w:pPr>
        <w:spacing w:before="120"/>
      </w:pPr>
      <w:r>
        <w:rPr>
          <w:rFonts w:ascii="Niramit" w:hAnsi="Niramit"/>
          <w:b/>
          <w:i w:val="0"/>
          <w:color w:val="222222"/>
          <w:sz w:val="22"/>
        </w:rPr>
        <w:t>1. A: Is your mother at home?</w:t>
        <w:br/>
        <w:t xml:space="preserve"> B: No. She _______ at work until 6 o'clock.</w:t>
      </w:r>
    </w:p>
    <w:p>
      <w:pPr>
        <w:spacing w:before="20" w:after="20"/>
        <w:ind w:left="567"/>
      </w:pPr>
      <w:r>
        <w:rPr>
          <w:rFonts w:ascii="Niramit" w:hAnsi="Niramit"/>
          <w:b w:val="0"/>
          <w:i w:val="0"/>
          <w:color w:val="222222"/>
          <w:sz w:val="21"/>
        </w:rPr>
        <w:t>A) is</w:t>
      </w:r>
    </w:p>
    <w:p>
      <w:pPr>
        <w:spacing w:before="20" w:after="20"/>
        <w:ind w:left="567"/>
      </w:pPr>
      <w:r>
        <w:rPr>
          <w:rFonts w:ascii="Niramit" w:hAnsi="Niramit"/>
          <w:b w:val="0"/>
          <w:i w:val="0"/>
          <w:color w:val="222222"/>
          <w:sz w:val="21"/>
        </w:rPr>
        <w:t>B) am</w:t>
      </w:r>
    </w:p>
    <w:p>
      <w:pPr>
        <w:spacing w:before="20" w:after="20"/>
        <w:ind w:left="567"/>
      </w:pPr>
      <w:r>
        <w:rPr>
          <w:rFonts w:ascii="Niramit" w:hAnsi="Niramit"/>
          <w:b w:val="0"/>
          <w:i w:val="0"/>
          <w:color w:val="222222"/>
          <w:sz w:val="21"/>
        </w:rPr>
        <w:t>C) are</w:t>
      </w:r>
    </w:p>
    <w:p>
      <w:pPr>
        <w:spacing w:before="20" w:after="20"/>
        <w:ind w:left="567"/>
      </w:pPr>
      <w:r>
        <w:rPr>
          <w:rFonts w:ascii="Niramit" w:hAnsi="Niramit"/>
          <w:b w:val="0"/>
          <w:i w:val="0"/>
          <w:color w:val="222222"/>
          <w:sz w:val="21"/>
        </w:rPr>
        <w:t>D) be</w:t>
      </w:r>
    </w:p>
    <w:p/>
    <w:p>
      <w:pPr>
        <w:spacing w:before="120"/>
      </w:pPr>
      <w:r>
        <w:rPr>
          <w:rFonts w:ascii="Niramit" w:hAnsi="Niramit"/>
          <w:b/>
          <w:i w:val="0"/>
          <w:color w:val="222222"/>
          <w:sz w:val="22"/>
        </w:rPr>
        <w:t>2. A: Are you and your brother ready?</w:t>
        <w:br/>
        <w:t xml:space="preserve"> B: No, we _______ . We are still eating breakfast.</w:t>
      </w:r>
    </w:p>
    <w:p>
      <w:pPr>
        <w:spacing w:before="20" w:after="20"/>
        <w:ind w:left="567"/>
      </w:pPr>
      <w:r>
        <w:rPr>
          <w:rFonts w:ascii="Niramit" w:hAnsi="Niramit"/>
          <w:b w:val="0"/>
          <w:i w:val="0"/>
          <w:color w:val="222222"/>
          <w:sz w:val="21"/>
        </w:rPr>
        <w:t>A) is</w:t>
      </w:r>
    </w:p>
    <w:p>
      <w:pPr>
        <w:spacing w:before="20" w:after="20"/>
        <w:ind w:left="567"/>
      </w:pPr>
      <w:r>
        <w:rPr>
          <w:rFonts w:ascii="Niramit" w:hAnsi="Niramit"/>
          <w:b w:val="0"/>
          <w:i w:val="0"/>
          <w:color w:val="222222"/>
          <w:sz w:val="21"/>
        </w:rPr>
        <w:t>B) aren't</w:t>
      </w:r>
    </w:p>
    <w:p>
      <w:pPr>
        <w:spacing w:before="20" w:after="20"/>
        <w:ind w:left="567"/>
      </w:pPr>
      <w:r>
        <w:rPr>
          <w:rFonts w:ascii="Niramit" w:hAnsi="Niramit"/>
          <w:b w:val="0"/>
          <w:i w:val="0"/>
          <w:color w:val="222222"/>
          <w:sz w:val="21"/>
        </w:rPr>
        <w:t>C) isn't</w:t>
      </w:r>
    </w:p>
    <w:p>
      <w:pPr>
        <w:spacing w:before="20" w:after="20"/>
        <w:ind w:left="567"/>
      </w:pPr>
      <w:r>
        <w:rPr>
          <w:rFonts w:ascii="Niramit" w:hAnsi="Niramit"/>
          <w:b w:val="0"/>
          <w:i w:val="0"/>
          <w:color w:val="222222"/>
          <w:sz w:val="21"/>
        </w:rPr>
        <w:t>D) not</w:t>
      </w:r>
    </w:p>
    <w:p/>
    <w:p>
      <w:pPr>
        <w:spacing w:before="120"/>
      </w:pPr>
      <w:r>
        <w:rPr>
          <w:rFonts w:ascii="Niramit" w:hAnsi="Niramit"/>
          <w:b/>
          <w:i w:val="0"/>
          <w:color w:val="222222"/>
          <w:sz w:val="22"/>
        </w:rPr>
        <w:t>3. My sister and I _______ twins. _______ birthdays are in June.</w:t>
      </w:r>
    </w:p>
    <w:p>
      <w:pPr>
        <w:spacing w:before="20" w:after="20"/>
        <w:ind w:left="567"/>
      </w:pPr>
      <w:r>
        <w:rPr>
          <w:rFonts w:ascii="Niramit" w:hAnsi="Niramit"/>
          <w:b w:val="0"/>
          <w:i w:val="0"/>
          <w:color w:val="222222"/>
          <w:sz w:val="21"/>
        </w:rPr>
        <w:t>A) are / Us</w:t>
      </w:r>
    </w:p>
    <w:p>
      <w:pPr>
        <w:spacing w:before="20" w:after="20"/>
        <w:ind w:left="567"/>
      </w:pPr>
      <w:r>
        <w:rPr>
          <w:rFonts w:ascii="Niramit" w:hAnsi="Niramit"/>
          <w:b w:val="0"/>
          <w:i w:val="0"/>
          <w:color w:val="222222"/>
          <w:sz w:val="21"/>
        </w:rPr>
        <w:t>B) is / Our</w:t>
      </w:r>
    </w:p>
    <w:p>
      <w:pPr>
        <w:spacing w:before="20" w:after="20"/>
        <w:ind w:left="567"/>
      </w:pPr>
      <w:r>
        <w:rPr>
          <w:rFonts w:ascii="Niramit" w:hAnsi="Niramit"/>
          <w:b w:val="0"/>
          <w:i w:val="0"/>
          <w:color w:val="222222"/>
          <w:sz w:val="21"/>
        </w:rPr>
        <w:t>C) are / Our</w:t>
      </w:r>
    </w:p>
    <w:p>
      <w:pPr>
        <w:spacing w:before="20" w:after="20"/>
        <w:ind w:left="567"/>
      </w:pPr>
      <w:r>
        <w:rPr>
          <w:rFonts w:ascii="Niramit" w:hAnsi="Niramit"/>
          <w:b w:val="0"/>
          <w:i w:val="0"/>
          <w:color w:val="222222"/>
          <w:sz w:val="21"/>
        </w:rPr>
        <w:t>D) am / We</w:t>
      </w:r>
    </w:p>
    <w:p/>
    <w:p>
      <w:pPr>
        <w:spacing w:before="120"/>
      </w:pPr>
      <w:r>
        <w:rPr>
          <w:rFonts w:ascii="Niramit" w:hAnsi="Niramit"/>
          <w:b/>
          <w:i w:val="0"/>
          <w:color w:val="222222"/>
          <w:sz w:val="22"/>
        </w:rPr>
        <w:t>4. A: Is David a good student?</w:t>
        <w:br/>
        <w:t xml:space="preserve"> B: Yes, _______ . He always does his homework.</w:t>
      </w:r>
    </w:p>
    <w:p>
      <w:pPr>
        <w:spacing w:before="20" w:after="20"/>
        <w:ind w:left="567"/>
      </w:pPr>
      <w:r>
        <w:rPr>
          <w:rFonts w:ascii="Niramit" w:hAnsi="Niramit"/>
          <w:b w:val="0"/>
          <w:i w:val="0"/>
          <w:color w:val="222222"/>
          <w:sz w:val="21"/>
        </w:rPr>
        <w:t>A) he is</w:t>
      </w:r>
    </w:p>
    <w:p>
      <w:pPr>
        <w:spacing w:before="20" w:after="20"/>
        <w:ind w:left="567"/>
      </w:pPr>
      <w:r>
        <w:rPr>
          <w:rFonts w:ascii="Niramit" w:hAnsi="Niramit"/>
          <w:b w:val="0"/>
          <w:i w:val="0"/>
          <w:color w:val="222222"/>
          <w:sz w:val="21"/>
        </w:rPr>
        <w:t>B) he's</w:t>
      </w:r>
    </w:p>
    <w:p>
      <w:pPr>
        <w:spacing w:before="20" w:after="20"/>
        <w:ind w:left="567"/>
      </w:pPr>
      <w:r>
        <w:rPr>
          <w:rFonts w:ascii="Niramit" w:hAnsi="Niramit"/>
          <w:b w:val="0"/>
          <w:i w:val="0"/>
          <w:color w:val="222222"/>
          <w:sz w:val="21"/>
        </w:rPr>
        <w:t>C) he does</w:t>
      </w:r>
    </w:p>
    <w:p>
      <w:pPr>
        <w:spacing w:before="20" w:after="20"/>
        <w:ind w:left="567"/>
      </w:pPr>
      <w:r>
        <w:rPr>
          <w:rFonts w:ascii="Niramit" w:hAnsi="Niramit"/>
          <w:b w:val="0"/>
          <w:i w:val="0"/>
          <w:color w:val="222222"/>
          <w:sz w:val="21"/>
        </w:rPr>
        <w:t>D) he has</w:t>
      </w:r>
    </w:p>
    <w:p/>
    <w:p>
      <w:pPr>
        <w:spacing w:before="120"/>
      </w:pPr>
      <w:r>
        <w:rPr>
          <w:rFonts w:ascii="Niramit" w:hAnsi="Niramit"/>
          <w:b/>
          <w:i w:val="0"/>
          <w:color w:val="222222"/>
          <w:sz w:val="22"/>
        </w:rPr>
        <w:t>5. Look at _______ ! She is dancing very well.</w:t>
      </w:r>
    </w:p>
    <w:p>
      <w:pPr>
        <w:spacing w:before="20" w:after="20"/>
        <w:ind w:left="567"/>
      </w:pPr>
      <w:r>
        <w:rPr>
          <w:rFonts w:ascii="Niramit" w:hAnsi="Niramit"/>
          <w:b w:val="0"/>
          <w:i w:val="0"/>
          <w:color w:val="222222"/>
          <w:sz w:val="21"/>
        </w:rPr>
        <w:t>A) she</w:t>
      </w:r>
    </w:p>
    <w:p>
      <w:pPr>
        <w:spacing w:before="20" w:after="20"/>
        <w:ind w:left="567"/>
      </w:pPr>
      <w:r>
        <w:rPr>
          <w:rFonts w:ascii="Niramit" w:hAnsi="Niramit"/>
          <w:b w:val="0"/>
          <w:i w:val="0"/>
          <w:color w:val="222222"/>
          <w:sz w:val="21"/>
        </w:rPr>
        <w:t>B) her</w:t>
      </w:r>
    </w:p>
    <w:p>
      <w:pPr>
        <w:spacing w:before="20" w:after="20"/>
        <w:ind w:left="567"/>
      </w:pPr>
      <w:r>
        <w:rPr>
          <w:rFonts w:ascii="Niramit" w:hAnsi="Niramit"/>
          <w:b w:val="0"/>
          <w:i w:val="0"/>
          <w:color w:val="222222"/>
          <w:sz w:val="21"/>
        </w:rPr>
        <w:t>C) he</w:t>
      </w:r>
    </w:p>
    <w:p>
      <w:pPr>
        <w:spacing w:before="20" w:after="20"/>
        <w:ind w:left="567"/>
      </w:pPr>
      <w:r>
        <w:rPr>
          <w:rFonts w:ascii="Niramit" w:hAnsi="Niramit"/>
          <w:b w:val="0"/>
          <w:i w:val="0"/>
          <w:color w:val="222222"/>
          <w:sz w:val="21"/>
        </w:rPr>
        <w:t>D) him</w:t>
      </w:r>
    </w:p>
    <w:p/>
    <w:p>
      <w:pPr>
        <w:spacing w:before="120"/>
      </w:pPr>
      <w:r>
        <w:rPr>
          <w:rFonts w:ascii="Niramit" w:hAnsi="Niramit"/>
          <w:b/>
          <w:i w:val="0"/>
          <w:color w:val="222222"/>
          <w:sz w:val="22"/>
        </w:rPr>
        <w:t>6. A: _______ is your English lesson?</w:t>
        <w:br/>
        <w:t xml:space="preserve"> B: It is at 9 o'clock _______ the morning.</w:t>
      </w:r>
    </w:p>
    <w:p>
      <w:pPr>
        <w:spacing w:before="20" w:after="20"/>
        <w:ind w:left="567"/>
      </w:pPr>
      <w:r>
        <w:rPr>
          <w:rFonts w:ascii="Niramit" w:hAnsi="Niramit"/>
          <w:b w:val="0"/>
          <w:i w:val="0"/>
          <w:color w:val="222222"/>
          <w:sz w:val="21"/>
        </w:rPr>
        <w:t>A) When / in</w:t>
      </w:r>
    </w:p>
    <w:p>
      <w:pPr>
        <w:spacing w:before="20" w:after="20"/>
        <w:ind w:left="567"/>
      </w:pPr>
      <w:r>
        <w:rPr>
          <w:rFonts w:ascii="Niramit" w:hAnsi="Niramit"/>
          <w:b w:val="0"/>
          <w:i w:val="0"/>
          <w:color w:val="222222"/>
          <w:sz w:val="21"/>
        </w:rPr>
        <w:t>B) What time / at</w:t>
      </w:r>
    </w:p>
    <w:p>
      <w:pPr>
        <w:spacing w:before="20" w:after="20"/>
        <w:ind w:left="567"/>
      </w:pPr>
      <w:r>
        <w:rPr>
          <w:rFonts w:ascii="Niramit" w:hAnsi="Niramit"/>
          <w:b w:val="0"/>
          <w:i w:val="0"/>
          <w:color w:val="222222"/>
          <w:sz w:val="21"/>
        </w:rPr>
        <w:t>C) What time / in</w:t>
      </w:r>
    </w:p>
    <w:p>
      <w:pPr>
        <w:spacing w:before="20" w:after="20"/>
        <w:ind w:left="567"/>
      </w:pPr>
      <w:r>
        <w:rPr>
          <w:rFonts w:ascii="Niramit" w:hAnsi="Niramit"/>
          <w:b w:val="0"/>
          <w:i w:val="0"/>
          <w:color w:val="222222"/>
          <w:sz w:val="21"/>
        </w:rPr>
        <w:t>D) When / at</w:t>
      </w:r>
    </w:p>
    <w:p/>
    <w:p>
      <w:pPr>
        <w:spacing w:before="120"/>
      </w:pPr>
      <w:r>
        <w:rPr>
          <w:rFonts w:ascii="Niramit" w:hAnsi="Niramit"/>
          <w:b/>
          <w:i w:val="0"/>
          <w:color w:val="222222"/>
          <w:sz w:val="22"/>
        </w:rPr>
        <w:t>7. My brother is only 2 years old. I help _______ to brush _______ teeth.</w:t>
      </w:r>
    </w:p>
    <w:p>
      <w:pPr>
        <w:spacing w:before="20" w:after="20"/>
        <w:ind w:left="567"/>
      </w:pPr>
      <w:r>
        <w:rPr>
          <w:rFonts w:ascii="Niramit" w:hAnsi="Niramit"/>
          <w:b w:val="0"/>
          <w:i w:val="0"/>
          <w:color w:val="222222"/>
          <w:sz w:val="21"/>
        </w:rPr>
        <w:t>A) him / his</w:t>
      </w:r>
    </w:p>
    <w:p>
      <w:pPr>
        <w:spacing w:before="20" w:after="20"/>
        <w:ind w:left="567"/>
      </w:pPr>
      <w:r>
        <w:rPr>
          <w:rFonts w:ascii="Niramit" w:hAnsi="Niramit"/>
          <w:b w:val="0"/>
          <w:i w:val="0"/>
          <w:color w:val="222222"/>
          <w:sz w:val="21"/>
        </w:rPr>
        <w:t>B) he / him</w:t>
      </w:r>
    </w:p>
    <w:p>
      <w:pPr>
        <w:spacing w:before="20" w:after="20"/>
        <w:ind w:left="567"/>
      </w:pPr>
      <w:r>
        <w:rPr>
          <w:rFonts w:ascii="Niramit" w:hAnsi="Niramit"/>
          <w:b w:val="0"/>
          <w:i w:val="0"/>
          <w:color w:val="222222"/>
          <w:sz w:val="21"/>
        </w:rPr>
        <w:t>C) her / his</w:t>
      </w:r>
    </w:p>
    <w:p>
      <w:pPr>
        <w:spacing w:before="20" w:after="20"/>
        <w:ind w:left="567"/>
      </w:pPr>
      <w:r>
        <w:rPr>
          <w:rFonts w:ascii="Niramit" w:hAnsi="Niramit"/>
          <w:b w:val="0"/>
          <w:i w:val="0"/>
          <w:color w:val="222222"/>
          <w:sz w:val="21"/>
        </w:rPr>
        <w:t>D) him / he</w:t>
      </w:r>
    </w:p>
    <w:p/>
    <w:p>
      <w:pPr>
        <w:spacing w:before="120"/>
      </w:pPr>
      <w:r>
        <w:rPr>
          <w:rFonts w:ascii="Niramit" w:hAnsi="Niramit"/>
          <w:b/>
          <w:i w:val="0"/>
          <w:color w:val="222222"/>
          <w:sz w:val="22"/>
        </w:rPr>
        <w:t>8. A: Are your parents at home now?</w:t>
        <w:br/>
        <w:t xml:space="preserve"> B: No, _______ . They are at work.</w:t>
      </w:r>
    </w:p>
    <w:p>
      <w:pPr>
        <w:spacing w:before="20" w:after="20"/>
        <w:ind w:left="567"/>
      </w:pPr>
      <w:r>
        <w:rPr>
          <w:rFonts w:ascii="Niramit" w:hAnsi="Niramit"/>
          <w:b w:val="0"/>
          <w:i w:val="0"/>
          <w:color w:val="222222"/>
          <w:sz w:val="21"/>
        </w:rPr>
        <w:t>A) they aren't</w:t>
      </w:r>
    </w:p>
    <w:p>
      <w:pPr>
        <w:spacing w:before="20" w:after="20"/>
        <w:ind w:left="567"/>
      </w:pPr>
      <w:r>
        <w:rPr>
          <w:rFonts w:ascii="Niramit" w:hAnsi="Niramit"/>
          <w:b w:val="0"/>
          <w:i w:val="0"/>
          <w:color w:val="222222"/>
          <w:sz w:val="21"/>
        </w:rPr>
        <w:t>B) they are</w:t>
      </w:r>
    </w:p>
    <w:p>
      <w:pPr>
        <w:spacing w:before="20" w:after="20"/>
        <w:ind w:left="567"/>
      </w:pPr>
      <w:r>
        <w:rPr>
          <w:rFonts w:ascii="Niramit" w:hAnsi="Niramit"/>
          <w:b w:val="0"/>
          <w:i w:val="0"/>
          <w:color w:val="222222"/>
          <w:sz w:val="21"/>
        </w:rPr>
        <w:t>C) they isn't</w:t>
      </w:r>
    </w:p>
    <w:p>
      <w:pPr>
        <w:spacing w:before="20" w:after="20"/>
        <w:ind w:left="567"/>
      </w:pPr>
      <w:r>
        <w:rPr>
          <w:rFonts w:ascii="Niramit" w:hAnsi="Niramit"/>
          <w:b w:val="0"/>
          <w:i w:val="0"/>
          <w:color w:val="222222"/>
          <w:sz w:val="21"/>
        </w:rPr>
        <w:t>D) it isn't</w:t>
      </w:r>
    </w:p>
    <w:p/>
    <w:p>
      <w:pPr>
        <w:spacing w:before="120"/>
      </w:pPr>
      <w:r>
        <w:rPr>
          <w:rFonts w:ascii="Niramit" w:hAnsi="Niramit"/>
          <w:b/>
          <w:i w:val="0"/>
          <w:color w:val="222222"/>
          <w:sz w:val="22"/>
        </w:rPr>
        <w:t>9. It is half past seven. I wake up at 7:30. I wake up _______ half past seven.</w:t>
      </w:r>
    </w:p>
    <w:p>
      <w:pPr>
        <w:spacing w:before="20" w:after="20"/>
        <w:ind w:left="567"/>
      </w:pPr>
      <w:r>
        <w:rPr>
          <w:rFonts w:ascii="Niramit" w:hAnsi="Niramit"/>
          <w:b w:val="0"/>
          <w:i w:val="0"/>
          <w:color w:val="222222"/>
          <w:sz w:val="21"/>
        </w:rPr>
        <w:t>A) before</w:t>
      </w:r>
    </w:p>
    <w:p>
      <w:pPr>
        <w:spacing w:before="20" w:after="20"/>
        <w:ind w:left="567"/>
      </w:pPr>
      <w:r>
        <w:rPr>
          <w:rFonts w:ascii="Niramit" w:hAnsi="Niramit"/>
          <w:b w:val="0"/>
          <w:i w:val="0"/>
          <w:color w:val="222222"/>
          <w:sz w:val="21"/>
        </w:rPr>
        <w:t>B) at</w:t>
      </w:r>
    </w:p>
    <w:p>
      <w:pPr>
        <w:spacing w:before="20" w:after="20"/>
        <w:ind w:left="567"/>
      </w:pPr>
      <w:r>
        <w:rPr>
          <w:rFonts w:ascii="Niramit" w:hAnsi="Niramit"/>
          <w:b w:val="0"/>
          <w:i w:val="0"/>
          <w:color w:val="222222"/>
          <w:sz w:val="21"/>
        </w:rPr>
        <w:t>C) after</w:t>
      </w:r>
    </w:p>
    <w:p>
      <w:pPr>
        <w:spacing w:before="20" w:after="20"/>
        <w:ind w:left="567"/>
      </w:pPr>
      <w:r>
        <w:rPr>
          <w:rFonts w:ascii="Niramit" w:hAnsi="Niramit"/>
          <w:b w:val="0"/>
          <w:i w:val="0"/>
          <w:color w:val="222222"/>
          <w:sz w:val="21"/>
        </w:rPr>
        <w:t>D) in</w:t>
      </w:r>
    </w:p>
    <w:p/>
    <w:p>
      <w:pPr>
        <w:spacing w:before="120"/>
      </w:pPr>
      <w:r>
        <w:rPr>
          <w:rFonts w:ascii="Niramit" w:hAnsi="Niramit"/>
          <w:b/>
          <w:i w:val="0"/>
          <w:color w:val="222222"/>
          <w:sz w:val="22"/>
        </w:rPr>
        <w:t>10. My father gets up _______ 6:30 but I get up _______ 7 o'clock.</w:t>
      </w:r>
    </w:p>
    <w:p>
      <w:pPr>
        <w:spacing w:before="20" w:after="20"/>
        <w:ind w:left="567"/>
      </w:pPr>
      <w:r>
        <w:rPr>
          <w:rFonts w:ascii="Niramit" w:hAnsi="Niramit"/>
          <w:b w:val="0"/>
          <w:i w:val="0"/>
          <w:color w:val="222222"/>
          <w:sz w:val="21"/>
        </w:rPr>
        <w:t>A) at / at</w:t>
      </w:r>
    </w:p>
    <w:p>
      <w:pPr>
        <w:spacing w:before="20" w:after="20"/>
        <w:ind w:left="567"/>
      </w:pPr>
      <w:r>
        <w:rPr>
          <w:rFonts w:ascii="Niramit" w:hAnsi="Niramit"/>
          <w:b w:val="0"/>
          <w:i w:val="0"/>
          <w:color w:val="222222"/>
          <w:sz w:val="21"/>
        </w:rPr>
        <w:t>B) in / at</w:t>
      </w:r>
    </w:p>
    <w:p>
      <w:pPr>
        <w:spacing w:before="20" w:after="20"/>
        <w:ind w:left="567"/>
      </w:pPr>
      <w:r>
        <w:rPr>
          <w:rFonts w:ascii="Niramit" w:hAnsi="Niramit"/>
          <w:b w:val="0"/>
          <w:i w:val="0"/>
          <w:color w:val="222222"/>
          <w:sz w:val="21"/>
        </w:rPr>
        <w:t>C) at / in</w:t>
      </w:r>
    </w:p>
    <w:p>
      <w:pPr>
        <w:spacing w:before="20" w:after="20"/>
        <w:ind w:left="567"/>
      </w:pPr>
      <w:r>
        <w:rPr>
          <w:rFonts w:ascii="Niramit" w:hAnsi="Niramit"/>
          <w:b w:val="0"/>
          <w:i w:val="0"/>
          <w:color w:val="222222"/>
          <w:sz w:val="21"/>
        </w:rPr>
        <w:t>D) in / in</w:t>
      </w:r>
    </w:p>
    <w:p/>
    <w:p>
      <w:pPr>
        <w:spacing w:before="120"/>
      </w:pPr>
      <w:r>
        <w:rPr>
          <w:rFonts w:ascii="Niramit" w:hAnsi="Niramit"/>
          <w:b/>
          <w:i w:val="0"/>
          <w:color w:val="222222"/>
          <w:sz w:val="22"/>
        </w:rPr>
        <w:t>11. A: What time is it?</w:t>
        <w:br/>
        <w:t xml:space="preserve"> B: It is quarter _______ nine. (8:45)</w:t>
      </w:r>
    </w:p>
    <w:p>
      <w:pPr>
        <w:spacing w:before="20" w:after="20"/>
        <w:ind w:left="567"/>
      </w:pPr>
      <w:r>
        <w:rPr>
          <w:rFonts w:ascii="Niramit" w:hAnsi="Niramit"/>
          <w:b w:val="0"/>
          <w:i w:val="0"/>
          <w:color w:val="222222"/>
          <w:sz w:val="21"/>
        </w:rPr>
        <w:t>A) past</w:t>
      </w:r>
    </w:p>
    <w:p>
      <w:pPr>
        <w:spacing w:before="20" w:after="20"/>
        <w:ind w:left="567"/>
      </w:pPr>
      <w:r>
        <w:rPr>
          <w:rFonts w:ascii="Niramit" w:hAnsi="Niramit"/>
          <w:b w:val="0"/>
          <w:i w:val="0"/>
          <w:color w:val="222222"/>
          <w:sz w:val="21"/>
        </w:rPr>
        <w:t>B) to</w:t>
      </w:r>
    </w:p>
    <w:p>
      <w:pPr>
        <w:spacing w:before="20" w:after="20"/>
        <w:ind w:left="567"/>
      </w:pPr>
      <w:r>
        <w:rPr>
          <w:rFonts w:ascii="Niramit" w:hAnsi="Niramit"/>
          <w:b w:val="0"/>
          <w:i w:val="0"/>
          <w:color w:val="222222"/>
          <w:sz w:val="21"/>
        </w:rPr>
        <w:t>C) after</w:t>
      </w:r>
    </w:p>
    <w:p>
      <w:pPr>
        <w:spacing w:before="20" w:after="20"/>
        <w:ind w:left="567"/>
      </w:pPr>
      <w:r>
        <w:rPr>
          <w:rFonts w:ascii="Niramit" w:hAnsi="Niramit"/>
          <w:b w:val="0"/>
          <w:i w:val="0"/>
          <w:color w:val="222222"/>
          <w:sz w:val="21"/>
        </w:rPr>
        <w:t>D) half</w:t>
      </w:r>
    </w:p>
    <w:p/>
    <w:p>
      <w:pPr>
        <w:spacing w:before="120"/>
      </w:pPr>
      <w:r>
        <w:rPr>
          <w:rFonts w:ascii="Niramit" w:hAnsi="Niramit"/>
          <w:b/>
          <w:i w:val="0"/>
          <w:color w:val="222222"/>
          <w:sz w:val="22"/>
        </w:rPr>
        <w:t>12. I like my grandmother very much. I visit _______ every weekend.</w:t>
      </w:r>
    </w:p>
    <w:p>
      <w:pPr>
        <w:spacing w:before="20" w:after="20"/>
        <w:ind w:left="567"/>
      </w:pPr>
      <w:r>
        <w:rPr>
          <w:rFonts w:ascii="Niramit" w:hAnsi="Niramit"/>
          <w:b w:val="0"/>
          <w:i w:val="0"/>
          <w:color w:val="222222"/>
          <w:sz w:val="21"/>
        </w:rPr>
        <w:t>A) she</w:t>
      </w:r>
    </w:p>
    <w:p>
      <w:pPr>
        <w:spacing w:before="20" w:after="20"/>
        <w:ind w:left="567"/>
      </w:pPr>
      <w:r>
        <w:rPr>
          <w:rFonts w:ascii="Niramit" w:hAnsi="Niramit"/>
          <w:b w:val="0"/>
          <w:i w:val="0"/>
          <w:color w:val="222222"/>
          <w:sz w:val="21"/>
        </w:rPr>
        <w:t>B) her</w:t>
      </w:r>
    </w:p>
    <w:p>
      <w:pPr>
        <w:spacing w:before="20" w:after="20"/>
        <w:ind w:left="567"/>
      </w:pPr>
      <w:r>
        <w:rPr>
          <w:rFonts w:ascii="Niramit" w:hAnsi="Niramit"/>
          <w:b w:val="0"/>
          <w:i w:val="0"/>
          <w:color w:val="222222"/>
          <w:sz w:val="21"/>
        </w:rPr>
        <w:t>C) him</w:t>
      </w:r>
    </w:p>
    <w:p>
      <w:pPr>
        <w:spacing w:before="20" w:after="20"/>
        <w:ind w:left="567"/>
      </w:pPr>
      <w:r>
        <w:rPr>
          <w:rFonts w:ascii="Niramit" w:hAnsi="Niramit"/>
          <w:b w:val="0"/>
          <w:i w:val="0"/>
          <w:color w:val="222222"/>
          <w:sz w:val="21"/>
        </w:rPr>
        <w:t>D) they</w:t>
      </w:r>
    </w:p>
    <w:p/>
    <w:p>
      <w:pPr>
        <w:spacing w:before="120"/>
      </w:pPr>
      <w:r>
        <w:rPr>
          <w:rFonts w:ascii="Niramit" w:hAnsi="Niramit"/>
          <w:b/>
          <w:i w:val="0"/>
          <w:color w:val="222222"/>
          <w:sz w:val="22"/>
        </w:rPr>
        <w:t>13. My teacher gives _______ a lot of homework but I really like _______ .</w:t>
      </w:r>
    </w:p>
    <w:p>
      <w:pPr>
        <w:spacing w:before="20" w:after="20"/>
        <w:ind w:left="567"/>
      </w:pPr>
      <w:r>
        <w:rPr>
          <w:rFonts w:ascii="Niramit" w:hAnsi="Niramit"/>
          <w:b w:val="0"/>
          <w:i w:val="0"/>
          <w:color w:val="222222"/>
          <w:sz w:val="21"/>
        </w:rPr>
        <w:t>A) we / she</w:t>
      </w:r>
    </w:p>
    <w:p>
      <w:pPr>
        <w:spacing w:before="20" w:after="20"/>
        <w:ind w:left="567"/>
      </w:pPr>
      <w:r>
        <w:rPr>
          <w:rFonts w:ascii="Niramit" w:hAnsi="Niramit"/>
          <w:b w:val="0"/>
          <w:i w:val="0"/>
          <w:color w:val="222222"/>
          <w:sz w:val="21"/>
        </w:rPr>
        <w:t>B) us / her</w:t>
      </w:r>
    </w:p>
    <w:p>
      <w:pPr>
        <w:spacing w:before="20" w:after="20"/>
        <w:ind w:left="567"/>
      </w:pPr>
      <w:r>
        <w:rPr>
          <w:rFonts w:ascii="Niramit" w:hAnsi="Niramit"/>
          <w:b w:val="0"/>
          <w:i w:val="0"/>
          <w:color w:val="222222"/>
          <w:sz w:val="21"/>
        </w:rPr>
        <w:t>C) our / him</w:t>
      </w:r>
    </w:p>
    <w:p>
      <w:pPr>
        <w:spacing w:before="20" w:after="20"/>
        <w:ind w:left="567"/>
      </w:pPr>
      <w:r>
        <w:rPr>
          <w:rFonts w:ascii="Niramit" w:hAnsi="Niramit"/>
          <w:b w:val="0"/>
          <w:i w:val="0"/>
          <w:color w:val="222222"/>
          <w:sz w:val="21"/>
        </w:rPr>
        <w:t>D) they / it</w:t>
      </w:r>
    </w:p>
    <w:p/>
    <w:p>
      <w:pPr>
        <w:spacing w:before="120"/>
      </w:pPr>
      <w:r>
        <w:rPr>
          <w:rFonts w:ascii="Niramit" w:hAnsi="Niramit"/>
          <w:b/>
          <w:i w:val="0"/>
          <w:color w:val="222222"/>
          <w:sz w:val="22"/>
        </w:rPr>
        <w:t>14. A: What do you do _______ breakfast?</w:t>
        <w:br/>
        <w:t xml:space="preserve"> B: I brush my teeth.</w:t>
      </w:r>
    </w:p>
    <w:p>
      <w:pPr>
        <w:spacing w:before="20" w:after="20"/>
        <w:ind w:left="567"/>
      </w:pPr>
      <w:r>
        <w:rPr>
          <w:rFonts w:ascii="Niramit" w:hAnsi="Niramit"/>
          <w:b w:val="0"/>
          <w:i w:val="0"/>
          <w:color w:val="222222"/>
          <w:sz w:val="21"/>
        </w:rPr>
        <w:t>A) after</w:t>
      </w:r>
    </w:p>
    <w:p>
      <w:pPr>
        <w:spacing w:before="20" w:after="20"/>
        <w:ind w:left="567"/>
      </w:pPr>
      <w:r>
        <w:rPr>
          <w:rFonts w:ascii="Niramit" w:hAnsi="Niramit"/>
          <w:b w:val="0"/>
          <w:i w:val="0"/>
          <w:color w:val="222222"/>
          <w:sz w:val="21"/>
        </w:rPr>
        <w:t>B) before</w:t>
      </w:r>
    </w:p>
    <w:p>
      <w:pPr>
        <w:spacing w:before="20" w:after="20"/>
        <w:ind w:left="567"/>
      </w:pPr>
      <w:r>
        <w:rPr>
          <w:rFonts w:ascii="Niramit" w:hAnsi="Niramit"/>
          <w:b w:val="0"/>
          <w:i w:val="0"/>
          <w:color w:val="222222"/>
          <w:sz w:val="21"/>
        </w:rPr>
        <w:t>C) at</w:t>
      </w:r>
    </w:p>
    <w:p>
      <w:pPr>
        <w:spacing w:before="20" w:after="20"/>
        <w:ind w:left="567"/>
      </w:pPr>
      <w:r>
        <w:rPr>
          <w:rFonts w:ascii="Niramit" w:hAnsi="Niramit"/>
          <w:b w:val="0"/>
          <w:i w:val="0"/>
          <w:color w:val="222222"/>
          <w:sz w:val="21"/>
        </w:rPr>
        <w:t>D) in</w:t>
      </w:r>
    </w:p>
    <w:p/>
    <w:p>
      <w:pPr>
        <w:spacing w:before="120"/>
      </w:pPr>
      <w:r>
        <w:rPr>
          <w:rFonts w:ascii="Niramit" w:hAnsi="Niramit"/>
          <w:b/>
          <w:i w:val="0"/>
          <w:color w:val="222222"/>
          <w:sz w:val="22"/>
        </w:rPr>
        <w:t>15. It is 8 o'clock. School starts at 8:30. School starts _______ 8 o'clock.</w:t>
      </w:r>
    </w:p>
    <w:p>
      <w:pPr>
        <w:spacing w:before="20" w:after="20"/>
        <w:ind w:left="567"/>
      </w:pPr>
      <w:r>
        <w:rPr>
          <w:rFonts w:ascii="Niramit" w:hAnsi="Niramit"/>
          <w:b w:val="0"/>
          <w:i w:val="0"/>
          <w:color w:val="222222"/>
          <w:sz w:val="21"/>
        </w:rPr>
        <w:t>A) at</w:t>
      </w:r>
    </w:p>
    <w:p>
      <w:pPr>
        <w:spacing w:before="20" w:after="20"/>
        <w:ind w:left="567"/>
      </w:pPr>
      <w:r>
        <w:rPr>
          <w:rFonts w:ascii="Niramit" w:hAnsi="Niramit"/>
          <w:b w:val="0"/>
          <w:i w:val="0"/>
          <w:color w:val="222222"/>
          <w:sz w:val="21"/>
        </w:rPr>
        <w:t>B) before</w:t>
      </w:r>
    </w:p>
    <w:p>
      <w:pPr>
        <w:spacing w:before="20" w:after="20"/>
        <w:ind w:left="567"/>
      </w:pPr>
      <w:r>
        <w:rPr>
          <w:rFonts w:ascii="Niramit" w:hAnsi="Niramit"/>
          <w:b w:val="0"/>
          <w:i w:val="0"/>
          <w:color w:val="222222"/>
          <w:sz w:val="21"/>
        </w:rPr>
        <w:t>C) after</w:t>
      </w:r>
    </w:p>
    <w:p>
      <w:pPr>
        <w:spacing w:before="20" w:after="20"/>
        <w:ind w:left="567"/>
      </w:pPr>
      <w:r>
        <w:rPr>
          <w:rFonts w:ascii="Niramit" w:hAnsi="Niramit"/>
          <w:b w:val="0"/>
          <w:i w:val="0"/>
          <w:color w:val="222222"/>
          <w:sz w:val="21"/>
        </w:rPr>
        <w:t>D) in</w:t>
      </w:r>
    </w:p>
    <w:p>
      <w:r>
        <w:br w:type="page"/>
      </w:r>
    </w:p>
    <w:p>
      <w:pPr>
        <w:jc w:val="center"/>
      </w:pPr>
      <w:r>
        <w:rPr>
          <w:rFonts w:ascii="Niramit" w:hAnsi="Niramit"/>
          <w:b/>
          <w:i w:val="0"/>
          <w:color w:val="1A559E"/>
          <w:sz w:val="28"/>
        </w:rPr>
        <w:t>OKUMA 1 — KOLAY</w:t>
      </w:r>
    </w:p>
    <w:p>
      <w:pPr>
        <w:jc w:val="center"/>
      </w:pPr>
      <w:r>
        <w:rPr>
          <w:rFonts w:ascii="Niramit" w:hAnsi="Niramit"/>
          <w:b w:val="0"/>
          <w:i/>
          <w:color w:val="666666"/>
          <w:sz w:val="20"/>
        </w:rPr>
        <w:t>Aşağıdaki metni okuyunuz. Soruları metne göre cevaplayınız.</w:t>
      </w:r>
    </w:p>
    <w:p>
      <w:r>
        <w:rPr>
          <w:rFonts w:ascii="Niramit" w:hAnsi="Niramit"/>
          <w:b/>
          <w:i w:val="0"/>
          <w:color w:val="222222"/>
          <w:sz w:val="22"/>
        </w:rPr>
        <w:t>Ayşe's Day</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Hello! My name is Ayşe. I am 10 years old. I am a student. I live in Nicosia with my family. I wake up at 7 o'clock every morning. After I wake up, I wash my face and brush my teeth. Then, I have breakfast with my mother and father. I eat cereal and drink milk for breakfast. After breakfast, I get dressed and go to school. School starts at 8:30. I have lunch at 12 o'clock at school. I come home at 3 o'clock. Before dinner, I do my homework. I have dinner with my family at 7 o'clock. After dinner, I watch TV. I go to bed at 9 o'clock. I am very happy!</w:t>
            </w:r>
          </w:p>
        </w:tc>
      </w:tr>
    </w:tbl>
    <w:p/>
    <w:p/>
    <w:p>
      <w:pPr>
        <w:spacing w:before="120"/>
      </w:pPr>
      <w:r>
        <w:rPr>
          <w:rFonts w:ascii="Niramit" w:hAnsi="Niramit"/>
          <w:b/>
          <w:i w:val="0"/>
          <w:color w:val="222222"/>
          <w:sz w:val="22"/>
        </w:rPr>
        <w:t>1. How old is Ayşe?</w:t>
      </w:r>
    </w:p>
    <w:p>
      <w:pPr>
        <w:spacing w:before="20" w:after="20"/>
        <w:ind w:left="567"/>
      </w:pPr>
      <w:r>
        <w:rPr>
          <w:rFonts w:ascii="Niramit" w:hAnsi="Niramit"/>
          <w:b w:val="0"/>
          <w:i w:val="0"/>
          <w:color w:val="222222"/>
          <w:sz w:val="21"/>
        </w:rPr>
        <w:t>A) 9</w:t>
      </w:r>
    </w:p>
    <w:p>
      <w:pPr>
        <w:spacing w:before="20" w:after="20"/>
        <w:ind w:left="567"/>
      </w:pPr>
      <w:r>
        <w:rPr>
          <w:rFonts w:ascii="Niramit" w:hAnsi="Niramit"/>
          <w:b w:val="0"/>
          <w:i w:val="0"/>
          <w:color w:val="222222"/>
          <w:sz w:val="21"/>
        </w:rPr>
        <w:t>B) 10</w:t>
      </w:r>
    </w:p>
    <w:p>
      <w:pPr>
        <w:spacing w:before="20" w:after="20"/>
        <w:ind w:left="567"/>
      </w:pPr>
      <w:r>
        <w:rPr>
          <w:rFonts w:ascii="Niramit" w:hAnsi="Niramit"/>
          <w:b w:val="0"/>
          <w:i w:val="0"/>
          <w:color w:val="222222"/>
          <w:sz w:val="21"/>
        </w:rPr>
        <w:t>C) 11</w:t>
      </w:r>
    </w:p>
    <w:p>
      <w:pPr>
        <w:spacing w:before="20" w:after="20"/>
        <w:ind w:left="567"/>
      </w:pPr>
      <w:r>
        <w:rPr>
          <w:rFonts w:ascii="Niramit" w:hAnsi="Niramit"/>
          <w:b w:val="0"/>
          <w:i w:val="0"/>
          <w:color w:val="222222"/>
          <w:sz w:val="21"/>
        </w:rPr>
        <w:t>D) 12</w:t>
      </w:r>
    </w:p>
    <w:p/>
    <w:p>
      <w:pPr>
        <w:spacing w:before="120"/>
      </w:pPr>
      <w:r>
        <w:rPr>
          <w:rFonts w:ascii="Niramit" w:hAnsi="Niramit"/>
          <w:b/>
          <w:i w:val="0"/>
          <w:color w:val="222222"/>
          <w:sz w:val="22"/>
        </w:rPr>
        <w:t>2. What does Ayşe do after she wakes up?</w:t>
      </w:r>
    </w:p>
    <w:p>
      <w:pPr>
        <w:spacing w:before="20" w:after="20"/>
        <w:ind w:left="567"/>
      </w:pPr>
      <w:r>
        <w:rPr>
          <w:rFonts w:ascii="Niramit" w:hAnsi="Niramit"/>
          <w:b w:val="0"/>
          <w:i w:val="0"/>
          <w:color w:val="222222"/>
          <w:sz w:val="21"/>
        </w:rPr>
        <w:t>A) She has breakfast.</w:t>
      </w:r>
    </w:p>
    <w:p>
      <w:pPr>
        <w:spacing w:before="20" w:after="20"/>
        <w:ind w:left="567"/>
      </w:pPr>
      <w:r>
        <w:rPr>
          <w:rFonts w:ascii="Niramit" w:hAnsi="Niramit"/>
          <w:b w:val="0"/>
          <w:i w:val="0"/>
          <w:color w:val="222222"/>
          <w:sz w:val="21"/>
        </w:rPr>
        <w:t>B) She goes to school.</w:t>
      </w:r>
    </w:p>
    <w:p>
      <w:pPr>
        <w:spacing w:before="20" w:after="20"/>
        <w:ind w:left="567"/>
      </w:pPr>
      <w:r>
        <w:rPr>
          <w:rFonts w:ascii="Niramit" w:hAnsi="Niramit"/>
          <w:b w:val="0"/>
          <w:i w:val="0"/>
          <w:color w:val="222222"/>
          <w:sz w:val="21"/>
        </w:rPr>
        <w:t>C) She washes her face and brushes her teeth.</w:t>
      </w:r>
    </w:p>
    <w:p>
      <w:pPr>
        <w:spacing w:before="20" w:after="20"/>
        <w:ind w:left="567"/>
      </w:pPr>
      <w:r>
        <w:rPr>
          <w:rFonts w:ascii="Niramit" w:hAnsi="Niramit"/>
          <w:b w:val="0"/>
          <w:i w:val="0"/>
          <w:color w:val="222222"/>
          <w:sz w:val="21"/>
        </w:rPr>
        <w:t>D) She gets dressed.</w:t>
      </w:r>
    </w:p>
    <w:p/>
    <w:p>
      <w:pPr>
        <w:spacing w:before="120"/>
      </w:pPr>
      <w:r>
        <w:rPr>
          <w:rFonts w:ascii="Niramit" w:hAnsi="Niramit"/>
          <w:b/>
          <w:i w:val="0"/>
          <w:color w:val="222222"/>
          <w:sz w:val="22"/>
        </w:rPr>
        <w:t>3. What time does school start?</w:t>
      </w:r>
    </w:p>
    <w:p>
      <w:pPr>
        <w:spacing w:before="20" w:after="20"/>
        <w:ind w:left="567"/>
      </w:pPr>
      <w:r>
        <w:rPr>
          <w:rFonts w:ascii="Niramit" w:hAnsi="Niramit"/>
          <w:b w:val="0"/>
          <w:i w:val="0"/>
          <w:color w:val="222222"/>
          <w:sz w:val="21"/>
        </w:rPr>
        <w:t>A) At 7 o'clock</w:t>
      </w:r>
    </w:p>
    <w:p>
      <w:pPr>
        <w:spacing w:before="20" w:after="20"/>
        <w:ind w:left="567"/>
      </w:pPr>
      <w:r>
        <w:rPr>
          <w:rFonts w:ascii="Niramit" w:hAnsi="Niramit"/>
          <w:b w:val="0"/>
          <w:i w:val="0"/>
          <w:color w:val="222222"/>
          <w:sz w:val="21"/>
        </w:rPr>
        <w:t>B) At 8 o'clock</w:t>
      </w:r>
    </w:p>
    <w:p>
      <w:pPr>
        <w:spacing w:before="20" w:after="20"/>
        <w:ind w:left="567"/>
      </w:pPr>
      <w:r>
        <w:rPr>
          <w:rFonts w:ascii="Niramit" w:hAnsi="Niramit"/>
          <w:b w:val="0"/>
          <w:i w:val="0"/>
          <w:color w:val="222222"/>
          <w:sz w:val="21"/>
        </w:rPr>
        <w:t>C) At 8:30</w:t>
      </w:r>
    </w:p>
    <w:p>
      <w:pPr>
        <w:spacing w:before="20" w:after="20"/>
        <w:ind w:left="567"/>
      </w:pPr>
      <w:r>
        <w:rPr>
          <w:rFonts w:ascii="Niramit" w:hAnsi="Niramit"/>
          <w:b w:val="0"/>
          <w:i w:val="0"/>
          <w:color w:val="222222"/>
          <w:sz w:val="21"/>
        </w:rPr>
        <w:t>D) At 9 o'clock</w:t>
      </w:r>
    </w:p>
    <w:p/>
    <w:p>
      <w:pPr>
        <w:spacing w:before="120"/>
      </w:pPr>
      <w:r>
        <w:rPr>
          <w:rFonts w:ascii="Niramit" w:hAnsi="Niramit"/>
          <w:b/>
          <w:i w:val="0"/>
          <w:color w:val="222222"/>
          <w:sz w:val="22"/>
        </w:rPr>
        <w:t>4. What does Ayşe do before dinner?</w:t>
      </w:r>
    </w:p>
    <w:p>
      <w:pPr>
        <w:spacing w:before="20" w:after="20"/>
        <w:ind w:left="567"/>
      </w:pPr>
      <w:r>
        <w:rPr>
          <w:rFonts w:ascii="Niramit" w:hAnsi="Niramit"/>
          <w:b w:val="0"/>
          <w:i w:val="0"/>
          <w:color w:val="222222"/>
          <w:sz w:val="21"/>
        </w:rPr>
        <w:t>A) She watches TV.</w:t>
      </w:r>
    </w:p>
    <w:p>
      <w:pPr>
        <w:spacing w:before="20" w:after="20"/>
        <w:ind w:left="567"/>
      </w:pPr>
      <w:r>
        <w:rPr>
          <w:rFonts w:ascii="Niramit" w:hAnsi="Niramit"/>
          <w:b w:val="0"/>
          <w:i w:val="0"/>
          <w:color w:val="222222"/>
          <w:sz w:val="21"/>
        </w:rPr>
        <w:t>B) She does her homework.</w:t>
      </w:r>
    </w:p>
    <w:p>
      <w:pPr>
        <w:spacing w:before="20" w:after="20"/>
        <w:ind w:left="567"/>
      </w:pPr>
      <w:r>
        <w:rPr>
          <w:rFonts w:ascii="Niramit" w:hAnsi="Niramit"/>
          <w:b w:val="0"/>
          <w:i w:val="0"/>
          <w:color w:val="222222"/>
          <w:sz w:val="21"/>
        </w:rPr>
        <w:t>C) She has lunch.</w:t>
      </w:r>
    </w:p>
    <w:p>
      <w:pPr>
        <w:spacing w:before="20" w:after="20"/>
        <w:ind w:left="567"/>
      </w:pPr>
      <w:r>
        <w:rPr>
          <w:rFonts w:ascii="Niramit" w:hAnsi="Niramit"/>
          <w:b w:val="0"/>
          <w:i w:val="0"/>
          <w:color w:val="222222"/>
          <w:sz w:val="21"/>
        </w:rPr>
        <w:t>D) She goes to bed.</w:t>
      </w:r>
    </w:p>
    <w:p/>
    <w:p>
      <w:pPr>
        <w:spacing w:before="120"/>
      </w:pPr>
      <w:r>
        <w:rPr>
          <w:rFonts w:ascii="Niramit" w:hAnsi="Niramit"/>
          <w:b/>
          <w:i w:val="0"/>
          <w:color w:val="222222"/>
          <w:sz w:val="22"/>
        </w:rPr>
        <w:t>5. What time does Ayşe go to bed?</w:t>
      </w:r>
    </w:p>
    <w:p>
      <w:pPr>
        <w:spacing w:before="20" w:after="20"/>
        <w:ind w:left="567"/>
      </w:pPr>
      <w:r>
        <w:rPr>
          <w:rFonts w:ascii="Niramit" w:hAnsi="Niramit"/>
          <w:b w:val="0"/>
          <w:i w:val="0"/>
          <w:color w:val="222222"/>
          <w:sz w:val="21"/>
        </w:rPr>
        <w:t>A) At 7 o'clock</w:t>
      </w:r>
    </w:p>
    <w:p>
      <w:pPr>
        <w:spacing w:before="20" w:after="20"/>
        <w:ind w:left="567"/>
      </w:pPr>
      <w:r>
        <w:rPr>
          <w:rFonts w:ascii="Niramit" w:hAnsi="Niramit"/>
          <w:b w:val="0"/>
          <w:i w:val="0"/>
          <w:color w:val="222222"/>
          <w:sz w:val="21"/>
        </w:rPr>
        <w:t>B) At 8 o'clock</w:t>
      </w:r>
    </w:p>
    <w:p>
      <w:pPr>
        <w:spacing w:before="20" w:after="20"/>
        <w:ind w:left="567"/>
      </w:pPr>
      <w:r>
        <w:rPr>
          <w:rFonts w:ascii="Niramit" w:hAnsi="Niramit"/>
          <w:b w:val="0"/>
          <w:i w:val="0"/>
          <w:color w:val="222222"/>
          <w:sz w:val="21"/>
        </w:rPr>
        <w:t>C) At 9 o'clock</w:t>
      </w:r>
    </w:p>
    <w:p>
      <w:pPr>
        <w:spacing w:before="20" w:after="20"/>
        <w:ind w:left="567"/>
      </w:pPr>
      <w:r>
        <w:rPr>
          <w:rFonts w:ascii="Niramit" w:hAnsi="Niramit"/>
          <w:b w:val="0"/>
          <w:i w:val="0"/>
          <w:color w:val="222222"/>
          <w:sz w:val="21"/>
        </w:rPr>
        <w:t>D) At 10 o'clock</w:t>
      </w:r>
    </w:p>
    <w:p>
      <w:r>
        <w:br w:type="page"/>
      </w:r>
    </w:p>
    <w:p>
      <w:pPr>
        <w:jc w:val="center"/>
      </w:pPr>
      <w:r>
        <w:rPr>
          <w:rFonts w:ascii="Niramit" w:hAnsi="Niramit"/>
          <w:b/>
          <w:i w:val="0"/>
          <w:color w:val="1A559E"/>
          <w:sz w:val="28"/>
        </w:rPr>
        <w:t>OKUMA 2 — ORTA</w:t>
      </w:r>
    </w:p>
    <w:p>
      <w:pPr>
        <w:jc w:val="center"/>
      </w:pPr>
      <w:r>
        <w:rPr>
          <w:rFonts w:ascii="Niramit" w:hAnsi="Niramit"/>
          <w:b w:val="0"/>
          <w:i/>
          <w:color w:val="666666"/>
          <w:sz w:val="20"/>
        </w:rPr>
        <w:t>Aşağıdaki metni okuyunuz. Soruları metne göre cevaplayınız.</w:t>
      </w:r>
    </w:p>
    <w:p>
      <w:r>
        <w:rPr>
          <w:rFonts w:ascii="Niramit" w:hAnsi="Niramit"/>
          <w:b/>
          <w:i/>
          <w:color w:val="222222"/>
          <w:sz w:val="22"/>
        </w:rPr>
        <w:t>Mehmet and His Family</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Hi! I am Mehmet. I am 11 years old. I am in the 5th grade. I have a big family. There are five people in my family: my mother, my father, my two sisters and me. My sisters are younger than me. Their names are Elif and Zeynep. Elif is 7 and Zeynep is 4 years old. They are very cute but they are noisy in the morning! My mother is a teacher. She works at a school in Kyrenia. She wakes up very early at 5:30 every day. After she wakes up, she prepares breakfast for us. My father is a doctor. He works at a hospital. He wakes up at 6 o'clock. Before he goes to work, he drinks coffee and reads the newspaper. I wake up at 7 o'clock. I have breakfast with my sisters at 7:30. After breakfast, I brush my teeth and get dressed. My mother takes us to school at 8 o'clock. School starts at 8:30. My favourite lesson is English. Our English teacher is Mrs. Smith. She is very kind. After school, I come home at 3 o'clock. I do my homework before dinner. After dinner, I play with my sisters or watch TV. I go to bed at 9:30. My sisters go to bed at 8:30 because they are younger.</w:t>
            </w:r>
          </w:p>
        </w:tc>
      </w:tr>
    </w:tbl>
    <w:p/>
    <w:p/>
    <w:p>
      <w:pPr>
        <w:spacing w:before="120"/>
      </w:pPr>
      <w:r>
        <w:rPr>
          <w:rFonts w:ascii="Niramit" w:hAnsi="Niramit"/>
          <w:b/>
          <w:i w:val="0"/>
          <w:color w:val="222222"/>
          <w:sz w:val="22"/>
        </w:rPr>
        <w:t>1. How many sisters does Mehmet have?</w:t>
      </w:r>
    </w:p>
    <w:p>
      <w:pPr>
        <w:spacing w:before="20" w:after="20"/>
        <w:ind w:left="567"/>
      </w:pPr>
      <w:r>
        <w:rPr>
          <w:rFonts w:ascii="Niramit" w:hAnsi="Niramit"/>
          <w:b w:val="0"/>
          <w:i w:val="0"/>
          <w:color w:val="222222"/>
          <w:sz w:val="21"/>
        </w:rPr>
        <w:t>A) One</w:t>
      </w:r>
    </w:p>
    <w:p>
      <w:pPr>
        <w:spacing w:before="20" w:after="20"/>
        <w:ind w:left="567"/>
      </w:pPr>
      <w:r>
        <w:rPr>
          <w:rFonts w:ascii="Niramit" w:hAnsi="Niramit"/>
          <w:b w:val="0"/>
          <w:i w:val="0"/>
          <w:color w:val="222222"/>
          <w:sz w:val="21"/>
        </w:rPr>
        <w:t>B) Two</w:t>
      </w:r>
    </w:p>
    <w:p>
      <w:pPr>
        <w:spacing w:before="20" w:after="20"/>
        <w:ind w:left="567"/>
      </w:pPr>
      <w:r>
        <w:rPr>
          <w:rFonts w:ascii="Niramit" w:hAnsi="Niramit"/>
          <w:b w:val="0"/>
          <w:i w:val="0"/>
          <w:color w:val="222222"/>
          <w:sz w:val="21"/>
        </w:rPr>
        <w:t>C) Three</w:t>
      </w:r>
    </w:p>
    <w:p>
      <w:pPr>
        <w:spacing w:before="20" w:after="20"/>
        <w:ind w:left="567"/>
      </w:pPr>
      <w:r>
        <w:rPr>
          <w:rFonts w:ascii="Niramit" w:hAnsi="Niramit"/>
          <w:b w:val="0"/>
          <w:i w:val="0"/>
          <w:color w:val="222222"/>
          <w:sz w:val="21"/>
        </w:rPr>
        <w:t>D) Four</w:t>
      </w:r>
    </w:p>
    <w:p/>
    <w:p>
      <w:pPr>
        <w:spacing w:before="120"/>
      </w:pPr>
      <w:r>
        <w:rPr>
          <w:rFonts w:ascii="Niramit" w:hAnsi="Niramit"/>
          <w:b/>
          <w:i w:val="0"/>
          <w:color w:val="222222"/>
          <w:sz w:val="22"/>
        </w:rPr>
        <w:t>2. What does Mehmet's mother do?</w:t>
      </w:r>
    </w:p>
    <w:p>
      <w:pPr>
        <w:spacing w:before="20" w:after="20"/>
        <w:ind w:left="567"/>
      </w:pPr>
      <w:r>
        <w:rPr>
          <w:rFonts w:ascii="Niramit" w:hAnsi="Niramit"/>
          <w:b w:val="0"/>
          <w:i w:val="0"/>
          <w:color w:val="222222"/>
          <w:sz w:val="21"/>
        </w:rPr>
        <w:t>A) She is a doctor.</w:t>
      </w:r>
    </w:p>
    <w:p>
      <w:pPr>
        <w:spacing w:before="20" w:after="20"/>
        <w:ind w:left="567"/>
      </w:pPr>
      <w:r>
        <w:rPr>
          <w:rFonts w:ascii="Niramit" w:hAnsi="Niramit"/>
          <w:b w:val="0"/>
          <w:i w:val="0"/>
          <w:color w:val="222222"/>
          <w:sz w:val="21"/>
        </w:rPr>
        <w:t>B) She is a teacher.</w:t>
      </w:r>
    </w:p>
    <w:p>
      <w:pPr>
        <w:spacing w:before="20" w:after="20"/>
        <w:ind w:left="567"/>
      </w:pPr>
      <w:r>
        <w:rPr>
          <w:rFonts w:ascii="Niramit" w:hAnsi="Niramit"/>
          <w:b w:val="0"/>
          <w:i w:val="0"/>
          <w:color w:val="222222"/>
          <w:sz w:val="21"/>
        </w:rPr>
        <w:t>C) She is a nurse.</w:t>
      </w:r>
    </w:p>
    <w:p>
      <w:pPr>
        <w:spacing w:before="20" w:after="20"/>
        <w:ind w:left="567"/>
      </w:pPr>
      <w:r>
        <w:rPr>
          <w:rFonts w:ascii="Niramit" w:hAnsi="Niramit"/>
          <w:b w:val="0"/>
          <w:i w:val="0"/>
          <w:color w:val="222222"/>
          <w:sz w:val="21"/>
        </w:rPr>
        <w:t>D) She is a student.</w:t>
      </w:r>
    </w:p>
    <w:p/>
    <w:p>
      <w:pPr>
        <w:spacing w:before="120"/>
      </w:pPr>
      <w:r>
        <w:rPr>
          <w:rFonts w:ascii="Niramit" w:hAnsi="Niramit"/>
          <w:b/>
          <w:i w:val="0"/>
          <w:color w:val="222222"/>
          <w:sz w:val="22"/>
        </w:rPr>
        <w:t>3. What does Mehmet's father do before he goes to work?</w:t>
      </w:r>
    </w:p>
    <w:p>
      <w:pPr>
        <w:spacing w:before="20" w:after="20"/>
        <w:ind w:left="567"/>
      </w:pPr>
      <w:r>
        <w:rPr>
          <w:rFonts w:ascii="Niramit" w:hAnsi="Niramit"/>
          <w:b w:val="0"/>
          <w:i w:val="0"/>
          <w:color w:val="222222"/>
          <w:sz w:val="21"/>
        </w:rPr>
        <w:t>A) He prepares breakfast.</w:t>
      </w:r>
    </w:p>
    <w:p>
      <w:pPr>
        <w:spacing w:before="20" w:after="20"/>
        <w:ind w:left="567"/>
      </w:pPr>
      <w:r>
        <w:rPr>
          <w:rFonts w:ascii="Niramit" w:hAnsi="Niramit"/>
          <w:b w:val="0"/>
          <w:i w:val="0"/>
          <w:color w:val="222222"/>
          <w:sz w:val="21"/>
        </w:rPr>
        <w:t>B) He reads a book.</w:t>
      </w:r>
    </w:p>
    <w:p>
      <w:pPr>
        <w:spacing w:before="20" w:after="20"/>
        <w:ind w:left="567"/>
      </w:pPr>
      <w:r>
        <w:rPr>
          <w:rFonts w:ascii="Niramit" w:hAnsi="Niramit"/>
          <w:b w:val="0"/>
          <w:i w:val="0"/>
          <w:color w:val="222222"/>
          <w:sz w:val="21"/>
        </w:rPr>
        <w:t>C) He drinks coffee and reads the newspaper.</w:t>
      </w:r>
    </w:p>
    <w:p>
      <w:pPr>
        <w:spacing w:before="20" w:after="20"/>
        <w:ind w:left="567"/>
      </w:pPr>
      <w:r>
        <w:rPr>
          <w:rFonts w:ascii="Niramit" w:hAnsi="Niramit"/>
          <w:b w:val="0"/>
          <w:i w:val="0"/>
          <w:color w:val="222222"/>
          <w:sz w:val="21"/>
        </w:rPr>
        <w:t>D) He takes a shower.</w:t>
      </w:r>
    </w:p>
    <w:p/>
    <w:p>
      <w:pPr>
        <w:spacing w:before="120"/>
      </w:pPr>
      <w:r>
        <w:rPr>
          <w:rFonts w:ascii="Niramit" w:hAnsi="Niramit"/>
          <w:b/>
          <w:i w:val="0"/>
          <w:color w:val="222222"/>
          <w:sz w:val="22"/>
        </w:rPr>
        <w:t>4. Why do Mehmet's sisters go to bed at 8:30?</w:t>
      </w:r>
    </w:p>
    <w:p>
      <w:pPr>
        <w:spacing w:before="20" w:after="20"/>
        <w:ind w:left="567"/>
      </w:pPr>
      <w:r>
        <w:rPr>
          <w:rFonts w:ascii="Niramit" w:hAnsi="Niramit"/>
          <w:b w:val="0"/>
          <w:i w:val="0"/>
          <w:color w:val="222222"/>
          <w:sz w:val="21"/>
        </w:rPr>
        <w:t>A) Because they are tired.</w:t>
      </w:r>
    </w:p>
    <w:p>
      <w:pPr>
        <w:spacing w:before="20" w:after="20"/>
        <w:ind w:left="567"/>
      </w:pPr>
      <w:r>
        <w:rPr>
          <w:rFonts w:ascii="Niramit" w:hAnsi="Niramit"/>
          <w:b w:val="0"/>
          <w:i w:val="0"/>
          <w:color w:val="222222"/>
          <w:sz w:val="21"/>
        </w:rPr>
        <w:t>B) Because they are younger.</w:t>
      </w:r>
    </w:p>
    <w:p>
      <w:pPr>
        <w:spacing w:before="20" w:after="20"/>
        <w:ind w:left="567"/>
      </w:pPr>
      <w:r>
        <w:rPr>
          <w:rFonts w:ascii="Niramit" w:hAnsi="Niramit"/>
          <w:b w:val="0"/>
          <w:i w:val="0"/>
          <w:color w:val="222222"/>
          <w:sz w:val="21"/>
        </w:rPr>
        <w:t>C) Because they don't like TV.</w:t>
      </w:r>
    </w:p>
    <w:p>
      <w:pPr>
        <w:spacing w:before="20" w:after="20"/>
        <w:ind w:left="567"/>
      </w:pPr>
      <w:r>
        <w:rPr>
          <w:rFonts w:ascii="Niramit" w:hAnsi="Niramit"/>
          <w:b w:val="0"/>
          <w:i w:val="0"/>
          <w:color w:val="222222"/>
          <w:sz w:val="21"/>
        </w:rPr>
        <w:t>D) Because they are hungry.</w:t>
      </w:r>
    </w:p>
    <w:p/>
    <w:p>
      <w:pPr>
        <w:spacing w:before="120"/>
      </w:pPr>
      <w:r>
        <w:rPr>
          <w:rFonts w:ascii="Niramit" w:hAnsi="Niramit"/>
          <w:b/>
          <w:i w:val="0"/>
          <w:color w:val="222222"/>
          <w:sz w:val="22"/>
        </w:rPr>
        <w:t>5. What is true about Mrs. Smith?</w:t>
      </w:r>
    </w:p>
    <w:p>
      <w:pPr>
        <w:spacing w:before="20" w:after="20"/>
        <w:ind w:left="567"/>
      </w:pPr>
      <w:r>
        <w:rPr>
          <w:rFonts w:ascii="Niramit" w:hAnsi="Niramit"/>
          <w:b w:val="0"/>
          <w:i w:val="0"/>
          <w:color w:val="222222"/>
          <w:sz w:val="21"/>
        </w:rPr>
        <w:t>A) She is Mehmet's mother.</w:t>
      </w:r>
    </w:p>
    <w:p>
      <w:pPr>
        <w:spacing w:before="20" w:after="20"/>
        <w:ind w:left="567"/>
      </w:pPr>
      <w:r>
        <w:rPr>
          <w:rFonts w:ascii="Niramit" w:hAnsi="Niramit"/>
          <w:b w:val="0"/>
          <w:i w:val="0"/>
          <w:color w:val="222222"/>
          <w:sz w:val="21"/>
        </w:rPr>
        <w:t>B) She is a strict teacher.</w:t>
      </w:r>
    </w:p>
    <w:p>
      <w:pPr>
        <w:spacing w:before="20" w:after="20"/>
        <w:ind w:left="567"/>
      </w:pPr>
      <w:r>
        <w:rPr>
          <w:rFonts w:ascii="Niramit" w:hAnsi="Niramit"/>
          <w:b w:val="0"/>
          <w:i w:val="0"/>
          <w:color w:val="222222"/>
          <w:sz w:val="21"/>
        </w:rPr>
        <w:t>C) She is very kind.</w:t>
      </w:r>
    </w:p>
    <w:p>
      <w:pPr>
        <w:spacing w:before="20" w:after="20"/>
        <w:ind w:left="567"/>
      </w:pPr>
      <w:r>
        <w:rPr>
          <w:rFonts w:ascii="Niramit" w:hAnsi="Niramit"/>
          <w:b w:val="0"/>
          <w:i w:val="0"/>
          <w:color w:val="222222"/>
          <w:sz w:val="21"/>
        </w:rPr>
        <w:t>D) She teaches Maths.</w:t>
      </w:r>
    </w:p>
    <w:p>
      <w:r>
        <w:br w:type="page"/>
      </w:r>
    </w:p>
    <w:p>
      <w:pPr>
        <w:jc w:val="center"/>
      </w:pPr>
      <w:r>
        <w:rPr>
          <w:rFonts w:ascii="Niramit" w:hAnsi="Niramit"/>
          <w:b/>
          <w:i w:val="0"/>
          <w:color w:val="1A559E"/>
          <w:sz w:val="28"/>
        </w:rPr>
        <w:t>OKUMA 3 — ZOR</w:t>
      </w:r>
    </w:p>
    <w:p>
      <w:pPr>
        <w:jc w:val="center"/>
      </w:pPr>
      <w:r>
        <w:rPr>
          <w:rFonts w:ascii="Niramit" w:hAnsi="Niramit"/>
          <w:b w:val="0"/>
          <w:i/>
          <w:color w:val="666666"/>
          <w:sz w:val="20"/>
        </w:rPr>
        <w:t>Aşağıdaki metni okuyunuz. Soruları metne göre cevaplayınız.</w:t>
      </w:r>
    </w:p>
    <w:p>
      <w:r>
        <w:rPr>
          <w:rFonts w:ascii="Niramit" w:hAnsi="Niramit"/>
          <w:b/>
          <w:i/>
          <w:color w:val="222222"/>
          <w:sz w:val="22"/>
        </w:rPr>
        <w:t>A Special Morning — The Brown Family</w:t>
      </w:r>
    </w:p>
    <w:tbl>
      <w:tblPr>
        <w:tblW w:type="auto" w:w="0"/>
        <w:tblLook w:firstColumn="1" w:firstRow="1" w:lastColumn="0" w:lastRow="0" w:noHBand="0" w:noVBand="1" w:val="04A0"/>
      </w:tblPr>
      <w:tblGrid>
        <w:gridCol w:w="9406"/>
      </w:tblGrid>
      <w:tr>
        <w:tc>
          <w:tcPr>
            <w:tcW w:type="dxa" w:w="9406"/>
            <w:shd w:val="clear" w:color="auto" w:fill="F5F8FC"/>
          </w:tcPr>
          <w:p>
            <w:r>
              <w:rPr>
                <w:rFonts w:ascii="Niramit" w:hAnsi="Niramit"/>
                <w:i/>
                <w:sz w:val="22"/>
              </w:rPr>
              <w:t>It is a busy morning in the Brown family. Mr. Brown is a carpenter. He works in a workshop near their house. He usually wakes up at 6 o'clock. But today is different. Today, he is not at the workshop. He is at home because it is his birthday! Mrs. Brown is in the kitchen. She is preparing a special breakfast for him. She is a wonderful cook. Their children, Tom and Emily, are in their rooms. Tom is 12 years old. He is getting dressed. He has a big exam at school today. He is a little nervous. Emily is 9 years old. She is brushing her long, brown hair in front of the mirror. She is very happy because today is also her best friend's birthday party after school. Grandpa Brown is in the garden. He is 75 years old but he is very strong. He is watering the flowers. He lives with the family. He is a very kind man. He always helps Mrs. Brown in the garden. At 7 o'clock, the family is at the breakfast table. There are pancakes, eggs, fruit, and orange juice. Mr. Brown is very happy. 'Thank you, everyone! This is a perfect morning!' he says. Before they eat, Tom says, 'Happy birthday, Dad!' and gives him a small box. Inside the box, there is a beautiful pen. Mr. Brown loves it. After breakfast, Tom goes to school. Emily goes to school too, but after school, she is going to the party. Mr. Brown stays at home with Mrs. Brown. It is a special day for all of them.</w:t>
            </w:r>
          </w:p>
        </w:tc>
      </w:tr>
    </w:tbl>
    <w:p/>
    <w:p/>
    <w:p>
      <w:pPr>
        <w:spacing w:before="120"/>
      </w:pPr>
      <w:r>
        <w:rPr>
          <w:rFonts w:ascii="Niramit" w:hAnsi="Niramit"/>
          <w:b/>
          <w:i w:val="0"/>
          <w:color w:val="222222"/>
          <w:sz w:val="22"/>
        </w:rPr>
        <w:t>1. Why is Mr. Brown at home today instead of at the workshop?</w:t>
      </w:r>
    </w:p>
    <w:p>
      <w:pPr>
        <w:spacing w:before="20" w:after="20"/>
        <w:ind w:left="567"/>
      </w:pPr>
      <w:r>
        <w:rPr>
          <w:rFonts w:ascii="Niramit" w:hAnsi="Niramit"/>
          <w:b w:val="0"/>
          <w:i w:val="0"/>
          <w:color w:val="222222"/>
          <w:sz w:val="21"/>
        </w:rPr>
        <w:t>A) He is sick.</w:t>
      </w:r>
    </w:p>
    <w:p>
      <w:pPr>
        <w:spacing w:before="20" w:after="20"/>
        <w:ind w:left="567"/>
      </w:pPr>
      <w:r>
        <w:rPr>
          <w:rFonts w:ascii="Niramit" w:hAnsi="Niramit"/>
          <w:b w:val="0"/>
          <w:i w:val="0"/>
          <w:color w:val="222222"/>
          <w:sz w:val="21"/>
        </w:rPr>
        <w:t>B) It is his birthday.</w:t>
      </w:r>
    </w:p>
    <w:p>
      <w:pPr>
        <w:spacing w:before="20" w:after="20"/>
        <w:ind w:left="567"/>
      </w:pPr>
      <w:r>
        <w:rPr>
          <w:rFonts w:ascii="Niramit" w:hAnsi="Niramit"/>
          <w:b w:val="0"/>
          <w:i w:val="0"/>
          <w:color w:val="222222"/>
          <w:sz w:val="21"/>
        </w:rPr>
        <w:t>C) The workshop is closed.</w:t>
      </w:r>
    </w:p>
    <w:p>
      <w:pPr>
        <w:spacing w:before="20" w:after="20"/>
        <w:ind w:left="567"/>
      </w:pPr>
      <w:r>
        <w:rPr>
          <w:rFonts w:ascii="Niramit" w:hAnsi="Niramit"/>
          <w:b w:val="0"/>
          <w:i w:val="0"/>
          <w:color w:val="222222"/>
          <w:sz w:val="21"/>
        </w:rPr>
        <w:t>D) He is on holiday.</w:t>
      </w:r>
    </w:p>
    <w:p/>
    <w:p>
      <w:pPr>
        <w:spacing w:before="120"/>
      </w:pPr>
      <w:r>
        <w:rPr>
          <w:rFonts w:ascii="Niramit" w:hAnsi="Niramit"/>
          <w:b/>
          <w:i w:val="0"/>
          <w:color w:val="222222"/>
          <w:sz w:val="22"/>
        </w:rPr>
        <w:t>2. What is Emily doing before breakfast?</w:t>
      </w:r>
    </w:p>
    <w:p>
      <w:pPr>
        <w:spacing w:before="20" w:after="20"/>
        <w:ind w:left="567"/>
      </w:pPr>
      <w:r>
        <w:rPr>
          <w:rFonts w:ascii="Niramit" w:hAnsi="Niramit"/>
          <w:b w:val="0"/>
          <w:i w:val="0"/>
          <w:color w:val="222222"/>
          <w:sz w:val="21"/>
        </w:rPr>
        <w:t>A) She is studying for an exam.</w:t>
      </w:r>
    </w:p>
    <w:p>
      <w:pPr>
        <w:spacing w:before="20" w:after="20"/>
        <w:ind w:left="567"/>
      </w:pPr>
      <w:r>
        <w:rPr>
          <w:rFonts w:ascii="Niramit" w:hAnsi="Niramit"/>
          <w:b w:val="0"/>
          <w:i w:val="0"/>
          <w:color w:val="222222"/>
          <w:sz w:val="21"/>
        </w:rPr>
        <w:t>B) She is getting dressed.</w:t>
      </w:r>
    </w:p>
    <w:p>
      <w:pPr>
        <w:spacing w:before="20" w:after="20"/>
        <w:ind w:left="567"/>
      </w:pPr>
      <w:r>
        <w:rPr>
          <w:rFonts w:ascii="Niramit" w:hAnsi="Niramit"/>
          <w:b w:val="0"/>
          <w:i w:val="0"/>
          <w:color w:val="222222"/>
          <w:sz w:val="21"/>
        </w:rPr>
        <w:t>C) She is brushing her hair.</w:t>
      </w:r>
    </w:p>
    <w:p>
      <w:pPr>
        <w:spacing w:before="20" w:after="20"/>
        <w:ind w:left="567"/>
      </w:pPr>
      <w:r>
        <w:rPr>
          <w:rFonts w:ascii="Niramit" w:hAnsi="Niramit"/>
          <w:b w:val="0"/>
          <w:i w:val="0"/>
          <w:color w:val="222222"/>
          <w:sz w:val="21"/>
        </w:rPr>
        <w:t>D) She is watering the flowers.</w:t>
      </w:r>
    </w:p>
    <w:p/>
    <w:p>
      <w:pPr>
        <w:spacing w:before="120"/>
      </w:pPr>
      <w:r>
        <w:rPr>
          <w:rFonts w:ascii="Niramit" w:hAnsi="Niramit"/>
          <w:b/>
          <w:i w:val="0"/>
          <w:color w:val="222222"/>
          <w:sz w:val="22"/>
        </w:rPr>
        <w:t>3. Who lives with the Brown family?</w:t>
      </w:r>
    </w:p>
    <w:p>
      <w:pPr>
        <w:spacing w:before="20" w:after="20"/>
        <w:ind w:left="567"/>
      </w:pPr>
      <w:r>
        <w:rPr>
          <w:rFonts w:ascii="Niramit" w:hAnsi="Niramit"/>
          <w:b w:val="0"/>
          <w:i w:val="0"/>
          <w:color w:val="222222"/>
          <w:sz w:val="21"/>
        </w:rPr>
        <w:t>A) Emily's best friend.</w:t>
      </w:r>
    </w:p>
    <w:p>
      <w:pPr>
        <w:spacing w:before="20" w:after="20"/>
        <w:ind w:left="567"/>
      </w:pPr>
      <w:r>
        <w:rPr>
          <w:rFonts w:ascii="Niramit" w:hAnsi="Niramit"/>
          <w:b w:val="0"/>
          <w:i w:val="0"/>
          <w:color w:val="222222"/>
          <w:sz w:val="21"/>
        </w:rPr>
        <w:t>B) Mrs. Brown's mother.</w:t>
      </w:r>
    </w:p>
    <w:p>
      <w:pPr>
        <w:spacing w:before="20" w:after="20"/>
        <w:ind w:left="567"/>
      </w:pPr>
      <w:r>
        <w:rPr>
          <w:rFonts w:ascii="Niramit" w:hAnsi="Niramit"/>
          <w:b w:val="0"/>
          <w:i w:val="0"/>
          <w:color w:val="222222"/>
          <w:sz w:val="21"/>
        </w:rPr>
        <w:t>C) Grandpa Brown.</w:t>
      </w:r>
    </w:p>
    <w:p>
      <w:pPr>
        <w:spacing w:before="20" w:after="20"/>
        <w:ind w:left="567"/>
      </w:pPr>
      <w:r>
        <w:rPr>
          <w:rFonts w:ascii="Niramit" w:hAnsi="Niramit"/>
          <w:b w:val="0"/>
          <w:i w:val="0"/>
          <w:color w:val="222222"/>
          <w:sz w:val="21"/>
        </w:rPr>
        <w:t>D) Tom's teacher.</w:t>
      </w:r>
    </w:p>
    <w:p/>
    <w:p>
      <w:pPr>
        <w:spacing w:before="120"/>
      </w:pPr>
      <w:r>
        <w:rPr>
          <w:rFonts w:ascii="Niramit" w:hAnsi="Niramit"/>
          <w:b/>
          <w:i w:val="0"/>
          <w:color w:val="222222"/>
          <w:sz w:val="22"/>
        </w:rPr>
        <w:t>4. What does Tom give his father for his birthday?</w:t>
      </w:r>
    </w:p>
    <w:p>
      <w:pPr>
        <w:spacing w:before="20" w:after="20"/>
        <w:ind w:left="567"/>
      </w:pPr>
      <w:r>
        <w:rPr>
          <w:rFonts w:ascii="Niramit" w:hAnsi="Niramit"/>
          <w:b w:val="0"/>
          <w:i w:val="0"/>
          <w:color w:val="222222"/>
          <w:sz w:val="21"/>
        </w:rPr>
        <w:t>A) A book.</w:t>
      </w:r>
    </w:p>
    <w:p>
      <w:pPr>
        <w:spacing w:before="20" w:after="20"/>
        <w:ind w:left="567"/>
      </w:pPr>
      <w:r>
        <w:rPr>
          <w:rFonts w:ascii="Niramit" w:hAnsi="Niramit"/>
          <w:b w:val="0"/>
          <w:i w:val="0"/>
          <w:color w:val="222222"/>
          <w:sz w:val="21"/>
        </w:rPr>
        <w:t>B) A watch.</w:t>
      </w:r>
    </w:p>
    <w:p>
      <w:pPr>
        <w:spacing w:before="20" w:after="20"/>
        <w:ind w:left="567"/>
      </w:pPr>
      <w:r>
        <w:rPr>
          <w:rFonts w:ascii="Niramit" w:hAnsi="Niramit"/>
          <w:b w:val="0"/>
          <w:i w:val="0"/>
          <w:color w:val="222222"/>
          <w:sz w:val="21"/>
        </w:rPr>
        <w:t>C) A pen.</w:t>
      </w:r>
    </w:p>
    <w:p>
      <w:pPr>
        <w:spacing w:before="20" w:after="20"/>
        <w:ind w:left="567"/>
      </w:pPr>
      <w:r>
        <w:rPr>
          <w:rFonts w:ascii="Niramit" w:hAnsi="Niramit"/>
          <w:b w:val="0"/>
          <w:i w:val="0"/>
          <w:color w:val="222222"/>
          <w:sz w:val="21"/>
        </w:rPr>
        <w:t>D) A box of chocolates.</w:t>
      </w:r>
    </w:p>
    <w:p/>
    <w:p>
      <w:pPr>
        <w:spacing w:before="120"/>
      </w:pPr>
      <w:r>
        <w:rPr>
          <w:rFonts w:ascii="Niramit" w:hAnsi="Niramit"/>
          <w:b/>
          <w:i w:val="0"/>
          <w:color w:val="222222"/>
          <w:sz w:val="22"/>
        </w:rPr>
        <w:t>5. Why is Tom nervous?</w:t>
      </w:r>
    </w:p>
    <w:p>
      <w:pPr>
        <w:spacing w:before="20" w:after="20"/>
        <w:ind w:left="567"/>
      </w:pPr>
      <w:r>
        <w:rPr>
          <w:rFonts w:ascii="Niramit" w:hAnsi="Niramit"/>
          <w:b w:val="0"/>
          <w:i w:val="0"/>
          <w:color w:val="222222"/>
          <w:sz w:val="21"/>
        </w:rPr>
        <w:t>A) He has a birthday party.</w:t>
      </w:r>
    </w:p>
    <w:p>
      <w:pPr>
        <w:spacing w:before="20" w:after="20"/>
        <w:ind w:left="567"/>
      </w:pPr>
      <w:r>
        <w:rPr>
          <w:rFonts w:ascii="Niramit" w:hAnsi="Niramit"/>
          <w:b w:val="0"/>
          <w:i w:val="0"/>
          <w:color w:val="222222"/>
          <w:sz w:val="21"/>
        </w:rPr>
        <w:t>B) He has an exam at school.</w:t>
      </w:r>
    </w:p>
    <w:p>
      <w:pPr>
        <w:spacing w:before="20" w:after="20"/>
        <w:ind w:left="567"/>
      </w:pPr>
      <w:r>
        <w:rPr>
          <w:rFonts w:ascii="Niramit" w:hAnsi="Niramit"/>
          <w:b w:val="0"/>
          <w:i w:val="0"/>
          <w:color w:val="222222"/>
          <w:sz w:val="21"/>
        </w:rPr>
        <w:t>C) He is late for school.</w:t>
      </w:r>
    </w:p>
    <w:p>
      <w:pPr>
        <w:spacing w:before="20" w:after="20"/>
        <w:ind w:left="567"/>
      </w:pPr>
      <w:r>
        <w:rPr>
          <w:rFonts w:ascii="Niramit" w:hAnsi="Niramit"/>
          <w:b w:val="0"/>
          <w:i w:val="0"/>
          <w:color w:val="222222"/>
          <w:sz w:val="21"/>
        </w:rPr>
        <w:t>D) He doesn't like breakfast.</w:t>
      </w:r>
    </w:p>
    <w:p/>
    <w:p>
      <w:pPr>
        <w:spacing w:before="120"/>
      </w:pPr>
      <w:r>
        <w:rPr>
          <w:rFonts w:ascii="Niramit" w:hAnsi="Niramit"/>
          <w:b/>
          <w:i w:val="0"/>
          <w:color w:val="222222"/>
          <w:sz w:val="22"/>
        </w:rPr>
        <w:t>6. What can we understand about Grandpa Brown from the text?</w:t>
      </w:r>
    </w:p>
    <w:p>
      <w:pPr>
        <w:spacing w:before="20" w:after="20"/>
        <w:ind w:left="567"/>
      </w:pPr>
      <w:r>
        <w:rPr>
          <w:rFonts w:ascii="Niramit" w:hAnsi="Niramit"/>
          <w:b w:val="0"/>
          <w:i w:val="0"/>
          <w:color w:val="222222"/>
          <w:sz w:val="21"/>
        </w:rPr>
        <w:t>A) He is 75 and very weak.</w:t>
      </w:r>
    </w:p>
    <w:p>
      <w:pPr>
        <w:spacing w:before="20" w:after="20"/>
        <w:ind w:left="567"/>
      </w:pPr>
      <w:r>
        <w:rPr>
          <w:rFonts w:ascii="Niramit" w:hAnsi="Niramit"/>
          <w:b w:val="0"/>
          <w:i w:val="0"/>
          <w:color w:val="222222"/>
          <w:sz w:val="21"/>
        </w:rPr>
        <w:t>B) He helps Mrs. Brown in the garden.</w:t>
      </w:r>
    </w:p>
    <w:p>
      <w:pPr>
        <w:spacing w:before="20" w:after="20"/>
        <w:ind w:left="567"/>
      </w:pPr>
      <w:r>
        <w:rPr>
          <w:rFonts w:ascii="Niramit" w:hAnsi="Niramit"/>
          <w:b w:val="0"/>
          <w:i w:val="0"/>
          <w:color w:val="222222"/>
          <w:sz w:val="21"/>
        </w:rPr>
        <w:t>C) He doesn't live with the family.</w:t>
      </w:r>
    </w:p>
    <w:p>
      <w:pPr>
        <w:spacing w:before="20" w:after="20"/>
        <w:ind w:left="567"/>
      </w:pPr>
      <w:r>
        <w:rPr>
          <w:rFonts w:ascii="Niramit" w:hAnsi="Niramit"/>
          <w:b w:val="0"/>
          <w:i w:val="0"/>
          <w:color w:val="222222"/>
          <w:sz w:val="21"/>
        </w:rPr>
        <w:t>D) He is a carpenter.</w:t>
      </w:r>
    </w:p>
    <w:p>
      <w:r>
        <w:br w:type="page"/>
      </w:r>
    </w:p>
    <w:p>
      <w:pPr>
        <w:jc w:val="center"/>
      </w:pPr>
      <w:r>
        <w:rPr>
          <w:rFonts w:ascii="Niramit" w:hAnsi="Niramit"/>
          <w:b/>
          <w:i w:val="0"/>
          <w:color w:val="1A559E"/>
          <w:sz w:val="28"/>
        </w:rPr>
        <w:t>DENEME 1 — CEVAP ANAHTARI</w:t>
      </w:r>
    </w:p>
    <w:p/>
    <w:p>
      <w:pPr>
        <w:jc w:val="center"/>
      </w:pPr>
      <w:r>
        <w:rPr>
          <w:rFonts w:ascii="Niramit" w:hAnsi="Niramit"/>
          <w:b/>
          <w:i w:val="0"/>
          <w:color w:val="222222"/>
          <w:sz w:val="20"/>
        </w:rPr>
        <w:t xml:space="preserve"> 1.A </w:t>
      </w:r>
      <w:r>
        <w:rPr>
          <w:rFonts w:ascii="Niramit" w:hAnsi="Niramit"/>
          <w:b/>
          <w:i w:val="0"/>
          <w:color w:val="222222"/>
          <w:sz w:val="20"/>
        </w:rPr>
        <w:t xml:space="preserve"> 2.C </w:t>
      </w:r>
      <w:r>
        <w:rPr>
          <w:rFonts w:ascii="Niramit" w:hAnsi="Niramit"/>
          <w:b/>
          <w:i w:val="0"/>
          <w:color w:val="222222"/>
          <w:sz w:val="20"/>
        </w:rPr>
        <w:t xml:space="preserve"> 3.C </w:t>
      </w:r>
      <w:r>
        <w:rPr>
          <w:rFonts w:ascii="Niramit" w:hAnsi="Niramit"/>
          <w:b/>
          <w:i w:val="0"/>
          <w:color w:val="222222"/>
          <w:sz w:val="20"/>
        </w:rPr>
        <w:t xml:space="preserve"> 4.B </w:t>
      </w:r>
      <w:r>
        <w:rPr>
          <w:rFonts w:ascii="Niramit" w:hAnsi="Niramit"/>
          <w:b/>
          <w:i w:val="0"/>
          <w:color w:val="222222"/>
          <w:sz w:val="20"/>
        </w:rPr>
        <w:t xml:space="preserve"> 5.C </w:t>
      </w:r>
    </w:p>
    <w:p>
      <w:pPr>
        <w:jc w:val="center"/>
      </w:pPr>
      <w:r>
        <w:rPr>
          <w:rFonts w:ascii="Niramit" w:hAnsi="Niramit"/>
          <w:b/>
          <w:i w:val="0"/>
          <w:color w:val="222222"/>
          <w:sz w:val="20"/>
        </w:rPr>
        <w:t xml:space="preserve"> 6.B </w:t>
      </w:r>
      <w:r>
        <w:rPr>
          <w:rFonts w:ascii="Niramit" w:hAnsi="Niramit"/>
          <w:b/>
          <w:i w:val="0"/>
          <w:color w:val="222222"/>
          <w:sz w:val="20"/>
        </w:rPr>
        <w:t xml:space="preserve"> 7.B </w:t>
      </w:r>
      <w:r>
        <w:rPr>
          <w:rFonts w:ascii="Niramit" w:hAnsi="Niramit"/>
          <w:b/>
          <w:i w:val="0"/>
          <w:color w:val="222222"/>
          <w:sz w:val="20"/>
        </w:rPr>
        <w:t xml:space="preserve"> 8.C </w:t>
      </w:r>
      <w:r>
        <w:rPr>
          <w:rFonts w:ascii="Niramit" w:hAnsi="Niramit"/>
          <w:b/>
          <w:i w:val="0"/>
          <w:color w:val="222222"/>
          <w:sz w:val="20"/>
        </w:rPr>
        <w:t xml:space="preserve"> 9.B </w:t>
      </w:r>
      <w:r>
        <w:rPr>
          <w:rFonts w:ascii="Niramit" w:hAnsi="Niramit"/>
          <w:b/>
          <w:i w:val="0"/>
          <w:color w:val="222222"/>
          <w:sz w:val="20"/>
        </w:rPr>
        <w:t xml:space="preserve"> 10.B </w:t>
      </w:r>
    </w:p>
    <w:p>
      <w:pPr>
        <w:jc w:val="center"/>
      </w:pPr>
      <w:r>
        <w:rPr>
          <w:rFonts w:ascii="Niramit" w:hAnsi="Niramit"/>
          <w:b/>
          <w:i w:val="0"/>
          <w:color w:val="222222"/>
          <w:sz w:val="20"/>
        </w:rPr>
        <w:t xml:space="preserve"> 11.C </w:t>
      </w:r>
      <w:r>
        <w:rPr>
          <w:rFonts w:ascii="Niramit" w:hAnsi="Niramit"/>
          <w:b/>
          <w:i w:val="0"/>
          <w:color w:val="222222"/>
          <w:sz w:val="20"/>
        </w:rPr>
        <w:t xml:space="preserve"> 12.A </w:t>
      </w:r>
      <w:r>
        <w:rPr>
          <w:rFonts w:ascii="Niramit" w:hAnsi="Niramit"/>
          <w:b/>
          <w:i w:val="0"/>
          <w:color w:val="222222"/>
          <w:sz w:val="20"/>
        </w:rPr>
        <w:t xml:space="preserve"> 13.C </w:t>
      </w:r>
      <w:r>
        <w:rPr>
          <w:rFonts w:ascii="Niramit" w:hAnsi="Niramit"/>
          <w:b/>
          <w:i w:val="0"/>
          <w:color w:val="222222"/>
          <w:sz w:val="20"/>
        </w:rPr>
        <w:t xml:space="preserve"> 14.D </w:t>
      </w:r>
      <w:r>
        <w:rPr>
          <w:rFonts w:ascii="Niramit" w:hAnsi="Niramit"/>
          <w:b/>
          <w:i w:val="0"/>
          <w:color w:val="222222"/>
          <w:sz w:val="20"/>
        </w:rPr>
        <w:t xml:space="preserve"> 15.B </w:t>
      </w:r>
    </w:p>
    <w:p/>
    <w:p>
      <w:r>
        <w:rPr>
          <w:rFonts w:ascii="Niramit" w:hAnsi="Niramit"/>
          <w:b/>
          <w:i w:val="0"/>
          <w:color w:val="1A559E"/>
          <w:sz w:val="22"/>
        </w:rPr>
        <w:t>Açıklamalar:</w:t>
      </w:r>
    </w:p>
    <w:p/>
    <w:p>
      <w:pPr>
        <w:spacing w:after="60"/>
      </w:pPr>
      <w:r>
        <w:rPr>
          <w:rFonts w:ascii="Niramit" w:hAnsi="Niramit"/>
          <w:b/>
          <w:i w:val="0"/>
          <w:color w:val="222222"/>
          <w:sz w:val="20"/>
        </w:rPr>
        <w:t xml:space="preserve">Soru 1: A  —  </w:t>
      </w:r>
      <w:r>
        <w:rPr>
          <w:rFonts w:ascii="Niramit" w:hAnsi="Niramit"/>
          <w:b w:val="0"/>
          <w:i w:val="0"/>
          <w:color w:val="555555"/>
          <w:sz w:val="20"/>
        </w:rPr>
        <w:t>I + am. 'I am 10 years old.'</w:t>
      </w:r>
    </w:p>
    <w:p>
      <w:pPr>
        <w:spacing w:after="60"/>
      </w:pPr>
      <w:r>
        <w:rPr>
          <w:rFonts w:ascii="Niramit" w:hAnsi="Niramit"/>
          <w:b/>
          <w:i w:val="0"/>
          <w:color w:val="222222"/>
          <w:sz w:val="20"/>
        </w:rPr>
        <w:t xml:space="preserve">Soru 2: C  —  </w:t>
      </w:r>
      <w:r>
        <w:rPr>
          <w:rFonts w:ascii="Niramit" w:hAnsi="Niramit"/>
          <w:b w:val="0"/>
          <w:i w:val="0"/>
          <w:color w:val="555555"/>
          <w:sz w:val="20"/>
        </w:rPr>
        <w:t>She + is. 'She is a student.'</w:t>
      </w:r>
    </w:p>
    <w:p>
      <w:pPr>
        <w:spacing w:after="60"/>
      </w:pPr>
      <w:r>
        <w:rPr>
          <w:rFonts w:ascii="Niramit" w:hAnsi="Niramit"/>
          <w:b/>
          <w:i w:val="0"/>
          <w:color w:val="222222"/>
          <w:sz w:val="20"/>
        </w:rPr>
        <w:t xml:space="preserve">Soru 3: C  —  </w:t>
      </w:r>
      <w:r>
        <w:rPr>
          <w:rFonts w:ascii="Niramit" w:hAnsi="Niramit"/>
          <w:b w:val="0"/>
          <w:i w:val="0"/>
          <w:color w:val="555555"/>
          <w:sz w:val="20"/>
        </w:rPr>
        <w:t>We + are. 'We are friends.'</w:t>
      </w:r>
    </w:p>
    <w:p>
      <w:pPr>
        <w:spacing w:after="60"/>
      </w:pPr>
      <w:r>
        <w:rPr>
          <w:rFonts w:ascii="Niramit" w:hAnsi="Niramit"/>
          <w:b/>
          <w:i w:val="0"/>
          <w:color w:val="222222"/>
          <w:sz w:val="20"/>
        </w:rPr>
        <w:t xml:space="preserve">Soru 4: B  —  </w:t>
      </w:r>
      <w:r>
        <w:rPr>
          <w:rFonts w:ascii="Niramit" w:hAnsi="Niramit"/>
          <w:b w:val="0"/>
          <w:i w:val="0"/>
          <w:color w:val="555555"/>
          <w:sz w:val="20"/>
        </w:rPr>
        <w:t>8:15 = quarter past eight (8'i çeyrek geçe)</w:t>
      </w:r>
    </w:p>
    <w:p>
      <w:pPr>
        <w:spacing w:after="60"/>
      </w:pPr>
      <w:r>
        <w:rPr>
          <w:rFonts w:ascii="Niramit" w:hAnsi="Niramit"/>
          <w:b/>
          <w:i w:val="0"/>
          <w:color w:val="222222"/>
          <w:sz w:val="20"/>
        </w:rPr>
        <w:t xml:space="preserve">Soru 5: C  —  </w:t>
      </w:r>
      <w:r>
        <w:rPr>
          <w:rFonts w:ascii="Niramit" w:hAnsi="Niramit"/>
          <w:b w:val="0"/>
          <w:i w:val="0"/>
          <w:color w:val="555555"/>
          <w:sz w:val="20"/>
        </w:rPr>
        <w:t>Saatlerde 'at' kullanılır: at 7 o'clock</w:t>
      </w:r>
    </w:p>
    <w:p>
      <w:pPr>
        <w:spacing w:after="60"/>
      </w:pPr>
      <w:r>
        <w:rPr>
          <w:rFonts w:ascii="Niramit" w:hAnsi="Niramit"/>
          <w:b/>
          <w:i w:val="0"/>
          <w:color w:val="222222"/>
          <w:sz w:val="20"/>
        </w:rPr>
        <w:t xml:space="preserve">Soru 6: B  —  </w:t>
      </w:r>
      <w:r>
        <w:rPr>
          <w:rFonts w:ascii="Niramit" w:hAnsi="Niramit"/>
          <w:b w:val="0"/>
          <w:i w:val="0"/>
          <w:color w:val="555555"/>
          <w:sz w:val="20"/>
        </w:rPr>
        <w:t>Are you...? → Yes, I am. (you sorusuna I ile cevap)</w:t>
      </w:r>
    </w:p>
    <w:p>
      <w:pPr>
        <w:spacing w:after="60"/>
      </w:pPr>
      <w:r>
        <w:rPr>
          <w:rFonts w:ascii="Niramit" w:hAnsi="Niramit"/>
          <w:b/>
          <w:i w:val="0"/>
          <w:color w:val="222222"/>
          <w:sz w:val="20"/>
        </w:rPr>
        <w:t xml:space="preserve">Soru 7: B  —  </w:t>
      </w:r>
      <w:r>
        <w:rPr>
          <w:rFonts w:ascii="Niramit" w:hAnsi="Niramit"/>
          <w:b w:val="0"/>
          <w:i w:val="0"/>
          <w:color w:val="555555"/>
          <w:sz w:val="20"/>
        </w:rPr>
        <w:t>Fiilden sonra object pronoun: love her (she değil)</w:t>
      </w:r>
    </w:p>
    <w:p>
      <w:pPr>
        <w:spacing w:after="60"/>
      </w:pPr>
      <w:r>
        <w:rPr>
          <w:rFonts w:ascii="Niramit" w:hAnsi="Niramit"/>
          <w:b/>
          <w:i w:val="0"/>
          <w:color w:val="222222"/>
          <w:sz w:val="20"/>
        </w:rPr>
        <w:t xml:space="preserve">Soru 8: C  —  </w:t>
      </w:r>
      <w:r>
        <w:rPr>
          <w:rFonts w:ascii="Niramit" w:hAnsi="Niramit"/>
          <w:b w:val="0"/>
          <w:i w:val="0"/>
          <w:color w:val="555555"/>
          <w:sz w:val="20"/>
        </w:rPr>
        <w:t>'wash my face' — yüz yıkamak (günlük rutin)</w:t>
      </w:r>
    </w:p>
    <w:p>
      <w:pPr>
        <w:spacing w:after="60"/>
      </w:pPr>
      <w:r>
        <w:rPr>
          <w:rFonts w:ascii="Niramit" w:hAnsi="Niramit"/>
          <w:b/>
          <w:i w:val="0"/>
          <w:color w:val="222222"/>
          <w:sz w:val="20"/>
        </w:rPr>
        <w:t xml:space="preserve">Soru 9: B  —  </w:t>
      </w:r>
      <w:r>
        <w:rPr>
          <w:rFonts w:ascii="Niramit" w:hAnsi="Niramit"/>
          <w:b w:val="0"/>
          <w:i w:val="0"/>
          <w:color w:val="555555"/>
          <w:sz w:val="20"/>
        </w:rPr>
        <w:t>Is your father...? → No, he isn't. (erkek, tekil)</w:t>
      </w:r>
    </w:p>
    <w:p>
      <w:pPr>
        <w:spacing w:after="60"/>
      </w:pPr>
      <w:r>
        <w:rPr>
          <w:rFonts w:ascii="Niramit" w:hAnsi="Niramit"/>
          <w:b/>
          <w:i w:val="0"/>
          <w:color w:val="222222"/>
          <w:sz w:val="20"/>
        </w:rPr>
        <w:t xml:space="preserve">Soru 10: B  —  </w:t>
      </w:r>
      <w:r>
        <w:rPr>
          <w:rFonts w:ascii="Niramit" w:hAnsi="Niramit"/>
          <w:b w:val="0"/>
          <w:i w:val="0"/>
          <w:color w:val="555555"/>
          <w:sz w:val="20"/>
        </w:rPr>
        <w:t>'brush my teeth' — diş fırçalamak (günlük rutin)</w:t>
      </w:r>
    </w:p>
    <w:p>
      <w:pPr>
        <w:spacing w:after="60"/>
      </w:pPr>
      <w:r>
        <w:rPr>
          <w:rFonts w:ascii="Niramit" w:hAnsi="Niramit"/>
          <w:b/>
          <w:i w:val="0"/>
          <w:color w:val="222222"/>
          <w:sz w:val="20"/>
        </w:rPr>
        <w:t xml:space="preserve">Soru 11: C  —  </w:t>
      </w:r>
      <w:r>
        <w:rPr>
          <w:rFonts w:ascii="Niramit" w:hAnsi="Niramit"/>
          <w:b w:val="0"/>
          <w:i w:val="0"/>
          <w:color w:val="555555"/>
          <w:sz w:val="20"/>
        </w:rPr>
        <w:t>your friends (çoğul) → Are they...?</w:t>
      </w:r>
    </w:p>
    <w:p>
      <w:pPr>
        <w:spacing w:after="60"/>
      </w:pPr>
      <w:r>
        <w:rPr>
          <w:rFonts w:ascii="Niramit" w:hAnsi="Niramit"/>
          <w:b/>
          <w:i w:val="0"/>
          <w:color w:val="222222"/>
          <w:sz w:val="20"/>
        </w:rPr>
        <w:t xml:space="preserve">Soru 12: A  —  </w:t>
      </w:r>
      <w:r>
        <w:rPr>
          <w:rFonts w:ascii="Niramit" w:hAnsi="Niramit"/>
          <w:b w:val="0"/>
          <w:i w:val="0"/>
          <w:color w:val="555555"/>
          <w:sz w:val="20"/>
        </w:rPr>
        <w:t>7:30 = half past seven (yarım/yedi buçuk)</w:t>
      </w:r>
    </w:p>
    <w:p>
      <w:pPr>
        <w:spacing w:after="60"/>
      </w:pPr>
      <w:r>
        <w:rPr>
          <w:rFonts w:ascii="Niramit" w:hAnsi="Niramit"/>
          <w:b/>
          <w:i w:val="0"/>
          <w:color w:val="222222"/>
          <w:sz w:val="20"/>
        </w:rPr>
        <w:t xml:space="preserve">Soru 13: C  —  </w:t>
      </w:r>
      <w:r>
        <w:rPr>
          <w:rFonts w:ascii="Niramit" w:hAnsi="Niramit"/>
          <w:b w:val="0"/>
          <w:i w:val="0"/>
          <w:color w:val="555555"/>
          <w:sz w:val="20"/>
        </w:rPr>
        <w:t>Boynun üstündeki vücut bölümleri: head and shoulders</w:t>
      </w:r>
    </w:p>
    <w:p>
      <w:pPr>
        <w:spacing w:after="60"/>
      </w:pPr>
      <w:r>
        <w:rPr>
          <w:rFonts w:ascii="Niramit" w:hAnsi="Niramit"/>
          <w:b/>
          <w:i w:val="0"/>
          <w:color w:val="222222"/>
          <w:sz w:val="20"/>
        </w:rPr>
        <w:t xml:space="preserve">Soru 14: D  —  </w:t>
      </w:r>
      <w:r>
        <w:rPr>
          <w:rFonts w:ascii="Niramit" w:hAnsi="Niramit"/>
          <w:b w:val="0"/>
          <w:i w:val="0"/>
          <w:color w:val="555555"/>
          <w:sz w:val="20"/>
        </w:rPr>
        <w:t>Ödev okuldan SONRA yapılır: after school</w:t>
      </w:r>
    </w:p>
    <w:p>
      <w:pPr>
        <w:spacing w:after="60"/>
      </w:pPr>
      <w:r>
        <w:rPr>
          <w:rFonts w:ascii="Niramit" w:hAnsi="Niramit"/>
          <w:b/>
          <w:i w:val="0"/>
          <w:color w:val="222222"/>
          <w:sz w:val="20"/>
        </w:rPr>
        <w:t xml:space="preserve">Soru 15: B  —  </w:t>
      </w:r>
      <w:r>
        <w:rPr>
          <w:rFonts w:ascii="Niramit" w:hAnsi="Niramit"/>
          <w:b w:val="0"/>
          <w:i w:val="0"/>
          <w:color w:val="555555"/>
          <w:sz w:val="20"/>
        </w:rPr>
        <w:t>Ali erkek → object pronoun him (he değil)</w:t>
      </w:r>
    </w:p>
    <w:p>
      <w:r>
        <w:br w:type="page"/>
      </w:r>
    </w:p>
    <w:p>
      <w:pPr>
        <w:jc w:val="center"/>
      </w:pPr>
      <w:r>
        <w:rPr>
          <w:rFonts w:ascii="Niramit" w:hAnsi="Niramit"/>
          <w:b/>
          <w:i w:val="0"/>
          <w:color w:val="1A559E"/>
          <w:sz w:val="28"/>
        </w:rPr>
        <w:t>DENEME 2 — CEVAP ANAHTARI</w:t>
      </w:r>
    </w:p>
    <w:p/>
    <w:p>
      <w:pPr>
        <w:jc w:val="center"/>
      </w:pPr>
      <w:r>
        <w:rPr>
          <w:rFonts w:ascii="Niramit" w:hAnsi="Niramit"/>
          <w:b/>
          <w:i w:val="0"/>
          <w:color w:val="222222"/>
          <w:sz w:val="20"/>
        </w:rPr>
        <w:t xml:space="preserve"> 1.B </w:t>
      </w:r>
      <w:r>
        <w:rPr>
          <w:rFonts w:ascii="Niramit" w:hAnsi="Niramit"/>
          <w:b/>
          <w:i w:val="0"/>
          <w:color w:val="222222"/>
          <w:sz w:val="20"/>
        </w:rPr>
        <w:t xml:space="preserve"> 2.B </w:t>
      </w:r>
      <w:r>
        <w:rPr>
          <w:rFonts w:ascii="Niramit" w:hAnsi="Niramit"/>
          <w:b/>
          <w:i w:val="0"/>
          <w:color w:val="222222"/>
          <w:sz w:val="20"/>
        </w:rPr>
        <w:t xml:space="preserve"> 3.B </w:t>
      </w:r>
      <w:r>
        <w:rPr>
          <w:rFonts w:ascii="Niramit" w:hAnsi="Niramit"/>
          <w:b/>
          <w:i w:val="0"/>
          <w:color w:val="222222"/>
          <w:sz w:val="20"/>
        </w:rPr>
        <w:t xml:space="preserve"> 4.C </w:t>
      </w:r>
      <w:r>
        <w:rPr>
          <w:rFonts w:ascii="Niramit" w:hAnsi="Niramit"/>
          <w:b/>
          <w:i w:val="0"/>
          <w:color w:val="222222"/>
          <w:sz w:val="20"/>
        </w:rPr>
        <w:t xml:space="preserve"> 5.D </w:t>
      </w:r>
    </w:p>
    <w:p>
      <w:pPr>
        <w:jc w:val="center"/>
      </w:pPr>
      <w:r>
        <w:rPr>
          <w:rFonts w:ascii="Niramit" w:hAnsi="Niramit"/>
          <w:b/>
          <w:i w:val="0"/>
          <w:color w:val="222222"/>
          <w:sz w:val="20"/>
        </w:rPr>
        <w:t xml:space="preserve"> 6.C </w:t>
      </w:r>
      <w:r>
        <w:rPr>
          <w:rFonts w:ascii="Niramit" w:hAnsi="Niramit"/>
          <w:b/>
          <w:i w:val="0"/>
          <w:color w:val="222222"/>
          <w:sz w:val="20"/>
        </w:rPr>
        <w:t xml:space="preserve"> 7.A </w:t>
      </w:r>
      <w:r>
        <w:rPr>
          <w:rFonts w:ascii="Niramit" w:hAnsi="Niramit"/>
          <w:b/>
          <w:i w:val="0"/>
          <w:color w:val="222222"/>
          <w:sz w:val="20"/>
        </w:rPr>
        <w:t xml:space="preserve"> 8.B </w:t>
      </w:r>
      <w:r>
        <w:rPr>
          <w:rFonts w:ascii="Niramit" w:hAnsi="Niramit"/>
          <w:b/>
          <w:i w:val="0"/>
          <w:color w:val="222222"/>
          <w:sz w:val="20"/>
        </w:rPr>
        <w:t xml:space="preserve"> 9.A </w:t>
      </w:r>
      <w:r>
        <w:rPr>
          <w:rFonts w:ascii="Niramit" w:hAnsi="Niramit"/>
          <w:b/>
          <w:i w:val="0"/>
          <w:color w:val="222222"/>
          <w:sz w:val="20"/>
        </w:rPr>
        <w:t xml:space="preserve"> 10.C </w:t>
      </w:r>
    </w:p>
    <w:p>
      <w:pPr>
        <w:jc w:val="center"/>
      </w:pPr>
      <w:r>
        <w:rPr>
          <w:rFonts w:ascii="Niramit" w:hAnsi="Niramit"/>
          <w:b/>
          <w:i w:val="0"/>
          <w:color w:val="222222"/>
          <w:sz w:val="20"/>
        </w:rPr>
        <w:t xml:space="preserve"> 11.C </w:t>
      </w:r>
      <w:r>
        <w:rPr>
          <w:rFonts w:ascii="Niramit" w:hAnsi="Niramit"/>
          <w:b/>
          <w:i w:val="0"/>
          <w:color w:val="222222"/>
          <w:sz w:val="20"/>
        </w:rPr>
        <w:t xml:space="preserve"> 12.B </w:t>
      </w:r>
      <w:r>
        <w:rPr>
          <w:rFonts w:ascii="Niramit" w:hAnsi="Niramit"/>
          <w:b/>
          <w:i w:val="0"/>
          <w:color w:val="222222"/>
          <w:sz w:val="20"/>
        </w:rPr>
        <w:t xml:space="preserve"> 13.C </w:t>
      </w:r>
      <w:r>
        <w:rPr>
          <w:rFonts w:ascii="Niramit" w:hAnsi="Niramit"/>
          <w:b/>
          <w:i w:val="0"/>
          <w:color w:val="222222"/>
          <w:sz w:val="20"/>
        </w:rPr>
        <w:t xml:space="preserve"> 14.C </w:t>
      </w:r>
      <w:r>
        <w:rPr>
          <w:rFonts w:ascii="Niramit" w:hAnsi="Niramit"/>
          <w:b/>
          <w:i w:val="0"/>
          <w:color w:val="222222"/>
          <w:sz w:val="20"/>
        </w:rPr>
        <w:t xml:space="preserve"> 15.D </w:t>
      </w:r>
    </w:p>
    <w:p/>
    <w:p>
      <w:r>
        <w:rPr>
          <w:rFonts w:ascii="Niramit" w:hAnsi="Niramit"/>
          <w:b/>
          <w:i w:val="0"/>
          <w:color w:val="1A559E"/>
          <w:sz w:val="22"/>
        </w:rPr>
        <w:t>Açıklamalar:</w:t>
      </w:r>
    </w:p>
    <w:p/>
    <w:p>
      <w:pPr>
        <w:spacing w:after="60"/>
      </w:pPr>
      <w:r>
        <w:rPr>
          <w:rFonts w:ascii="Niramit" w:hAnsi="Niramit"/>
          <w:b/>
          <w:i w:val="0"/>
          <w:color w:val="222222"/>
          <w:sz w:val="20"/>
        </w:rPr>
        <w:t xml:space="preserve">Soru 1: B  —  </w:t>
      </w:r>
      <w:r>
        <w:rPr>
          <w:rFonts w:ascii="Niramit" w:hAnsi="Niramit"/>
          <w:b w:val="0"/>
          <w:i w:val="0"/>
          <w:color w:val="555555"/>
          <w:sz w:val="20"/>
        </w:rPr>
        <w:t>Is your sister...? → No, she isn't. (olumsuz)</w:t>
      </w:r>
    </w:p>
    <w:p>
      <w:pPr>
        <w:spacing w:after="60"/>
      </w:pPr>
      <w:r>
        <w:rPr>
          <w:rFonts w:ascii="Niramit" w:hAnsi="Niramit"/>
          <w:b/>
          <w:i w:val="0"/>
          <w:color w:val="222222"/>
          <w:sz w:val="20"/>
        </w:rPr>
        <w:t xml:space="preserve">Soru 2: B  —  </w:t>
      </w:r>
      <w:r>
        <w:rPr>
          <w:rFonts w:ascii="Niramit" w:hAnsi="Niramit"/>
          <w:b w:val="0"/>
          <w:i w:val="0"/>
          <w:color w:val="555555"/>
          <w:sz w:val="20"/>
        </w:rPr>
        <w:t>My brother and I = we → are (çoğul, 1. şahıs)</w:t>
      </w:r>
    </w:p>
    <w:p>
      <w:pPr>
        <w:spacing w:after="60"/>
      </w:pPr>
      <w:r>
        <w:rPr>
          <w:rFonts w:ascii="Niramit" w:hAnsi="Niramit"/>
          <w:b/>
          <w:i w:val="0"/>
          <w:color w:val="222222"/>
          <w:sz w:val="20"/>
        </w:rPr>
        <w:t xml:space="preserve">Soru 3: B  —  </w:t>
      </w:r>
      <w:r>
        <w:rPr>
          <w:rFonts w:ascii="Niramit" w:hAnsi="Niramit"/>
          <w:b w:val="0"/>
          <w:i w:val="0"/>
          <w:color w:val="555555"/>
          <w:sz w:val="20"/>
        </w:rPr>
        <w:t>Edattan (look at) sonra object pronoun: Look at him.</w:t>
      </w:r>
    </w:p>
    <w:p>
      <w:pPr>
        <w:spacing w:after="60"/>
      </w:pPr>
      <w:r>
        <w:rPr>
          <w:rFonts w:ascii="Niramit" w:hAnsi="Niramit"/>
          <w:b/>
          <w:i w:val="0"/>
          <w:color w:val="222222"/>
          <w:sz w:val="20"/>
        </w:rPr>
        <w:t xml:space="preserve">Soru 4: C  —  </w:t>
      </w:r>
      <w:r>
        <w:rPr>
          <w:rFonts w:ascii="Niramit" w:hAnsi="Niramit"/>
          <w:b w:val="0"/>
          <w:i w:val="0"/>
          <w:color w:val="555555"/>
          <w:sz w:val="20"/>
        </w:rPr>
        <w:t>Are you ready? → soru yapısı</w:t>
      </w:r>
    </w:p>
    <w:p>
      <w:pPr>
        <w:spacing w:after="60"/>
      </w:pPr>
      <w:r>
        <w:rPr>
          <w:rFonts w:ascii="Niramit" w:hAnsi="Niramit"/>
          <w:b/>
          <w:i w:val="0"/>
          <w:color w:val="222222"/>
          <w:sz w:val="20"/>
        </w:rPr>
        <w:t xml:space="preserve">Soru 5: D  —  </w:t>
      </w:r>
      <w:r>
        <w:rPr>
          <w:rFonts w:ascii="Niramit" w:hAnsi="Niramit"/>
          <w:b w:val="0"/>
          <w:i w:val="0"/>
          <w:color w:val="555555"/>
          <w:sz w:val="20"/>
        </w:rPr>
        <w:t>Are your pencils (çoğul)? → Yes, they are.</w:t>
      </w:r>
    </w:p>
    <w:p>
      <w:pPr>
        <w:spacing w:after="60"/>
      </w:pPr>
      <w:r>
        <w:rPr>
          <w:rFonts w:ascii="Niramit" w:hAnsi="Niramit"/>
          <w:b/>
          <w:i w:val="0"/>
          <w:color w:val="222222"/>
          <w:sz w:val="20"/>
        </w:rPr>
        <w:t xml:space="preserve">Soru 6: C  —  </w:t>
      </w:r>
      <w:r>
        <w:rPr>
          <w:rFonts w:ascii="Niramit" w:hAnsi="Niramit"/>
          <w:b w:val="0"/>
          <w:i w:val="0"/>
          <w:color w:val="555555"/>
          <w:sz w:val="20"/>
        </w:rPr>
        <w:t>Gün bölümlerinde 'in': in the morning</w:t>
      </w:r>
    </w:p>
    <w:p>
      <w:pPr>
        <w:spacing w:after="60"/>
      </w:pPr>
      <w:r>
        <w:rPr>
          <w:rFonts w:ascii="Niramit" w:hAnsi="Niramit"/>
          <w:b/>
          <w:i w:val="0"/>
          <w:color w:val="222222"/>
          <w:sz w:val="20"/>
        </w:rPr>
        <w:t xml:space="preserve">Soru 7: A  —  </w:t>
      </w:r>
      <w:r>
        <w:rPr>
          <w:rFonts w:ascii="Niramit" w:hAnsi="Niramit"/>
          <w:b w:val="0"/>
          <w:i w:val="0"/>
          <w:color w:val="555555"/>
          <w:sz w:val="20"/>
        </w:rPr>
        <w:t>Her name (iyelik sıfatı) + She is (özne zamiri)</w:t>
      </w:r>
    </w:p>
    <w:p>
      <w:pPr>
        <w:spacing w:after="60"/>
      </w:pPr>
      <w:r>
        <w:rPr>
          <w:rFonts w:ascii="Niramit" w:hAnsi="Niramit"/>
          <w:b/>
          <w:i w:val="0"/>
          <w:color w:val="222222"/>
          <w:sz w:val="20"/>
        </w:rPr>
        <w:t xml:space="preserve">Soru 8: B  —  </w:t>
      </w:r>
      <w:r>
        <w:rPr>
          <w:rFonts w:ascii="Niramit" w:hAnsi="Niramit"/>
          <w:b w:val="0"/>
          <w:i w:val="0"/>
          <w:color w:val="555555"/>
          <w:sz w:val="20"/>
        </w:rPr>
        <w:t>Kitap okumak: read a book</w:t>
      </w:r>
    </w:p>
    <w:p>
      <w:pPr>
        <w:spacing w:after="60"/>
      </w:pPr>
      <w:r>
        <w:rPr>
          <w:rFonts w:ascii="Niramit" w:hAnsi="Niramit"/>
          <w:b/>
          <w:i w:val="0"/>
          <w:color w:val="222222"/>
          <w:sz w:val="20"/>
        </w:rPr>
        <w:t xml:space="preserve">Soru 9: A  —  </w:t>
      </w:r>
      <w:r>
        <w:rPr>
          <w:rFonts w:ascii="Niramit" w:hAnsi="Niramit"/>
          <w:b w:val="0"/>
          <w:i w:val="0"/>
          <w:color w:val="555555"/>
          <w:sz w:val="20"/>
        </w:rPr>
        <w:t>Yatmadan ÖNCE diş fırçalamak → before I go to bed</w:t>
      </w:r>
    </w:p>
    <w:p>
      <w:pPr>
        <w:spacing w:after="60"/>
      </w:pPr>
      <w:r>
        <w:rPr>
          <w:rFonts w:ascii="Niramit" w:hAnsi="Niramit"/>
          <w:b/>
          <w:i w:val="0"/>
          <w:color w:val="222222"/>
          <w:sz w:val="20"/>
        </w:rPr>
        <w:t xml:space="preserve">Soru 10: C  —  </w:t>
      </w:r>
      <w:r>
        <w:rPr>
          <w:rFonts w:ascii="Niramit" w:hAnsi="Niramit"/>
          <w:b w:val="0"/>
          <w:i w:val="0"/>
          <w:color w:val="555555"/>
          <w:sz w:val="20"/>
        </w:rPr>
        <w:t>5:30 = half past five</w:t>
      </w:r>
    </w:p>
    <w:p>
      <w:pPr>
        <w:spacing w:after="60"/>
      </w:pPr>
      <w:r>
        <w:rPr>
          <w:rFonts w:ascii="Niramit" w:hAnsi="Niramit"/>
          <w:b/>
          <w:i w:val="0"/>
          <w:color w:val="222222"/>
          <w:sz w:val="20"/>
        </w:rPr>
        <w:t xml:space="preserve">Soru 11: C  —  </w:t>
      </w:r>
      <w:r>
        <w:rPr>
          <w:rFonts w:ascii="Niramit" w:hAnsi="Niramit"/>
          <w:b w:val="0"/>
          <w:i w:val="0"/>
          <w:color w:val="555555"/>
          <w:sz w:val="20"/>
        </w:rPr>
        <w:t>11:45 = quarter to twelve (12'ye çeyrek var)</w:t>
      </w:r>
    </w:p>
    <w:p>
      <w:pPr>
        <w:spacing w:after="60"/>
      </w:pPr>
      <w:r>
        <w:rPr>
          <w:rFonts w:ascii="Niramit" w:hAnsi="Niramit"/>
          <w:b/>
          <w:i w:val="0"/>
          <w:color w:val="222222"/>
          <w:sz w:val="20"/>
        </w:rPr>
        <w:t xml:space="preserve">Soru 12: B  —  </w:t>
      </w:r>
      <w:r>
        <w:rPr>
          <w:rFonts w:ascii="Niramit" w:hAnsi="Niramit"/>
          <w:b w:val="0"/>
          <w:i w:val="0"/>
          <w:color w:val="555555"/>
          <w:sz w:val="20"/>
        </w:rPr>
        <w:t>Amy+Tom = they → Fiilden sonra object pronoun: them</w:t>
      </w:r>
    </w:p>
    <w:p>
      <w:pPr>
        <w:spacing w:after="60"/>
      </w:pPr>
      <w:r>
        <w:rPr>
          <w:rFonts w:ascii="Niramit" w:hAnsi="Niramit"/>
          <w:b/>
          <w:i w:val="0"/>
          <w:color w:val="222222"/>
          <w:sz w:val="20"/>
        </w:rPr>
        <w:t xml:space="preserve">Soru 13: C  —  </w:t>
      </w:r>
      <w:r>
        <w:rPr>
          <w:rFonts w:ascii="Niramit" w:hAnsi="Niramit"/>
          <w:b w:val="0"/>
          <w:i w:val="0"/>
          <w:color w:val="555555"/>
          <w:sz w:val="20"/>
        </w:rPr>
        <w:t>7:45 = quarter to eight (8'e çeyrek var)</w:t>
      </w:r>
    </w:p>
    <w:p>
      <w:pPr>
        <w:spacing w:after="60"/>
      </w:pPr>
      <w:r>
        <w:rPr>
          <w:rFonts w:ascii="Niramit" w:hAnsi="Niramit"/>
          <w:b/>
          <w:i w:val="0"/>
          <w:color w:val="222222"/>
          <w:sz w:val="20"/>
        </w:rPr>
        <w:t xml:space="preserve">Soru 14: C  —  </w:t>
      </w:r>
      <w:r>
        <w:rPr>
          <w:rFonts w:ascii="Niramit" w:hAnsi="Niramit"/>
          <w:b w:val="0"/>
          <w:i w:val="0"/>
          <w:color w:val="555555"/>
          <w:sz w:val="20"/>
        </w:rPr>
        <w:t>Duştan sonra SAÇ taranır: comb my hair</w:t>
      </w:r>
    </w:p>
    <w:p>
      <w:pPr>
        <w:spacing w:after="60"/>
      </w:pPr>
      <w:r>
        <w:rPr>
          <w:rFonts w:ascii="Niramit" w:hAnsi="Niramit"/>
          <w:b/>
          <w:i w:val="0"/>
          <w:color w:val="222222"/>
          <w:sz w:val="20"/>
        </w:rPr>
        <w:t xml:space="preserve">Soru 15: D  —  </w:t>
      </w:r>
      <w:r>
        <w:rPr>
          <w:rFonts w:ascii="Niramit" w:hAnsi="Niramit"/>
          <w:b w:val="0"/>
          <w:i w:val="0"/>
          <w:color w:val="555555"/>
          <w:sz w:val="20"/>
        </w:rPr>
        <w:t>Saat sormak için: What time</w:t>
      </w:r>
    </w:p>
    <w:p>
      <w:r>
        <w:br w:type="page"/>
      </w:r>
    </w:p>
    <w:p>
      <w:pPr>
        <w:jc w:val="center"/>
      </w:pPr>
      <w:r>
        <w:rPr>
          <w:rFonts w:ascii="Niramit" w:hAnsi="Niramit"/>
          <w:b/>
          <w:i w:val="0"/>
          <w:color w:val="1A559E"/>
          <w:sz w:val="28"/>
        </w:rPr>
        <w:t>DENEME 3 — CEVAP ANAHTARI</w:t>
      </w:r>
    </w:p>
    <w:p/>
    <w:p>
      <w:pPr>
        <w:jc w:val="center"/>
      </w:pPr>
      <w:r>
        <w:rPr>
          <w:rFonts w:ascii="Niramit" w:hAnsi="Niramit"/>
          <w:b/>
          <w:i w:val="0"/>
          <w:color w:val="222222"/>
          <w:sz w:val="20"/>
        </w:rPr>
        <w:t xml:space="preserve"> 1.A </w:t>
      </w:r>
      <w:r>
        <w:rPr>
          <w:rFonts w:ascii="Niramit" w:hAnsi="Niramit"/>
          <w:b/>
          <w:i w:val="0"/>
          <w:color w:val="222222"/>
          <w:sz w:val="20"/>
        </w:rPr>
        <w:t xml:space="preserve"> 2.B </w:t>
      </w:r>
      <w:r>
        <w:rPr>
          <w:rFonts w:ascii="Niramit" w:hAnsi="Niramit"/>
          <w:b/>
          <w:i w:val="0"/>
          <w:color w:val="222222"/>
          <w:sz w:val="20"/>
        </w:rPr>
        <w:t xml:space="preserve"> 3.C </w:t>
      </w:r>
      <w:r>
        <w:rPr>
          <w:rFonts w:ascii="Niramit" w:hAnsi="Niramit"/>
          <w:b/>
          <w:i w:val="0"/>
          <w:color w:val="222222"/>
          <w:sz w:val="20"/>
        </w:rPr>
        <w:t xml:space="preserve"> 4.A </w:t>
      </w:r>
      <w:r>
        <w:rPr>
          <w:rFonts w:ascii="Niramit" w:hAnsi="Niramit"/>
          <w:b/>
          <w:i w:val="0"/>
          <w:color w:val="222222"/>
          <w:sz w:val="20"/>
        </w:rPr>
        <w:t xml:space="preserve"> 5.B </w:t>
      </w:r>
    </w:p>
    <w:p>
      <w:pPr>
        <w:jc w:val="center"/>
      </w:pPr>
      <w:r>
        <w:rPr>
          <w:rFonts w:ascii="Niramit" w:hAnsi="Niramit"/>
          <w:b/>
          <w:i w:val="0"/>
          <w:color w:val="222222"/>
          <w:sz w:val="20"/>
        </w:rPr>
        <w:t xml:space="preserve"> 6.C </w:t>
      </w:r>
      <w:r>
        <w:rPr>
          <w:rFonts w:ascii="Niramit" w:hAnsi="Niramit"/>
          <w:b/>
          <w:i w:val="0"/>
          <w:color w:val="222222"/>
          <w:sz w:val="20"/>
        </w:rPr>
        <w:t xml:space="preserve"> 7.A </w:t>
      </w:r>
      <w:r>
        <w:rPr>
          <w:rFonts w:ascii="Niramit" w:hAnsi="Niramit"/>
          <w:b/>
          <w:i w:val="0"/>
          <w:color w:val="222222"/>
          <w:sz w:val="20"/>
        </w:rPr>
        <w:t xml:space="preserve"> 8.A </w:t>
      </w:r>
      <w:r>
        <w:rPr>
          <w:rFonts w:ascii="Niramit" w:hAnsi="Niramit"/>
          <w:b/>
          <w:i w:val="0"/>
          <w:color w:val="222222"/>
          <w:sz w:val="20"/>
        </w:rPr>
        <w:t xml:space="preserve"> 9.B </w:t>
      </w:r>
      <w:r>
        <w:rPr>
          <w:rFonts w:ascii="Niramit" w:hAnsi="Niramit"/>
          <w:b/>
          <w:i w:val="0"/>
          <w:color w:val="222222"/>
          <w:sz w:val="20"/>
        </w:rPr>
        <w:t xml:space="preserve"> 10.A </w:t>
      </w:r>
    </w:p>
    <w:p>
      <w:pPr>
        <w:jc w:val="center"/>
      </w:pPr>
      <w:r>
        <w:rPr>
          <w:rFonts w:ascii="Niramit" w:hAnsi="Niramit"/>
          <w:b/>
          <w:i w:val="0"/>
          <w:color w:val="222222"/>
          <w:sz w:val="20"/>
        </w:rPr>
        <w:t xml:space="preserve"> 11.B </w:t>
      </w:r>
      <w:r>
        <w:rPr>
          <w:rFonts w:ascii="Niramit" w:hAnsi="Niramit"/>
          <w:b/>
          <w:i w:val="0"/>
          <w:color w:val="222222"/>
          <w:sz w:val="20"/>
        </w:rPr>
        <w:t xml:space="preserve"> 12.B </w:t>
      </w:r>
      <w:r>
        <w:rPr>
          <w:rFonts w:ascii="Niramit" w:hAnsi="Niramit"/>
          <w:b/>
          <w:i w:val="0"/>
          <w:color w:val="222222"/>
          <w:sz w:val="20"/>
        </w:rPr>
        <w:t xml:space="preserve"> 13.B </w:t>
      </w:r>
      <w:r>
        <w:rPr>
          <w:rFonts w:ascii="Niramit" w:hAnsi="Niramit"/>
          <w:b/>
          <w:i w:val="0"/>
          <w:color w:val="222222"/>
          <w:sz w:val="20"/>
        </w:rPr>
        <w:t xml:space="preserve"> 14.B </w:t>
      </w:r>
      <w:r>
        <w:rPr>
          <w:rFonts w:ascii="Niramit" w:hAnsi="Niramit"/>
          <w:b/>
          <w:i w:val="0"/>
          <w:color w:val="222222"/>
          <w:sz w:val="20"/>
        </w:rPr>
        <w:t xml:space="preserve"> 15.C </w:t>
      </w:r>
    </w:p>
    <w:p/>
    <w:p>
      <w:r>
        <w:rPr>
          <w:rFonts w:ascii="Niramit" w:hAnsi="Niramit"/>
          <w:b/>
          <w:i w:val="0"/>
          <w:color w:val="1A559E"/>
          <w:sz w:val="22"/>
        </w:rPr>
        <w:t>Açıklamalar:</w:t>
      </w:r>
    </w:p>
    <w:p/>
    <w:p>
      <w:pPr>
        <w:spacing w:after="60"/>
      </w:pPr>
      <w:r>
        <w:rPr>
          <w:rFonts w:ascii="Niramit" w:hAnsi="Niramit"/>
          <w:b/>
          <w:i w:val="0"/>
          <w:color w:val="222222"/>
          <w:sz w:val="20"/>
        </w:rPr>
        <w:t xml:space="preserve">Soru 1: A  —  </w:t>
      </w:r>
      <w:r>
        <w:rPr>
          <w:rFonts w:ascii="Niramit" w:hAnsi="Niramit"/>
          <w:b w:val="0"/>
          <w:i w:val="0"/>
          <w:color w:val="555555"/>
          <w:sz w:val="20"/>
        </w:rPr>
        <w:t>Soru 'Is' → cevap 'is'. Yer bildiriyor, olumsuz değil.</w:t>
      </w:r>
    </w:p>
    <w:p>
      <w:pPr>
        <w:spacing w:after="60"/>
      </w:pPr>
      <w:r>
        <w:rPr>
          <w:rFonts w:ascii="Niramit" w:hAnsi="Niramit"/>
          <w:b/>
          <w:i w:val="0"/>
          <w:color w:val="222222"/>
          <w:sz w:val="20"/>
        </w:rPr>
        <w:t xml:space="preserve">Soru 2: B  —  </w:t>
      </w:r>
      <w:r>
        <w:rPr>
          <w:rFonts w:ascii="Niramit" w:hAnsi="Niramit"/>
          <w:b w:val="0"/>
          <w:i w:val="0"/>
          <w:color w:val="555555"/>
          <w:sz w:val="20"/>
        </w:rPr>
        <w:t>Are you...? → No, we aren't. (çoğul olumsuz)</w:t>
      </w:r>
    </w:p>
    <w:p>
      <w:pPr>
        <w:spacing w:after="60"/>
      </w:pPr>
      <w:r>
        <w:rPr>
          <w:rFonts w:ascii="Niramit" w:hAnsi="Niramit"/>
          <w:b/>
          <w:i w:val="0"/>
          <w:color w:val="222222"/>
          <w:sz w:val="20"/>
        </w:rPr>
        <w:t xml:space="preserve">Soru 3: C  —  </w:t>
      </w:r>
      <w:r>
        <w:rPr>
          <w:rFonts w:ascii="Niramit" w:hAnsi="Niramit"/>
          <w:b w:val="0"/>
          <w:i w:val="0"/>
          <w:color w:val="555555"/>
          <w:sz w:val="20"/>
        </w:rPr>
        <w:t>sister+I = we → are. İyelik: Our birthdays. (Us özne olamaz)</w:t>
      </w:r>
    </w:p>
    <w:p>
      <w:pPr>
        <w:spacing w:after="60"/>
      </w:pPr>
      <w:r>
        <w:rPr>
          <w:rFonts w:ascii="Niramit" w:hAnsi="Niramit"/>
          <w:b/>
          <w:i w:val="0"/>
          <w:color w:val="222222"/>
          <w:sz w:val="20"/>
        </w:rPr>
        <w:t xml:space="preserve">Soru 4: A  —  </w:t>
      </w:r>
      <w:r>
        <w:rPr>
          <w:rFonts w:ascii="Niramit" w:hAnsi="Niramit"/>
          <w:b w:val="0"/>
          <w:i w:val="0"/>
          <w:color w:val="555555"/>
          <w:sz w:val="20"/>
        </w:rPr>
        <w:t>Is he...? → Yes, he is. (he's kısaltması cevapta doğru, 'he does' veya 'he has' anlam kayması yapar. 'hes' ❌)</w:t>
      </w:r>
    </w:p>
    <w:p>
      <w:pPr>
        <w:spacing w:after="60"/>
      </w:pPr>
      <w:r>
        <w:rPr>
          <w:rFonts w:ascii="Niramit" w:hAnsi="Niramit"/>
          <w:b/>
          <w:i w:val="0"/>
          <w:color w:val="222222"/>
          <w:sz w:val="20"/>
        </w:rPr>
        <w:t xml:space="preserve">Soru 5: B  —  </w:t>
      </w:r>
      <w:r>
        <w:rPr>
          <w:rFonts w:ascii="Niramit" w:hAnsi="Niramit"/>
          <w:b w:val="0"/>
          <w:i w:val="0"/>
          <w:color w:val="555555"/>
          <w:sz w:val="20"/>
        </w:rPr>
        <w:t>Look at + object pronoun. She → her. (Çeldirici: 'him' erkek)</w:t>
      </w:r>
    </w:p>
    <w:p>
      <w:pPr>
        <w:spacing w:after="60"/>
      </w:pPr>
      <w:r>
        <w:rPr>
          <w:rFonts w:ascii="Niramit" w:hAnsi="Niramit"/>
          <w:b/>
          <w:i w:val="0"/>
          <w:color w:val="222222"/>
          <w:sz w:val="20"/>
        </w:rPr>
        <w:t xml:space="preserve">Soru 6: C  —  </w:t>
      </w:r>
      <w:r>
        <w:rPr>
          <w:rFonts w:ascii="Niramit" w:hAnsi="Niramit"/>
          <w:b w:val="0"/>
          <w:i w:val="0"/>
          <w:color w:val="555555"/>
          <w:sz w:val="20"/>
        </w:rPr>
        <w:t>What time (saat sorusu) + in the morning (gün bölümü)</w:t>
      </w:r>
    </w:p>
    <w:p>
      <w:pPr>
        <w:spacing w:after="60"/>
      </w:pPr>
      <w:r>
        <w:rPr>
          <w:rFonts w:ascii="Niramit" w:hAnsi="Niramit"/>
          <w:b/>
          <w:i w:val="0"/>
          <w:color w:val="222222"/>
          <w:sz w:val="20"/>
        </w:rPr>
        <w:t xml:space="preserve">Soru 7: A  —  </w:t>
      </w:r>
      <w:r>
        <w:rPr>
          <w:rFonts w:ascii="Niramit" w:hAnsi="Niramit"/>
          <w:b w:val="0"/>
          <w:i w:val="0"/>
          <w:color w:val="555555"/>
          <w:sz w:val="20"/>
        </w:rPr>
        <w:t>help + object pronoun (him) + possessive (his teeth)</w:t>
      </w:r>
    </w:p>
    <w:p>
      <w:pPr>
        <w:spacing w:after="60"/>
      </w:pPr>
      <w:r>
        <w:rPr>
          <w:rFonts w:ascii="Niramit" w:hAnsi="Niramit"/>
          <w:b/>
          <w:i w:val="0"/>
          <w:color w:val="222222"/>
          <w:sz w:val="20"/>
        </w:rPr>
        <w:t xml:space="preserve">Soru 8: A  —  </w:t>
      </w:r>
      <w:r>
        <w:rPr>
          <w:rFonts w:ascii="Niramit" w:hAnsi="Niramit"/>
          <w:b w:val="0"/>
          <w:i w:val="0"/>
          <w:color w:val="555555"/>
          <w:sz w:val="20"/>
        </w:rPr>
        <w:t>Are your parents (çoğul)? → No, they aren't.</w:t>
      </w:r>
    </w:p>
    <w:p>
      <w:pPr>
        <w:spacing w:after="60"/>
      </w:pPr>
      <w:r>
        <w:rPr>
          <w:rFonts w:ascii="Niramit" w:hAnsi="Niramit"/>
          <w:b/>
          <w:i w:val="0"/>
          <w:color w:val="222222"/>
          <w:sz w:val="20"/>
        </w:rPr>
        <w:t xml:space="preserve">Soru 9: B  —  </w:t>
      </w:r>
      <w:r>
        <w:rPr>
          <w:rFonts w:ascii="Niramit" w:hAnsi="Niramit"/>
          <w:b w:val="0"/>
          <w:i w:val="0"/>
          <w:color w:val="555555"/>
          <w:sz w:val="20"/>
        </w:rPr>
        <w:t>half past seven = 7:30. at half past seven (saatte at)</w:t>
      </w:r>
    </w:p>
    <w:p>
      <w:pPr>
        <w:spacing w:after="60"/>
      </w:pPr>
      <w:r>
        <w:rPr>
          <w:rFonts w:ascii="Niramit" w:hAnsi="Niramit"/>
          <w:b/>
          <w:i w:val="0"/>
          <w:color w:val="222222"/>
          <w:sz w:val="20"/>
        </w:rPr>
        <w:t xml:space="preserve">Soru 10: A  —  </w:t>
      </w:r>
      <w:r>
        <w:rPr>
          <w:rFonts w:ascii="Niramit" w:hAnsi="Niramit"/>
          <w:b w:val="0"/>
          <w:i w:val="0"/>
          <w:color w:val="555555"/>
          <w:sz w:val="20"/>
        </w:rPr>
        <w:t>İkisi de saat: at 6:30 / at 7 o'clock</w:t>
      </w:r>
    </w:p>
    <w:p>
      <w:pPr>
        <w:spacing w:after="60"/>
      </w:pPr>
      <w:r>
        <w:rPr>
          <w:rFonts w:ascii="Niramit" w:hAnsi="Niramit"/>
          <w:b/>
          <w:i w:val="0"/>
          <w:color w:val="222222"/>
          <w:sz w:val="20"/>
        </w:rPr>
        <w:t xml:space="preserve">Soru 11: B  —  </w:t>
      </w:r>
      <w:r>
        <w:rPr>
          <w:rFonts w:ascii="Niramit" w:hAnsi="Niramit"/>
          <w:b w:val="0"/>
          <w:i w:val="0"/>
          <w:color w:val="555555"/>
          <w:sz w:val="20"/>
        </w:rPr>
        <w:t>8:45 = quarter to nine (9'a çeyrek var)</w:t>
      </w:r>
    </w:p>
    <w:p>
      <w:pPr>
        <w:spacing w:after="60"/>
      </w:pPr>
      <w:r>
        <w:rPr>
          <w:rFonts w:ascii="Niramit" w:hAnsi="Niramit"/>
          <w:b/>
          <w:i w:val="0"/>
          <w:color w:val="222222"/>
          <w:sz w:val="20"/>
        </w:rPr>
        <w:t xml:space="preserve">Soru 12: B  —  </w:t>
      </w:r>
      <w:r>
        <w:rPr>
          <w:rFonts w:ascii="Niramit" w:hAnsi="Niramit"/>
          <w:b w:val="0"/>
          <w:i w:val="0"/>
          <w:color w:val="555555"/>
          <w:sz w:val="20"/>
        </w:rPr>
        <w:t>grandmother = she → object pronoun her</w:t>
      </w:r>
    </w:p>
    <w:p>
      <w:pPr>
        <w:spacing w:after="60"/>
      </w:pPr>
      <w:r>
        <w:rPr>
          <w:rFonts w:ascii="Niramit" w:hAnsi="Niramit"/>
          <w:b/>
          <w:i w:val="0"/>
          <w:color w:val="222222"/>
          <w:sz w:val="20"/>
        </w:rPr>
        <w:t xml:space="preserve">Soru 13: B  —  </w:t>
      </w:r>
      <w:r>
        <w:rPr>
          <w:rFonts w:ascii="Niramit" w:hAnsi="Niramit"/>
          <w:b w:val="0"/>
          <w:i w:val="0"/>
          <w:color w:val="555555"/>
          <w:sz w:val="20"/>
        </w:rPr>
        <w:t>gives + object pronoun (us) + like + object pronoun (her). Çeldirici: we/she özne zamiri.</w:t>
      </w:r>
    </w:p>
    <w:p>
      <w:pPr>
        <w:spacing w:after="60"/>
      </w:pPr>
      <w:r>
        <w:rPr>
          <w:rFonts w:ascii="Niramit" w:hAnsi="Niramit"/>
          <w:b/>
          <w:i w:val="0"/>
          <w:color w:val="222222"/>
          <w:sz w:val="20"/>
        </w:rPr>
        <w:t xml:space="preserve">Soru 14: B  —  </w:t>
      </w:r>
      <w:r>
        <w:rPr>
          <w:rFonts w:ascii="Niramit" w:hAnsi="Niramit"/>
          <w:b w:val="0"/>
          <w:i w:val="0"/>
          <w:color w:val="555555"/>
          <w:sz w:val="20"/>
        </w:rPr>
        <w:t>Diş fırçalama kahvaltıdan ÖNCE: before breakfast</w:t>
      </w:r>
    </w:p>
    <w:p>
      <w:pPr>
        <w:spacing w:after="60"/>
      </w:pPr>
      <w:r>
        <w:rPr>
          <w:rFonts w:ascii="Niramit" w:hAnsi="Niramit"/>
          <w:b/>
          <w:i w:val="0"/>
          <w:color w:val="222222"/>
          <w:sz w:val="20"/>
        </w:rPr>
        <w:t xml:space="preserve">Soru 15: C  —  </w:t>
      </w:r>
      <w:r>
        <w:rPr>
          <w:rFonts w:ascii="Niramit" w:hAnsi="Niramit"/>
          <w:b w:val="0"/>
          <w:i w:val="0"/>
          <w:color w:val="555555"/>
          <w:sz w:val="20"/>
        </w:rPr>
        <w:t>8:00 → 8:30. Okul 8'den SONRA başlıyor: after 8 o'clock</w:t>
      </w:r>
    </w:p>
    <w:p>
      <w:r>
        <w:br w:type="page"/>
      </w:r>
    </w:p>
    <w:p>
      <w:pPr>
        <w:jc w:val="center"/>
      </w:pPr>
      <w:r>
        <w:rPr>
          <w:rFonts w:ascii="Niramit" w:hAnsi="Niramit"/>
          <w:b/>
          <w:i w:val="0"/>
          <w:color w:val="1A559E"/>
          <w:sz w:val="28"/>
        </w:rPr>
        <w:t>OKUMA PARÇALARI — CEVAP ANAHTARI</w:t>
      </w:r>
    </w:p>
    <w:p/>
    <w:p>
      <w:pPr>
        <w:spacing w:before="120"/>
      </w:pPr>
      <w:r>
        <w:rPr>
          <w:rFonts w:ascii="Niramit" w:hAnsi="Niramit"/>
          <w:b/>
          <w:i w:val="0"/>
          <w:color w:val="1A559E"/>
          <w:sz w:val="22"/>
        </w:rPr>
        <w:t>Okuma 1 — Kolay (Ayşe's Day)</w:t>
      </w:r>
    </w:p>
    <w:p>
      <w:pPr>
        <w:ind w:left="283"/>
      </w:pPr>
      <w:r>
        <w:rPr>
          <w:rFonts w:ascii="Niramit" w:hAnsi="Niramit"/>
          <w:b/>
          <w:i w:val="0"/>
          <w:color w:val="222222"/>
          <w:sz w:val="20"/>
        </w:rPr>
        <w:t>1.B  2.C  3.C  4.B  5.C</w:t>
      </w:r>
    </w:p>
    <w:p>
      <w:pPr>
        <w:spacing w:before="120"/>
      </w:pPr>
      <w:r>
        <w:rPr>
          <w:rFonts w:ascii="Niramit" w:hAnsi="Niramit"/>
          <w:b/>
          <w:i w:val="0"/>
          <w:color w:val="1A559E"/>
          <w:sz w:val="22"/>
        </w:rPr>
        <w:t>Okuma 2 — Orta (Mehmet and His Family)</w:t>
      </w:r>
    </w:p>
    <w:p>
      <w:pPr>
        <w:ind w:left="283"/>
      </w:pPr>
      <w:r>
        <w:rPr>
          <w:rFonts w:ascii="Niramit" w:hAnsi="Niramit"/>
          <w:b/>
          <w:i w:val="0"/>
          <w:color w:val="222222"/>
          <w:sz w:val="20"/>
        </w:rPr>
        <w:t>1.B  2.B  3.C  4.B  5.C</w:t>
      </w:r>
    </w:p>
    <w:p>
      <w:pPr>
        <w:spacing w:before="120"/>
      </w:pPr>
      <w:r>
        <w:rPr>
          <w:rFonts w:ascii="Niramit" w:hAnsi="Niramit"/>
          <w:b/>
          <w:i w:val="0"/>
          <w:color w:val="1A559E"/>
          <w:sz w:val="22"/>
        </w:rPr>
        <w:t>Okuma 3 — Zor (A Special Morning)</w:t>
      </w:r>
    </w:p>
    <w:p>
      <w:pPr>
        <w:ind w:left="283"/>
      </w:pPr>
      <w:r>
        <w:rPr>
          <w:rFonts w:ascii="Niramit" w:hAnsi="Niramit"/>
          <w:b/>
          <w:i w:val="0"/>
          <w:color w:val="222222"/>
          <w:sz w:val="20"/>
        </w:rPr>
        <w:t>1.B  2.C  3.C  4.C  5.B  6.B</w:t>
      </w:r>
    </w:p>
    <w:p>
      <w:r>
        <w:br w:type="page"/>
      </w:r>
    </w:p>
    <w:p>
      <w:pPr>
        <w:jc w:val="center"/>
      </w:pPr>
      <w:r>
        <w:rPr>
          <w:rFonts w:ascii="Niramit" w:hAnsi="Niramit"/>
          <w:b/>
          <w:i w:val="0"/>
          <w:color w:val="1A559E"/>
          <w:sz w:val="28"/>
        </w:rPr>
        <w:t>— KİTAP SONU —</w:t>
      </w:r>
    </w:p>
    <w:p>
      <w:pPr>
        <w:jc w:val="center"/>
      </w:pPr>
      <w:r>
        <w:rPr>
          <w:rFonts w:ascii="Niramit" w:hAnsi="Niramit"/>
          <w:b w:val="0"/>
          <w:i/>
          <w:color w:val="555555"/>
          <w:sz w:val="18"/>
        </w:rPr>
        <w:t>Unit 1: My Day | KKTC KGS İngilizce Hazırlık | Niramit Edition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