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5. Sınıf İngilizce — Object Pronouns (Nesne Zamirleri)</w:t>
      </w:r>
    </w:p>
    <w:p>
      <w:pPr>
        <w:jc w:val="center"/>
      </w:pPr>
      <w:r>
        <w:rPr>
          <w:color w:val="646464"/>
          <w:sz w:val="20"/>
        </w:rPr>
        <w:t>50 Soru • 4 Seçenekli • Basit Seviye • Cevap Anahtarı Ayrı Dosyada</w:t>
      </w:r>
    </w:p>
    <w:p/>
    <w:p>
      <w:r>
        <w:rPr>
          <w:b/>
        </w:rPr>
        <w:t xml:space="preserve">1. </w:t>
      </w:r>
      <w:r>
        <w:rPr>
          <w:sz w:val="22"/>
        </w:rPr>
        <w:t>I like ______ very much.</w:t>
      </w:r>
    </w:p>
    <w:p>
      <w:pPr>
        <w:ind w:left="567"/>
      </w:pPr>
      <w:r>
        <w:rPr>
          <w:sz w:val="22"/>
        </w:rPr>
        <w:t>A) she</w:t>
      </w:r>
    </w:p>
    <w:p>
      <w:pPr>
        <w:ind w:left="567"/>
      </w:pPr>
      <w:r>
        <w:rPr>
          <w:sz w:val="22"/>
        </w:rPr>
        <w:t>B) she's</w:t>
      </w:r>
    </w:p>
    <w:p>
      <w:pPr>
        <w:ind w:left="567"/>
      </w:pPr>
      <w:r>
        <w:rPr>
          <w:sz w:val="22"/>
        </w:rPr>
        <w:t>C) her</w:t>
      </w:r>
    </w:p>
    <w:p>
      <w:pPr>
        <w:ind w:left="567"/>
      </w:pPr>
      <w:r>
        <w:rPr>
          <w:sz w:val="22"/>
        </w:rPr>
        <w:t>D) hers</w:t>
      </w:r>
    </w:p>
    <w:p/>
    <w:p>
      <w:r>
        <w:rPr>
          <w:b/>
        </w:rPr>
        <w:t xml:space="preserve">2. </w:t>
      </w:r>
      <w:r>
        <w:rPr>
          <w:sz w:val="22"/>
        </w:rPr>
        <w:t>Look at ______! He is my brother.</w:t>
      </w:r>
    </w:p>
    <w:p>
      <w:pPr>
        <w:ind w:left="567"/>
      </w:pPr>
      <w:r>
        <w:rPr>
          <w:sz w:val="22"/>
        </w:rPr>
        <w:t>A) he's</w:t>
      </w:r>
    </w:p>
    <w:p>
      <w:pPr>
        <w:ind w:left="567"/>
      </w:pPr>
      <w:r>
        <w:rPr>
          <w:sz w:val="22"/>
        </w:rPr>
        <w:t>B) him</w:t>
      </w:r>
    </w:p>
    <w:p>
      <w:pPr>
        <w:ind w:left="567"/>
      </w:pPr>
      <w:r>
        <w:rPr>
          <w:sz w:val="22"/>
        </w:rPr>
        <w:t>C) he</w:t>
      </w:r>
    </w:p>
    <w:p>
      <w:pPr>
        <w:ind w:left="567"/>
      </w:pPr>
      <w:r>
        <w:rPr>
          <w:sz w:val="22"/>
        </w:rPr>
        <w:t>D) his</w:t>
      </w:r>
    </w:p>
    <w:p/>
    <w:p>
      <w:r>
        <w:rPr>
          <w:b/>
        </w:rPr>
        <w:t xml:space="preserve">3. </w:t>
      </w:r>
      <w:r>
        <w:rPr>
          <w:sz w:val="22"/>
        </w:rPr>
        <w:t>Can you help ______, please?</w:t>
      </w:r>
    </w:p>
    <w:p>
      <w:pPr>
        <w:ind w:left="567"/>
      </w:pPr>
      <w:r>
        <w:rPr>
          <w:sz w:val="22"/>
        </w:rPr>
        <w:t>A) I</w:t>
      </w:r>
    </w:p>
    <w:p>
      <w:pPr>
        <w:ind w:left="567"/>
      </w:pPr>
      <w:r>
        <w:rPr>
          <w:sz w:val="22"/>
        </w:rPr>
        <w:t>B) mine</w:t>
      </w:r>
    </w:p>
    <w:p>
      <w:pPr>
        <w:ind w:left="567"/>
      </w:pPr>
      <w:r>
        <w:rPr>
          <w:sz w:val="22"/>
        </w:rPr>
        <w:t>C) me</w:t>
      </w:r>
    </w:p>
    <w:p>
      <w:pPr>
        <w:ind w:left="567"/>
      </w:pPr>
      <w:r>
        <w:rPr>
          <w:sz w:val="22"/>
        </w:rPr>
        <w:t>D) my</w:t>
      </w:r>
    </w:p>
    <w:p/>
    <w:p>
      <w:r>
        <w:rPr>
          <w:b/>
        </w:rPr>
        <w:t xml:space="preserve">4. </w:t>
      </w:r>
      <w:r>
        <w:rPr>
          <w:sz w:val="22"/>
        </w:rPr>
        <w:t>We love ______ very much.</w:t>
      </w:r>
    </w:p>
    <w:p>
      <w:pPr>
        <w:ind w:left="567"/>
      </w:pPr>
      <w:r>
        <w:rPr>
          <w:sz w:val="22"/>
        </w:rPr>
        <w:t>A) theirs</w:t>
      </w:r>
    </w:p>
    <w:p>
      <w:pPr>
        <w:ind w:left="567"/>
      </w:pPr>
      <w:r>
        <w:rPr>
          <w:sz w:val="22"/>
        </w:rPr>
        <w:t>B) them</w:t>
      </w:r>
    </w:p>
    <w:p>
      <w:pPr>
        <w:ind w:left="567"/>
      </w:pPr>
      <w:r>
        <w:rPr>
          <w:sz w:val="22"/>
        </w:rPr>
        <w:t>C) their</w:t>
      </w:r>
    </w:p>
    <w:p>
      <w:pPr>
        <w:ind w:left="567"/>
      </w:pPr>
      <w:r>
        <w:rPr>
          <w:sz w:val="22"/>
        </w:rPr>
        <w:t>D) they</w:t>
      </w:r>
    </w:p>
    <w:p/>
    <w:p>
      <w:r>
        <w:rPr>
          <w:b/>
        </w:rPr>
        <w:t xml:space="preserve">5. </w:t>
      </w:r>
      <w:r>
        <w:rPr>
          <w:sz w:val="22"/>
        </w:rPr>
        <w:t>Give the ball to ______.</w:t>
      </w:r>
    </w:p>
    <w:p>
      <w:pPr>
        <w:ind w:left="567"/>
      </w:pPr>
      <w:r>
        <w:rPr>
          <w:sz w:val="22"/>
        </w:rPr>
        <w:t>A) I</w:t>
      </w:r>
    </w:p>
    <w:p>
      <w:pPr>
        <w:ind w:left="567"/>
      </w:pPr>
      <w:r>
        <w:rPr>
          <w:sz w:val="22"/>
        </w:rPr>
        <w:t>B) me</w:t>
      </w:r>
    </w:p>
    <w:p>
      <w:pPr>
        <w:ind w:left="567"/>
      </w:pPr>
      <w:r>
        <w:rPr>
          <w:sz w:val="22"/>
        </w:rPr>
        <w:t>C) my</w:t>
      </w:r>
    </w:p>
    <w:p>
      <w:pPr>
        <w:ind w:left="567"/>
      </w:pPr>
      <w:r>
        <w:rPr>
          <w:sz w:val="22"/>
        </w:rPr>
        <w:t>D) mine</w:t>
      </w:r>
    </w:p>
    <w:p/>
    <w:p>
      <w:r>
        <w:rPr>
          <w:b/>
        </w:rPr>
        <w:t xml:space="preserve">6. </w:t>
      </w:r>
      <w:r>
        <w:rPr>
          <w:sz w:val="22"/>
        </w:rPr>
        <w:t>This present is for ______.</w:t>
      </w:r>
    </w:p>
    <w:p>
      <w:pPr>
        <w:ind w:left="567"/>
      </w:pPr>
      <w:r>
        <w:rPr>
          <w:sz w:val="22"/>
        </w:rPr>
        <w:t>A) your</w:t>
      </w:r>
    </w:p>
    <w:p>
      <w:pPr>
        <w:ind w:left="567"/>
      </w:pPr>
      <w:r>
        <w:rPr>
          <w:sz w:val="22"/>
        </w:rPr>
        <w:t>B) you</w:t>
      </w:r>
    </w:p>
    <w:p>
      <w:pPr>
        <w:ind w:left="567"/>
      </w:pPr>
      <w:r>
        <w:rPr>
          <w:sz w:val="22"/>
        </w:rPr>
        <w:t>C) you're</w:t>
      </w:r>
    </w:p>
    <w:p>
      <w:pPr>
        <w:ind w:left="567"/>
      </w:pPr>
      <w:r>
        <w:rPr>
          <w:sz w:val="22"/>
        </w:rPr>
        <w:t>D) yours</w:t>
      </w:r>
    </w:p>
    <w:p/>
    <w:p>
      <w:r>
        <w:rPr>
          <w:b/>
        </w:rPr>
        <w:t xml:space="preserve">7. </w:t>
      </w:r>
      <w:r>
        <w:rPr>
          <w:sz w:val="22"/>
        </w:rPr>
        <w:t>I see ______ every morning.</w:t>
      </w:r>
    </w:p>
    <w:p>
      <w:pPr>
        <w:ind w:left="567"/>
      </w:pPr>
      <w:r>
        <w:rPr>
          <w:sz w:val="22"/>
        </w:rPr>
        <w:t>A) he</w:t>
      </w:r>
    </w:p>
    <w:p>
      <w:pPr>
        <w:ind w:left="567"/>
      </w:pPr>
      <w:r>
        <w:rPr>
          <w:sz w:val="22"/>
        </w:rPr>
        <w:t>B) him</w:t>
      </w:r>
    </w:p>
    <w:p>
      <w:pPr>
        <w:ind w:left="567"/>
      </w:pPr>
      <w:r>
        <w:rPr>
          <w:sz w:val="22"/>
        </w:rPr>
        <w:t>C) he's</w:t>
      </w:r>
    </w:p>
    <w:p>
      <w:pPr>
        <w:ind w:left="567"/>
      </w:pPr>
      <w:r>
        <w:rPr>
          <w:sz w:val="22"/>
        </w:rPr>
        <w:t>D) his</w:t>
      </w:r>
    </w:p>
    <w:p/>
    <w:p>
      <w:r>
        <w:rPr>
          <w:b/>
        </w:rPr>
        <w:t xml:space="preserve">8. </w:t>
      </w:r>
      <w:r>
        <w:rPr>
          <w:sz w:val="22"/>
        </w:rPr>
        <w:t>My mother is calling ______.</w:t>
      </w:r>
    </w:p>
    <w:p>
      <w:pPr>
        <w:ind w:left="567"/>
      </w:pPr>
      <w:r>
        <w:rPr>
          <w:sz w:val="22"/>
        </w:rPr>
        <w:t>A) our</w:t>
      </w:r>
    </w:p>
    <w:p>
      <w:pPr>
        <w:ind w:left="567"/>
      </w:pPr>
      <w:r>
        <w:rPr>
          <w:sz w:val="22"/>
        </w:rPr>
        <w:t>B) we</w:t>
      </w:r>
    </w:p>
    <w:p>
      <w:pPr>
        <w:ind w:left="567"/>
      </w:pPr>
      <w:r>
        <w:rPr>
          <w:sz w:val="22"/>
        </w:rPr>
        <w:t>C) ours</w:t>
      </w:r>
    </w:p>
    <w:p>
      <w:pPr>
        <w:ind w:left="567"/>
      </w:pPr>
      <w:r>
        <w:rPr>
          <w:sz w:val="22"/>
        </w:rPr>
        <w:t>D) us</w:t>
      </w:r>
    </w:p>
    <w:p/>
    <w:p>
      <w:r>
        <w:rPr>
          <w:b/>
        </w:rPr>
        <w:t xml:space="preserve">9. </w:t>
      </w:r>
      <w:r>
        <w:rPr>
          <w:sz w:val="22"/>
        </w:rPr>
        <w:t>Take ______ to the park.</w:t>
      </w:r>
    </w:p>
    <w:p>
      <w:pPr>
        <w:ind w:left="567"/>
      </w:pPr>
      <w:r>
        <w:rPr>
          <w:sz w:val="22"/>
        </w:rPr>
        <w:t>A) it's</w:t>
      </w:r>
    </w:p>
    <w:p>
      <w:pPr>
        <w:ind w:left="567"/>
      </w:pPr>
      <w:r>
        <w:rPr>
          <w:sz w:val="22"/>
        </w:rPr>
        <w:t>B) its</w:t>
      </w:r>
    </w:p>
    <w:p>
      <w:pPr>
        <w:ind w:left="567"/>
      </w:pPr>
      <w:r>
        <w:rPr>
          <w:sz w:val="22"/>
        </w:rPr>
        <w:t>C) it</w:t>
      </w:r>
    </w:p>
    <w:p>
      <w:pPr>
        <w:ind w:left="567"/>
      </w:pPr>
      <w:r>
        <w:rPr>
          <w:sz w:val="22"/>
        </w:rPr>
        <w:t>D) they</w:t>
      </w:r>
    </w:p>
    <w:p/>
    <w:p>
      <w:r>
        <w:rPr>
          <w:b/>
        </w:rPr>
        <w:t xml:space="preserve">10. </w:t>
      </w:r>
      <w:r>
        <w:rPr>
          <w:sz w:val="22"/>
        </w:rPr>
        <w:t>She sits near ______.</w:t>
      </w:r>
    </w:p>
    <w:p>
      <w:pPr>
        <w:ind w:left="567"/>
      </w:pPr>
      <w:r>
        <w:rPr>
          <w:sz w:val="22"/>
        </w:rPr>
        <w:t>A) me</w:t>
      </w:r>
    </w:p>
    <w:p>
      <w:pPr>
        <w:ind w:left="567"/>
      </w:pPr>
      <w:r>
        <w:rPr>
          <w:sz w:val="22"/>
        </w:rPr>
        <w:t>B) my</w:t>
      </w:r>
    </w:p>
    <w:p>
      <w:pPr>
        <w:ind w:left="567"/>
      </w:pPr>
      <w:r>
        <w:rPr>
          <w:sz w:val="22"/>
        </w:rPr>
        <w:t>C) mine</w:t>
      </w:r>
    </w:p>
    <w:p>
      <w:pPr>
        <w:ind w:left="567"/>
      </w:pPr>
      <w:r>
        <w:rPr>
          <w:sz w:val="22"/>
        </w:rPr>
        <w:t>D) I</w:t>
      </w:r>
    </w:p>
    <w:p/>
    <w:p>
      <w:r>
        <w:rPr>
          <w:b/>
        </w:rPr>
        <w:t xml:space="preserve">11. </w:t>
      </w:r>
      <w:r>
        <w:rPr>
          <w:sz w:val="22"/>
        </w:rPr>
        <w:t>The teacher speaks to ______.</w:t>
      </w:r>
    </w:p>
    <w:p>
      <w:pPr>
        <w:ind w:left="567"/>
      </w:pPr>
      <w:r>
        <w:rPr>
          <w:sz w:val="22"/>
        </w:rPr>
        <w:t>A) our</w:t>
      </w:r>
    </w:p>
    <w:p>
      <w:pPr>
        <w:ind w:left="567"/>
      </w:pPr>
      <w:r>
        <w:rPr>
          <w:sz w:val="22"/>
        </w:rPr>
        <w:t>B) we</w:t>
      </w:r>
    </w:p>
    <w:p>
      <w:pPr>
        <w:ind w:left="567"/>
      </w:pPr>
      <w:r>
        <w:rPr>
          <w:sz w:val="22"/>
        </w:rPr>
        <w:t>C) us</w:t>
      </w:r>
    </w:p>
    <w:p>
      <w:pPr>
        <w:ind w:left="567"/>
      </w:pPr>
      <w:r>
        <w:rPr>
          <w:sz w:val="22"/>
        </w:rPr>
        <w:t>D) ours</w:t>
      </w:r>
    </w:p>
    <w:p/>
    <w:p>
      <w:r>
        <w:rPr>
          <w:b/>
        </w:rPr>
        <w:t xml:space="preserve">12. </w:t>
      </w:r>
      <w:r>
        <w:rPr>
          <w:sz w:val="22"/>
        </w:rPr>
        <w:t>I don't like ______.</w:t>
      </w:r>
    </w:p>
    <w:p>
      <w:pPr>
        <w:ind w:left="567"/>
      </w:pPr>
      <w:r>
        <w:rPr>
          <w:sz w:val="22"/>
        </w:rPr>
        <w:t>A) they</w:t>
      </w:r>
    </w:p>
    <w:p>
      <w:pPr>
        <w:ind w:left="567"/>
      </w:pPr>
      <w:r>
        <w:rPr>
          <w:sz w:val="22"/>
        </w:rPr>
        <w:t>B) them</w:t>
      </w:r>
    </w:p>
    <w:p>
      <w:pPr>
        <w:ind w:left="567"/>
      </w:pPr>
      <w:r>
        <w:rPr>
          <w:sz w:val="22"/>
        </w:rPr>
        <w:t>C) their</w:t>
      </w:r>
    </w:p>
    <w:p>
      <w:pPr>
        <w:ind w:left="567"/>
      </w:pPr>
      <w:r>
        <w:rPr>
          <w:sz w:val="22"/>
        </w:rPr>
        <w:t>D) theirs</w:t>
      </w:r>
    </w:p>
    <w:p/>
    <w:p>
      <w:r>
        <w:rPr>
          <w:b/>
        </w:rPr>
        <w:t xml:space="preserve">13. </w:t>
      </w:r>
      <w:r>
        <w:rPr>
          <w:sz w:val="22"/>
        </w:rPr>
        <w:t>Please wait for ______.</w:t>
      </w:r>
    </w:p>
    <w:p>
      <w:pPr>
        <w:ind w:left="567"/>
      </w:pPr>
      <w:r>
        <w:rPr>
          <w:sz w:val="22"/>
        </w:rPr>
        <w:t>A) her</w:t>
      </w:r>
    </w:p>
    <w:p>
      <w:pPr>
        <w:ind w:left="567"/>
      </w:pPr>
      <w:r>
        <w:rPr>
          <w:sz w:val="22"/>
        </w:rPr>
        <w:t>B) she's</w:t>
      </w:r>
    </w:p>
    <w:p>
      <w:pPr>
        <w:ind w:left="567"/>
      </w:pPr>
      <w:r>
        <w:rPr>
          <w:sz w:val="22"/>
        </w:rPr>
        <w:t>C) she</w:t>
      </w:r>
    </w:p>
    <w:p>
      <w:pPr>
        <w:ind w:left="567"/>
      </w:pPr>
      <w:r>
        <w:rPr>
          <w:sz w:val="22"/>
        </w:rPr>
        <w:t>D) hers</w:t>
      </w:r>
    </w:p>
    <w:p/>
    <w:p>
      <w:r>
        <w:rPr>
          <w:b/>
        </w:rPr>
        <w:t xml:space="preserve">14. </w:t>
      </w:r>
      <w:r>
        <w:rPr>
          <w:sz w:val="22"/>
        </w:rPr>
        <w:t>Ali is my friend. I play with ______.</w:t>
      </w:r>
    </w:p>
    <w:p>
      <w:pPr>
        <w:ind w:left="567"/>
      </w:pPr>
      <w:r>
        <w:rPr>
          <w:sz w:val="22"/>
        </w:rPr>
        <w:t>A) he's</w:t>
      </w:r>
    </w:p>
    <w:p>
      <w:pPr>
        <w:ind w:left="567"/>
      </w:pPr>
      <w:r>
        <w:rPr>
          <w:sz w:val="22"/>
        </w:rPr>
        <w:t>B) he</w:t>
      </w:r>
    </w:p>
    <w:p>
      <w:pPr>
        <w:ind w:left="567"/>
      </w:pPr>
      <w:r>
        <w:rPr>
          <w:sz w:val="22"/>
        </w:rPr>
        <w:t>C) his</w:t>
      </w:r>
    </w:p>
    <w:p>
      <w:pPr>
        <w:ind w:left="567"/>
      </w:pPr>
      <w:r>
        <w:rPr>
          <w:sz w:val="22"/>
        </w:rPr>
        <w:t>D) him</w:t>
      </w:r>
    </w:p>
    <w:p/>
    <w:p>
      <w:r>
        <w:rPr>
          <w:b/>
        </w:rPr>
        <w:t xml:space="preserve">15. </w:t>
      </w:r>
      <w:r>
        <w:rPr>
          <w:sz w:val="22"/>
        </w:rPr>
        <w:t>Can I come with ______?</w:t>
      </w:r>
    </w:p>
    <w:p>
      <w:pPr>
        <w:ind w:left="567"/>
      </w:pPr>
      <w:r>
        <w:rPr>
          <w:sz w:val="22"/>
        </w:rPr>
        <w:t>A) you're</w:t>
      </w:r>
    </w:p>
    <w:p>
      <w:pPr>
        <w:ind w:left="567"/>
      </w:pPr>
      <w:r>
        <w:rPr>
          <w:sz w:val="22"/>
        </w:rPr>
        <w:t>B) you</w:t>
      </w:r>
    </w:p>
    <w:p>
      <w:pPr>
        <w:ind w:left="567"/>
      </w:pPr>
      <w:r>
        <w:rPr>
          <w:sz w:val="22"/>
        </w:rPr>
        <w:t>C) yours</w:t>
      </w:r>
    </w:p>
    <w:p>
      <w:pPr>
        <w:ind w:left="567"/>
      </w:pPr>
      <w:r>
        <w:rPr>
          <w:sz w:val="22"/>
        </w:rPr>
        <w:t>D) your</w:t>
      </w:r>
    </w:p>
    <w:p/>
    <w:p>
      <w:r>
        <w:rPr>
          <w:b/>
        </w:rPr>
        <w:t xml:space="preserve">16. </w:t>
      </w:r>
      <w:r>
        <w:rPr>
          <w:sz w:val="22"/>
        </w:rPr>
        <w:t>The dog is hungry. Feed ______.</w:t>
      </w:r>
    </w:p>
    <w:p>
      <w:pPr>
        <w:ind w:left="567"/>
      </w:pPr>
      <w:r>
        <w:rPr>
          <w:sz w:val="22"/>
        </w:rPr>
        <w:t>A) it</w:t>
      </w:r>
    </w:p>
    <w:p>
      <w:pPr>
        <w:ind w:left="567"/>
      </w:pPr>
      <w:r>
        <w:rPr>
          <w:sz w:val="22"/>
        </w:rPr>
        <w:t>B) its</w:t>
      </w:r>
    </w:p>
    <w:p>
      <w:pPr>
        <w:ind w:left="567"/>
      </w:pPr>
      <w:r>
        <w:rPr>
          <w:sz w:val="22"/>
        </w:rPr>
        <w:t>C) it's</w:t>
      </w:r>
    </w:p>
    <w:p>
      <w:pPr>
        <w:ind w:left="567"/>
      </w:pPr>
      <w:r>
        <w:rPr>
          <w:sz w:val="22"/>
        </w:rPr>
        <w:t>D) they</w:t>
      </w:r>
    </w:p>
    <w:p/>
    <w:p>
      <w:r>
        <w:rPr>
          <w:b/>
        </w:rPr>
        <w:t xml:space="preserve">17. </w:t>
      </w:r>
      <w:r>
        <w:rPr>
          <w:sz w:val="22"/>
        </w:rPr>
        <w:t>She is my sister. I love ______.</w:t>
      </w:r>
    </w:p>
    <w:p>
      <w:pPr>
        <w:ind w:left="567"/>
      </w:pPr>
      <w:r>
        <w:rPr>
          <w:sz w:val="22"/>
        </w:rPr>
        <w:t>A) she</w:t>
      </w:r>
    </w:p>
    <w:p>
      <w:pPr>
        <w:ind w:left="567"/>
      </w:pPr>
      <w:r>
        <w:rPr>
          <w:sz w:val="22"/>
        </w:rPr>
        <w:t>B) hers</w:t>
      </w:r>
    </w:p>
    <w:p>
      <w:pPr>
        <w:ind w:left="567"/>
      </w:pPr>
      <w:r>
        <w:rPr>
          <w:sz w:val="22"/>
        </w:rPr>
        <w:t>C) she's</w:t>
      </w:r>
    </w:p>
    <w:p>
      <w:pPr>
        <w:ind w:left="567"/>
      </w:pPr>
      <w:r>
        <w:rPr>
          <w:sz w:val="22"/>
        </w:rPr>
        <w:t>D) her</w:t>
      </w:r>
    </w:p>
    <w:p/>
    <w:p>
      <w:r>
        <w:rPr>
          <w:b/>
        </w:rPr>
        <w:t xml:space="preserve">18. </w:t>
      </w:r>
      <w:r>
        <w:rPr>
          <w:sz w:val="22"/>
        </w:rPr>
        <w:t>We are students. The teacher knows ______.</w:t>
      </w:r>
    </w:p>
    <w:p>
      <w:pPr>
        <w:ind w:left="567"/>
      </w:pPr>
      <w:r>
        <w:rPr>
          <w:sz w:val="22"/>
        </w:rPr>
        <w:t>A) we</w:t>
      </w:r>
    </w:p>
    <w:p>
      <w:pPr>
        <w:ind w:left="567"/>
      </w:pPr>
      <w:r>
        <w:rPr>
          <w:sz w:val="22"/>
        </w:rPr>
        <w:t>B) us</w:t>
      </w:r>
    </w:p>
    <w:p>
      <w:pPr>
        <w:ind w:left="567"/>
      </w:pPr>
      <w:r>
        <w:rPr>
          <w:sz w:val="22"/>
        </w:rPr>
        <w:t>C) our</w:t>
      </w:r>
    </w:p>
    <w:p>
      <w:pPr>
        <w:ind w:left="567"/>
      </w:pPr>
      <w:r>
        <w:rPr>
          <w:sz w:val="22"/>
        </w:rPr>
        <w:t>D) ours</w:t>
      </w:r>
    </w:p>
    <w:p/>
    <w:p>
      <w:r>
        <w:rPr>
          <w:b/>
        </w:rPr>
        <w:t xml:space="preserve">19. </w:t>
      </w:r>
      <w:r>
        <w:rPr>
          <w:sz w:val="22"/>
        </w:rPr>
        <w:t>I bought flowers for ______.</w:t>
      </w:r>
    </w:p>
    <w:p>
      <w:pPr>
        <w:ind w:left="567"/>
      </w:pPr>
      <w:r>
        <w:rPr>
          <w:sz w:val="22"/>
        </w:rPr>
        <w:t>A) her</w:t>
      </w:r>
    </w:p>
    <w:p>
      <w:pPr>
        <w:ind w:left="567"/>
      </w:pPr>
      <w:r>
        <w:rPr>
          <w:sz w:val="22"/>
        </w:rPr>
        <w:t>B) she</w:t>
      </w:r>
    </w:p>
    <w:p>
      <w:pPr>
        <w:ind w:left="567"/>
      </w:pPr>
      <w:r>
        <w:rPr>
          <w:sz w:val="22"/>
        </w:rPr>
        <w:t>C) hers</w:t>
      </w:r>
    </w:p>
    <w:p>
      <w:pPr>
        <w:ind w:left="567"/>
      </w:pPr>
      <w:r>
        <w:rPr>
          <w:sz w:val="22"/>
        </w:rPr>
        <w:t>D) she's</w:t>
      </w:r>
    </w:p>
    <w:p/>
    <w:p>
      <w:r>
        <w:rPr>
          <w:b/>
        </w:rPr>
        <w:t xml:space="preserve">20. </w:t>
      </w:r>
      <w:r>
        <w:rPr>
          <w:sz w:val="22"/>
        </w:rPr>
        <w:t>Do you know ______?</w:t>
      </w:r>
    </w:p>
    <w:p>
      <w:pPr>
        <w:ind w:left="567"/>
      </w:pPr>
      <w:r>
        <w:rPr>
          <w:sz w:val="22"/>
        </w:rPr>
        <w:t>A) them</w:t>
      </w:r>
    </w:p>
    <w:p>
      <w:pPr>
        <w:ind w:left="567"/>
      </w:pPr>
      <w:r>
        <w:rPr>
          <w:sz w:val="22"/>
        </w:rPr>
        <w:t>B) they</w:t>
      </w:r>
    </w:p>
    <w:p>
      <w:pPr>
        <w:ind w:left="567"/>
      </w:pPr>
      <w:r>
        <w:rPr>
          <w:sz w:val="22"/>
        </w:rPr>
        <w:t>C) their</w:t>
      </w:r>
    </w:p>
    <w:p>
      <w:pPr>
        <w:ind w:left="567"/>
      </w:pPr>
      <w:r>
        <w:rPr>
          <w:sz w:val="22"/>
        </w:rPr>
        <w:t>D) theirs</w:t>
      </w:r>
    </w:p>
    <w:p/>
    <w:p>
      <w:r>
        <w:rPr>
          <w:b/>
        </w:rPr>
        <w:t xml:space="preserve">21. </w:t>
      </w:r>
      <w:r>
        <w:rPr>
          <w:sz w:val="22"/>
        </w:rPr>
        <w:t>He is looking at ______.</w:t>
      </w:r>
    </w:p>
    <w:p>
      <w:pPr>
        <w:ind w:left="567"/>
      </w:pPr>
      <w:r>
        <w:rPr>
          <w:sz w:val="22"/>
        </w:rPr>
        <w:t>A) me</w:t>
      </w:r>
    </w:p>
    <w:p>
      <w:pPr>
        <w:ind w:left="567"/>
      </w:pPr>
      <w:r>
        <w:rPr>
          <w:sz w:val="22"/>
        </w:rPr>
        <w:t>B) I</w:t>
      </w:r>
    </w:p>
    <w:p>
      <w:pPr>
        <w:ind w:left="567"/>
      </w:pPr>
      <w:r>
        <w:rPr>
          <w:sz w:val="22"/>
        </w:rPr>
        <w:t>C) mine</w:t>
      </w:r>
    </w:p>
    <w:p>
      <w:pPr>
        <w:ind w:left="567"/>
      </w:pPr>
      <w:r>
        <w:rPr>
          <w:sz w:val="22"/>
        </w:rPr>
        <w:t>D) my</w:t>
      </w:r>
    </w:p>
    <w:p/>
    <w:p>
      <w:r>
        <w:rPr>
          <w:b/>
        </w:rPr>
        <w:t xml:space="preserve">22. </w:t>
      </w:r>
      <w:r>
        <w:rPr>
          <w:sz w:val="22"/>
        </w:rPr>
        <w:t>My father teaches ______ English.</w:t>
      </w:r>
    </w:p>
    <w:p>
      <w:pPr>
        <w:ind w:left="567"/>
      </w:pPr>
      <w:r>
        <w:rPr>
          <w:sz w:val="22"/>
        </w:rPr>
        <w:t>A) ours</w:t>
      </w:r>
    </w:p>
    <w:p>
      <w:pPr>
        <w:ind w:left="567"/>
      </w:pPr>
      <w:r>
        <w:rPr>
          <w:sz w:val="22"/>
        </w:rPr>
        <w:t>B) our</w:t>
      </w:r>
    </w:p>
    <w:p>
      <w:pPr>
        <w:ind w:left="567"/>
      </w:pPr>
      <w:r>
        <w:rPr>
          <w:sz w:val="22"/>
        </w:rPr>
        <w:t>C) we</w:t>
      </w:r>
    </w:p>
    <w:p>
      <w:pPr>
        <w:ind w:left="567"/>
      </w:pPr>
      <w:r>
        <w:rPr>
          <w:sz w:val="22"/>
        </w:rPr>
        <w:t>D) us</w:t>
      </w:r>
    </w:p>
    <w:p/>
    <w:p>
      <w:r>
        <w:rPr>
          <w:b/>
        </w:rPr>
        <w:t xml:space="preserve">23. </w:t>
      </w:r>
      <w:r>
        <w:rPr>
          <w:sz w:val="22"/>
        </w:rPr>
        <w:t>I gave ______ a book.</w:t>
      </w:r>
    </w:p>
    <w:p>
      <w:pPr>
        <w:ind w:left="567"/>
      </w:pPr>
      <w:r>
        <w:rPr>
          <w:sz w:val="22"/>
        </w:rPr>
        <w:t>A) him</w:t>
      </w:r>
    </w:p>
    <w:p>
      <w:pPr>
        <w:ind w:left="567"/>
      </w:pPr>
      <w:r>
        <w:rPr>
          <w:sz w:val="22"/>
        </w:rPr>
        <w:t>B) he's</w:t>
      </w:r>
    </w:p>
    <w:p>
      <w:pPr>
        <w:ind w:left="567"/>
      </w:pPr>
      <w:r>
        <w:rPr>
          <w:sz w:val="22"/>
        </w:rPr>
        <w:t>C) he</w:t>
      </w:r>
    </w:p>
    <w:p>
      <w:pPr>
        <w:ind w:left="567"/>
      </w:pPr>
      <w:r>
        <w:rPr>
          <w:sz w:val="22"/>
        </w:rPr>
        <w:t>D) his</w:t>
      </w:r>
    </w:p>
    <w:p/>
    <w:p>
      <w:r>
        <w:rPr>
          <w:b/>
        </w:rPr>
        <w:t xml:space="preserve">24. </w:t>
      </w:r>
      <w:r>
        <w:rPr>
          <w:sz w:val="22"/>
        </w:rPr>
        <w:t>This ice cream is for ______.</w:t>
      </w:r>
    </w:p>
    <w:p>
      <w:pPr>
        <w:ind w:left="567"/>
      </w:pPr>
      <w:r>
        <w:rPr>
          <w:sz w:val="22"/>
        </w:rPr>
        <w:t>A) my</w:t>
      </w:r>
    </w:p>
    <w:p>
      <w:pPr>
        <w:ind w:left="567"/>
      </w:pPr>
      <w:r>
        <w:rPr>
          <w:sz w:val="22"/>
        </w:rPr>
        <w:t>B) me</w:t>
      </w:r>
    </w:p>
    <w:p>
      <w:pPr>
        <w:ind w:left="567"/>
      </w:pPr>
      <w:r>
        <w:rPr>
          <w:sz w:val="22"/>
        </w:rPr>
        <w:t>C) mine</w:t>
      </w:r>
    </w:p>
    <w:p>
      <w:pPr>
        <w:ind w:left="567"/>
      </w:pPr>
      <w:r>
        <w:rPr>
          <w:sz w:val="22"/>
        </w:rPr>
        <w:t>D) I</w:t>
      </w:r>
    </w:p>
    <w:p/>
    <w:p>
      <w:r>
        <w:rPr>
          <w:b/>
        </w:rPr>
        <w:t xml:space="preserve">25. </w:t>
      </w:r>
      <w:r>
        <w:rPr>
          <w:sz w:val="22"/>
        </w:rPr>
        <w:t>She always helps ______.</w:t>
      </w:r>
    </w:p>
    <w:p>
      <w:pPr>
        <w:ind w:left="567"/>
      </w:pPr>
      <w:r>
        <w:rPr>
          <w:sz w:val="22"/>
        </w:rPr>
        <w:t>A) they</w:t>
      </w:r>
    </w:p>
    <w:p>
      <w:pPr>
        <w:ind w:left="567"/>
      </w:pPr>
      <w:r>
        <w:rPr>
          <w:sz w:val="22"/>
        </w:rPr>
        <w:t>B) their</w:t>
      </w:r>
    </w:p>
    <w:p>
      <w:pPr>
        <w:ind w:left="567"/>
      </w:pPr>
      <w:r>
        <w:rPr>
          <w:sz w:val="22"/>
        </w:rPr>
        <w:t>C) them</w:t>
      </w:r>
    </w:p>
    <w:p>
      <w:pPr>
        <w:ind w:left="567"/>
      </w:pPr>
      <w:r>
        <w:rPr>
          <w:sz w:val="22"/>
        </w:rPr>
        <w:t>D) theirs</w:t>
      </w:r>
    </w:p>
    <w:p/>
    <w:p>
      <w:r>
        <w:rPr>
          <w:b/>
        </w:rPr>
        <w:t xml:space="preserve">26. </w:t>
      </w:r>
      <w:r>
        <w:rPr>
          <w:sz w:val="22"/>
        </w:rPr>
        <w:t>Look at the cat. It is looking at ______.</w:t>
      </w:r>
    </w:p>
    <w:p>
      <w:pPr>
        <w:ind w:left="567"/>
      </w:pPr>
      <w:r>
        <w:rPr>
          <w:sz w:val="22"/>
        </w:rPr>
        <w:t>A) we</w:t>
      </w:r>
    </w:p>
    <w:p>
      <w:pPr>
        <w:ind w:left="567"/>
      </w:pPr>
      <w:r>
        <w:rPr>
          <w:sz w:val="22"/>
        </w:rPr>
        <w:t>B) us</w:t>
      </w:r>
    </w:p>
    <w:p>
      <w:pPr>
        <w:ind w:left="567"/>
      </w:pPr>
      <w:r>
        <w:rPr>
          <w:sz w:val="22"/>
        </w:rPr>
        <w:t>C) our</w:t>
      </w:r>
    </w:p>
    <w:p>
      <w:pPr>
        <w:ind w:left="567"/>
      </w:pPr>
      <w:r>
        <w:rPr>
          <w:sz w:val="22"/>
        </w:rPr>
        <w:t>D) ours</w:t>
      </w:r>
    </w:p>
    <w:p/>
    <w:p>
      <w:r>
        <w:rPr>
          <w:b/>
        </w:rPr>
        <w:t xml:space="preserve">27. </w:t>
      </w:r>
      <w:r>
        <w:rPr>
          <w:sz w:val="22"/>
        </w:rPr>
        <w:t>I met ______ at the party.</w:t>
      </w:r>
    </w:p>
    <w:p>
      <w:pPr>
        <w:ind w:left="567"/>
      </w:pPr>
      <w:r>
        <w:rPr>
          <w:sz w:val="22"/>
        </w:rPr>
        <w:t>A) she's</w:t>
      </w:r>
    </w:p>
    <w:p>
      <w:pPr>
        <w:ind w:left="567"/>
      </w:pPr>
      <w:r>
        <w:rPr>
          <w:sz w:val="22"/>
        </w:rPr>
        <w:t>B) she</w:t>
      </w:r>
    </w:p>
    <w:p>
      <w:pPr>
        <w:ind w:left="567"/>
      </w:pPr>
      <w:r>
        <w:rPr>
          <w:sz w:val="22"/>
        </w:rPr>
        <w:t>C) her</w:t>
      </w:r>
    </w:p>
    <w:p>
      <w:pPr>
        <w:ind w:left="567"/>
      </w:pPr>
      <w:r>
        <w:rPr>
          <w:sz w:val="22"/>
        </w:rPr>
        <w:t>D) hers</w:t>
      </w:r>
    </w:p>
    <w:p/>
    <w:p>
      <w:r>
        <w:rPr>
          <w:b/>
        </w:rPr>
        <w:t xml:space="preserve">28. </w:t>
      </w:r>
      <w:r>
        <w:rPr>
          <w:sz w:val="22"/>
        </w:rPr>
        <w:t>Can you see ______?</w:t>
      </w:r>
    </w:p>
    <w:p>
      <w:pPr>
        <w:ind w:left="567"/>
      </w:pPr>
      <w:r>
        <w:rPr>
          <w:sz w:val="22"/>
        </w:rPr>
        <w:t>A) its</w:t>
      </w:r>
    </w:p>
    <w:p>
      <w:pPr>
        <w:ind w:left="567"/>
      </w:pPr>
      <w:r>
        <w:rPr>
          <w:sz w:val="22"/>
        </w:rPr>
        <w:t>B) they</w:t>
      </w:r>
    </w:p>
    <w:p>
      <w:pPr>
        <w:ind w:left="567"/>
      </w:pPr>
      <w:r>
        <w:rPr>
          <w:sz w:val="22"/>
        </w:rPr>
        <w:t>C) it's</w:t>
      </w:r>
    </w:p>
    <w:p>
      <w:pPr>
        <w:ind w:left="567"/>
      </w:pPr>
      <w:r>
        <w:rPr>
          <w:sz w:val="22"/>
        </w:rPr>
        <w:t>D) it</w:t>
      </w:r>
    </w:p>
    <w:p/>
    <w:p>
      <w:r>
        <w:rPr>
          <w:b/>
        </w:rPr>
        <w:t xml:space="preserve">29. </w:t>
      </w:r>
      <w:r>
        <w:rPr>
          <w:sz w:val="22"/>
        </w:rPr>
        <w:t>Tom and Ali are my friends. I like ______.</w:t>
      </w:r>
    </w:p>
    <w:p>
      <w:pPr>
        <w:ind w:left="567"/>
      </w:pPr>
      <w:r>
        <w:rPr>
          <w:sz w:val="22"/>
        </w:rPr>
        <w:t>A) them</w:t>
      </w:r>
    </w:p>
    <w:p>
      <w:pPr>
        <w:ind w:left="567"/>
      </w:pPr>
      <w:r>
        <w:rPr>
          <w:sz w:val="22"/>
        </w:rPr>
        <w:t>B) they</w:t>
      </w:r>
    </w:p>
    <w:p>
      <w:pPr>
        <w:ind w:left="567"/>
      </w:pPr>
      <w:r>
        <w:rPr>
          <w:sz w:val="22"/>
        </w:rPr>
        <w:t>C) theirs</w:t>
      </w:r>
    </w:p>
    <w:p>
      <w:pPr>
        <w:ind w:left="567"/>
      </w:pPr>
      <w:r>
        <w:rPr>
          <w:sz w:val="22"/>
        </w:rPr>
        <w:t>D) their</w:t>
      </w:r>
    </w:p>
    <w:p/>
    <w:p>
      <w:r>
        <w:rPr>
          <w:b/>
        </w:rPr>
        <w:t xml:space="preserve">30. </w:t>
      </w:r>
      <w:r>
        <w:rPr>
          <w:sz w:val="22"/>
        </w:rPr>
        <w:t>My grandmother loves ______.</w:t>
      </w:r>
    </w:p>
    <w:p>
      <w:pPr>
        <w:ind w:left="567"/>
      </w:pPr>
      <w:r>
        <w:rPr>
          <w:sz w:val="22"/>
        </w:rPr>
        <w:t>A) mine</w:t>
      </w:r>
    </w:p>
    <w:p>
      <w:pPr>
        <w:ind w:left="567"/>
      </w:pPr>
      <w:r>
        <w:rPr>
          <w:sz w:val="22"/>
        </w:rPr>
        <w:t>B) I</w:t>
      </w:r>
    </w:p>
    <w:p>
      <w:pPr>
        <w:ind w:left="567"/>
      </w:pPr>
      <w:r>
        <w:rPr>
          <w:sz w:val="22"/>
        </w:rPr>
        <w:t>C) my</w:t>
      </w:r>
    </w:p>
    <w:p>
      <w:pPr>
        <w:ind w:left="567"/>
      </w:pPr>
      <w:r>
        <w:rPr>
          <w:sz w:val="22"/>
        </w:rPr>
        <w:t>D) me</w:t>
      </w:r>
    </w:p>
    <w:p/>
    <w:p>
      <w:r>
        <w:rPr>
          <w:b/>
        </w:rPr>
        <w:t xml:space="preserve">31. </w:t>
      </w:r>
      <w:r>
        <w:rPr>
          <w:sz w:val="22"/>
        </w:rPr>
        <w:t>Is this letter for ______?</w:t>
      </w:r>
    </w:p>
    <w:p>
      <w:pPr>
        <w:ind w:left="567"/>
      </w:pPr>
      <w:r>
        <w:rPr>
          <w:sz w:val="22"/>
        </w:rPr>
        <w:t>A) you</w:t>
      </w:r>
    </w:p>
    <w:p>
      <w:pPr>
        <w:ind w:left="567"/>
      </w:pPr>
      <w:r>
        <w:rPr>
          <w:sz w:val="22"/>
        </w:rPr>
        <w:t>B) your</w:t>
      </w:r>
    </w:p>
    <w:p>
      <w:pPr>
        <w:ind w:left="567"/>
      </w:pPr>
      <w:r>
        <w:rPr>
          <w:sz w:val="22"/>
        </w:rPr>
        <w:t>C) you're</w:t>
      </w:r>
    </w:p>
    <w:p>
      <w:pPr>
        <w:ind w:left="567"/>
      </w:pPr>
      <w:r>
        <w:rPr>
          <w:sz w:val="22"/>
        </w:rPr>
        <w:t>D) yours</w:t>
      </w:r>
    </w:p>
    <w:p/>
    <w:p>
      <w:r>
        <w:rPr>
          <w:b/>
        </w:rPr>
        <w:t xml:space="preserve">32. </w:t>
      </w:r>
      <w:r>
        <w:rPr>
          <w:sz w:val="22"/>
        </w:rPr>
        <w:t>We are waiting for ______.</w:t>
      </w:r>
    </w:p>
    <w:p>
      <w:pPr>
        <w:ind w:left="567"/>
      </w:pPr>
      <w:r>
        <w:rPr>
          <w:sz w:val="22"/>
        </w:rPr>
        <w:t>A) he's</w:t>
      </w:r>
    </w:p>
    <w:p>
      <w:pPr>
        <w:ind w:left="567"/>
      </w:pPr>
      <w:r>
        <w:rPr>
          <w:sz w:val="22"/>
        </w:rPr>
        <w:t>B) he</w:t>
      </w:r>
    </w:p>
    <w:p>
      <w:pPr>
        <w:ind w:left="567"/>
      </w:pPr>
      <w:r>
        <w:rPr>
          <w:sz w:val="22"/>
        </w:rPr>
        <w:t>C) his</w:t>
      </w:r>
    </w:p>
    <w:p>
      <w:pPr>
        <w:ind w:left="567"/>
      </w:pPr>
      <w:r>
        <w:rPr>
          <w:sz w:val="22"/>
        </w:rPr>
        <w:t>D) him</w:t>
      </w:r>
    </w:p>
    <w:p/>
    <w:p>
      <w:r>
        <w:rPr>
          <w:b/>
        </w:rPr>
        <w:t xml:space="preserve">33. </w:t>
      </w:r>
      <w:r>
        <w:rPr>
          <w:sz w:val="22"/>
        </w:rPr>
        <w:t>The teacher asked ______ a question.</w:t>
      </w:r>
    </w:p>
    <w:p>
      <w:pPr>
        <w:ind w:left="567"/>
      </w:pPr>
      <w:r>
        <w:rPr>
          <w:sz w:val="22"/>
        </w:rPr>
        <w:t>A) me</w:t>
      </w:r>
    </w:p>
    <w:p>
      <w:pPr>
        <w:ind w:left="567"/>
      </w:pPr>
      <w:r>
        <w:rPr>
          <w:sz w:val="22"/>
        </w:rPr>
        <w:t>B) I</w:t>
      </w:r>
    </w:p>
    <w:p>
      <w:pPr>
        <w:ind w:left="567"/>
      </w:pPr>
      <w:r>
        <w:rPr>
          <w:sz w:val="22"/>
        </w:rPr>
        <w:t>C) mine</w:t>
      </w:r>
    </w:p>
    <w:p>
      <w:pPr>
        <w:ind w:left="567"/>
      </w:pPr>
      <w:r>
        <w:rPr>
          <w:sz w:val="22"/>
        </w:rPr>
        <w:t>D) my</w:t>
      </w:r>
    </w:p>
    <w:p/>
    <w:p>
      <w:r>
        <w:rPr>
          <w:b/>
        </w:rPr>
        <w:t xml:space="preserve">34. </w:t>
      </w:r>
      <w:r>
        <w:rPr>
          <w:sz w:val="22"/>
        </w:rPr>
        <w:t>I will help ______ with the homework.</w:t>
      </w:r>
    </w:p>
    <w:p>
      <w:pPr>
        <w:ind w:left="567"/>
      </w:pPr>
      <w:r>
        <w:rPr>
          <w:sz w:val="22"/>
        </w:rPr>
        <w:t>A) her</w:t>
      </w:r>
    </w:p>
    <w:p>
      <w:pPr>
        <w:ind w:left="567"/>
      </w:pPr>
      <w:r>
        <w:rPr>
          <w:sz w:val="22"/>
        </w:rPr>
        <w:t>B) she's</w:t>
      </w:r>
    </w:p>
    <w:p>
      <w:pPr>
        <w:ind w:left="567"/>
      </w:pPr>
      <w:r>
        <w:rPr>
          <w:sz w:val="22"/>
        </w:rPr>
        <w:t>C) she</w:t>
      </w:r>
    </w:p>
    <w:p>
      <w:pPr>
        <w:ind w:left="567"/>
      </w:pPr>
      <w:r>
        <w:rPr>
          <w:sz w:val="22"/>
        </w:rPr>
        <w:t>D) hers</w:t>
      </w:r>
    </w:p>
    <w:p/>
    <w:p>
      <w:r>
        <w:rPr>
          <w:b/>
        </w:rPr>
        <w:t xml:space="preserve">35. </w:t>
      </w:r>
      <w:r>
        <w:rPr>
          <w:sz w:val="22"/>
        </w:rPr>
        <w:t>The children are playing. Watch ______.</w:t>
      </w:r>
    </w:p>
    <w:p>
      <w:pPr>
        <w:ind w:left="567"/>
      </w:pPr>
      <w:r>
        <w:rPr>
          <w:sz w:val="22"/>
        </w:rPr>
        <w:t>A) they</w:t>
      </w:r>
    </w:p>
    <w:p>
      <w:pPr>
        <w:ind w:left="567"/>
      </w:pPr>
      <w:r>
        <w:rPr>
          <w:sz w:val="22"/>
        </w:rPr>
        <w:t>B) them</w:t>
      </w:r>
    </w:p>
    <w:p>
      <w:pPr>
        <w:ind w:left="567"/>
      </w:pPr>
      <w:r>
        <w:rPr>
          <w:sz w:val="22"/>
        </w:rPr>
        <w:t>C) theirs</w:t>
      </w:r>
    </w:p>
    <w:p>
      <w:pPr>
        <w:ind w:left="567"/>
      </w:pPr>
      <w:r>
        <w:rPr>
          <w:sz w:val="22"/>
        </w:rPr>
        <w:t>D) their</w:t>
      </w:r>
    </w:p>
    <w:p/>
    <w:p>
      <w:r>
        <w:rPr>
          <w:b/>
        </w:rPr>
        <w:t xml:space="preserve">36. </w:t>
      </w:r>
      <w:r>
        <w:rPr>
          <w:sz w:val="22"/>
        </w:rPr>
        <w:t>She lives near ______.</w:t>
      </w:r>
    </w:p>
    <w:p>
      <w:pPr>
        <w:ind w:left="567"/>
      </w:pPr>
      <w:r>
        <w:rPr>
          <w:sz w:val="22"/>
        </w:rPr>
        <w:t>A) ours</w:t>
      </w:r>
    </w:p>
    <w:p>
      <w:pPr>
        <w:ind w:left="567"/>
      </w:pPr>
      <w:r>
        <w:rPr>
          <w:sz w:val="22"/>
        </w:rPr>
        <w:t>B) our</w:t>
      </w:r>
    </w:p>
    <w:p>
      <w:pPr>
        <w:ind w:left="567"/>
      </w:pPr>
      <w:r>
        <w:rPr>
          <w:sz w:val="22"/>
        </w:rPr>
        <w:t>C) us</w:t>
      </w:r>
    </w:p>
    <w:p>
      <w:pPr>
        <w:ind w:left="567"/>
      </w:pPr>
      <w:r>
        <w:rPr>
          <w:sz w:val="22"/>
        </w:rPr>
        <w:t>D) we</w:t>
      </w:r>
    </w:p>
    <w:p/>
    <w:p>
      <w:r>
        <w:rPr>
          <w:b/>
        </w:rPr>
        <w:t xml:space="preserve">37. </w:t>
      </w:r>
      <w:r>
        <w:rPr>
          <w:sz w:val="22"/>
        </w:rPr>
        <w:t>I can't find my pen. Can you help ______?</w:t>
      </w:r>
    </w:p>
    <w:p>
      <w:pPr>
        <w:ind w:left="567"/>
      </w:pPr>
      <w:r>
        <w:rPr>
          <w:sz w:val="22"/>
        </w:rPr>
        <w:t>A) I</w:t>
      </w:r>
    </w:p>
    <w:p>
      <w:pPr>
        <w:ind w:left="567"/>
      </w:pPr>
      <w:r>
        <w:rPr>
          <w:sz w:val="22"/>
        </w:rPr>
        <w:t>B) mine</w:t>
      </w:r>
    </w:p>
    <w:p>
      <w:pPr>
        <w:ind w:left="567"/>
      </w:pPr>
      <w:r>
        <w:rPr>
          <w:sz w:val="22"/>
        </w:rPr>
        <w:t>C) me</w:t>
      </w:r>
    </w:p>
    <w:p>
      <w:pPr>
        <w:ind w:left="567"/>
      </w:pPr>
      <w:r>
        <w:rPr>
          <w:sz w:val="22"/>
        </w:rPr>
        <w:t>D) my</w:t>
      </w:r>
    </w:p>
    <w:p/>
    <w:p>
      <w:r>
        <w:rPr>
          <w:b/>
        </w:rPr>
        <w:t xml:space="preserve">38. </w:t>
      </w:r>
      <w:r>
        <w:rPr>
          <w:sz w:val="22"/>
        </w:rPr>
        <w:t>This is my dog. I love ______.</w:t>
      </w:r>
    </w:p>
    <w:p>
      <w:pPr>
        <w:ind w:left="567"/>
      </w:pPr>
      <w:r>
        <w:rPr>
          <w:sz w:val="22"/>
        </w:rPr>
        <w:t>A) it's</w:t>
      </w:r>
    </w:p>
    <w:p>
      <w:pPr>
        <w:ind w:left="567"/>
      </w:pPr>
      <w:r>
        <w:rPr>
          <w:sz w:val="22"/>
        </w:rPr>
        <w:t>B) they</w:t>
      </w:r>
    </w:p>
    <w:p>
      <w:pPr>
        <w:ind w:left="567"/>
      </w:pPr>
      <w:r>
        <w:rPr>
          <w:sz w:val="22"/>
        </w:rPr>
        <w:t>C) its</w:t>
      </w:r>
    </w:p>
    <w:p>
      <w:pPr>
        <w:ind w:left="567"/>
      </w:pPr>
      <w:r>
        <w:rPr>
          <w:sz w:val="22"/>
        </w:rPr>
        <w:t>D) it</w:t>
      </w:r>
    </w:p>
    <w:p/>
    <w:p>
      <w:r>
        <w:rPr>
          <w:b/>
        </w:rPr>
        <w:t xml:space="preserve">39. </w:t>
      </w:r>
      <w:r>
        <w:rPr>
          <w:sz w:val="22"/>
        </w:rPr>
        <w:t>He is talking to ______.</w:t>
      </w:r>
    </w:p>
    <w:p>
      <w:pPr>
        <w:ind w:left="567"/>
      </w:pPr>
      <w:r>
        <w:rPr>
          <w:sz w:val="22"/>
        </w:rPr>
        <w:t>A) she</w:t>
      </w:r>
    </w:p>
    <w:p>
      <w:pPr>
        <w:ind w:left="567"/>
      </w:pPr>
      <w:r>
        <w:rPr>
          <w:sz w:val="22"/>
        </w:rPr>
        <w:t>B) hers</w:t>
      </w:r>
    </w:p>
    <w:p>
      <w:pPr>
        <w:ind w:left="567"/>
      </w:pPr>
      <w:r>
        <w:rPr>
          <w:sz w:val="22"/>
        </w:rPr>
        <w:t>C) her</w:t>
      </w:r>
    </w:p>
    <w:p>
      <w:pPr>
        <w:ind w:left="567"/>
      </w:pPr>
      <w:r>
        <w:rPr>
          <w:sz w:val="22"/>
        </w:rPr>
        <w:t>D) she's</w:t>
      </w:r>
    </w:p>
    <w:p/>
    <w:p>
      <w:r>
        <w:rPr>
          <w:b/>
        </w:rPr>
        <w:t xml:space="preserve">40. </w:t>
      </w:r>
      <w:r>
        <w:rPr>
          <w:sz w:val="22"/>
        </w:rPr>
        <w:t>My friends will visit ______ tomorrow.</w:t>
      </w:r>
    </w:p>
    <w:p>
      <w:pPr>
        <w:ind w:left="567"/>
      </w:pPr>
      <w:r>
        <w:rPr>
          <w:sz w:val="22"/>
        </w:rPr>
        <w:t>A) ours</w:t>
      </w:r>
    </w:p>
    <w:p>
      <w:pPr>
        <w:ind w:left="567"/>
      </w:pPr>
      <w:r>
        <w:rPr>
          <w:sz w:val="22"/>
        </w:rPr>
        <w:t>B) our</w:t>
      </w:r>
    </w:p>
    <w:p>
      <w:pPr>
        <w:ind w:left="567"/>
      </w:pPr>
      <w:r>
        <w:rPr>
          <w:sz w:val="22"/>
        </w:rPr>
        <w:t>C) us</w:t>
      </w:r>
    </w:p>
    <w:p>
      <w:pPr>
        <w:ind w:left="567"/>
      </w:pPr>
      <w:r>
        <w:rPr>
          <w:sz w:val="22"/>
        </w:rPr>
        <w:t>D) we</w:t>
      </w:r>
    </w:p>
    <w:p/>
    <w:p>
      <w:r>
        <w:rPr>
          <w:b/>
        </w:rPr>
        <w:t xml:space="preserve">41. </w:t>
      </w:r>
      <w:r>
        <w:rPr>
          <w:sz w:val="22"/>
        </w:rPr>
        <w:t>I don't know ______.</w:t>
      </w:r>
    </w:p>
    <w:p>
      <w:pPr>
        <w:ind w:left="567"/>
      </w:pPr>
      <w:r>
        <w:rPr>
          <w:sz w:val="22"/>
        </w:rPr>
        <w:t>A) his</w:t>
      </w:r>
    </w:p>
    <w:p>
      <w:pPr>
        <w:ind w:left="567"/>
      </w:pPr>
      <w:r>
        <w:rPr>
          <w:sz w:val="22"/>
        </w:rPr>
        <w:t>B) he's</w:t>
      </w:r>
    </w:p>
    <w:p>
      <w:pPr>
        <w:ind w:left="567"/>
      </w:pPr>
      <w:r>
        <w:rPr>
          <w:sz w:val="22"/>
        </w:rPr>
        <w:t>C) him</w:t>
      </w:r>
    </w:p>
    <w:p>
      <w:pPr>
        <w:ind w:left="567"/>
      </w:pPr>
      <w:r>
        <w:rPr>
          <w:sz w:val="22"/>
        </w:rPr>
        <w:t>D) he</w:t>
      </w:r>
    </w:p>
    <w:p/>
    <w:p>
      <w:r>
        <w:rPr>
          <w:b/>
        </w:rPr>
        <w:t xml:space="preserve">42. </w:t>
      </w:r>
      <w:r>
        <w:rPr>
          <w:sz w:val="22"/>
        </w:rPr>
        <w:t>Please give ______ some water.</w:t>
      </w:r>
    </w:p>
    <w:p>
      <w:pPr>
        <w:ind w:left="567"/>
      </w:pPr>
      <w:r>
        <w:rPr>
          <w:sz w:val="22"/>
        </w:rPr>
        <w:t>A) theirs</w:t>
      </w:r>
    </w:p>
    <w:p>
      <w:pPr>
        <w:ind w:left="567"/>
      </w:pPr>
      <w:r>
        <w:rPr>
          <w:sz w:val="22"/>
        </w:rPr>
        <w:t>B) their</w:t>
      </w:r>
    </w:p>
    <w:p>
      <w:pPr>
        <w:ind w:left="567"/>
      </w:pPr>
      <w:r>
        <w:rPr>
          <w:sz w:val="22"/>
        </w:rPr>
        <w:t>C) they</w:t>
      </w:r>
    </w:p>
    <w:p>
      <w:pPr>
        <w:ind w:left="567"/>
      </w:pPr>
      <w:r>
        <w:rPr>
          <w:sz w:val="22"/>
        </w:rPr>
        <w:t>D) them</w:t>
      </w:r>
    </w:p>
    <w:p/>
    <w:p>
      <w:r>
        <w:rPr>
          <w:b/>
        </w:rPr>
        <w:t xml:space="preserve">43. </w:t>
      </w:r>
      <w:r>
        <w:rPr>
          <w:sz w:val="22"/>
        </w:rPr>
        <w:t>Come and sit with ______.</w:t>
      </w:r>
    </w:p>
    <w:p>
      <w:pPr>
        <w:ind w:left="567"/>
      </w:pPr>
      <w:r>
        <w:rPr>
          <w:sz w:val="22"/>
        </w:rPr>
        <w:t>A) my</w:t>
      </w:r>
    </w:p>
    <w:p>
      <w:pPr>
        <w:ind w:left="567"/>
      </w:pPr>
      <w:r>
        <w:rPr>
          <w:sz w:val="22"/>
        </w:rPr>
        <w:t>B) I</w:t>
      </w:r>
    </w:p>
    <w:p>
      <w:pPr>
        <w:ind w:left="567"/>
      </w:pPr>
      <w:r>
        <w:rPr>
          <w:sz w:val="22"/>
        </w:rPr>
        <w:t>C) mine</w:t>
      </w:r>
    </w:p>
    <w:p>
      <w:pPr>
        <w:ind w:left="567"/>
      </w:pPr>
      <w:r>
        <w:rPr>
          <w:sz w:val="22"/>
        </w:rPr>
        <w:t>D) me</w:t>
      </w:r>
    </w:p>
    <w:p/>
    <w:p>
      <w:r>
        <w:rPr>
          <w:b/>
        </w:rPr>
        <w:t xml:space="preserve">44. </w:t>
      </w:r>
      <w:r>
        <w:rPr>
          <w:sz w:val="22"/>
        </w:rPr>
        <w:t>She bought a gift for ______.</w:t>
      </w:r>
    </w:p>
    <w:p>
      <w:pPr>
        <w:ind w:left="567"/>
      </w:pPr>
      <w:r>
        <w:rPr>
          <w:sz w:val="22"/>
        </w:rPr>
        <w:t>A) yours</w:t>
      </w:r>
    </w:p>
    <w:p>
      <w:pPr>
        <w:ind w:left="567"/>
      </w:pPr>
      <w:r>
        <w:rPr>
          <w:sz w:val="22"/>
        </w:rPr>
        <w:t>B) you</w:t>
      </w:r>
    </w:p>
    <w:p>
      <w:pPr>
        <w:ind w:left="567"/>
      </w:pPr>
      <w:r>
        <w:rPr>
          <w:sz w:val="22"/>
        </w:rPr>
        <w:t>C) your</w:t>
      </w:r>
    </w:p>
    <w:p>
      <w:pPr>
        <w:ind w:left="567"/>
      </w:pPr>
      <w:r>
        <w:rPr>
          <w:sz w:val="22"/>
        </w:rPr>
        <w:t>D) you're</w:t>
      </w:r>
    </w:p>
    <w:p/>
    <w:p>
      <w:r>
        <w:rPr>
          <w:b/>
        </w:rPr>
        <w:t xml:space="preserve">45. </w:t>
      </w:r>
      <w:r>
        <w:rPr>
          <w:sz w:val="22"/>
        </w:rPr>
        <w:t>The cat is under the table. Can you see ______?</w:t>
      </w:r>
    </w:p>
    <w:p>
      <w:pPr>
        <w:ind w:left="567"/>
      </w:pPr>
      <w:r>
        <w:rPr>
          <w:sz w:val="22"/>
        </w:rPr>
        <w:t>A) it</w:t>
      </w:r>
    </w:p>
    <w:p>
      <w:pPr>
        <w:ind w:left="567"/>
      </w:pPr>
      <w:r>
        <w:rPr>
          <w:sz w:val="22"/>
        </w:rPr>
        <w:t>B) it's</w:t>
      </w:r>
    </w:p>
    <w:p>
      <w:pPr>
        <w:ind w:left="567"/>
      </w:pPr>
      <w:r>
        <w:rPr>
          <w:sz w:val="22"/>
        </w:rPr>
        <w:t>C) they</w:t>
      </w:r>
    </w:p>
    <w:p>
      <w:pPr>
        <w:ind w:left="567"/>
      </w:pPr>
      <w:r>
        <w:rPr>
          <w:sz w:val="22"/>
        </w:rPr>
        <w:t>D) its</w:t>
      </w:r>
    </w:p>
    <w:p/>
    <w:p>
      <w:r>
        <w:rPr>
          <w:b/>
        </w:rPr>
        <w:t xml:space="preserve">46. </w:t>
      </w:r>
      <w:r>
        <w:rPr>
          <w:sz w:val="22"/>
        </w:rPr>
        <w:t>We invited ______ to our party.</w:t>
      </w:r>
    </w:p>
    <w:p>
      <w:pPr>
        <w:ind w:left="567"/>
      </w:pPr>
      <w:r>
        <w:rPr>
          <w:sz w:val="22"/>
        </w:rPr>
        <w:t>A) his</w:t>
      </w:r>
    </w:p>
    <w:p>
      <w:pPr>
        <w:ind w:left="567"/>
      </w:pPr>
      <w:r>
        <w:rPr>
          <w:sz w:val="22"/>
        </w:rPr>
        <w:t>B) he</w:t>
      </w:r>
    </w:p>
    <w:p>
      <w:pPr>
        <w:ind w:left="567"/>
      </w:pPr>
      <w:r>
        <w:rPr>
          <w:sz w:val="22"/>
        </w:rPr>
        <w:t>C) he's</w:t>
      </w:r>
    </w:p>
    <w:p>
      <w:pPr>
        <w:ind w:left="567"/>
      </w:pPr>
      <w:r>
        <w:rPr>
          <w:sz w:val="22"/>
        </w:rPr>
        <w:t>D) him</w:t>
      </w:r>
    </w:p>
    <w:p/>
    <w:p>
      <w:r>
        <w:rPr>
          <w:b/>
        </w:rPr>
        <w:t xml:space="preserve">47. </w:t>
      </w:r>
      <w:r>
        <w:rPr>
          <w:sz w:val="22"/>
        </w:rPr>
        <w:t>My brother is calling ______.</w:t>
      </w:r>
    </w:p>
    <w:p>
      <w:pPr>
        <w:ind w:left="567"/>
      </w:pPr>
      <w:r>
        <w:rPr>
          <w:sz w:val="22"/>
        </w:rPr>
        <w:t>A) we</w:t>
      </w:r>
    </w:p>
    <w:p>
      <w:pPr>
        <w:ind w:left="567"/>
      </w:pPr>
      <w:r>
        <w:rPr>
          <w:sz w:val="22"/>
        </w:rPr>
        <w:t>B) our</w:t>
      </w:r>
    </w:p>
    <w:p>
      <w:pPr>
        <w:ind w:left="567"/>
      </w:pPr>
      <w:r>
        <w:rPr>
          <w:sz w:val="22"/>
        </w:rPr>
        <w:t>C) ours</w:t>
      </w:r>
    </w:p>
    <w:p>
      <w:pPr>
        <w:ind w:left="567"/>
      </w:pPr>
      <w:r>
        <w:rPr>
          <w:sz w:val="22"/>
        </w:rPr>
        <w:t>D) us</w:t>
      </w:r>
    </w:p>
    <w:p/>
    <w:p>
      <w:r>
        <w:rPr>
          <w:b/>
        </w:rPr>
        <w:t xml:space="preserve">48. </w:t>
      </w:r>
      <w:r>
        <w:rPr>
          <w:sz w:val="22"/>
        </w:rPr>
        <w:t>I like ______ very much.</w:t>
      </w:r>
    </w:p>
    <w:p>
      <w:pPr>
        <w:ind w:left="567"/>
      </w:pPr>
      <w:r>
        <w:rPr>
          <w:sz w:val="22"/>
        </w:rPr>
        <w:t>A) your</w:t>
      </w:r>
    </w:p>
    <w:p>
      <w:pPr>
        <w:ind w:left="567"/>
      </w:pPr>
      <w:r>
        <w:rPr>
          <w:sz w:val="22"/>
        </w:rPr>
        <w:t>B) yours</w:t>
      </w:r>
    </w:p>
    <w:p>
      <w:pPr>
        <w:ind w:left="567"/>
      </w:pPr>
      <w:r>
        <w:rPr>
          <w:sz w:val="22"/>
        </w:rPr>
        <w:t>C) you</w:t>
      </w:r>
    </w:p>
    <w:p>
      <w:pPr>
        <w:ind w:left="567"/>
      </w:pPr>
      <w:r>
        <w:rPr>
          <w:sz w:val="22"/>
        </w:rPr>
        <w:t>D) you're</w:t>
      </w:r>
    </w:p>
    <w:p/>
    <w:p>
      <w:r>
        <w:rPr>
          <w:b/>
        </w:rPr>
        <w:t xml:space="preserve">49. </w:t>
      </w:r>
      <w:r>
        <w:rPr>
          <w:sz w:val="22"/>
        </w:rPr>
        <w:t>Don't forget ______!</w:t>
      </w:r>
    </w:p>
    <w:p>
      <w:pPr>
        <w:ind w:left="567"/>
      </w:pPr>
      <w:r>
        <w:rPr>
          <w:sz w:val="22"/>
        </w:rPr>
        <w:t>A) their</w:t>
      </w:r>
    </w:p>
    <w:p>
      <w:pPr>
        <w:ind w:left="567"/>
      </w:pPr>
      <w:r>
        <w:rPr>
          <w:sz w:val="22"/>
        </w:rPr>
        <w:t>B) them</w:t>
      </w:r>
    </w:p>
    <w:p>
      <w:pPr>
        <w:ind w:left="567"/>
      </w:pPr>
      <w:r>
        <w:rPr>
          <w:sz w:val="22"/>
        </w:rPr>
        <w:t>C) theirs</w:t>
      </w:r>
    </w:p>
    <w:p>
      <w:pPr>
        <w:ind w:left="567"/>
      </w:pPr>
      <w:r>
        <w:rPr>
          <w:sz w:val="22"/>
        </w:rPr>
        <w:t>D) they</w:t>
      </w:r>
    </w:p>
    <w:p/>
    <w:p>
      <w:r>
        <w:rPr>
          <w:b/>
        </w:rPr>
        <w:t xml:space="preserve">50. </w:t>
      </w:r>
      <w:r>
        <w:rPr>
          <w:sz w:val="22"/>
        </w:rPr>
        <w:t>She is my best friend. I trust ______.</w:t>
      </w:r>
    </w:p>
    <w:p>
      <w:pPr>
        <w:ind w:left="567"/>
      </w:pPr>
      <w:r>
        <w:rPr>
          <w:sz w:val="22"/>
        </w:rPr>
        <w:t>A) her</w:t>
      </w:r>
    </w:p>
    <w:p>
      <w:pPr>
        <w:ind w:left="567"/>
      </w:pPr>
      <w:r>
        <w:rPr>
          <w:sz w:val="22"/>
        </w:rPr>
        <w:t>B) she</w:t>
      </w:r>
    </w:p>
    <w:p>
      <w:pPr>
        <w:ind w:left="567"/>
      </w:pPr>
      <w:r>
        <w:rPr>
          <w:sz w:val="22"/>
        </w:rPr>
        <w:t>C) she's</w:t>
      </w:r>
    </w:p>
    <w:p>
      <w:pPr>
        <w:ind w:left="567"/>
      </w:pPr>
      <w:r>
        <w:rPr>
          <w:sz w:val="22"/>
        </w:rPr>
        <w:t>D) hers</w:t>
      </w:r>
    </w:p>
    <w:p/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