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A478A"/>
          <w:sz w:val="32"/>
        </w:rPr>
        <w:t>5. SINIF İNGİLİZCE — KGS-2 ZOR SEVİYE</w:t>
      </w:r>
    </w:p>
    <w:p>
      <w:pPr>
        <w:jc w:val="center"/>
      </w:pPr>
      <w:r>
        <w:rPr>
          <w:color w:val="666666"/>
          <w:sz w:val="20"/>
        </w:rPr>
        <w:t>50 Soru • Trik Noktalar Odaklı • Cevaplar Eşit Dağıtılmış</w:t>
      </w:r>
    </w:p>
    <w:p/>
    <w:p>
      <w:pPr>
        <w:spacing w:before="200" w:after="120"/>
      </w:pPr>
      <w:r>
        <w:rPr>
          <w:b/>
          <w:color w:val="1A478A"/>
          <w:sz w:val="24"/>
        </w:rPr>
        <w:t>BÖLÜM 1: GRAMMAR &amp; VOCABULARY (1-34)</w:t>
      </w:r>
    </w:p>
    <w:p>
      <w:r>
        <w:rPr>
          <w:b/>
          <w:sz w:val="22"/>
        </w:rPr>
        <w:t>1. A: Can she play tennis well?</w:t>
        <w:br/>
        <w:t xml:space="preserve"> B: No. She _______ a swimmer.</w:t>
      </w:r>
    </w:p>
    <w:p>
      <w:pPr>
        <w:spacing w:before="20" w:after="20"/>
        <w:ind w:left="567"/>
      </w:pPr>
      <w:r>
        <w:rPr>
          <w:sz w:val="22"/>
        </w:rPr>
        <w:t>A) can</w:t>
      </w:r>
    </w:p>
    <w:p>
      <w:pPr>
        <w:spacing w:before="20" w:after="20"/>
        <w:ind w:left="567"/>
      </w:pPr>
      <w:r>
        <w:rPr>
          <w:sz w:val="22"/>
        </w:rPr>
        <w:t>B) does</w:t>
      </w:r>
    </w:p>
    <w:p>
      <w:pPr>
        <w:spacing w:before="20" w:after="20"/>
        <w:ind w:left="567"/>
      </w:pPr>
      <w:r>
        <w:rPr>
          <w:sz w:val="22"/>
        </w:rPr>
        <w:t>C) is</w:t>
      </w:r>
    </w:p>
    <w:p>
      <w:pPr>
        <w:spacing w:before="20" w:after="20"/>
        <w:ind w:left="567"/>
      </w:pPr>
      <w:r>
        <w:rPr>
          <w:sz w:val="22"/>
        </w:rPr>
        <w:t>D) has</w:t>
      </w:r>
    </w:p>
    <w:p>
      <w:r>
        <w:rPr>
          <w:b/>
          <w:sz w:val="22"/>
        </w:rPr>
        <w:t>2. A: Does he work in a school?</w:t>
        <w:br/>
        <w:t xml:space="preserve"> B: No. He _______ a doctor.</w:t>
      </w:r>
    </w:p>
    <w:p>
      <w:pPr>
        <w:spacing w:before="20" w:after="20"/>
        <w:ind w:left="567"/>
      </w:pPr>
      <w:r>
        <w:rPr>
          <w:sz w:val="22"/>
        </w:rPr>
        <w:t>A) does</w:t>
      </w:r>
    </w:p>
    <w:p>
      <w:pPr>
        <w:spacing w:before="20" w:after="20"/>
        <w:ind w:left="567"/>
      </w:pPr>
      <w:r>
        <w:rPr>
          <w:sz w:val="22"/>
        </w:rPr>
        <w:t>B) works</w:t>
      </w:r>
    </w:p>
    <w:p>
      <w:pPr>
        <w:spacing w:before="20" w:after="20"/>
        <w:ind w:left="567"/>
      </w:pPr>
      <w:r>
        <w:rPr>
          <w:sz w:val="22"/>
        </w:rPr>
        <w:t>C) doesn't</w:t>
      </w:r>
    </w:p>
    <w:p>
      <w:pPr>
        <w:spacing w:before="20" w:after="20"/>
        <w:ind w:left="567"/>
      </w:pPr>
      <w:r>
        <w:rPr>
          <w:sz w:val="22"/>
        </w:rPr>
        <w:t>D) is</w:t>
      </w:r>
    </w:p>
    <w:p>
      <w:r>
        <w:rPr>
          <w:b/>
          <w:sz w:val="22"/>
        </w:rPr>
        <w:t>3. A: Is Tom studying for the exam?</w:t>
        <w:br/>
        <w:t xml:space="preserve"> B: No. He _______ to play outside.</w:t>
      </w:r>
    </w:p>
    <w:p>
      <w:pPr>
        <w:spacing w:before="20" w:after="20"/>
        <w:ind w:left="567"/>
      </w:pPr>
      <w:r>
        <w:rPr>
          <w:sz w:val="22"/>
        </w:rPr>
        <w:t>A) wants</w:t>
      </w:r>
    </w:p>
    <w:p>
      <w:pPr>
        <w:spacing w:before="20" w:after="20"/>
        <w:ind w:left="567"/>
      </w:pPr>
      <w:r>
        <w:rPr>
          <w:sz w:val="22"/>
        </w:rPr>
        <w:t>B) is</w:t>
      </w:r>
    </w:p>
    <w:p>
      <w:pPr>
        <w:spacing w:before="20" w:after="20"/>
        <w:ind w:left="567"/>
      </w:pPr>
      <w:r>
        <w:rPr>
          <w:sz w:val="22"/>
        </w:rPr>
        <w:t>C) does</w:t>
      </w:r>
    </w:p>
    <w:p>
      <w:pPr>
        <w:spacing w:before="20" w:after="20"/>
        <w:ind w:left="567"/>
      </w:pPr>
      <w:r>
        <w:rPr>
          <w:sz w:val="22"/>
        </w:rPr>
        <w:t>D) can</w:t>
      </w:r>
    </w:p>
    <w:p>
      <w:r>
        <w:rPr>
          <w:b/>
          <w:sz w:val="22"/>
        </w:rPr>
        <w:t>4. A: Have you got a pet?</w:t>
        <w:br/>
        <w:t xml:space="preserve"> B: Yes. I _______ a cute cat at home.</w:t>
      </w:r>
    </w:p>
    <w:p>
      <w:pPr>
        <w:spacing w:before="20" w:after="20"/>
        <w:ind w:left="567"/>
      </w:pPr>
      <w:r>
        <w:rPr>
          <w:sz w:val="22"/>
        </w:rPr>
        <w:t>A) am</w:t>
      </w:r>
    </w:p>
    <w:p>
      <w:pPr>
        <w:spacing w:before="20" w:after="20"/>
        <w:ind w:left="567"/>
      </w:pPr>
      <w:r>
        <w:rPr>
          <w:sz w:val="22"/>
        </w:rPr>
        <w:t>B) have got</w:t>
      </w:r>
    </w:p>
    <w:p>
      <w:pPr>
        <w:spacing w:before="20" w:after="20"/>
        <w:ind w:left="567"/>
      </w:pPr>
      <w:r>
        <w:rPr>
          <w:sz w:val="22"/>
        </w:rPr>
        <w:t>C) can</w:t>
      </w:r>
    </w:p>
    <w:p>
      <w:pPr>
        <w:spacing w:before="20" w:after="20"/>
        <w:ind w:left="567"/>
      </w:pPr>
      <w:r>
        <w:rPr>
          <w:sz w:val="22"/>
        </w:rPr>
        <w:t>D) has</w:t>
      </w:r>
    </w:p>
    <w:p>
      <w:r>
        <w:rPr>
          <w:b/>
          <w:sz w:val="22"/>
        </w:rPr>
        <w:t>5. A: Are they teachers at this school?</w:t>
        <w:br/>
        <w:t xml:space="preserve"> B: No. They _______ singing in a band.</w:t>
      </w:r>
    </w:p>
    <w:p>
      <w:pPr>
        <w:spacing w:before="20" w:after="20"/>
        <w:ind w:left="567"/>
      </w:pPr>
      <w:r>
        <w:rPr>
          <w:sz w:val="22"/>
        </w:rPr>
        <w:t>A) are</w:t>
      </w:r>
    </w:p>
    <w:p>
      <w:pPr>
        <w:spacing w:before="20" w:after="20"/>
        <w:ind w:left="567"/>
      </w:pPr>
      <w:r>
        <w:rPr>
          <w:sz w:val="22"/>
        </w:rPr>
        <w:t>B) can</w:t>
      </w:r>
    </w:p>
    <w:p>
      <w:pPr>
        <w:spacing w:before="20" w:after="20"/>
        <w:ind w:left="567"/>
      </w:pPr>
      <w:r>
        <w:rPr>
          <w:sz w:val="22"/>
        </w:rPr>
        <w:t>C) like</w:t>
      </w:r>
    </w:p>
    <w:p>
      <w:pPr>
        <w:spacing w:before="20" w:after="20"/>
        <w:ind w:left="567"/>
      </w:pPr>
      <w:r>
        <w:rPr>
          <w:sz w:val="22"/>
        </w:rPr>
        <w:t>D) have</w:t>
      </w:r>
    </w:p>
    <w:p>
      <w:r>
        <w:rPr>
          <w:b/>
          <w:sz w:val="22"/>
        </w:rPr>
        <w:t>6. A: Can he cook Italian food?</w:t>
        <w:br/>
        <w:t xml:space="preserve"> B: No. He _______ learning now.</w:t>
      </w:r>
    </w:p>
    <w:p>
      <w:pPr>
        <w:spacing w:before="20" w:after="20"/>
        <w:ind w:left="567"/>
      </w:pPr>
      <w:r>
        <w:rPr>
          <w:sz w:val="22"/>
        </w:rPr>
        <w:t>A) can</w:t>
      </w:r>
    </w:p>
    <w:p>
      <w:pPr>
        <w:spacing w:before="20" w:after="20"/>
        <w:ind w:left="567"/>
      </w:pPr>
      <w:r>
        <w:rPr>
          <w:sz w:val="22"/>
        </w:rPr>
        <w:t>B) does</w:t>
      </w:r>
    </w:p>
    <w:p>
      <w:pPr>
        <w:spacing w:before="20" w:after="20"/>
        <w:ind w:left="567"/>
      </w:pPr>
      <w:r>
        <w:rPr>
          <w:sz w:val="22"/>
        </w:rPr>
        <w:t>C) has</w:t>
      </w:r>
    </w:p>
    <w:p>
      <w:pPr>
        <w:spacing w:before="20" w:after="20"/>
        <w:ind w:left="567"/>
      </w:pPr>
      <w:r>
        <w:rPr>
          <w:sz w:val="22"/>
        </w:rPr>
        <w:t>D) is</w:t>
      </w:r>
    </w:p>
    <w:p>
      <w:r>
        <w:rPr>
          <w:b/>
          <w:sz w:val="22"/>
        </w:rPr>
        <w:t>7. A: Do they live in Kyrenia?</w:t>
        <w:br/>
        <w:t xml:space="preserve"> B: No. But they _______ visit there often.</w:t>
      </w:r>
    </w:p>
    <w:p>
      <w:pPr>
        <w:spacing w:before="20" w:after="20"/>
        <w:ind w:left="567"/>
      </w:pPr>
      <w:r>
        <w:rPr>
          <w:sz w:val="22"/>
        </w:rPr>
        <w:t>A) can</w:t>
      </w:r>
    </w:p>
    <w:p>
      <w:pPr>
        <w:spacing w:before="20" w:after="20"/>
        <w:ind w:left="567"/>
      </w:pPr>
      <w:r>
        <w:rPr>
          <w:sz w:val="22"/>
        </w:rPr>
        <w:t>B) do</w:t>
      </w:r>
    </w:p>
    <w:p>
      <w:pPr>
        <w:spacing w:before="20" w:after="20"/>
        <w:ind w:left="567"/>
      </w:pPr>
      <w:r>
        <w:rPr>
          <w:sz w:val="22"/>
        </w:rPr>
        <w:t>C) are</w:t>
      </w:r>
    </w:p>
    <w:p>
      <w:pPr>
        <w:spacing w:before="20" w:after="20"/>
        <w:ind w:left="567"/>
      </w:pPr>
      <w:r>
        <w:rPr>
          <w:sz w:val="22"/>
        </w:rPr>
        <w:t>D) have</w:t>
      </w:r>
    </w:p>
    <w:p>
      <w:r>
        <w:rPr>
          <w:b/>
          <w:sz w:val="22"/>
        </w:rPr>
        <w:t>8. A: Did you go to the party last night?</w:t>
        <w:br/>
        <w:t xml:space="preserve"> B: No. I _______ sick.</w:t>
      </w:r>
    </w:p>
    <w:p>
      <w:pPr>
        <w:spacing w:before="20" w:after="20"/>
        <w:ind w:left="567"/>
      </w:pPr>
      <w:r>
        <w:rPr>
          <w:sz w:val="22"/>
        </w:rPr>
        <w:t>A) did</w:t>
      </w:r>
    </w:p>
    <w:p>
      <w:pPr>
        <w:spacing w:before="20" w:after="20"/>
        <w:ind w:left="567"/>
      </w:pPr>
      <w:r>
        <w:rPr>
          <w:sz w:val="22"/>
        </w:rPr>
        <w:t>B) was</w:t>
      </w:r>
    </w:p>
    <w:p>
      <w:pPr>
        <w:spacing w:before="20" w:after="20"/>
        <w:ind w:left="567"/>
      </w:pPr>
      <w:r>
        <w:rPr>
          <w:sz w:val="22"/>
        </w:rPr>
        <w:t>C) went</w:t>
      </w:r>
    </w:p>
    <w:p>
      <w:pPr>
        <w:spacing w:before="20" w:after="20"/>
        <w:ind w:left="567"/>
      </w:pPr>
      <w:r>
        <w:rPr>
          <w:sz w:val="22"/>
        </w:rPr>
        <w:t>D) am</w:t>
      </w:r>
    </w:p>
    <w:p>
      <w:r>
        <w:rPr>
          <w:b/>
          <w:sz w:val="22"/>
        </w:rPr>
        <w:t>9. A: Was she at the meeting?</w:t>
        <w:br/>
        <w:t xml:space="preserve"> B: No. She _______ want to come.</w:t>
      </w:r>
    </w:p>
    <w:p>
      <w:pPr>
        <w:spacing w:before="20" w:after="20"/>
        <w:ind w:left="567"/>
      </w:pPr>
      <w:r>
        <w:rPr>
          <w:sz w:val="22"/>
        </w:rPr>
        <w:t>A) was</w:t>
      </w:r>
    </w:p>
    <w:p>
      <w:pPr>
        <w:spacing w:before="20" w:after="20"/>
        <w:ind w:left="567"/>
      </w:pPr>
      <w:r>
        <w:rPr>
          <w:sz w:val="22"/>
        </w:rPr>
        <w:t>B) wasn't</w:t>
      </w:r>
    </w:p>
    <w:p>
      <w:pPr>
        <w:spacing w:before="20" w:after="20"/>
        <w:ind w:left="567"/>
      </w:pPr>
      <w:r>
        <w:rPr>
          <w:sz w:val="22"/>
        </w:rPr>
        <w:t>C) didn't</w:t>
      </w:r>
    </w:p>
    <w:p>
      <w:pPr>
        <w:spacing w:before="20" w:after="20"/>
        <w:ind w:left="567"/>
      </w:pPr>
      <w:r>
        <w:rPr>
          <w:sz w:val="22"/>
        </w:rPr>
        <w:t>D) doesn't</w:t>
      </w:r>
    </w:p>
    <w:p>
      <w:r>
        <w:rPr>
          <w:b/>
          <w:sz w:val="22"/>
        </w:rPr>
        <w:t>10. A: Did Tom eat breakfast this morning?</w:t>
        <w:br/>
        <w:t xml:space="preserve"> B: No. He _______ sleeping when I left.</w:t>
      </w:r>
    </w:p>
    <w:p>
      <w:pPr>
        <w:spacing w:before="20" w:after="20"/>
        <w:ind w:left="567"/>
      </w:pPr>
      <w:r>
        <w:rPr>
          <w:sz w:val="22"/>
        </w:rPr>
        <w:t>A) did</w:t>
      </w:r>
    </w:p>
    <w:p>
      <w:pPr>
        <w:spacing w:before="20" w:after="20"/>
        <w:ind w:left="567"/>
      </w:pPr>
      <w:r>
        <w:rPr>
          <w:sz w:val="22"/>
        </w:rPr>
        <w:t>B) didn't</w:t>
      </w:r>
    </w:p>
    <w:p>
      <w:pPr>
        <w:spacing w:before="20" w:after="20"/>
        <w:ind w:left="567"/>
      </w:pPr>
      <w:r>
        <w:rPr>
          <w:sz w:val="22"/>
        </w:rPr>
        <w:t>C) is</w:t>
      </w:r>
    </w:p>
    <w:p>
      <w:pPr>
        <w:spacing w:before="20" w:after="20"/>
        <w:ind w:left="567"/>
      </w:pPr>
      <w:r>
        <w:rPr>
          <w:sz w:val="22"/>
        </w:rPr>
        <w:t>D) was</w:t>
      </w:r>
    </w:p>
    <w:p>
      <w:r>
        <w:rPr>
          <w:b/>
          <w:sz w:val="22"/>
        </w:rPr>
        <w:t>11. My father _______ born in 1980 in Nicosia.</w:t>
      </w:r>
    </w:p>
    <w:p>
      <w:pPr>
        <w:spacing w:before="20" w:after="20"/>
        <w:ind w:left="567"/>
      </w:pPr>
      <w:r>
        <w:rPr>
          <w:sz w:val="22"/>
        </w:rPr>
        <w:t>A) was</w:t>
      </w:r>
    </w:p>
    <w:p>
      <w:pPr>
        <w:spacing w:before="20" w:after="20"/>
        <w:ind w:left="567"/>
      </w:pPr>
      <w:r>
        <w:rPr>
          <w:sz w:val="22"/>
        </w:rPr>
        <w:t>B) is</w:t>
      </w:r>
    </w:p>
    <w:p>
      <w:pPr>
        <w:spacing w:before="20" w:after="20"/>
        <w:ind w:left="567"/>
      </w:pPr>
      <w:r>
        <w:rPr>
          <w:sz w:val="22"/>
        </w:rPr>
        <w:t>C) were</w:t>
      </w:r>
    </w:p>
    <w:p>
      <w:pPr>
        <w:spacing w:before="20" w:after="20"/>
        <w:ind w:left="567"/>
      </w:pPr>
      <w:r>
        <w:rPr>
          <w:sz w:val="22"/>
        </w:rPr>
        <w:t>D) did</w:t>
      </w:r>
    </w:p>
    <w:p>
      <w:r>
        <w:rPr>
          <w:b/>
          <w:sz w:val="22"/>
        </w:rPr>
        <w:t>12. We _______ to the museum last weekend and _______ many ancient artefacts.</w:t>
      </w:r>
    </w:p>
    <w:p>
      <w:pPr>
        <w:spacing w:before="20" w:after="20"/>
        <w:ind w:left="567"/>
      </w:pPr>
      <w:r>
        <w:rPr>
          <w:sz w:val="22"/>
        </w:rPr>
        <w:t>A) go / saw</w:t>
      </w:r>
    </w:p>
    <w:p>
      <w:pPr>
        <w:spacing w:before="20" w:after="20"/>
        <w:ind w:left="567"/>
      </w:pPr>
      <w:r>
        <w:rPr>
          <w:sz w:val="22"/>
        </w:rPr>
        <w:t>B) went / saw</w:t>
      </w:r>
    </w:p>
    <w:p>
      <w:pPr>
        <w:spacing w:before="20" w:after="20"/>
        <w:ind w:left="567"/>
      </w:pPr>
      <w:r>
        <w:rPr>
          <w:sz w:val="22"/>
        </w:rPr>
        <w:t>C) went / see</w:t>
      </w:r>
    </w:p>
    <w:p>
      <w:pPr>
        <w:spacing w:before="20" w:after="20"/>
        <w:ind w:left="567"/>
      </w:pPr>
      <w:r>
        <w:rPr>
          <w:sz w:val="22"/>
        </w:rPr>
        <w:t>D) go / see</w:t>
      </w:r>
    </w:p>
    <w:p>
      <w:r>
        <w:rPr>
          <w:b/>
          <w:sz w:val="22"/>
        </w:rPr>
        <w:t>13. I _______ my homework last night because I was too tired.</w:t>
      </w:r>
    </w:p>
    <w:p>
      <w:pPr>
        <w:spacing w:before="20" w:after="20"/>
        <w:ind w:left="567"/>
      </w:pPr>
      <w:r>
        <w:rPr>
          <w:sz w:val="22"/>
        </w:rPr>
        <w:t>A) wasn't do</w:t>
      </w:r>
    </w:p>
    <w:p>
      <w:pPr>
        <w:spacing w:before="20" w:after="20"/>
        <w:ind w:left="567"/>
      </w:pPr>
      <w:r>
        <w:rPr>
          <w:sz w:val="22"/>
        </w:rPr>
        <w:t>B) didn't did</w:t>
      </w:r>
    </w:p>
    <w:p>
      <w:pPr>
        <w:spacing w:before="20" w:after="20"/>
        <w:ind w:left="567"/>
      </w:pPr>
      <w:r>
        <w:rPr>
          <w:sz w:val="22"/>
        </w:rPr>
        <w:t>C) didn't do</w:t>
      </w:r>
    </w:p>
    <w:p>
      <w:pPr>
        <w:spacing w:before="20" w:after="20"/>
        <w:ind w:left="567"/>
      </w:pPr>
      <w:r>
        <w:rPr>
          <w:sz w:val="22"/>
        </w:rPr>
        <w:t>D) not did</w:t>
      </w:r>
    </w:p>
    <w:p>
      <w:r>
        <w:rPr>
          <w:b/>
          <w:sz w:val="22"/>
        </w:rPr>
        <w:t>14. She _______ a glass of milk and then _______ to bed.</w:t>
      </w:r>
    </w:p>
    <w:p>
      <w:pPr>
        <w:spacing w:before="20" w:after="20"/>
        <w:ind w:left="567"/>
      </w:pPr>
      <w:r>
        <w:rPr>
          <w:sz w:val="22"/>
        </w:rPr>
        <w:t>A) drink / go</w:t>
      </w:r>
    </w:p>
    <w:p>
      <w:pPr>
        <w:spacing w:before="20" w:after="20"/>
        <w:ind w:left="567"/>
      </w:pPr>
      <w:r>
        <w:rPr>
          <w:sz w:val="22"/>
        </w:rPr>
        <w:t>B) drinks / goes</w:t>
      </w:r>
    </w:p>
    <w:p>
      <w:pPr>
        <w:spacing w:before="20" w:after="20"/>
        <w:ind w:left="567"/>
      </w:pPr>
      <w:r>
        <w:rPr>
          <w:sz w:val="22"/>
        </w:rPr>
        <w:t>C) drank / go</w:t>
      </w:r>
    </w:p>
    <w:p>
      <w:pPr>
        <w:spacing w:before="20" w:after="20"/>
        <w:ind w:left="567"/>
      </w:pPr>
      <w:r>
        <w:rPr>
          <w:sz w:val="22"/>
        </w:rPr>
        <w:t>D) drank / went</w:t>
      </w:r>
    </w:p>
    <w:p>
      <w:r>
        <w:rPr>
          <w:b/>
          <w:sz w:val="22"/>
        </w:rPr>
        <w:t>15. They _______ at the park yesterday but they _______ football.</w:t>
      </w:r>
    </w:p>
    <w:p>
      <w:pPr>
        <w:spacing w:before="20" w:after="20"/>
        <w:ind w:left="567"/>
      </w:pPr>
      <w:r>
        <w:rPr>
          <w:sz w:val="22"/>
        </w:rPr>
        <w:t>A) were / didn't play</w:t>
      </w:r>
    </w:p>
    <w:p>
      <w:pPr>
        <w:spacing w:before="20" w:after="20"/>
        <w:ind w:left="567"/>
      </w:pPr>
      <w:r>
        <w:rPr>
          <w:sz w:val="22"/>
        </w:rPr>
        <w:t>B) was / didn't played</w:t>
      </w:r>
    </w:p>
    <w:p>
      <w:pPr>
        <w:spacing w:before="20" w:after="20"/>
        <w:ind w:left="567"/>
      </w:pPr>
      <w:r>
        <w:rPr>
          <w:sz w:val="22"/>
        </w:rPr>
        <w:t>C) were / not played</w:t>
      </w:r>
    </w:p>
    <w:p>
      <w:pPr>
        <w:spacing w:before="20" w:after="20"/>
        <w:ind w:left="567"/>
      </w:pPr>
      <w:r>
        <w:rPr>
          <w:sz w:val="22"/>
        </w:rPr>
        <w:t>D) was / didn't play</w:t>
      </w:r>
    </w:p>
    <w:p>
      <w:r>
        <w:rPr>
          <w:b/>
          <w:sz w:val="22"/>
        </w:rPr>
        <w:t>16. We don't have _______ milk left. Can you buy _______?</w:t>
      </w:r>
    </w:p>
    <w:p>
      <w:pPr>
        <w:spacing w:before="20" w:after="20"/>
        <w:ind w:left="567"/>
      </w:pPr>
      <w:r>
        <w:rPr>
          <w:sz w:val="22"/>
        </w:rPr>
        <w:t>A) some / any</w:t>
      </w:r>
    </w:p>
    <w:p>
      <w:pPr>
        <w:spacing w:before="20" w:after="20"/>
        <w:ind w:left="567"/>
      </w:pPr>
      <w:r>
        <w:rPr>
          <w:sz w:val="22"/>
        </w:rPr>
        <w:t>B) any / some</w:t>
      </w:r>
    </w:p>
    <w:p>
      <w:pPr>
        <w:spacing w:before="20" w:after="20"/>
        <w:ind w:left="567"/>
      </w:pPr>
      <w:r>
        <w:rPr>
          <w:sz w:val="22"/>
        </w:rPr>
        <w:t>C) a / many</w:t>
      </w:r>
    </w:p>
    <w:p>
      <w:pPr>
        <w:spacing w:before="20" w:after="20"/>
        <w:ind w:left="567"/>
      </w:pPr>
      <w:r>
        <w:rPr>
          <w:sz w:val="22"/>
        </w:rPr>
        <w:t>D) many / a few</w:t>
      </w:r>
    </w:p>
    <w:p>
      <w:r>
        <w:rPr>
          <w:b/>
          <w:sz w:val="22"/>
        </w:rPr>
        <w:t>17. There _______ a lot of rice in the bowl but there _______ many apples.</w:t>
      </w:r>
    </w:p>
    <w:p>
      <w:pPr>
        <w:spacing w:before="20" w:after="20"/>
        <w:ind w:left="567"/>
      </w:pPr>
      <w:r>
        <w:rPr>
          <w:sz w:val="22"/>
        </w:rPr>
        <w:t>A) are / isn't</w:t>
      </w:r>
    </w:p>
    <w:p>
      <w:pPr>
        <w:spacing w:before="20" w:after="20"/>
        <w:ind w:left="567"/>
      </w:pPr>
      <w:r>
        <w:rPr>
          <w:sz w:val="22"/>
        </w:rPr>
        <w:t>B) are / aren't</w:t>
      </w:r>
    </w:p>
    <w:p>
      <w:pPr>
        <w:spacing w:before="20" w:after="20"/>
        <w:ind w:left="567"/>
      </w:pPr>
      <w:r>
        <w:rPr>
          <w:sz w:val="22"/>
        </w:rPr>
        <w:t>C) is / aren't</w:t>
      </w:r>
    </w:p>
    <w:p>
      <w:pPr>
        <w:spacing w:before="20" w:after="20"/>
        <w:ind w:left="567"/>
      </w:pPr>
      <w:r>
        <w:rPr>
          <w:sz w:val="22"/>
        </w:rPr>
        <w:t>D) is / isn't</w:t>
      </w:r>
    </w:p>
    <w:p>
      <w:r>
        <w:rPr>
          <w:b/>
          <w:sz w:val="22"/>
        </w:rPr>
        <w:t>18. How _______ sugar do you need for the cake?</w:t>
      </w:r>
    </w:p>
    <w:p>
      <w:pPr>
        <w:spacing w:before="20" w:after="20"/>
        <w:ind w:left="567"/>
      </w:pPr>
      <w:r>
        <w:rPr>
          <w:sz w:val="22"/>
        </w:rPr>
        <w:t>A) many</w:t>
      </w:r>
    </w:p>
    <w:p>
      <w:pPr>
        <w:spacing w:before="20" w:after="20"/>
        <w:ind w:left="567"/>
      </w:pPr>
      <w:r>
        <w:rPr>
          <w:sz w:val="22"/>
        </w:rPr>
        <w:t>B) some</w:t>
      </w:r>
    </w:p>
    <w:p>
      <w:pPr>
        <w:spacing w:before="20" w:after="20"/>
        <w:ind w:left="567"/>
      </w:pPr>
      <w:r>
        <w:rPr>
          <w:sz w:val="22"/>
        </w:rPr>
        <w:t>C) any</w:t>
      </w:r>
    </w:p>
    <w:p>
      <w:pPr>
        <w:spacing w:before="20" w:after="20"/>
        <w:ind w:left="567"/>
      </w:pPr>
      <w:r>
        <w:rPr>
          <w:sz w:val="22"/>
        </w:rPr>
        <w:t>D) much</w:t>
      </w:r>
    </w:p>
    <w:p>
      <w:r>
        <w:rPr>
          <w:b/>
          <w:sz w:val="22"/>
        </w:rPr>
        <w:t>19. There _______ a lot of students in the classroom today.</w:t>
      </w:r>
    </w:p>
    <w:p>
      <w:pPr>
        <w:spacing w:before="20" w:after="20"/>
        <w:ind w:left="567"/>
      </w:pPr>
      <w:r>
        <w:rPr>
          <w:sz w:val="22"/>
        </w:rPr>
        <w:t>A) are</w:t>
      </w:r>
    </w:p>
    <w:p>
      <w:pPr>
        <w:spacing w:before="20" w:after="20"/>
        <w:ind w:left="567"/>
      </w:pPr>
      <w:r>
        <w:rPr>
          <w:sz w:val="22"/>
        </w:rPr>
        <w:t>B) is</w:t>
      </w:r>
    </w:p>
    <w:p>
      <w:pPr>
        <w:spacing w:before="20" w:after="20"/>
        <w:ind w:left="567"/>
      </w:pPr>
      <w:r>
        <w:rPr>
          <w:sz w:val="22"/>
        </w:rPr>
        <w:t>C) have</w:t>
      </w:r>
    </w:p>
    <w:p>
      <w:pPr>
        <w:spacing w:before="20" w:after="20"/>
        <w:ind w:left="567"/>
      </w:pPr>
      <w:r>
        <w:rPr>
          <w:sz w:val="22"/>
        </w:rPr>
        <w:t>D) has</w:t>
      </w:r>
    </w:p>
    <w:p>
      <w:r>
        <w:rPr>
          <w:b/>
          <w:sz w:val="22"/>
        </w:rPr>
        <w:t>20. Would you like _______ tea? I just made it.</w:t>
      </w:r>
    </w:p>
    <w:p>
      <w:pPr>
        <w:spacing w:before="20" w:after="20"/>
        <w:ind w:left="567"/>
      </w:pPr>
      <w:r>
        <w:rPr>
          <w:sz w:val="22"/>
        </w:rPr>
        <w:t>A) any</w:t>
      </w:r>
    </w:p>
    <w:p>
      <w:pPr>
        <w:spacing w:before="20" w:after="20"/>
        <w:ind w:left="567"/>
      </w:pPr>
      <w:r>
        <w:rPr>
          <w:sz w:val="22"/>
        </w:rPr>
        <w:t>B) some</w:t>
      </w:r>
    </w:p>
    <w:p>
      <w:pPr>
        <w:spacing w:before="20" w:after="20"/>
        <w:ind w:left="567"/>
      </w:pPr>
      <w:r>
        <w:rPr>
          <w:sz w:val="22"/>
        </w:rPr>
        <w:t>C) a few</w:t>
      </w:r>
    </w:p>
    <w:p>
      <w:pPr>
        <w:spacing w:before="20" w:after="20"/>
        <w:ind w:left="567"/>
      </w:pPr>
      <w:r>
        <w:rPr>
          <w:sz w:val="22"/>
        </w:rPr>
        <w:t>D) many</w:t>
      </w:r>
    </w:p>
    <w:p>
      <w:r>
        <w:rPr>
          <w:b/>
          <w:sz w:val="22"/>
        </w:rPr>
        <w:t>21. She _______ wake up early every morning because school starts at 7:30.</w:t>
      </w:r>
    </w:p>
    <w:p>
      <w:pPr>
        <w:spacing w:before="20" w:after="20"/>
        <w:ind w:left="567"/>
      </w:pPr>
      <w:r>
        <w:rPr>
          <w:sz w:val="22"/>
        </w:rPr>
        <w:t>A) have to</w:t>
      </w:r>
    </w:p>
    <w:p>
      <w:pPr>
        <w:spacing w:before="20" w:after="20"/>
        <w:ind w:left="567"/>
      </w:pPr>
      <w:r>
        <w:rPr>
          <w:sz w:val="22"/>
        </w:rPr>
        <w:t>B) having to</w:t>
      </w:r>
    </w:p>
    <w:p>
      <w:pPr>
        <w:spacing w:before="20" w:after="20"/>
        <w:ind w:left="567"/>
      </w:pPr>
      <w:r>
        <w:rPr>
          <w:sz w:val="22"/>
        </w:rPr>
        <w:t>C) has to</w:t>
      </w:r>
    </w:p>
    <w:p>
      <w:pPr>
        <w:spacing w:before="20" w:after="20"/>
        <w:ind w:left="567"/>
      </w:pPr>
      <w:r>
        <w:rPr>
          <w:sz w:val="22"/>
        </w:rPr>
        <w:t>D) had to</w:t>
      </w:r>
    </w:p>
    <w:p>
      <w:r>
        <w:rPr>
          <w:b/>
          <w:sz w:val="22"/>
        </w:rPr>
        <w:t>22. We _______ wear a uniform at our school. It is a rule.</w:t>
      </w:r>
    </w:p>
    <w:p>
      <w:pPr>
        <w:spacing w:before="20" w:after="20"/>
        <w:ind w:left="567"/>
      </w:pPr>
      <w:r>
        <w:rPr>
          <w:sz w:val="22"/>
        </w:rPr>
        <w:t>A) has to</w:t>
      </w:r>
    </w:p>
    <w:p>
      <w:pPr>
        <w:spacing w:before="20" w:after="20"/>
        <w:ind w:left="567"/>
      </w:pPr>
      <w:r>
        <w:rPr>
          <w:sz w:val="22"/>
        </w:rPr>
        <w:t>B) having to</w:t>
      </w:r>
    </w:p>
    <w:p>
      <w:pPr>
        <w:spacing w:before="20" w:after="20"/>
        <w:ind w:left="567"/>
      </w:pPr>
      <w:r>
        <w:rPr>
          <w:sz w:val="22"/>
        </w:rPr>
        <w:t>C) had to</w:t>
      </w:r>
    </w:p>
    <w:p>
      <w:pPr>
        <w:spacing w:before="20" w:after="20"/>
        <w:ind w:left="567"/>
      </w:pPr>
      <w:r>
        <w:rPr>
          <w:sz w:val="22"/>
        </w:rPr>
        <w:t>D) have to</w:t>
      </w:r>
    </w:p>
    <w:p>
      <w:r>
        <w:rPr>
          <w:b/>
          <w:sz w:val="22"/>
        </w:rPr>
        <w:t>23. My brother is lucky. He _______ do any homework on weekends.</w:t>
      </w:r>
    </w:p>
    <w:p>
      <w:pPr>
        <w:spacing w:before="20" w:after="20"/>
        <w:ind w:left="567"/>
      </w:pPr>
      <w:r>
        <w:rPr>
          <w:sz w:val="22"/>
        </w:rPr>
        <w:t>A) doesn't have to</w:t>
      </w:r>
    </w:p>
    <w:p>
      <w:pPr>
        <w:spacing w:before="20" w:after="20"/>
        <w:ind w:left="567"/>
      </w:pPr>
      <w:r>
        <w:rPr>
          <w:sz w:val="22"/>
        </w:rPr>
        <w:t>B) don't have to</w:t>
      </w:r>
    </w:p>
    <w:p>
      <w:pPr>
        <w:spacing w:before="20" w:after="20"/>
        <w:ind w:left="567"/>
      </w:pPr>
      <w:r>
        <w:rPr>
          <w:sz w:val="22"/>
        </w:rPr>
        <w:t>C) hasn't to</w:t>
      </w:r>
    </w:p>
    <w:p>
      <w:pPr>
        <w:spacing w:before="20" w:after="20"/>
        <w:ind w:left="567"/>
      </w:pPr>
      <w:r>
        <w:rPr>
          <w:sz w:val="22"/>
        </w:rPr>
        <w:t>D) doesn't has to</w:t>
      </w:r>
    </w:p>
    <w:p>
      <w:r>
        <w:rPr>
          <w:b/>
          <w:sz w:val="22"/>
        </w:rPr>
        <w:t>24. She _______ a car so she takes the bus to work.</w:t>
      </w:r>
    </w:p>
    <w:p>
      <w:pPr>
        <w:spacing w:before="20" w:after="20"/>
        <w:ind w:left="567"/>
      </w:pPr>
      <w:r>
        <w:rPr>
          <w:sz w:val="22"/>
        </w:rPr>
        <w:t>A) doesn't has</w:t>
      </w:r>
    </w:p>
    <w:p>
      <w:pPr>
        <w:spacing w:before="20" w:after="20"/>
        <w:ind w:left="567"/>
      </w:pPr>
      <w:r>
        <w:rPr>
          <w:sz w:val="22"/>
        </w:rPr>
        <w:t>B) doesn't have</w:t>
      </w:r>
    </w:p>
    <w:p>
      <w:pPr>
        <w:spacing w:before="20" w:after="20"/>
        <w:ind w:left="567"/>
      </w:pPr>
      <w:r>
        <w:rPr>
          <w:sz w:val="22"/>
        </w:rPr>
        <w:t>C) don't have</w:t>
      </w:r>
    </w:p>
    <w:p>
      <w:pPr>
        <w:spacing w:before="20" w:after="20"/>
        <w:ind w:left="567"/>
      </w:pPr>
      <w:r>
        <w:rPr>
          <w:sz w:val="22"/>
        </w:rPr>
        <w:t>D) hasn't</w:t>
      </w:r>
    </w:p>
    <w:p>
      <w:r>
        <w:rPr>
          <w:b/>
          <w:sz w:val="22"/>
        </w:rPr>
        <w:t>25. Today is _______ than yesterday. The temperature dropped 5 degrees.</w:t>
      </w:r>
    </w:p>
    <w:p>
      <w:pPr>
        <w:spacing w:before="20" w:after="20"/>
        <w:ind w:left="567"/>
      </w:pPr>
      <w:r>
        <w:rPr>
          <w:sz w:val="22"/>
        </w:rPr>
        <w:t>A) cold</w:t>
      </w:r>
    </w:p>
    <w:p>
      <w:pPr>
        <w:spacing w:before="20" w:after="20"/>
        <w:ind w:left="567"/>
      </w:pPr>
      <w:r>
        <w:rPr>
          <w:sz w:val="22"/>
        </w:rPr>
        <w:t>B) coldest</w:t>
      </w:r>
    </w:p>
    <w:p>
      <w:pPr>
        <w:spacing w:before="20" w:after="20"/>
        <w:ind w:left="567"/>
      </w:pPr>
      <w:r>
        <w:rPr>
          <w:sz w:val="22"/>
        </w:rPr>
        <w:t>C) colder</w:t>
      </w:r>
    </w:p>
    <w:p>
      <w:pPr>
        <w:spacing w:before="20" w:after="20"/>
        <w:ind w:left="567"/>
      </w:pPr>
      <w:r>
        <w:rPr>
          <w:sz w:val="22"/>
        </w:rPr>
        <w:t>D) more cold</w:t>
      </w:r>
    </w:p>
    <w:p>
      <w:r>
        <w:rPr>
          <w:b/>
          <w:sz w:val="22"/>
        </w:rPr>
        <w:t>26. This bag is too small. I need a _______ one.</w:t>
      </w:r>
    </w:p>
    <w:p>
      <w:pPr>
        <w:spacing w:before="20" w:after="20"/>
        <w:ind w:left="567"/>
      </w:pPr>
      <w:r>
        <w:rPr>
          <w:sz w:val="22"/>
        </w:rPr>
        <w:t>A) big</w:t>
      </w:r>
    </w:p>
    <w:p>
      <w:pPr>
        <w:spacing w:before="20" w:after="20"/>
        <w:ind w:left="567"/>
      </w:pPr>
      <w:r>
        <w:rPr>
          <w:sz w:val="22"/>
        </w:rPr>
        <w:t>B) biggest</w:t>
      </w:r>
    </w:p>
    <w:p>
      <w:pPr>
        <w:spacing w:before="20" w:after="20"/>
        <w:ind w:left="567"/>
      </w:pPr>
      <w:r>
        <w:rPr>
          <w:sz w:val="22"/>
        </w:rPr>
        <w:t>C) more big</w:t>
      </w:r>
    </w:p>
    <w:p>
      <w:pPr>
        <w:spacing w:before="20" w:after="20"/>
        <w:ind w:left="567"/>
      </w:pPr>
      <w:r>
        <w:rPr>
          <w:sz w:val="22"/>
        </w:rPr>
        <w:t>D) bigger</w:t>
      </w:r>
    </w:p>
    <w:p>
      <w:r>
        <w:rPr>
          <w:b/>
          <w:sz w:val="22"/>
        </w:rPr>
        <w:t>27. A: How does the soup _______?</w:t>
        <w:br/>
        <w:t xml:space="preserve"> B: It _______ delicious!</w:t>
      </w:r>
    </w:p>
    <w:p>
      <w:pPr>
        <w:spacing w:before="20" w:after="20"/>
        <w:ind w:left="567"/>
      </w:pPr>
      <w:r>
        <w:rPr>
          <w:sz w:val="22"/>
        </w:rPr>
        <w:t>A) taste / tastes</w:t>
      </w:r>
    </w:p>
    <w:p>
      <w:pPr>
        <w:spacing w:before="20" w:after="20"/>
        <w:ind w:left="567"/>
      </w:pPr>
      <w:r>
        <w:rPr>
          <w:sz w:val="22"/>
        </w:rPr>
        <w:t>B) tastes / taste</w:t>
      </w:r>
    </w:p>
    <w:p>
      <w:pPr>
        <w:spacing w:before="20" w:after="20"/>
        <w:ind w:left="567"/>
      </w:pPr>
      <w:r>
        <w:rPr>
          <w:sz w:val="22"/>
        </w:rPr>
        <w:t>C) taste / taste</w:t>
      </w:r>
    </w:p>
    <w:p>
      <w:pPr>
        <w:spacing w:before="20" w:after="20"/>
        <w:ind w:left="567"/>
      </w:pPr>
      <w:r>
        <w:rPr>
          <w:sz w:val="22"/>
        </w:rPr>
        <w:t>D) tastes / tastes</w:t>
      </w:r>
    </w:p>
    <w:p>
      <w:r>
        <w:rPr>
          <w:b/>
          <w:sz w:val="22"/>
        </w:rPr>
        <w:t>28. This flower _______ beautiful. What is it?</w:t>
      </w:r>
    </w:p>
    <w:p>
      <w:pPr>
        <w:spacing w:before="20" w:after="20"/>
        <w:ind w:left="567"/>
      </w:pPr>
      <w:r>
        <w:rPr>
          <w:sz w:val="22"/>
        </w:rPr>
        <w:t>A) look</w:t>
      </w:r>
    </w:p>
    <w:p>
      <w:pPr>
        <w:spacing w:before="20" w:after="20"/>
        <w:ind w:left="567"/>
      </w:pPr>
      <w:r>
        <w:rPr>
          <w:sz w:val="22"/>
        </w:rPr>
        <w:t>B) looks</w:t>
      </w:r>
    </w:p>
    <w:p>
      <w:pPr>
        <w:spacing w:before="20" w:after="20"/>
        <w:ind w:left="567"/>
      </w:pPr>
      <w:r>
        <w:rPr>
          <w:sz w:val="22"/>
        </w:rPr>
        <w:t>C) is looking</w:t>
      </w:r>
    </w:p>
    <w:p>
      <w:pPr>
        <w:spacing w:before="20" w:after="20"/>
        <w:ind w:left="567"/>
      </w:pPr>
      <w:r>
        <w:rPr>
          <w:sz w:val="22"/>
        </w:rPr>
        <w:t>D) looked</w:t>
      </w:r>
    </w:p>
    <w:p>
      <w:r>
        <w:rPr>
          <w:b/>
          <w:sz w:val="22"/>
        </w:rPr>
        <w:t>29. I always brush my teeth _______ I go to bed.</w:t>
      </w:r>
    </w:p>
    <w:p>
      <w:pPr>
        <w:spacing w:before="20" w:after="20"/>
        <w:ind w:left="567"/>
      </w:pPr>
      <w:r>
        <w:rPr>
          <w:sz w:val="22"/>
        </w:rPr>
        <w:t>A) after</w:t>
      </w:r>
    </w:p>
    <w:p>
      <w:pPr>
        <w:spacing w:before="20" w:after="20"/>
        <w:ind w:left="567"/>
      </w:pPr>
      <w:r>
        <w:rPr>
          <w:sz w:val="22"/>
        </w:rPr>
        <w:t>B) then</w:t>
      </w:r>
    </w:p>
    <w:p>
      <w:pPr>
        <w:spacing w:before="20" w:after="20"/>
        <w:ind w:left="567"/>
      </w:pPr>
      <w:r>
        <w:rPr>
          <w:sz w:val="22"/>
        </w:rPr>
        <w:t>C) before</w:t>
      </w:r>
    </w:p>
    <w:p>
      <w:pPr>
        <w:spacing w:before="20" w:after="20"/>
        <w:ind w:left="567"/>
      </w:pPr>
      <w:r>
        <w:rPr>
          <w:sz w:val="22"/>
        </w:rPr>
        <w:t>D) because</w:t>
      </w:r>
    </w:p>
    <w:p>
      <w:r>
        <w:rPr>
          <w:b/>
          <w:sz w:val="22"/>
        </w:rPr>
        <w:t>30. _______ dinner, we watched a movie together.</w:t>
      </w:r>
    </w:p>
    <w:p>
      <w:pPr>
        <w:spacing w:before="20" w:after="20"/>
        <w:ind w:left="567"/>
      </w:pPr>
      <w:r>
        <w:rPr>
          <w:sz w:val="22"/>
        </w:rPr>
        <w:t>A) Before</w:t>
      </w:r>
    </w:p>
    <w:p>
      <w:pPr>
        <w:spacing w:before="20" w:after="20"/>
        <w:ind w:left="567"/>
      </w:pPr>
      <w:r>
        <w:rPr>
          <w:sz w:val="22"/>
        </w:rPr>
        <w:t>B) Then</w:t>
      </w:r>
    </w:p>
    <w:p>
      <w:pPr>
        <w:spacing w:before="20" w:after="20"/>
        <w:ind w:left="567"/>
      </w:pPr>
      <w:r>
        <w:rPr>
          <w:sz w:val="22"/>
        </w:rPr>
        <w:t>C) When</w:t>
      </w:r>
    </w:p>
    <w:p>
      <w:pPr>
        <w:spacing w:before="20" w:after="20"/>
        <w:ind w:left="567"/>
      </w:pPr>
      <w:r>
        <w:rPr>
          <w:sz w:val="22"/>
        </w:rPr>
        <w:t>D) After</w:t>
      </w:r>
    </w:p>
    <w:p>
      <w:r>
        <w:rPr>
          <w:b/>
          <w:sz w:val="22"/>
        </w:rPr>
        <w:t>31. The teacher gave _______ a lot of homework. We were very busy.</w:t>
      </w:r>
    </w:p>
    <w:p>
      <w:pPr>
        <w:spacing w:before="20" w:after="20"/>
        <w:ind w:left="567"/>
      </w:pPr>
      <w:r>
        <w:rPr>
          <w:sz w:val="22"/>
        </w:rPr>
        <w:t>A) us</w:t>
      </w:r>
    </w:p>
    <w:p>
      <w:pPr>
        <w:spacing w:before="20" w:after="20"/>
        <w:ind w:left="567"/>
      </w:pPr>
      <w:r>
        <w:rPr>
          <w:sz w:val="22"/>
        </w:rPr>
        <w:t>B) we</w:t>
      </w:r>
    </w:p>
    <w:p>
      <w:pPr>
        <w:spacing w:before="20" w:after="20"/>
        <w:ind w:left="567"/>
      </w:pPr>
      <w:r>
        <w:rPr>
          <w:sz w:val="22"/>
        </w:rPr>
        <w:t>C) our</w:t>
      </w:r>
    </w:p>
    <w:p>
      <w:pPr>
        <w:spacing w:before="20" w:after="20"/>
        <w:ind w:left="567"/>
      </w:pPr>
      <w:r>
        <w:rPr>
          <w:sz w:val="22"/>
        </w:rPr>
        <w:t>D) they</w:t>
      </w:r>
    </w:p>
    <w:p>
      <w:r>
        <w:rPr>
          <w:b/>
          <w:sz w:val="22"/>
        </w:rPr>
        <w:t>32. My grandmother lives alone. I visit _______ every weekend.</w:t>
      </w:r>
    </w:p>
    <w:p>
      <w:pPr>
        <w:spacing w:before="20" w:after="20"/>
        <w:ind w:left="567"/>
      </w:pPr>
      <w:r>
        <w:rPr>
          <w:sz w:val="22"/>
        </w:rPr>
        <w:t>A) she</w:t>
      </w:r>
    </w:p>
    <w:p>
      <w:pPr>
        <w:spacing w:before="20" w:after="20"/>
        <w:ind w:left="567"/>
      </w:pPr>
      <w:r>
        <w:rPr>
          <w:sz w:val="22"/>
        </w:rPr>
        <w:t>B) her</w:t>
      </w:r>
    </w:p>
    <w:p>
      <w:pPr>
        <w:spacing w:before="20" w:after="20"/>
        <w:ind w:left="567"/>
      </w:pPr>
      <w:r>
        <w:rPr>
          <w:sz w:val="22"/>
        </w:rPr>
        <w:t>C) him</w:t>
      </w:r>
    </w:p>
    <w:p>
      <w:pPr>
        <w:spacing w:before="20" w:after="20"/>
        <w:ind w:left="567"/>
      </w:pPr>
      <w:r>
        <w:rPr>
          <w:sz w:val="22"/>
        </w:rPr>
        <w:t>D) them</w:t>
      </w:r>
    </w:p>
    <w:p>
      <w:r>
        <w:rPr>
          <w:b/>
          <w:sz w:val="22"/>
        </w:rPr>
        <w:t>33. I am very thirsty. I _______ some water.</w:t>
      </w:r>
    </w:p>
    <w:p>
      <w:pPr>
        <w:spacing w:before="20" w:after="20"/>
        <w:ind w:left="567"/>
      </w:pPr>
      <w:r>
        <w:rPr>
          <w:sz w:val="22"/>
        </w:rPr>
        <w:t>A) want to</w:t>
      </w:r>
    </w:p>
    <w:p>
      <w:pPr>
        <w:spacing w:before="20" w:after="20"/>
        <w:ind w:left="567"/>
      </w:pPr>
      <w:r>
        <w:rPr>
          <w:sz w:val="22"/>
        </w:rPr>
        <w:t>B) want drink</w:t>
      </w:r>
    </w:p>
    <w:p>
      <w:pPr>
        <w:spacing w:before="20" w:after="20"/>
        <w:ind w:left="567"/>
      </w:pPr>
      <w:r>
        <w:rPr>
          <w:sz w:val="22"/>
        </w:rPr>
        <w:t>C) want</w:t>
      </w:r>
    </w:p>
    <w:p>
      <w:pPr>
        <w:spacing w:before="20" w:after="20"/>
        <w:ind w:left="567"/>
      </w:pPr>
      <w:r>
        <w:rPr>
          <w:sz w:val="22"/>
        </w:rPr>
        <w:t>D) to want</w:t>
      </w:r>
    </w:p>
    <w:p>
      <w:r>
        <w:rPr>
          <w:b/>
          <w:sz w:val="22"/>
        </w:rPr>
        <w:t>34. She _______ a doctor when she grows up.</w:t>
      </w:r>
    </w:p>
    <w:p>
      <w:pPr>
        <w:spacing w:before="20" w:after="20"/>
        <w:ind w:left="567"/>
      </w:pPr>
      <w:r>
        <w:rPr>
          <w:sz w:val="22"/>
        </w:rPr>
        <w:t>A) wants</w:t>
      </w:r>
    </w:p>
    <w:p>
      <w:pPr>
        <w:spacing w:before="20" w:after="20"/>
        <w:ind w:left="567"/>
      </w:pPr>
      <w:r>
        <w:rPr>
          <w:sz w:val="22"/>
        </w:rPr>
        <w:t>B) want to be</w:t>
      </w:r>
    </w:p>
    <w:p>
      <w:pPr>
        <w:spacing w:before="20" w:after="20"/>
        <w:ind w:left="567"/>
      </w:pPr>
      <w:r>
        <w:rPr>
          <w:sz w:val="22"/>
        </w:rPr>
        <w:t>C) want is</w:t>
      </w:r>
    </w:p>
    <w:p>
      <w:pPr>
        <w:spacing w:before="20" w:after="20"/>
        <w:ind w:left="567"/>
      </w:pPr>
      <w:r>
        <w:rPr>
          <w:sz w:val="22"/>
        </w:rPr>
        <w:t>D) wants to be</w:t>
      </w:r>
    </w:p>
    <w:p>
      <w:pPr>
        <w:spacing w:before="200" w:after="120"/>
      </w:pPr>
      <w:r>
        <w:rPr>
          <w:b/>
          <w:color w:val="1A478A"/>
          <w:sz w:val="24"/>
        </w:rPr>
        <w:t>BÖLÜM 2: CLOZE TEST (35-42)</w:t>
      </w:r>
    </w:p>
    <w:p>
      <w:r>
        <w:rPr>
          <w:i/>
          <w:sz w:val="20"/>
        </w:rPr>
        <w:t>Aşağıdaki parçaları okuyunuz. Boşlukları uygun seçeneklerle doldurunuz.</w:t>
      </w:r>
    </w:p>
    <w:p>
      <w:pPr>
        <w:ind w:left="283"/>
      </w:pPr>
      <w:r>
        <w:rPr>
          <w:i/>
          <w:sz w:val="22"/>
        </w:rPr>
        <w:t>Last summer, my family and I (35) _______ to Turkey for a holiday. The weather (36) _______ very hot but we (37) _______ a great time. I (38) _______ swimming in the sea every day. My sister didn't like swimming but she loved the food.</w:t>
      </w:r>
    </w:p>
    <w:p>
      <w:r>
        <w:rPr>
          <w:b/>
          <w:sz w:val="22"/>
        </w:rPr>
        <w:t xml:space="preserve">35. </w:t>
      </w:r>
    </w:p>
    <w:p>
      <w:pPr>
        <w:spacing w:before="20" w:after="20"/>
        <w:ind w:left="567"/>
      </w:pPr>
      <w:r>
        <w:rPr>
          <w:sz w:val="22"/>
        </w:rPr>
        <w:t>A) went</w:t>
      </w:r>
    </w:p>
    <w:p>
      <w:pPr>
        <w:spacing w:before="20" w:after="20"/>
        <w:ind w:left="567"/>
      </w:pPr>
      <w:r>
        <w:rPr>
          <w:sz w:val="22"/>
        </w:rPr>
        <w:t>B) go</w:t>
      </w:r>
    </w:p>
    <w:p>
      <w:pPr>
        <w:spacing w:before="20" w:after="20"/>
        <w:ind w:left="567"/>
      </w:pPr>
      <w:r>
        <w:rPr>
          <w:sz w:val="22"/>
        </w:rPr>
        <w:t>C) goes</w:t>
      </w:r>
    </w:p>
    <w:p>
      <w:pPr>
        <w:spacing w:before="20" w:after="20"/>
        <w:ind w:left="567"/>
      </w:pPr>
      <w:r>
        <w:rPr>
          <w:sz w:val="22"/>
        </w:rPr>
        <w:t>D) going</w:t>
      </w:r>
    </w:p>
    <w:p>
      <w:r>
        <w:rPr>
          <w:b/>
          <w:sz w:val="22"/>
        </w:rPr>
        <w:t xml:space="preserve">36. </w:t>
      </w:r>
    </w:p>
    <w:p>
      <w:pPr>
        <w:spacing w:before="20" w:after="20"/>
        <w:ind w:left="567"/>
      </w:pPr>
      <w:r>
        <w:rPr>
          <w:sz w:val="22"/>
        </w:rPr>
        <w:t>A) is</w:t>
      </w:r>
    </w:p>
    <w:p>
      <w:pPr>
        <w:spacing w:before="20" w:after="20"/>
        <w:ind w:left="567"/>
      </w:pPr>
      <w:r>
        <w:rPr>
          <w:sz w:val="22"/>
        </w:rPr>
        <w:t>B) was</w:t>
      </w:r>
    </w:p>
    <w:p>
      <w:pPr>
        <w:spacing w:before="20" w:after="20"/>
        <w:ind w:left="567"/>
      </w:pPr>
      <w:r>
        <w:rPr>
          <w:sz w:val="22"/>
        </w:rPr>
        <w:t>C) were</w:t>
      </w:r>
    </w:p>
    <w:p>
      <w:pPr>
        <w:spacing w:before="20" w:after="20"/>
        <w:ind w:left="567"/>
      </w:pPr>
      <w:r>
        <w:rPr>
          <w:sz w:val="22"/>
        </w:rPr>
        <w:t>D) are</w:t>
      </w:r>
    </w:p>
    <w:p>
      <w:r>
        <w:rPr>
          <w:b/>
          <w:sz w:val="22"/>
        </w:rPr>
        <w:t xml:space="preserve">37. </w:t>
      </w:r>
    </w:p>
    <w:p>
      <w:pPr>
        <w:spacing w:before="20" w:after="20"/>
        <w:ind w:left="567"/>
      </w:pPr>
      <w:r>
        <w:rPr>
          <w:sz w:val="22"/>
        </w:rPr>
        <w:t>A) have</w:t>
      </w:r>
    </w:p>
    <w:p>
      <w:pPr>
        <w:spacing w:before="20" w:after="20"/>
        <w:ind w:left="567"/>
      </w:pPr>
      <w:r>
        <w:rPr>
          <w:sz w:val="22"/>
        </w:rPr>
        <w:t>B) has</w:t>
      </w:r>
    </w:p>
    <w:p>
      <w:pPr>
        <w:spacing w:before="20" w:after="20"/>
        <w:ind w:left="567"/>
      </w:pPr>
      <w:r>
        <w:rPr>
          <w:sz w:val="22"/>
        </w:rPr>
        <w:t>C) had</w:t>
      </w:r>
    </w:p>
    <w:p>
      <w:pPr>
        <w:spacing w:before="20" w:after="20"/>
        <w:ind w:left="567"/>
      </w:pPr>
      <w:r>
        <w:rPr>
          <w:sz w:val="22"/>
        </w:rPr>
        <w:t>D) having</w:t>
      </w:r>
    </w:p>
    <w:p>
      <w:r>
        <w:rPr>
          <w:b/>
          <w:sz w:val="22"/>
        </w:rPr>
        <w:t xml:space="preserve">38. </w:t>
      </w:r>
    </w:p>
    <w:p>
      <w:pPr>
        <w:spacing w:before="20" w:after="20"/>
        <w:ind w:left="567"/>
      </w:pPr>
      <w:r>
        <w:rPr>
          <w:sz w:val="22"/>
        </w:rPr>
        <w:t>A) go</w:t>
      </w:r>
    </w:p>
    <w:p>
      <w:pPr>
        <w:spacing w:before="20" w:after="20"/>
        <w:ind w:left="567"/>
      </w:pPr>
      <w:r>
        <w:rPr>
          <w:sz w:val="22"/>
        </w:rPr>
        <w:t>B) goes</w:t>
      </w:r>
    </w:p>
    <w:p>
      <w:pPr>
        <w:spacing w:before="20" w:after="20"/>
        <w:ind w:left="567"/>
      </w:pPr>
      <w:r>
        <w:rPr>
          <w:sz w:val="22"/>
        </w:rPr>
        <w:t>C) going</w:t>
      </w:r>
    </w:p>
    <w:p>
      <w:pPr>
        <w:spacing w:before="20" w:after="20"/>
        <w:ind w:left="567"/>
      </w:pPr>
      <w:r>
        <w:rPr>
          <w:sz w:val="22"/>
        </w:rPr>
        <w:t>D) went</w:t>
      </w:r>
    </w:p>
    <w:p>
      <w:pPr>
        <w:ind w:left="283"/>
      </w:pPr>
      <w:r>
        <w:rPr>
          <w:i/>
          <w:sz w:val="22"/>
        </w:rPr>
        <w:t>Emily wants (39) _______ a chef. She (40) _______ cooking very much. Yesterday, she (41) _______ a special meal for her family. There (42) _______ a lot of vegetables in the dish but there wasn't any meat.</w:t>
      </w:r>
    </w:p>
    <w:p>
      <w:r>
        <w:rPr>
          <w:b/>
          <w:sz w:val="22"/>
        </w:rPr>
        <w:t xml:space="preserve">39. </w:t>
      </w:r>
    </w:p>
    <w:p>
      <w:pPr>
        <w:spacing w:before="20" w:after="20"/>
        <w:ind w:left="567"/>
      </w:pPr>
      <w:r>
        <w:rPr>
          <w:sz w:val="22"/>
        </w:rPr>
        <w:t>A) to be</w:t>
      </w:r>
    </w:p>
    <w:p>
      <w:pPr>
        <w:spacing w:before="20" w:after="20"/>
        <w:ind w:left="567"/>
      </w:pPr>
      <w:r>
        <w:rPr>
          <w:sz w:val="22"/>
        </w:rPr>
        <w:t>B) be</w:t>
      </w:r>
    </w:p>
    <w:p>
      <w:pPr>
        <w:spacing w:before="20" w:after="20"/>
        <w:ind w:left="567"/>
      </w:pPr>
      <w:r>
        <w:rPr>
          <w:sz w:val="22"/>
        </w:rPr>
        <w:t>C) being</w:t>
      </w:r>
    </w:p>
    <w:p>
      <w:pPr>
        <w:spacing w:before="20" w:after="20"/>
        <w:ind w:left="567"/>
      </w:pPr>
      <w:r>
        <w:rPr>
          <w:sz w:val="22"/>
        </w:rPr>
        <w:t>D) is</w:t>
      </w:r>
    </w:p>
    <w:p>
      <w:r>
        <w:rPr>
          <w:b/>
          <w:sz w:val="22"/>
        </w:rPr>
        <w:t xml:space="preserve">40. </w:t>
      </w:r>
    </w:p>
    <w:p>
      <w:pPr>
        <w:spacing w:before="20" w:after="20"/>
        <w:ind w:left="567"/>
      </w:pPr>
      <w:r>
        <w:rPr>
          <w:sz w:val="22"/>
        </w:rPr>
        <w:t>A) like</w:t>
      </w:r>
    </w:p>
    <w:p>
      <w:pPr>
        <w:spacing w:before="20" w:after="20"/>
        <w:ind w:left="567"/>
      </w:pPr>
      <w:r>
        <w:rPr>
          <w:sz w:val="22"/>
        </w:rPr>
        <w:t>B) likes</w:t>
      </w:r>
    </w:p>
    <w:p>
      <w:pPr>
        <w:spacing w:before="20" w:after="20"/>
        <w:ind w:left="567"/>
      </w:pPr>
      <w:r>
        <w:rPr>
          <w:sz w:val="22"/>
        </w:rPr>
        <w:t>C) is liking</w:t>
      </w:r>
    </w:p>
    <w:p>
      <w:pPr>
        <w:spacing w:before="20" w:after="20"/>
        <w:ind w:left="567"/>
      </w:pPr>
      <w:r>
        <w:rPr>
          <w:sz w:val="22"/>
        </w:rPr>
        <w:t>D) liked</w:t>
      </w:r>
    </w:p>
    <w:p>
      <w:r>
        <w:rPr>
          <w:b/>
          <w:sz w:val="22"/>
        </w:rPr>
        <w:t xml:space="preserve">41. </w:t>
      </w:r>
    </w:p>
    <w:p>
      <w:pPr>
        <w:spacing w:before="20" w:after="20"/>
        <w:ind w:left="567"/>
      </w:pPr>
      <w:r>
        <w:rPr>
          <w:sz w:val="22"/>
        </w:rPr>
        <w:t>A) make</w:t>
      </w:r>
    </w:p>
    <w:p>
      <w:pPr>
        <w:spacing w:before="20" w:after="20"/>
        <w:ind w:left="567"/>
      </w:pPr>
      <w:r>
        <w:rPr>
          <w:sz w:val="22"/>
        </w:rPr>
        <w:t>B) makes</w:t>
      </w:r>
    </w:p>
    <w:p>
      <w:pPr>
        <w:spacing w:before="20" w:after="20"/>
        <w:ind w:left="567"/>
      </w:pPr>
      <w:r>
        <w:rPr>
          <w:sz w:val="22"/>
        </w:rPr>
        <w:t>C) made</w:t>
      </w:r>
    </w:p>
    <w:p>
      <w:pPr>
        <w:spacing w:before="20" w:after="20"/>
        <w:ind w:left="567"/>
      </w:pPr>
      <w:r>
        <w:rPr>
          <w:sz w:val="22"/>
        </w:rPr>
        <w:t>D) making</w:t>
      </w:r>
    </w:p>
    <w:p>
      <w:r>
        <w:rPr>
          <w:b/>
          <w:sz w:val="22"/>
        </w:rPr>
        <w:t xml:space="preserve">42. </w:t>
      </w:r>
    </w:p>
    <w:p>
      <w:pPr>
        <w:spacing w:before="20" w:after="20"/>
        <w:ind w:left="567"/>
      </w:pPr>
      <w:r>
        <w:rPr>
          <w:sz w:val="22"/>
        </w:rPr>
        <w:t>A) is</w:t>
      </w:r>
    </w:p>
    <w:p>
      <w:pPr>
        <w:spacing w:before="20" w:after="20"/>
        <w:ind w:left="567"/>
      </w:pPr>
      <w:r>
        <w:rPr>
          <w:sz w:val="22"/>
        </w:rPr>
        <w:t>B) have</w:t>
      </w:r>
    </w:p>
    <w:p>
      <w:pPr>
        <w:spacing w:before="20" w:after="20"/>
        <w:ind w:left="567"/>
      </w:pPr>
      <w:r>
        <w:rPr>
          <w:sz w:val="22"/>
        </w:rPr>
        <w:t>C) are</w:t>
      </w:r>
    </w:p>
    <w:p>
      <w:pPr>
        <w:spacing w:before="20" w:after="20"/>
        <w:ind w:left="567"/>
      </w:pPr>
      <w:r>
        <w:rPr>
          <w:sz w:val="22"/>
        </w:rPr>
        <w:t>D) were</w:t>
      </w:r>
    </w:p>
    <w:p>
      <w:pPr>
        <w:spacing w:before="200" w:after="120"/>
      </w:pPr>
      <w:r>
        <w:rPr>
          <w:b/>
          <w:color w:val="1A478A"/>
          <w:sz w:val="24"/>
        </w:rPr>
        <w:t>BÖLÜM 3: OKUMA-ANLAMA (43-50)</w:t>
      </w:r>
    </w:p>
    <w:p>
      <w:r>
        <w:rPr>
          <w:i/>
          <w:sz w:val="20"/>
        </w:rPr>
        <w:t>Aşağıdaki metinleri okuyunuz. Soruları metne göre cevaplayınız.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F0F4F8"/>
          </w:tcPr>
          <w:p>
            <w:r>
              <w:rPr>
                <w:i/>
                <w:sz w:val="22"/>
              </w:rPr>
              <w:t>My name is Alex. I am 11 years old and I live in Famagusta. I have to wake up at 6:30 every morning because my school starts at 8:00. Yesterday was different. I woke up at 7:30 because it was Saturday. I didn't go to school. Instead, I went to the beach with my family. The water was cold but I didn't care. I had a lot of fun! My mother packed some sandwiches and orange juice. There weren't any apples left at home, so she took some grapes instead. My little sister wanted to build a sandcastle but she couldn't do it alone. I helped her and we made a huge sandcastle together. It was a great day.</w:t>
            </w:r>
          </w:p>
        </w:tc>
      </w:tr>
    </w:tbl>
    <w:p/>
    <w:p>
      <w:r>
        <w:rPr>
          <w:b/>
          <w:sz w:val="22"/>
        </w:rPr>
        <w:t>43. Why does Alex have to wake up at 6:30 on weekdays?</w:t>
      </w:r>
    </w:p>
    <w:p>
      <w:pPr>
        <w:spacing w:before="20" w:after="20"/>
        <w:ind w:left="567"/>
      </w:pPr>
      <w:r>
        <w:rPr>
          <w:sz w:val="22"/>
        </w:rPr>
        <w:t>A) Because school starts at 8:00</w:t>
      </w:r>
    </w:p>
    <w:p>
      <w:pPr>
        <w:spacing w:before="20" w:after="20"/>
        <w:ind w:left="567"/>
      </w:pPr>
      <w:r>
        <w:rPr>
          <w:sz w:val="22"/>
        </w:rPr>
        <w:t>B) Because he likes mornings</w:t>
      </w:r>
    </w:p>
    <w:p>
      <w:pPr>
        <w:spacing w:before="20" w:after="20"/>
        <w:ind w:left="567"/>
      </w:pPr>
      <w:r>
        <w:rPr>
          <w:sz w:val="22"/>
        </w:rPr>
        <w:t>C) Because he goes to the beach</w:t>
      </w:r>
    </w:p>
    <w:p>
      <w:pPr>
        <w:spacing w:before="20" w:after="20"/>
        <w:ind w:left="567"/>
      </w:pPr>
      <w:r>
        <w:rPr>
          <w:sz w:val="22"/>
        </w:rPr>
        <w:t>D) Because his mother wakes him up</w:t>
      </w:r>
    </w:p>
    <w:p>
      <w:r>
        <w:rPr>
          <w:b/>
          <w:sz w:val="22"/>
        </w:rPr>
        <w:t>44. Why didn't Alex go to school yesterday?</w:t>
      </w:r>
    </w:p>
    <w:p>
      <w:pPr>
        <w:spacing w:before="20" w:after="20"/>
        <w:ind w:left="567"/>
      </w:pPr>
      <w:r>
        <w:rPr>
          <w:sz w:val="22"/>
        </w:rPr>
        <w:t>A) He was sick</w:t>
      </w:r>
    </w:p>
    <w:p>
      <w:pPr>
        <w:spacing w:before="20" w:after="20"/>
        <w:ind w:left="567"/>
      </w:pPr>
      <w:r>
        <w:rPr>
          <w:sz w:val="22"/>
        </w:rPr>
        <w:t>B) It was Saturday</w:t>
      </w:r>
    </w:p>
    <w:p>
      <w:pPr>
        <w:spacing w:before="20" w:after="20"/>
        <w:ind w:left="567"/>
      </w:pPr>
      <w:r>
        <w:rPr>
          <w:sz w:val="22"/>
        </w:rPr>
        <w:t>C) He went to the beach after school</w:t>
      </w:r>
    </w:p>
    <w:p>
      <w:pPr>
        <w:spacing w:before="20" w:after="20"/>
        <w:ind w:left="567"/>
      </w:pPr>
      <w:r>
        <w:rPr>
          <w:sz w:val="22"/>
        </w:rPr>
        <w:t>D) He woke up late</w:t>
      </w:r>
    </w:p>
    <w:p>
      <w:r>
        <w:rPr>
          <w:b/>
          <w:sz w:val="22"/>
        </w:rPr>
        <w:t>45. What did Alex's mother pack for the beach?</w:t>
      </w:r>
    </w:p>
    <w:p>
      <w:pPr>
        <w:spacing w:before="20" w:after="20"/>
        <w:ind w:left="567"/>
      </w:pPr>
      <w:r>
        <w:rPr>
          <w:sz w:val="22"/>
        </w:rPr>
        <w:t>A) Sandwiches and apples</w:t>
      </w:r>
    </w:p>
    <w:p>
      <w:pPr>
        <w:spacing w:before="20" w:after="20"/>
        <w:ind w:left="567"/>
      </w:pPr>
      <w:r>
        <w:rPr>
          <w:sz w:val="22"/>
        </w:rPr>
        <w:t>B) Grapes and orange juice</w:t>
      </w:r>
    </w:p>
    <w:p>
      <w:pPr>
        <w:spacing w:before="20" w:after="20"/>
        <w:ind w:left="567"/>
      </w:pPr>
      <w:r>
        <w:rPr>
          <w:sz w:val="22"/>
        </w:rPr>
        <w:t>C) Sandwiches and orange juice</w:t>
      </w:r>
    </w:p>
    <w:p>
      <w:pPr>
        <w:spacing w:before="20" w:after="20"/>
        <w:ind w:left="567"/>
      </w:pPr>
      <w:r>
        <w:rPr>
          <w:sz w:val="22"/>
        </w:rPr>
        <w:t>D) Sandwiches and grapes</w:t>
      </w:r>
    </w:p>
    <w:p>
      <w:r>
        <w:rPr>
          <w:b/>
          <w:sz w:val="22"/>
        </w:rPr>
        <w:t>46. What can we understand about Alex from the text?</w:t>
      </w:r>
    </w:p>
    <w:p>
      <w:pPr>
        <w:spacing w:before="20" w:after="20"/>
        <w:ind w:left="567"/>
      </w:pPr>
      <w:r>
        <w:rPr>
          <w:sz w:val="22"/>
        </w:rPr>
        <w:t>A) He doesn't like his sister</w:t>
      </w:r>
    </w:p>
    <w:p>
      <w:pPr>
        <w:spacing w:before="20" w:after="20"/>
        <w:ind w:left="567"/>
      </w:pPr>
      <w:r>
        <w:rPr>
          <w:sz w:val="22"/>
        </w:rPr>
        <w:t>B) He didn't go into the water</w:t>
      </w:r>
    </w:p>
    <w:p>
      <w:pPr>
        <w:spacing w:before="20" w:after="20"/>
        <w:ind w:left="567"/>
      </w:pPr>
      <w:r>
        <w:rPr>
          <w:sz w:val="22"/>
        </w:rPr>
        <w:t>C) He wants to be a builder</w:t>
      </w:r>
    </w:p>
    <w:p>
      <w:pPr>
        <w:spacing w:before="20" w:after="20"/>
        <w:ind w:left="567"/>
      </w:pPr>
      <w:r>
        <w:rPr>
          <w:sz w:val="22"/>
        </w:rPr>
        <w:t>D) He helped his sister build a sandcastle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F0F4F8"/>
          </w:tcPr>
          <w:p>
            <w:r>
              <w:rPr>
                <w:i/>
                <w:sz w:val="22"/>
              </w:rPr>
              <w:t>Last week, our class went on a trip to the Kyrenia Castle. Our teacher said we had to be at school at 7:30. I was late because my mother didn't wake me up. I felt very bad when I arrived. My friends were already on the bus. "Hurry up, Ali!" they shouted. "We are waiting for you!" The castle was amazing. There were a lot of old rooms and a big garden. We saw many historical objects. Our guide told us interesting stories. I took a lot of photos. After the trip, we ate lunch at a restaurant near the castle. The food tasted great. I had some pasta and a glass of lemonade. It cost 150 liras. I paid and we returned to school at 4 o'clock. I was tired but very happy.</w:t>
            </w:r>
          </w:p>
        </w:tc>
      </w:tr>
    </w:tbl>
    <w:p/>
    <w:p>
      <w:r>
        <w:rPr>
          <w:b/>
          <w:sz w:val="22"/>
        </w:rPr>
        <w:t>47. Why was Ali late for the school trip?</w:t>
      </w:r>
    </w:p>
    <w:p>
      <w:pPr>
        <w:spacing w:before="20" w:after="20"/>
        <w:ind w:left="567"/>
      </w:pPr>
      <w:r>
        <w:rPr>
          <w:sz w:val="22"/>
        </w:rPr>
        <w:t>A) His mother didn't wake him up</w:t>
      </w:r>
    </w:p>
    <w:p>
      <w:pPr>
        <w:spacing w:before="20" w:after="20"/>
        <w:ind w:left="567"/>
      </w:pPr>
      <w:r>
        <w:rPr>
          <w:sz w:val="22"/>
        </w:rPr>
        <w:t>B) He didn't want to go</w:t>
      </w:r>
    </w:p>
    <w:p>
      <w:pPr>
        <w:spacing w:before="20" w:after="20"/>
        <w:ind w:left="567"/>
      </w:pPr>
      <w:r>
        <w:rPr>
          <w:sz w:val="22"/>
        </w:rPr>
        <w:t>C) He missed the bus</w:t>
      </w:r>
    </w:p>
    <w:p>
      <w:pPr>
        <w:spacing w:before="20" w:after="20"/>
        <w:ind w:left="567"/>
      </w:pPr>
      <w:r>
        <w:rPr>
          <w:sz w:val="22"/>
        </w:rPr>
        <w:t>D) He was sick</w:t>
      </w:r>
    </w:p>
    <w:p>
      <w:r>
        <w:rPr>
          <w:b/>
          <w:sz w:val="22"/>
        </w:rPr>
        <w:t>48. What did the class do at the castle?</w:t>
      </w:r>
    </w:p>
    <w:p>
      <w:pPr>
        <w:spacing w:before="20" w:after="20"/>
        <w:ind w:left="567"/>
      </w:pPr>
      <w:r>
        <w:rPr>
          <w:sz w:val="22"/>
        </w:rPr>
        <w:t>A) They played games in the garden</w:t>
      </w:r>
    </w:p>
    <w:p>
      <w:pPr>
        <w:spacing w:before="20" w:after="20"/>
        <w:ind w:left="567"/>
      </w:pPr>
      <w:r>
        <w:rPr>
          <w:sz w:val="22"/>
        </w:rPr>
        <w:t>B) They saw historical objects and listened to stories</w:t>
      </w:r>
    </w:p>
    <w:p>
      <w:pPr>
        <w:spacing w:before="20" w:after="20"/>
        <w:ind w:left="567"/>
      </w:pPr>
      <w:r>
        <w:rPr>
          <w:sz w:val="22"/>
        </w:rPr>
        <w:t>C) They ate lunch inside the castle</w:t>
      </w:r>
    </w:p>
    <w:p>
      <w:pPr>
        <w:spacing w:before="20" w:after="20"/>
        <w:ind w:left="567"/>
      </w:pPr>
      <w:r>
        <w:rPr>
          <w:sz w:val="22"/>
        </w:rPr>
        <w:t>D) They took a bus tour around Kyrenia</w:t>
      </w:r>
    </w:p>
    <w:p>
      <w:r>
        <w:rPr>
          <w:b/>
          <w:sz w:val="22"/>
        </w:rPr>
        <w:t>49. How much did Ali's lunch cost?</w:t>
      </w:r>
    </w:p>
    <w:p>
      <w:pPr>
        <w:spacing w:before="20" w:after="20"/>
        <w:ind w:left="567"/>
      </w:pPr>
      <w:r>
        <w:rPr>
          <w:sz w:val="22"/>
        </w:rPr>
        <w:t>A) 100 liras</w:t>
      </w:r>
    </w:p>
    <w:p>
      <w:pPr>
        <w:spacing w:before="20" w:after="20"/>
        <w:ind w:left="567"/>
      </w:pPr>
      <w:r>
        <w:rPr>
          <w:sz w:val="22"/>
        </w:rPr>
        <w:t>B) 120 liras</w:t>
      </w:r>
    </w:p>
    <w:p>
      <w:pPr>
        <w:spacing w:before="20" w:after="20"/>
        <w:ind w:left="567"/>
      </w:pPr>
      <w:r>
        <w:rPr>
          <w:sz w:val="22"/>
        </w:rPr>
        <w:t>C) 150 liras</w:t>
      </w:r>
    </w:p>
    <w:p>
      <w:pPr>
        <w:spacing w:before="20" w:after="20"/>
        <w:ind w:left="567"/>
      </w:pPr>
      <w:r>
        <w:rPr>
          <w:sz w:val="22"/>
        </w:rPr>
        <w:t>D) 200 liras</w:t>
      </w:r>
    </w:p>
    <w:p>
      <w:r>
        <w:rPr>
          <w:b/>
          <w:sz w:val="22"/>
        </w:rPr>
        <w:t>50. What is the main idea of the text?</w:t>
      </w:r>
    </w:p>
    <w:p>
      <w:pPr>
        <w:spacing w:before="20" w:after="20"/>
        <w:ind w:left="567"/>
      </w:pPr>
      <w:r>
        <w:rPr>
          <w:sz w:val="22"/>
        </w:rPr>
        <w:t>A) Ali doesn't like school trips</w:t>
      </w:r>
    </w:p>
    <w:p>
      <w:pPr>
        <w:spacing w:before="20" w:after="20"/>
        <w:ind w:left="567"/>
      </w:pPr>
      <w:r>
        <w:rPr>
          <w:sz w:val="22"/>
        </w:rPr>
        <w:t>B) The castle in Kyrenia is very old</w:t>
      </w:r>
    </w:p>
    <w:p>
      <w:pPr>
        <w:spacing w:before="20" w:after="20"/>
        <w:ind w:left="567"/>
      </w:pPr>
      <w:r>
        <w:rPr>
          <w:sz w:val="22"/>
        </w:rPr>
        <w:t>C) School trips are expensive</w:t>
      </w:r>
    </w:p>
    <w:p>
      <w:pPr>
        <w:spacing w:before="20" w:after="20"/>
        <w:ind w:left="567"/>
      </w:pPr>
      <w:r>
        <w:rPr>
          <w:sz w:val="22"/>
        </w:rPr>
        <w:t>D) Ali had a wonderful day at the castle despite being late</w:t>
      </w:r>
    </w:p>
    <w:p>
      <w:r>
        <w:br w:type="page"/>
      </w:r>
    </w:p>
    <w:p>
      <w:pPr>
        <w:jc w:val="center"/>
      </w:pPr>
      <w:r>
        <w:rPr>
          <w:b/>
          <w:color w:val="1A478A"/>
          <w:sz w:val="28"/>
        </w:rPr>
        <w:t>CEVAP ANAHTARI — KGS-2 ZOR SEVİYE</w:t>
      </w:r>
    </w:p>
    <w:p/>
    <w:p>
      <w:pPr>
        <w:spacing w:after="20"/>
      </w:pPr>
      <w:r>
        <w:rPr>
          <w:b/>
          <w:sz w:val="20"/>
        </w:rPr>
        <w:t>Soru 1: C</w:t>
      </w:r>
      <w:r>
        <w:rPr>
          <w:b/>
          <w:sz w:val="20"/>
        </w:rPr>
        <w:t xml:space="preserve">        Soru 26: D</w:t>
      </w:r>
    </w:p>
    <w:p>
      <w:pPr>
        <w:spacing w:after="20"/>
      </w:pPr>
      <w:r>
        <w:rPr>
          <w:b/>
          <w:sz w:val="20"/>
        </w:rPr>
        <w:t>Soru 2: D</w:t>
      </w:r>
      <w:r>
        <w:rPr>
          <w:b/>
          <w:sz w:val="20"/>
        </w:rPr>
        <w:t xml:space="preserve">        Soru 27: A</w:t>
      </w:r>
    </w:p>
    <w:p>
      <w:pPr>
        <w:spacing w:after="20"/>
      </w:pPr>
      <w:r>
        <w:rPr>
          <w:b/>
          <w:sz w:val="20"/>
        </w:rPr>
        <w:t>Soru 3: A</w:t>
      </w:r>
      <w:r>
        <w:rPr>
          <w:b/>
          <w:sz w:val="20"/>
        </w:rPr>
        <w:t xml:space="preserve">        Soru 28: B</w:t>
      </w:r>
    </w:p>
    <w:p>
      <w:pPr>
        <w:spacing w:after="20"/>
      </w:pPr>
      <w:r>
        <w:rPr>
          <w:b/>
          <w:sz w:val="20"/>
        </w:rPr>
        <w:t>Soru 4: B</w:t>
      </w:r>
      <w:r>
        <w:rPr>
          <w:b/>
          <w:sz w:val="20"/>
        </w:rPr>
        <w:t xml:space="preserve">        Soru 29: C</w:t>
      </w:r>
    </w:p>
    <w:p>
      <w:pPr>
        <w:spacing w:after="20"/>
      </w:pPr>
      <w:r>
        <w:rPr>
          <w:b/>
          <w:sz w:val="20"/>
        </w:rPr>
        <w:t>Soru 5: C</w:t>
      </w:r>
      <w:r>
        <w:rPr>
          <w:b/>
          <w:sz w:val="20"/>
        </w:rPr>
        <w:t xml:space="preserve">        Soru 30: D</w:t>
      </w:r>
    </w:p>
    <w:p>
      <w:pPr>
        <w:spacing w:after="20"/>
      </w:pPr>
      <w:r>
        <w:rPr>
          <w:b/>
          <w:sz w:val="20"/>
        </w:rPr>
        <w:t>Soru 6: D</w:t>
      </w:r>
      <w:r>
        <w:rPr>
          <w:b/>
          <w:sz w:val="20"/>
        </w:rPr>
        <w:t xml:space="preserve">        Soru 31: A</w:t>
      </w:r>
    </w:p>
    <w:p>
      <w:pPr>
        <w:spacing w:after="20"/>
      </w:pPr>
      <w:r>
        <w:rPr>
          <w:b/>
          <w:sz w:val="20"/>
        </w:rPr>
        <w:t>Soru 7: A</w:t>
      </w:r>
      <w:r>
        <w:rPr>
          <w:b/>
          <w:sz w:val="20"/>
        </w:rPr>
        <w:t xml:space="preserve">        Soru 32: B</w:t>
      </w:r>
    </w:p>
    <w:p>
      <w:pPr>
        <w:spacing w:after="20"/>
      </w:pPr>
      <w:r>
        <w:rPr>
          <w:b/>
          <w:sz w:val="20"/>
        </w:rPr>
        <w:t>Soru 8: B</w:t>
      </w:r>
      <w:r>
        <w:rPr>
          <w:b/>
          <w:sz w:val="20"/>
        </w:rPr>
        <w:t xml:space="preserve">        Soru 33: C</w:t>
      </w:r>
    </w:p>
    <w:p>
      <w:pPr>
        <w:spacing w:after="20"/>
      </w:pPr>
      <w:r>
        <w:rPr>
          <w:b/>
          <w:sz w:val="20"/>
        </w:rPr>
        <w:t>Soru 9: C</w:t>
      </w:r>
      <w:r>
        <w:rPr>
          <w:b/>
          <w:sz w:val="20"/>
        </w:rPr>
        <w:t xml:space="preserve">        Soru 34: D</w:t>
      </w:r>
    </w:p>
    <w:p>
      <w:pPr>
        <w:spacing w:after="20"/>
      </w:pPr>
      <w:r>
        <w:rPr>
          <w:b/>
          <w:sz w:val="20"/>
        </w:rPr>
        <w:t>Soru 10: D</w:t>
      </w:r>
      <w:r>
        <w:rPr>
          <w:b/>
          <w:sz w:val="20"/>
        </w:rPr>
        <w:t xml:space="preserve">        Soru 35: A</w:t>
      </w:r>
    </w:p>
    <w:p>
      <w:pPr>
        <w:spacing w:after="20"/>
      </w:pPr>
      <w:r>
        <w:rPr>
          <w:b/>
          <w:sz w:val="20"/>
        </w:rPr>
        <w:t>Soru 11: A</w:t>
      </w:r>
      <w:r>
        <w:rPr>
          <w:b/>
          <w:sz w:val="20"/>
        </w:rPr>
        <w:t xml:space="preserve">        Soru 36: B</w:t>
      </w:r>
    </w:p>
    <w:p>
      <w:pPr>
        <w:spacing w:after="20"/>
      </w:pPr>
      <w:r>
        <w:rPr>
          <w:b/>
          <w:sz w:val="20"/>
        </w:rPr>
        <w:t>Soru 12: B</w:t>
      </w:r>
      <w:r>
        <w:rPr>
          <w:b/>
          <w:sz w:val="20"/>
        </w:rPr>
        <w:t xml:space="preserve">        Soru 37: C</w:t>
      </w:r>
    </w:p>
    <w:p>
      <w:pPr>
        <w:spacing w:after="20"/>
      </w:pPr>
      <w:r>
        <w:rPr>
          <w:b/>
          <w:sz w:val="20"/>
        </w:rPr>
        <w:t>Soru 13: C</w:t>
      </w:r>
      <w:r>
        <w:rPr>
          <w:b/>
          <w:sz w:val="20"/>
        </w:rPr>
        <w:t xml:space="preserve">        Soru 38: D</w:t>
      </w:r>
    </w:p>
    <w:p>
      <w:pPr>
        <w:spacing w:after="20"/>
      </w:pPr>
      <w:r>
        <w:rPr>
          <w:b/>
          <w:sz w:val="20"/>
        </w:rPr>
        <w:t>Soru 14: D</w:t>
      </w:r>
      <w:r>
        <w:rPr>
          <w:b/>
          <w:sz w:val="20"/>
        </w:rPr>
        <w:t xml:space="preserve">        Soru 39: A</w:t>
      </w:r>
    </w:p>
    <w:p>
      <w:pPr>
        <w:spacing w:after="20"/>
      </w:pPr>
      <w:r>
        <w:rPr>
          <w:b/>
          <w:sz w:val="20"/>
        </w:rPr>
        <w:t>Soru 15: A</w:t>
      </w:r>
      <w:r>
        <w:rPr>
          <w:b/>
          <w:sz w:val="20"/>
        </w:rPr>
        <w:t xml:space="preserve">        Soru 40: B</w:t>
      </w:r>
    </w:p>
    <w:p>
      <w:pPr>
        <w:spacing w:after="20"/>
      </w:pPr>
      <w:r>
        <w:rPr>
          <w:b/>
          <w:sz w:val="20"/>
        </w:rPr>
        <w:t>Soru 16: B</w:t>
      </w:r>
      <w:r>
        <w:rPr>
          <w:b/>
          <w:sz w:val="20"/>
        </w:rPr>
        <w:t xml:space="preserve">        Soru 41: C</w:t>
      </w:r>
    </w:p>
    <w:p>
      <w:pPr>
        <w:spacing w:after="20"/>
      </w:pPr>
      <w:r>
        <w:rPr>
          <w:b/>
          <w:sz w:val="20"/>
        </w:rPr>
        <w:t>Soru 17: C</w:t>
      </w:r>
      <w:r>
        <w:rPr>
          <w:b/>
          <w:sz w:val="20"/>
        </w:rPr>
        <w:t xml:space="preserve">        Soru 42: D</w:t>
      </w:r>
    </w:p>
    <w:p>
      <w:pPr>
        <w:spacing w:after="20"/>
      </w:pPr>
      <w:r>
        <w:rPr>
          <w:b/>
          <w:sz w:val="20"/>
        </w:rPr>
        <w:t>Soru 18: D</w:t>
      </w:r>
      <w:r>
        <w:rPr>
          <w:b/>
          <w:sz w:val="20"/>
        </w:rPr>
        <w:t xml:space="preserve">        Soru 43: A</w:t>
      </w:r>
    </w:p>
    <w:p>
      <w:pPr>
        <w:spacing w:after="20"/>
      </w:pPr>
      <w:r>
        <w:rPr>
          <w:b/>
          <w:sz w:val="20"/>
        </w:rPr>
        <w:t>Soru 19: A</w:t>
      </w:r>
      <w:r>
        <w:rPr>
          <w:b/>
          <w:sz w:val="20"/>
        </w:rPr>
        <w:t xml:space="preserve">        Soru 44: B</w:t>
      </w:r>
    </w:p>
    <w:p>
      <w:pPr>
        <w:spacing w:after="20"/>
      </w:pPr>
      <w:r>
        <w:rPr>
          <w:b/>
          <w:sz w:val="20"/>
        </w:rPr>
        <w:t>Soru 20: B</w:t>
      </w:r>
      <w:r>
        <w:rPr>
          <w:b/>
          <w:sz w:val="20"/>
        </w:rPr>
        <w:t xml:space="preserve">        Soru 45: C</w:t>
      </w:r>
    </w:p>
    <w:p>
      <w:pPr>
        <w:spacing w:after="20"/>
      </w:pPr>
      <w:r>
        <w:rPr>
          <w:b/>
          <w:sz w:val="20"/>
        </w:rPr>
        <w:t>Soru 21: C</w:t>
      </w:r>
      <w:r>
        <w:rPr>
          <w:b/>
          <w:sz w:val="20"/>
        </w:rPr>
        <w:t xml:space="preserve">        Soru 46: D</w:t>
      </w:r>
    </w:p>
    <w:p>
      <w:pPr>
        <w:spacing w:after="20"/>
      </w:pPr>
      <w:r>
        <w:rPr>
          <w:b/>
          <w:sz w:val="20"/>
        </w:rPr>
        <w:t>Soru 22: D</w:t>
      </w:r>
      <w:r>
        <w:rPr>
          <w:b/>
          <w:sz w:val="20"/>
        </w:rPr>
        <w:t xml:space="preserve">        Soru 47: A</w:t>
      </w:r>
    </w:p>
    <w:p>
      <w:pPr>
        <w:spacing w:after="20"/>
      </w:pPr>
      <w:r>
        <w:rPr>
          <w:b/>
          <w:sz w:val="20"/>
        </w:rPr>
        <w:t>Soru 23: A</w:t>
      </w:r>
      <w:r>
        <w:rPr>
          <w:b/>
          <w:sz w:val="20"/>
        </w:rPr>
        <w:t xml:space="preserve">        Soru 48: B</w:t>
      </w:r>
    </w:p>
    <w:p>
      <w:pPr>
        <w:spacing w:after="20"/>
      </w:pPr>
      <w:r>
        <w:rPr>
          <w:b/>
          <w:sz w:val="20"/>
        </w:rPr>
        <w:t>Soru 24: B</w:t>
      </w:r>
      <w:r>
        <w:rPr>
          <w:b/>
          <w:sz w:val="20"/>
        </w:rPr>
        <w:t xml:space="preserve">        Soru 49: C</w:t>
      </w:r>
    </w:p>
    <w:p>
      <w:pPr>
        <w:spacing w:after="20"/>
      </w:pPr>
      <w:r>
        <w:rPr>
          <w:b/>
          <w:sz w:val="20"/>
        </w:rPr>
        <w:t>Soru 25: C</w:t>
      </w:r>
      <w:r>
        <w:rPr>
          <w:b/>
          <w:sz w:val="20"/>
        </w:rPr>
        <w:t xml:space="preserve">        Soru 50: D</w:t>
      </w:r>
    </w:p>
    <w:p/>
    <w:p>
      <w:pPr>
        <w:jc w:val="center"/>
      </w:pPr>
      <w:r>
        <w:rPr>
          <w:b/>
          <w:color w:val="1A478A"/>
          <w:sz w:val="24"/>
        </w:rPr>
        <w:t>AÇIKLAMALAR</w:t>
      </w:r>
    </w:p>
    <w:p/>
    <w:p>
      <w:pPr>
        <w:spacing w:after="40"/>
      </w:pPr>
      <w:r>
        <w:rPr>
          <w:b/>
          <w:sz w:val="18"/>
        </w:rPr>
        <w:t xml:space="preserve">Q1 (C): </w:t>
      </w:r>
      <w:r>
        <w:rPr>
          <w:color w:val="555555"/>
          <w:sz w:val="18"/>
        </w:rPr>
        <w:t>Can → is (kalıp çakışması: soru can, cevap to be)</w:t>
      </w:r>
    </w:p>
    <w:p>
      <w:pPr>
        <w:spacing w:after="40"/>
      </w:pPr>
      <w:r>
        <w:rPr>
          <w:b/>
          <w:sz w:val="18"/>
        </w:rPr>
        <w:t xml:space="preserve">Q2 (D): </w:t>
      </w:r>
      <w:r>
        <w:rPr>
          <w:color w:val="555555"/>
          <w:sz w:val="18"/>
        </w:rPr>
        <w:t>Does → is (soru does, cevap to be — meslek)</w:t>
      </w:r>
    </w:p>
    <w:p>
      <w:pPr>
        <w:spacing w:after="40"/>
      </w:pPr>
      <w:r>
        <w:rPr>
          <w:b/>
          <w:sz w:val="18"/>
        </w:rPr>
        <w:t xml:space="preserve">Q3 (A): </w:t>
      </w:r>
      <w:r>
        <w:rPr>
          <w:color w:val="555555"/>
          <w:sz w:val="18"/>
        </w:rPr>
        <w:t>Is → wants to (soru is, cevap want to)</w:t>
      </w:r>
    </w:p>
    <w:p>
      <w:pPr>
        <w:spacing w:after="40"/>
      </w:pPr>
      <w:r>
        <w:rPr>
          <w:b/>
          <w:sz w:val="18"/>
        </w:rPr>
        <w:t xml:space="preserve">Q4 (B): </w:t>
      </w:r>
      <w:r>
        <w:rPr>
          <w:color w:val="555555"/>
          <w:sz w:val="18"/>
        </w:rPr>
        <w:t>Have you got → I have got (soru kalıbı korunur)</w:t>
      </w:r>
    </w:p>
    <w:p>
      <w:pPr>
        <w:spacing w:after="40"/>
      </w:pPr>
      <w:r>
        <w:rPr>
          <w:b/>
          <w:sz w:val="18"/>
        </w:rPr>
        <w:t xml:space="preserve">Q5 (C): </w:t>
      </w:r>
      <w:r>
        <w:rPr>
          <w:color w:val="555555"/>
          <w:sz w:val="18"/>
        </w:rPr>
        <w:t>Are → like (soru are, cevap like + Ving)</w:t>
      </w:r>
    </w:p>
    <w:p>
      <w:pPr>
        <w:spacing w:after="40"/>
      </w:pPr>
      <w:r>
        <w:rPr>
          <w:b/>
          <w:sz w:val="18"/>
        </w:rPr>
        <w:t xml:space="preserve">Q6 (D): </w:t>
      </w:r>
      <w:r>
        <w:rPr>
          <w:color w:val="555555"/>
          <w:sz w:val="18"/>
        </w:rPr>
        <w:t>Can → is + learning (Present Continuous)</w:t>
      </w:r>
    </w:p>
    <w:p>
      <w:pPr>
        <w:spacing w:after="40"/>
      </w:pPr>
      <w:r>
        <w:rPr>
          <w:b/>
          <w:sz w:val="18"/>
        </w:rPr>
        <w:t xml:space="preserve">Q7 (A): </w:t>
      </w:r>
      <w:r>
        <w:rPr>
          <w:color w:val="555555"/>
          <w:sz w:val="18"/>
        </w:rPr>
        <w:t>Do → can (eylem fiili → can)</w:t>
      </w:r>
    </w:p>
    <w:p>
      <w:pPr>
        <w:spacing w:after="40"/>
      </w:pPr>
      <w:r>
        <w:rPr>
          <w:b/>
          <w:sz w:val="18"/>
        </w:rPr>
        <w:t xml:space="preserve">Q8 (B): </w:t>
      </w:r>
      <w:r>
        <w:rPr>
          <w:color w:val="555555"/>
          <w:sz w:val="18"/>
        </w:rPr>
        <w:t>Did → was (geçmiş: did yok, durum bildiriyor)</w:t>
      </w:r>
    </w:p>
    <w:p>
      <w:pPr>
        <w:spacing w:after="40"/>
      </w:pPr>
      <w:r>
        <w:rPr>
          <w:b/>
          <w:sz w:val="18"/>
        </w:rPr>
        <w:t xml:space="preserve">Q9 (C): </w:t>
      </w:r>
      <w:r>
        <w:rPr>
          <w:color w:val="555555"/>
          <w:sz w:val="18"/>
        </w:rPr>
        <w:t>Was → didn't want (was soruldu, fiil eylemiyle cevap)</w:t>
      </w:r>
    </w:p>
    <w:p>
      <w:pPr>
        <w:spacing w:after="40"/>
      </w:pPr>
      <w:r>
        <w:rPr>
          <w:b/>
          <w:sz w:val="18"/>
        </w:rPr>
        <w:t xml:space="preserve">Q10 (D): </w:t>
      </w:r>
      <w:r>
        <w:rPr>
          <w:color w:val="555555"/>
          <w:sz w:val="18"/>
        </w:rPr>
        <w:t>Did → was + sleeping (Past Continuous)</w:t>
      </w:r>
    </w:p>
    <w:p>
      <w:pPr>
        <w:spacing w:after="40"/>
      </w:pPr>
      <w:r>
        <w:rPr>
          <w:b/>
          <w:sz w:val="18"/>
        </w:rPr>
        <w:t xml:space="preserve">Q11 (A): </w:t>
      </w:r>
      <w:r>
        <w:rPr>
          <w:color w:val="555555"/>
          <w:sz w:val="18"/>
        </w:rPr>
        <w:t>was born — geçmişte doğum, was gerekir</w:t>
      </w:r>
    </w:p>
    <w:p>
      <w:pPr>
        <w:spacing w:after="40"/>
      </w:pPr>
      <w:r>
        <w:rPr>
          <w:b/>
          <w:sz w:val="18"/>
        </w:rPr>
        <w:t xml:space="preserve">Q12 (B): </w:t>
      </w:r>
      <w:r>
        <w:rPr>
          <w:color w:val="555555"/>
          <w:sz w:val="18"/>
        </w:rPr>
        <w:t>went / saw — geçmişte düzenli ve düzensiz</w:t>
      </w:r>
    </w:p>
    <w:p>
      <w:pPr>
        <w:spacing w:after="40"/>
      </w:pPr>
      <w:r>
        <w:rPr>
          <w:b/>
          <w:sz w:val="18"/>
        </w:rPr>
        <w:t xml:space="preserve">Q13 (C): </w:t>
      </w:r>
      <w:r>
        <w:rPr>
          <w:color w:val="555555"/>
          <w:sz w:val="18"/>
        </w:rPr>
        <w:t>didn't do — didn't + V1 (didn't did ❌)</w:t>
      </w:r>
    </w:p>
    <w:p>
      <w:pPr>
        <w:spacing w:after="40"/>
      </w:pPr>
      <w:r>
        <w:rPr>
          <w:b/>
          <w:sz w:val="18"/>
        </w:rPr>
        <w:t xml:space="preserve">Q14 (D): </w:t>
      </w:r>
      <w:r>
        <w:rPr>
          <w:color w:val="555555"/>
          <w:sz w:val="18"/>
        </w:rPr>
        <w:t>drank / went — iki düzensiz fiil, geçmiş zaman</w:t>
      </w:r>
    </w:p>
    <w:p>
      <w:pPr>
        <w:spacing w:after="40"/>
      </w:pPr>
      <w:r>
        <w:rPr>
          <w:b/>
          <w:sz w:val="18"/>
        </w:rPr>
        <w:t xml:space="preserve">Q15 (A): </w:t>
      </w:r>
      <w:r>
        <w:rPr>
          <w:color w:val="555555"/>
          <w:sz w:val="18"/>
        </w:rPr>
        <w:t>were / didn't play — özne çoğul + didn't + V1</w:t>
      </w:r>
    </w:p>
    <w:p>
      <w:pPr>
        <w:spacing w:after="40"/>
      </w:pPr>
      <w:r>
        <w:rPr>
          <w:b/>
          <w:sz w:val="18"/>
        </w:rPr>
        <w:t xml:space="preserve">Q16 (B): </w:t>
      </w:r>
      <w:r>
        <w:rPr>
          <w:color w:val="555555"/>
          <w:sz w:val="18"/>
        </w:rPr>
        <w:t>any (olumsuz) / some (olumlu istek)</w:t>
      </w:r>
    </w:p>
    <w:p>
      <w:pPr>
        <w:spacing w:after="40"/>
      </w:pPr>
      <w:r>
        <w:rPr>
          <w:b/>
          <w:sz w:val="18"/>
        </w:rPr>
        <w:t xml:space="preserve">Q17 (C): </w:t>
      </w:r>
      <w:r>
        <w:rPr>
          <w:color w:val="555555"/>
          <w:sz w:val="18"/>
        </w:rPr>
        <w:t>rice → is, apples → aren't (a lot of + isme bak)</w:t>
      </w:r>
    </w:p>
    <w:p>
      <w:pPr>
        <w:spacing w:after="40"/>
      </w:pPr>
      <w:r>
        <w:rPr>
          <w:b/>
          <w:sz w:val="18"/>
        </w:rPr>
        <w:t xml:space="preserve">Q18 (D): </w:t>
      </w:r>
      <w:r>
        <w:rPr>
          <w:color w:val="555555"/>
          <w:sz w:val="18"/>
        </w:rPr>
        <w:t>sugar → uncountable → How much</w:t>
      </w:r>
    </w:p>
    <w:p>
      <w:pPr>
        <w:spacing w:after="40"/>
      </w:pPr>
      <w:r>
        <w:rPr>
          <w:b/>
          <w:sz w:val="18"/>
        </w:rPr>
        <w:t xml:space="preserve">Q19 (A): </w:t>
      </w:r>
      <w:r>
        <w:rPr>
          <w:color w:val="555555"/>
          <w:sz w:val="18"/>
        </w:rPr>
        <w:t>students çoğul → are (a lot of + isme bak)</w:t>
      </w:r>
    </w:p>
    <w:p>
      <w:pPr>
        <w:spacing w:after="40"/>
      </w:pPr>
      <w:r>
        <w:rPr>
          <w:b/>
          <w:sz w:val="18"/>
        </w:rPr>
        <w:t xml:space="preserve">Q20 (B): </w:t>
      </w:r>
      <w:r>
        <w:rPr>
          <w:color w:val="555555"/>
          <w:sz w:val="18"/>
        </w:rPr>
        <w:t>some — teklif/rica cümlesinde some</w:t>
      </w:r>
    </w:p>
    <w:p>
      <w:pPr>
        <w:spacing w:after="40"/>
      </w:pPr>
      <w:r>
        <w:rPr>
          <w:b/>
          <w:sz w:val="18"/>
        </w:rPr>
        <w:t xml:space="preserve">Q21 (C): </w:t>
      </w:r>
      <w:r>
        <w:rPr>
          <w:color w:val="555555"/>
          <w:sz w:val="18"/>
        </w:rPr>
        <w:t>She + has to (have to fiile göre çekimlenir)</w:t>
      </w:r>
    </w:p>
    <w:p>
      <w:pPr>
        <w:spacing w:after="40"/>
      </w:pPr>
      <w:r>
        <w:rPr>
          <w:b/>
          <w:sz w:val="18"/>
        </w:rPr>
        <w:t xml:space="preserve">Q22 (D): </w:t>
      </w:r>
      <w:r>
        <w:rPr>
          <w:color w:val="555555"/>
          <w:sz w:val="18"/>
        </w:rPr>
        <w:t>We + have to</w:t>
      </w:r>
    </w:p>
    <w:p>
      <w:pPr>
        <w:spacing w:after="40"/>
      </w:pPr>
      <w:r>
        <w:rPr>
          <w:b/>
          <w:sz w:val="18"/>
        </w:rPr>
        <w:t xml:space="preserve">Q23 (A): </w:t>
      </w:r>
      <w:r>
        <w:rPr>
          <w:color w:val="555555"/>
          <w:sz w:val="18"/>
        </w:rPr>
        <w:t>He + doesn't have to (don't have to ❌)</w:t>
      </w:r>
    </w:p>
    <w:p>
      <w:pPr>
        <w:spacing w:after="40"/>
      </w:pPr>
      <w:r>
        <w:rPr>
          <w:b/>
          <w:sz w:val="18"/>
        </w:rPr>
        <w:t xml:space="preserve">Q24 (B): </w:t>
      </w:r>
      <w:r>
        <w:rPr>
          <w:color w:val="555555"/>
          <w:sz w:val="18"/>
        </w:rPr>
        <w:t>She doesn't have (doesn't has ❌, doesn't + V1)</w:t>
      </w:r>
    </w:p>
    <w:p>
      <w:pPr>
        <w:spacing w:after="40"/>
      </w:pPr>
      <w:r>
        <w:rPr>
          <w:b/>
          <w:sz w:val="18"/>
        </w:rPr>
        <w:t xml:space="preserve">Q25 (C): </w:t>
      </w:r>
      <w:r>
        <w:rPr>
          <w:color w:val="555555"/>
          <w:sz w:val="18"/>
        </w:rPr>
        <w:t>colder — tek heceli sıfat + er (more cold ❌)</w:t>
      </w:r>
    </w:p>
    <w:p>
      <w:pPr>
        <w:spacing w:after="40"/>
      </w:pPr>
      <w:r>
        <w:rPr>
          <w:b/>
          <w:sz w:val="18"/>
        </w:rPr>
        <w:t xml:space="preserve">Q26 (D): </w:t>
      </w:r>
      <w:r>
        <w:rPr>
          <w:color w:val="555555"/>
          <w:sz w:val="18"/>
        </w:rPr>
        <w:t>bigger — büyük-küçük karşılaştırması</w:t>
      </w:r>
    </w:p>
    <w:p>
      <w:pPr>
        <w:spacing w:after="40"/>
      </w:pPr>
      <w:r>
        <w:rPr>
          <w:b/>
          <w:sz w:val="18"/>
        </w:rPr>
        <w:t xml:space="preserve">Q27 (A): </w:t>
      </w:r>
      <w:r>
        <w:rPr>
          <w:color w:val="555555"/>
          <w:sz w:val="18"/>
        </w:rPr>
        <w:t>How does it taste? (yalın) / It tastes (V1+s)</w:t>
      </w:r>
    </w:p>
    <w:p>
      <w:pPr>
        <w:spacing w:after="40"/>
      </w:pPr>
      <w:r>
        <w:rPr>
          <w:b/>
          <w:sz w:val="18"/>
        </w:rPr>
        <w:t xml:space="preserve">Q28 (B): </w:t>
      </w:r>
      <w:r>
        <w:rPr>
          <w:color w:val="555555"/>
          <w:sz w:val="18"/>
        </w:rPr>
        <w:t>flower tekil → looks (look ❌, is looking bağlamda yanlış)</w:t>
      </w:r>
    </w:p>
    <w:p>
      <w:pPr>
        <w:spacing w:after="40"/>
      </w:pPr>
      <w:r>
        <w:rPr>
          <w:b/>
          <w:sz w:val="18"/>
        </w:rPr>
        <w:t xml:space="preserve">Q29 (C): </w:t>
      </w:r>
      <w:r>
        <w:rPr>
          <w:color w:val="555555"/>
          <w:sz w:val="18"/>
        </w:rPr>
        <w:t>before — diş fırçalama yatmadan ÖNCE</w:t>
      </w:r>
    </w:p>
    <w:p>
      <w:pPr>
        <w:spacing w:after="40"/>
      </w:pPr>
      <w:r>
        <w:rPr>
          <w:b/>
          <w:sz w:val="18"/>
        </w:rPr>
        <w:t xml:space="preserve">Q30 (D): </w:t>
      </w:r>
      <w:r>
        <w:rPr>
          <w:color w:val="555555"/>
          <w:sz w:val="18"/>
        </w:rPr>
        <w:t>After — yemekten SONRA film izleme</w:t>
      </w:r>
    </w:p>
    <w:p>
      <w:pPr>
        <w:spacing w:after="40"/>
      </w:pPr>
      <w:r>
        <w:rPr>
          <w:b/>
          <w:sz w:val="18"/>
        </w:rPr>
        <w:t xml:space="preserve">Q31 (A): </w:t>
      </w:r>
      <w:r>
        <w:rPr>
          <w:color w:val="555555"/>
          <w:sz w:val="18"/>
        </w:rPr>
        <w:t>gave us — fiilden sonra object pronoun (we ❌)</w:t>
      </w:r>
    </w:p>
    <w:p>
      <w:pPr>
        <w:spacing w:after="40"/>
      </w:pPr>
      <w:r>
        <w:rPr>
          <w:b/>
          <w:sz w:val="18"/>
        </w:rPr>
        <w:t xml:space="preserve">Q32 (B): </w:t>
      </w:r>
      <w:r>
        <w:rPr>
          <w:color w:val="555555"/>
          <w:sz w:val="18"/>
        </w:rPr>
        <w:t>visit her — grandmother = she → her</w:t>
      </w:r>
    </w:p>
    <w:p>
      <w:pPr>
        <w:spacing w:after="40"/>
      </w:pPr>
      <w:r>
        <w:rPr>
          <w:b/>
          <w:sz w:val="18"/>
        </w:rPr>
        <w:t xml:space="preserve">Q33 (C): </w:t>
      </w:r>
      <w:r>
        <w:rPr>
          <w:color w:val="555555"/>
          <w:sz w:val="18"/>
        </w:rPr>
        <w:t>want + water (isim → to YOK)</w:t>
      </w:r>
    </w:p>
    <w:p>
      <w:pPr>
        <w:spacing w:after="40"/>
      </w:pPr>
      <w:r>
        <w:rPr>
          <w:b/>
          <w:sz w:val="18"/>
        </w:rPr>
        <w:t xml:space="preserve">Q34 (D): </w:t>
      </w:r>
      <w:r>
        <w:rPr>
          <w:color w:val="555555"/>
          <w:sz w:val="18"/>
        </w:rPr>
        <w:t>wants to be — She tekil → wants, meslek → to be</w:t>
      </w:r>
    </w:p>
    <w:p>
      <w:pPr>
        <w:spacing w:after="40"/>
      </w:pPr>
      <w:r>
        <w:rPr>
          <w:b/>
          <w:sz w:val="18"/>
        </w:rPr>
        <w:t xml:space="preserve">Q35 (A): </w:t>
      </w:r>
      <w:r>
        <w:rPr>
          <w:color w:val="555555"/>
          <w:sz w:val="18"/>
        </w:rPr>
        <w:t>Last summer → went (Past Simple)</w:t>
      </w:r>
    </w:p>
    <w:p>
      <w:pPr>
        <w:spacing w:after="40"/>
      </w:pPr>
      <w:r>
        <w:rPr>
          <w:b/>
          <w:sz w:val="18"/>
        </w:rPr>
        <w:t xml:space="preserve">Q36 (B): </w:t>
      </w:r>
      <w:r>
        <w:rPr>
          <w:color w:val="555555"/>
          <w:sz w:val="18"/>
        </w:rPr>
        <w:t>weather tekil geçmiş → was</w:t>
      </w:r>
    </w:p>
    <w:p>
      <w:pPr>
        <w:spacing w:after="40"/>
      </w:pPr>
      <w:r>
        <w:rPr>
          <w:b/>
          <w:sz w:val="18"/>
        </w:rPr>
        <w:t xml:space="preserve">Q37 (C): </w:t>
      </w:r>
      <w:r>
        <w:rPr>
          <w:color w:val="555555"/>
          <w:sz w:val="18"/>
        </w:rPr>
        <w:t>had a great time (have → Past = had)</w:t>
      </w:r>
    </w:p>
    <w:p>
      <w:pPr>
        <w:spacing w:after="40"/>
      </w:pPr>
      <w:r>
        <w:rPr>
          <w:b/>
          <w:sz w:val="18"/>
        </w:rPr>
        <w:t xml:space="preserve">Q38 (D): </w:t>
      </w:r>
      <w:r>
        <w:rPr>
          <w:color w:val="555555"/>
          <w:sz w:val="18"/>
        </w:rPr>
        <w:t>every day ama last summer bağlamı → went</w:t>
      </w:r>
    </w:p>
    <w:p>
      <w:pPr>
        <w:spacing w:after="40"/>
      </w:pPr>
      <w:r>
        <w:rPr>
          <w:b/>
          <w:sz w:val="18"/>
        </w:rPr>
        <w:t xml:space="preserve">Q39 (A): </w:t>
      </w:r>
      <w:r>
        <w:rPr>
          <w:color w:val="555555"/>
          <w:sz w:val="18"/>
        </w:rPr>
        <w:t>wants to be (want + isimde to, wants + to be)</w:t>
      </w:r>
    </w:p>
    <w:p>
      <w:pPr>
        <w:spacing w:after="40"/>
      </w:pPr>
      <w:r>
        <w:rPr>
          <w:b/>
          <w:sz w:val="18"/>
        </w:rPr>
        <w:t xml:space="preserve">Q40 (B): </w:t>
      </w:r>
      <w:r>
        <w:rPr>
          <w:color w:val="555555"/>
          <w:sz w:val="18"/>
        </w:rPr>
        <w:t>She + likes (like → V1+s, very much = Present)</w:t>
      </w:r>
    </w:p>
    <w:p>
      <w:pPr>
        <w:spacing w:after="40"/>
      </w:pPr>
      <w:r>
        <w:rPr>
          <w:b/>
          <w:sz w:val="18"/>
        </w:rPr>
        <w:t xml:space="preserve">Q41 (C): </w:t>
      </w:r>
      <w:r>
        <w:rPr>
          <w:color w:val="555555"/>
          <w:sz w:val="18"/>
        </w:rPr>
        <w:t>Yesterday → made (Past Simple, düzensiz)</w:t>
      </w:r>
    </w:p>
    <w:p>
      <w:pPr>
        <w:spacing w:after="40"/>
      </w:pPr>
      <w:r>
        <w:rPr>
          <w:b/>
          <w:sz w:val="18"/>
        </w:rPr>
        <w:t xml:space="preserve">Q42 (D): </w:t>
      </w:r>
      <w:r>
        <w:rPr>
          <w:color w:val="555555"/>
          <w:sz w:val="18"/>
        </w:rPr>
        <w:t>vegetables çoğul, geçmiş → were</w:t>
      </w:r>
    </w:p>
    <w:p>
      <w:pPr>
        <w:spacing w:after="40"/>
      </w:pPr>
      <w:r>
        <w:rPr>
          <w:b/>
          <w:sz w:val="18"/>
        </w:rPr>
        <w:t xml:space="preserve">Q43 (A): </w:t>
      </w:r>
      <w:r>
        <w:rPr>
          <w:color w:val="555555"/>
          <w:sz w:val="18"/>
        </w:rPr>
        <w:t>"...because my school starts at 8:00"</w:t>
      </w:r>
    </w:p>
    <w:p>
      <w:pPr>
        <w:spacing w:after="40"/>
      </w:pPr>
      <w:r>
        <w:rPr>
          <w:b/>
          <w:sz w:val="18"/>
        </w:rPr>
        <w:t xml:space="preserve">Q44 (B): </w:t>
      </w:r>
      <w:r>
        <w:rPr>
          <w:color w:val="555555"/>
          <w:sz w:val="18"/>
        </w:rPr>
        <w:t>"...it was Saturday"</w:t>
      </w:r>
    </w:p>
    <w:p>
      <w:pPr>
        <w:spacing w:after="40"/>
      </w:pPr>
      <w:r>
        <w:rPr>
          <w:b/>
          <w:sz w:val="18"/>
        </w:rPr>
        <w:t xml:space="preserve">Q45 (C): </w:t>
      </w:r>
      <w:r>
        <w:rPr>
          <w:color w:val="555555"/>
          <w:sz w:val="18"/>
        </w:rPr>
        <w:t>"My mother packed some sandwiches and orange juice."</w:t>
      </w:r>
    </w:p>
    <w:p>
      <w:pPr>
        <w:spacing w:after="40"/>
      </w:pPr>
      <w:r>
        <w:rPr>
          <w:b/>
          <w:sz w:val="18"/>
        </w:rPr>
        <w:t xml:space="preserve">Q46 (D): </w:t>
      </w:r>
      <w:r>
        <w:rPr>
          <w:color w:val="555555"/>
          <w:sz w:val="18"/>
        </w:rPr>
        <w:t>"I helped her and we made a huge sandcastle"</w:t>
      </w:r>
    </w:p>
    <w:p>
      <w:pPr>
        <w:spacing w:after="40"/>
      </w:pPr>
      <w:r>
        <w:rPr>
          <w:b/>
          <w:sz w:val="18"/>
        </w:rPr>
        <w:t xml:space="preserve">Q47 (A): </w:t>
      </w:r>
      <w:r>
        <w:rPr>
          <w:color w:val="555555"/>
          <w:sz w:val="18"/>
        </w:rPr>
        <w:t>"my mother didn't wake me up"</w:t>
      </w:r>
    </w:p>
    <w:p>
      <w:pPr>
        <w:spacing w:after="40"/>
      </w:pPr>
      <w:r>
        <w:rPr>
          <w:b/>
          <w:sz w:val="18"/>
        </w:rPr>
        <w:t xml:space="preserve">Q48 (B): </w:t>
      </w:r>
      <w:r>
        <w:rPr>
          <w:color w:val="555555"/>
          <w:sz w:val="18"/>
        </w:rPr>
        <w:t>"We saw many historical objects. Our guide told us stories."</w:t>
      </w:r>
    </w:p>
    <w:p>
      <w:pPr>
        <w:spacing w:after="40"/>
      </w:pPr>
      <w:r>
        <w:rPr>
          <w:b/>
          <w:sz w:val="18"/>
        </w:rPr>
        <w:t xml:space="preserve">Q49 (C): </w:t>
      </w:r>
      <w:r>
        <w:rPr>
          <w:color w:val="555555"/>
          <w:sz w:val="18"/>
        </w:rPr>
        <w:t>"It cost 150 liras."</w:t>
      </w:r>
    </w:p>
    <w:p>
      <w:pPr>
        <w:spacing w:after="40"/>
      </w:pPr>
      <w:r>
        <w:rPr>
          <w:b/>
          <w:sz w:val="18"/>
        </w:rPr>
        <w:t xml:space="preserve">Q50 (D): </w:t>
      </w:r>
      <w:r>
        <w:rPr>
          <w:color w:val="555555"/>
          <w:sz w:val="18"/>
        </w:rPr>
        <w:t>Geç kalmasına rağmen harika bir gün geçirdi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